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 — Nimewo De</w:t>
      </w:r>
    </w:p>
    <w:p>
      <w:pPr>
        <w:pStyle w:val="ArticleSubtitle"/>
        <w:jc w:val="left"/>
      </w:pPr>
      <w:r>
        <w:rPr>
          <w:rFonts w:ascii="Arial" w:hAnsi="Arial" w:eastAsia="Arial" w:cs="Arial"/>
        </w:rPr>
        <w:t>Karakteristik Pwofetik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Nan atik ki te vini anvan an, nou te idantifye Eli kòm yon senbòl. An akò ak règ William Miller yo, “senbòl” yo ka gen plis pase yon siyifikasyon. Se poutèt sa, Eli kòm yon senbòl ka reprezante tou yon pati nan senbòl doub Eli ak Moyiz la. Senbòl doub Eli ak Moyiz la travèse tout liv Revelasyon an, e si yon moun pa fin sèten sou sa senbòl doub la reprezante, sa vle di li pa fin sèten sou mesaj ki nan liv Revelasyon an ki devwale jis anvan tan gras la fini. Se poutèt sa, kounye a nou pral adrese an patikilye sèten karakteristik pwofetik yo idantifye ak senbòl Eli a.</w:t>
      </w:r>
    </w:p>
    <w:p>
      <w:pPr>
        <w:pStyle w:val="ArticleBody"/>
        <w:jc w:val="left"/>
      </w:pPr>
      <w:r>
        <w:rPr>
          <w:rFonts w:ascii="Times New Roman" w:hAnsi="Times New Roman" w:eastAsia="Times New Roman" w:cs="Times New Roman"/>
        </w:rPr>
        <w:t>Nou gen twa temwen prensipal pou tabli karakteristik pwofetik sa yo. Temwen sa yo se pwofèt Eli, Jan Batis, ak William Miller, ke enspirasyon idantifye kòm senbòl ki ka ranplase youn lòt.</w:t>
      </w:r>
    </w:p>
    <w:p>
      <w:pPr>
        <w:pStyle w:val="ArticleScripture"/>
        <w:jc w:val="left"/>
      </w:pPr>
      <w:r>
        <w:rPr>
          <w:rFonts w:ascii="Times New Roman" w:hAnsi="Times New Roman" w:eastAsia="Times New Roman" w:cs="Times New Roman"/>
        </w:rPr>
        <w:t>“Dè milye moun te vin aksepte verite William Miller t ap preche a, e sèvitè Bondye yo te leve nan lespri ak pisans Eli pou yo pwoklame mesaj la. Menm jan ak Jan, moun ki te vini anvan Jezi a, sila yo ki te preche mesaj solanèl sa a te santi yo oblije mete rach la nan rasin pyebwa a, epi rele moun yo pou yo donnen fwi ki merite repantans. Temwayaj yo te fèt pou leve konsyans legliz yo, pou afekte yo avèk anpil fòs, epi pou fè vrè karaktè yo parèt aklè. Epi lè avètisman solanèl la pou kouri pou chape anba kòlè k ap vini an te retenti, anpil nan sila yo ki te ini ak legliz yo te resevwa mesaj gerizon an; yo te wè glisad pa yo yo, epi ak dlo nan je anmè repantans ansanm ak gwo agoni nan nanm yo, yo te imilye tèt yo devan Bondye. Epi kòm Lespri Bondye te poze sou yo, yo te ede fè kri a retenti: ‘Krent Bondye, epi bay li glwa; paske lè jijman li a rive.’” Early Writings, 233.</w:t>
      </w:r>
    </w:p>
    <w:p>
      <w:pPr>
        <w:pStyle w:val="ArticleBody"/>
        <w:jc w:val="left"/>
      </w:pPr>
      <w:r>
        <w:rPr>
          <w:rFonts w:ascii="Times New Roman" w:hAnsi="Times New Roman" w:eastAsia="Times New Roman" w:cs="Times New Roman"/>
        </w:rPr>
        <w:t>Eli, Jan Batis ak Miller te resevwa yon lespri patikilye ki te gide e defini travay yo. Temwayaj yo te “kalkile pou reveye epi afekte legliz yo avèk pisans, epi manifeste” “vrè karaktè” legliz sa yo. Kit se nan tan Akab, Jan Batis, oswa William Miller, legliz yo t ap adrese yo tout te genyen yon avègman Lawodise ki te tèlman pwofon e fènwa, mesaj la te bezwen tèlman dirèk tankou mete yon “rach nan rasin pyebwa a.” Li te gen ladan l anons fèmti tan gras la, ki, nan ka Jan Batis la, se te avètisman konsènan “kòlè” ki t ap “vini an.” Mesaj Miller la tou, lè li t ap pwoklame “Gen krentif pou Bondye, epi bay li glwa; paske lè jijman li a rive,” te yon avètisman tou sou kòlè ki t ap vini an.</w:t>
      </w:r>
    </w:p>
    <w:p>
      <w:pPr>
        <w:pStyle w:val="ArticleScripture"/>
        <w:jc w:val="left"/>
      </w:pPr>
      <w:r>
        <w:rPr>
          <w:rFonts w:ascii="Times New Roman" w:hAnsi="Times New Roman" w:eastAsia="Times New Roman" w:cs="Times New Roman"/>
        </w:rPr>
        <w:t>“Vwa Jan te leve tankou yon twonpèt. Misyon li te ye: ‘Fè pèp mwen an wè transgresyon yo, epi kay Jakòb la peche yo’ (Ezayi 58:1). Li pa t resevwa okenn fòmasyon entelektyèl nan men lèzòm. Se Bondye ak lanati ki te anseyan li. Men, te nesesè pou te gen yon moun ki t ap prepare chemen an devan Kris la, yon moun ki te ase vanyan pou fè vwa li tande tankou pwofèt tan lontan yo, pandan li t ap rele nasyon ki te dejenere a pou li repanti.” Selected Messages, liv 2, 148.</w:t>
      </w:r>
    </w:p>
    <w:p>
      <w:pPr>
        <w:pStyle w:val="ArticleBody"/>
        <w:jc w:val="left"/>
      </w:pPr>
      <w:r>
        <w:rPr>
          <w:rFonts w:ascii="Times New Roman" w:hAnsi="Times New Roman" w:eastAsia="Times New Roman" w:cs="Times New Roman"/>
        </w:rPr>
        <w:t>Éli te mande jenerasyon pa l la pou yo chwazi menm jou sa a si y ap sèvi Bondye oswa Baal, epi jenerasyon sa a pa t reponn yon mo, sa ki egal ak chwazi Baal.</w:t>
      </w:r>
    </w:p>
    <w:p>
      <w:pPr>
        <w:pStyle w:val="ArticleScripture"/>
        <w:jc w:val="left"/>
      </w:pPr>
      <w:r>
        <w:rPr>
          <w:rFonts w:ascii="Times New Roman" w:hAnsi="Times New Roman" w:eastAsia="Times New Roman" w:cs="Times New Roman"/>
        </w:rPr>
        <w:t>“Pa t janm gen pi gwo nesesite pou avètisman fidèl ak reprimand, ak yon konfwontasyon sere, dwat, pase nan moman sa a menm. Satan desann avèk gwo pouvwa, paske li konnen tan li kout. Li ap anvayi mond lan ak fab ki fè plezi, e pèp Bondye a renmen lè yo pale bagay dous ba yo. Peche ak inikite pa vin an degoutans. Yo te montre m ke pèp Bondye a dwe fè efò ki pi fèm, pi detèmine, pou pouse tounen tenèb k ap antre yo. Travay pwofon Lespri Bondye a nesesè kounye a plis pase tout tan anvan. Fòk yo souke sot nan sòtè. Nou dwe leve soti nan letaji ki pral lakòz destriksyon nou si nou pa reziste li. Satan gen yon enfliyans pisan, dominan sou lespri moun. Predikatè ak pèp la an danje pou yo jwenn yo sou bò pisans tenèb yo. Kounye a pa gen yon bagay tankou yon pozisyon net. Nou tout swa nèt pou sa ki dwat, swa nèt ak sa ki mal. Kris te di: ‘Moun ki pa avèk Mwen, se kont Mwen li ye; epi moun ki pa rasanble avèk Mwen, li gaye toupatou.’” Testimonies, volim 3, 327.</w:t>
      </w:r>
    </w:p>
    <w:p>
      <w:pPr>
        <w:pStyle w:val="ArticleBody"/>
        <w:jc w:val="left"/>
      </w:pPr>
      <w:r>
        <w:rPr>
          <w:rFonts w:ascii="Times New Roman" w:hAnsi="Times New Roman" w:eastAsia="Times New Roman" w:cs="Times New Roman"/>
        </w:rPr>
        <w:t>Jan te rele “nasyon dejenere” nan epòk li a “yon jenerasyon vipè.” Millerit yo, finalman, te idantifye nasyon dejenere nan epòk pa yo a kòm pitit fi Babilòn yo. Kit se Eli, Jan, oswa Miller, okenn nan twa yo pa t te teyolojyen. Yo tout te rele soti nan lavi òdinè a.</w:t>
      </w:r>
    </w:p>
    <w:p>
      <w:pPr>
        <w:pStyle w:val="ArticleScripture"/>
        <w:jc w:val="left"/>
      </w:pPr>
      <w:r>
        <w:rPr>
          <w:rFonts w:ascii="Times New Roman" w:hAnsi="Times New Roman" w:eastAsia="Times New Roman" w:cs="Times New Roman"/>
        </w:rPr>
        <w:t>“Verite a jan li ye nan Jezi a, jan Li te pwoklame li lè nwaj mou a t ap vlope Li, se verite ak laverite nan jou pa nou sa a, e li pral renouvle lespri sila ki resevwa li a avèk menm sètitid li te renouvle lespri nan tan pase yo. Kris te deklare: ‘Si yo pa koute Moyiz ak Pwofèt yo, yo p ap kite yo konvenk yo, menm si yon moun ta leve soti vivan pami mò yo.’ (Lik 16:31).”</w:t>
      </w:r>
    </w:p>
    <w:p>
      <w:pPr>
        <w:pStyle w:val="ArticleScripture"/>
        <w:jc w:val="left"/>
      </w:pPr>
      <w:r>
        <w:rPr>
          <w:rFonts w:ascii="Times New Roman" w:hAnsi="Times New Roman" w:eastAsia="Times New Roman" w:cs="Times New Roman"/>
        </w:rPr>
        <w:t>“Kòm yon pèp, nou dwe prepare chemen Seyè a, anba direksyon siprèm Sentespri a, pou pwopagasyon levanjil la nan pite li. Kouran dlo vivan an dwe vin pi fon e pi laj sou trajè li. Nan tout chan misyon yo, toupre kou lwen, yo pral rele moun kite chari a, ak vokasyon komèsyal ki pi òdinè yo, ki okipe lespri a anpil, epi yo pral resevwa fòmasyon ansanm ak moun ki gen eksperyans—moun ki konprann verite a. Pa mwayen aksyon Bondye ki pi mèvèye yo, mòn difikilte yo pral retire epi jete nan lanmè a. Annou travay tankou moun ki te fè eksperyans vèti verite a jan li ye nan Jezi.”</w:t>
      </w:r>
    </w:p>
    <w:p>
      <w:pPr>
        <w:pStyle w:val="ArticleScripture"/>
        <w:jc w:val="left"/>
      </w:pPr>
      <w:r>
        <w:rPr>
          <w:rFonts w:ascii="Times New Roman" w:hAnsi="Times New Roman" w:eastAsia="Times New Roman" w:cs="Times New Roman"/>
        </w:rPr>
        <w:t>“Nan epòk sa a, pral gen yon seri evènman k ap revele ke Bondye se Mèt sitiyasyon an. Verite a pral pwoklame nan yon langaj ki klè, san anbigwite. Moun ki preche verite a pral fè efò pou demontre verite a pa yon lavi byen òdone ak yon konduit ki sen. Epi pandan y ap fè sa, yo pral vin pwisan nan defann verite a, epi nan bay li aplikasyon sèten Bondye te ba li a.”</w:t>
      </w:r>
    </w:p>
    <w:p>
      <w:pPr>
        <w:pStyle w:val="ArticleScripture"/>
        <w:jc w:val="left"/>
      </w:pPr>
      <w:r>
        <w:rPr>
          <w:rFonts w:ascii="Times New Roman" w:hAnsi="Times New Roman" w:eastAsia="Times New Roman" w:cs="Times New Roman"/>
        </w:rPr>
        <w:t>“Lè mesye yo, ki te konnen e ki te anseye verite a, vire pou yo suiv konpreyansyon imen, epi yo bay lespri ki twonpe yo pwòp plat fab yo, se tan ki rive pou moun ki te yon fwa ouvriye nan travay evanjelizasyon an, men yo te detounen yo pou administrasyon restoran, magazen manje, ak lòt branch travay komèsyal, pou yo mete yo ann amoni, etidye Bib yo avèk dilijans, epi, avèk pawòl Bondye a nan men yo, distribye verite biblik la, manje espirityèl la, an koperasyon ak zanj selès yo. Travay sa a kounye a ap rele byen fò pou ouvriye ki gen randevou diven. Lè sa a, Omnipotans ap di mòn difikilte yo: Wete ou, epi lage ou nan lanmè a.” Paulson Collection, 73, 74.</w:t>
      </w:r>
    </w:p>
    <w:p>
      <w:pPr>
        <w:pStyle w:val="ArticleBody"/>
        <w:jc w:val="left"/>
      </w:pPr>
      <w:r>
        <w:rPr>
          <w:rFonts w:ascii="Times New Roman" w:hAnsi="Times New Roman" w:eastAsia="Times New Roman" w:cs="Times New Roman"/>
        </w:rPr>
        <w:t>Éli, Jan ak Miller te e konsa yo reprezante gason yo rele soti nan “vokasyon” ki “pi komen” yo, paske “moun” ki te ansyenman anseye verite a, finalman “vire al jwenn konpreyansyon imen, epi yo sèvi lespri ki twonpe yo pwòp plat fab yo.” Moun komen yo rele yo pral bay “aplikasyon sèten an” nan pwofesi biblik la jan “Bondye te bay li.” De fwa, nan pasaj la, Sè White te idantifye “mòn” kòm “mòn difikilte.” Travay mesye sa yo te gen ladan l rabese “chak mòn.” Travay ki akonpli pa moun komen yo, ki te rele soti nan charyo travay sikonstans imil yo, reprezante travay pou idantifye bon metodoloji biblik la, an kontrast ak plat fab imen teyolojyen epòk la ap sèvi.</w:t>
      </w:r>
    </w:p>
    <w:p>
      <w:pPr>
        <w:pStyle w:val="ArticleScripture"/>
        <w:jc w:val="left"/>
      </w:pPr>
      <w:r>
        <w:rPr>
          <w:rFonts w:ascii="Times New Roman" w:hAnsi="Times New Roman" w:eastAsia="Times New Roman" w:cs="Times New Roman"/>
        </w:rPr>
        <w:t>“Travay Jan Batis la, ansanm ak travay sila yo ki, nan dènye jou yo, soti avèk lespri ak pouvwa Eli pou reveye pèp la anba endiferans yo, se menm bagay la nan anpil aspè. Travay li a se yon tip travay ki dwe fèt nan epòk sa a. Kris la gen pou l vini yon dezyèm fwa pou jije lemonn nan lajistis. Mesaje Bondye yo ki pote dènye mesaj avètisman ki dwe bay lemonn nan, dwe prepare chemen an pou dezyèm avènman Kris la, menm jan Jan te prepare chemen an pou premye avènman li. Nan travay preparatwa sa a, ‘tout fon pral leve, epi tout mòn ak tout ti mòn pral bese; sa ki kwochi pral vin dwat, epi kote ki graj yo pral vin plat,’ paske istwa a gen pou l repete, epi yon lòt fwa ankò, ‘glwa Senyè a pral revele, epi tout chè ansanm pral wè li; paske bouch Senyè a pale sa.’” Southern Watchman, 21 mas 1905.</w:t>
      </w:r>
    </w:p>
    <w:p>
      <w:pPr>
        <w:pStyle w:val="ArticleBody"/>
        <w:jc w:val="left"/>
      </w:pPr>
      <w:r>
        <w:rPr>
          <w:rFonts w:ascii="Times New Roman" w:hAnsi="Times New Roman" w:eastAsia="Times New Roman" w:cs="Times New Roman"/>
        </w:rPr>
        <w:t>Karakteristik twa refòmatè yo ke Ezayi te idantifye a se sa: chak vale pral leve, chak mòn pral bese; sa ki kwochi pral vin dwat, epi kote ki graj yo pral vin plat. Chemen Senyè a, ki prepare lè yo leve vale yo, bese mòn yo, fè sa ki kwochi vin dwat, epi fè kote ki graj yo vin plat, se ansyen chemen yo.</w:t>
      </w:r>
    </w:p>
    <w:p>
      <w:pPr>
        <w:pStyle w:val="ArticleScripture"/>
        <w:jc w:val="left"/>
      </w:pPr>
      <w:r>
        <w:rPr>
          <w:rFonts w:ascii="Times New Roman" w:hAnsi="Times New Roman" w:eastAsia="Times New Roman" w:cs="Times New Roman"/>
        </w:rPr>
        <w:t>Vwa moun k ap rele nan dezè a: Prepare chemen Senyè a; fè yon gran wout dwat nan dezè a pou Bondye nou an. Tout vale va leve wo, tout mòn ak tout ti kolin va bese; sa ki kwochi va vin dwat, e kote ki graj yo va vin plat. Lè sa a, laglwa Senyè a va parèt, e tout moun ansanm va wè li; paske bouch Senyè a pale sa. Ezayi 40:3–5.</w:t>
      </w:r>
    </w:p>
    <w:p>
      <w:pPr>
        <w:pStyle w:val="ArticleBody"/>
        <w:jc w:val="left"/>
      </w:pPr>
      <w:r>
        <w:rPr>
          <w:rFonts w:ascii="Times New Roman" w:hAnsi="Times New Roman" w:eastAsia="Times New Roman" w:cs="Times New Roman"/>
        </w:rPr>
        <w:t>Lè Juif yo ki t ap chèche diskisyon yo te mande Jan Batis si li te Eli ki te gen pou vini an, li te reponn li pa t sa; men apre sa, li te idantifye tèt li ak pasaj ki nan Ezayi a.</w:t>
      </w:r>
    </w:p>
    <w:p>
      <w:pPr>
        <w:pStyle w:val="ArticleScripture"/>
        <w:jc w:val="left"/>
      </w:pPr>
      <w:r>
        <w:rPr>
          <w:rFonts w:ascii="Times New Roman" w:hAnsi="Times New Roman" w:eastAsia="Times New Roman" w:cs="Times New Roman"/>
        </w:rPr>
        <w:t>Men temwayaj Jan an, lè Jwif yo te voye prèt ak Levit soti Jerizalèm pou mande li: Ki moun ou ye? Li te deklare sa, li pa t demanti; men li te konfese: Mwen pa Kris la. E yo mande li ankò: Kisa sa vle di? Èske ou se Eli? Li di: Mwen pa li. Èske ou se pwofèt sa a? Li reponn: Non. Lè sa a, yo di li: Ki moun ou ye? pou nou ka bay yon repons bay moun ki te voye nou yo. Kisa ou di sou tèt pa ou? Li di: Mwen se vwa yon moun k ap rele nan dezè a: Redrese chemen Senyè a, jan pwofèt Ezayi te di a. Jan 1:19–23.</w:t>
      </w:r>
    </w:p>
    <w:p>
      <w:pPr>
        <w:pStyle w:val="ArticleBody"/>
        <w:jc w:val="left"/>
      </w:pPr>
      <w:r>
        <w:rPr>
          <w:rFonts w:ascii="Times New Roman" w:hAnsi="Times New Roman" w:eastAsia="Times New Roman" w:cs="Times New Roman"/>
        </w:rPr>
        <w:t>Preparasyon “chemen Senyè a” idantifye metodoloji zanj yo te gide Miller pou l konprann epi itilize afin de prepare konpreyansyon biblik sou “chemen” moun yo te dwe mache ladan l. Chak “mòn” te dwe rabese, paske mòn yo nan pwofesi biblik reprezante verite ki, nan premye gade, parèt twò difisil pou konprann. Pou konprann mòn gloriye sen an nan Danyèl chapit onz, vèsè karannsenk, ke wa nò a ap chèche pran, fòk yo kòmanse pa idantifye mòn gloriye sen literal la nan Jerizalèm, ki, nan sans pwofetik, defini mòn gloriye sen espirityèl la. Pou esplike mòn yo idantifye kòm Amagedon an, ki vle di mòn Megido a, fòk yon moun ale nan Megido literal la. Difikilte pwofetik yo, ki parèt kòm bagay ki difisil, vin retire lè yo aplike prensip ki di kòmansman yon bagay ilistre fen bagay sa a.</w:t>
      </w:r>
    </w:p>
    <w:p>
      <w:pPr>
        <w:pStyle w:val="ArticleBody"/>
        <w:jc w:val="left"/>
      </w:pPr>
      <w:r>
        <w:rPr>
          <w:rFonts w:ascii="Times New Roman" w:hAnsi="Times New Roman" w:eastAsia="Times New Roman" w:cs="Times New Roman"/>
        </w:rPr>
        <w:t>Metodoloji Ezayi reprezante a, Jan te fè referans avè l la, epi Miller te tabli a, leve chak vale anlè. Kit se “vale vizyon an” nan Ezayi vennde, “vale zo mò yo” nan Ezekyèl, oswa “vale Jozafa a” nan liv Joèl la, metodoloji ki chita sou bon konpreyansyon karaktè Kris la, jan li te reprezante kòm Palmoni, Mèveye Moun k ap Nimewote a, nan istwa Millerit la, oswa kòm Alfa ak Omega, mèveye lengwis la, nan istwa pa nou an, se sa ki leve verite pwofetik yo anlè, verite sa yo ki reprezante nan “vale” Pawòl Bondye a.</w:t>
      </w:r>
    </w:p>
    <w:p>
      <w:pPr>
        <w:pStyle w:val="ArticleBody"/>
        <w:jc w:val="left"/>
      </w:pPr>
      <w:r>
        <w:rPr>
          <w:rFonts w:ascii="Times New Roman" w:hAnsi="Times New Roman" w:eastAsia="Times New Roman" w:cs="Times New Roman"/>
        </w:rPr>
        <w:t>Bagay kwochi ki dwe dwate yo, ak kote ki rabote yo ki vin plat, reprezante travay koreksyon koutim ak tradisyon yon prètriz Laodiseyen sèvi avè yo pou soutni asyèt pwazonnen pa yo, ki plen fab. Travay Eli a idantifye klèman kòm sa ki reprezante bon metòd biblik la, an opozisyon ak fab teyolojyen yo ak prèt yo. Travay sa a akonpli pa “moun òdinè,” pa pa prèt ak teyolojyen ki gen edikasyon. Nan karakteristik pwofetik twa temwen sa yo, genyen tou verite senp sa a: Eli ki gen pou vini an pral yon nonm.</w:t>
      </w:r>
    </w:p>
    <w:p>
      <w:pPr>
        <w:pStyle w:val="ArticleBody"/>
        <w:jc w:val="left"/>
      </w:pPr>
      <w:r>
        <w:rPr>
          <w:rFonts w:ascii="Times New Roman" w:hAnsi="Times New Roman" w:eastAsia="Times New Roman" w:cs="Times New Roman"/>
        </w:rPr>
        <w:t>Obsèvasyon sa a ta ka parèt san enpòtans, men kòm teyolojyen Advantis yo ap chèche soutni fab yo yo, yo pran yon pasaj nan men Sè White kote li pale nan tan kap vini konsènan yon nonm ki t ap vini nan lespri ak pouvwa Eli, epi yo ajoute pwòp fab eksplikasyon pa yo epi yo ensiste ke Sè White t ap pale de tèt li.</w:t>
      </w:r>
    </w:p>
    <w:p>
      <w:pPr>
        <w:pStyle w:val="ArticleScripture"/>
        <w:jc w:val="left"/>
      </w:pPr>
      <w:r>
        <w:rPr>
          <w:rFonts w:ascii="Times New Roman" w:hAnsi="Times New Roman" w:eastAsia="Times New Roman" w:cs="Times New Roman"/>
        </w:rPr>
        <w:t>“Pwofesi a dwe akonpli. Senyè a di: ‘Men mwen pral voye ba nou Eli, pwofèt la, anvan vini gran jou Senyè a ki terib la.’ Gen yon moun ki dwe vini nan lespri ak pouvwa Eli, [Gade apendis la.] epi lè li parèt, moun yo ka di: ‘Ou trò serye, ou pa entèprete Ekriti yo jan sa dwe fèt la. Kite m di ou kijan pou ou anseye mesaj ou a.’”</w:t>
      </w:r>
    </w:p>
    <w:p>
      <w:pPr>
        <w:pStyle w:val="ArticleScripture"/>
        <w:jc w:val="left"/>
      </w:pPr>
      <w:r>
        <w:rPr>
          <w:rFonts w:ascii="Times New Roman" w:hAnsi="Times New Roman" w:eastAsia="Times New Roman" w:cs="Times New Roman"/>
        </w:rPr>
        <w:t>“Gen anpil moun ki pa kapab fè diferans ant travay Bondye ak travay lèzòm. M ap di verite a jan Bondye ban mwen li, e mwen di kounye a, si nou kontinye ap chèche fot, si nou kenbe yon lespri diskòd, nou p ap janm konnen verite a. Jezi te di disip li yo: ‘Mwen gen anpil lòt bagay toujou pou m di nou, men nou pa kapab sipòte yo kounye a.’ Yo pa t nan yon eta ki te pèmèt yo apresye bagay sakre ak etènèl yo; men Jezi te pwomèt pou voye Konsolatè a, ki t ap anseye yo tout bagay, e ki t ap fè yo sonje tout bagay li te di yo.”</w:t>
      </w:r>
    </w:p>
    <w:p>
      <w:pPr>
        <w:pStyle w:val="ArticleScripture"/>
        <w:jc w:val="left"/>
      </w:pPr>
      <w:r>
        <w:rPr>
          <w:rFonts w:ascii="Times New Roman" w:hAnsi="Times New Roman" w:eastAsia="Times New Roman" w:cs="Times New Roman"/>
        </w:rPr>
        <w:t>“Frè yo, nou pa dwe mete konfyans nou nan lòm. ‘Sispann konte sou lòm, ki gen souf li nan twou nen li; paske ki valè li genyen pou yo ta fè ka de li?’ Nou dwe pann nanm nou ki san sekou yo sou Jezi. Li pa konvnab pou nou bwè nan sous fon vale a lè gen yon sous sou mòn nan. Ann kite kouran ki pi ba yo; ann vini nan sous ki pi wo yo. Si gen yon pwen verite nou pa konprann, sou ki nou pa dakò, mennen ankèt, konpare Ekriti ak Ekriti, fouye pi fon pwi verite a nan min Pawòl Bondye a. Nou dwe mete tèt nou ansanm ak opinyon nou yo sou lotèl Bondye a, wete lide nou te deja fòme yo, epi kite Lespri syèl la gide nou nan tout verite.” Testimonies to Ministers, 475, 476.</w:t>
      </w:r>
    </w:p>
    <w:p>
      <w:pPr>
        <w:pStyle w:val="ArticleScripture"/>
        <w:jc w:val="left"/>
      </w:pPr>
      <w:r>
        <w:rPr>
          <w:rFonts w:ascii="Times New Roman" w:hAnsi="Times New Roman" w:eastAsia="Times New Roman" w:cs="Times New Roman"/>
        </w:rPr>
        <w:t>“Gen yon moun ki dwe vini nan lespri ak pouvwa Eli a: Gen kèk moun ki te aplike pawòl sa yo pa erè a yon sèten endividi yo te panse ki t ap parèt ak yon mesaj pwofetik apre lavi ak travay Madam White. Twa paragraf ki fòme atik sa a ki rele ‘Kite syèl la gide’ la se sèlman yon ti pati nan yon diskou Ellen White te bay nan Battle Creek, Michigan, nan maten 29 janvye 1890. Kòm sa te pibliye nan Review and Herald 18 fevriye 1890 la, li te pote tit ‘Ki jan pou fè fas ak yon pwen doktrin ki fè deba.’ Lòt ekstrè yo te pran nan atik sa a epi yo te sèvi sitou pou ranpli kèk paj nan volim sa a, yo ka jwenn yo nan paj 23, 104, 111, 119, 158, 278, ak 386. Yo repwodui atik la antye nan Selected Messages 1:406–416, epi pati ki gen ekstrè ki rele ‘Kite syèl la gide’ la parèt nan paj 412 ak 413. Lè yo li atik la antye, sa vin parèt klè ke Ellen White, nan deklarasyon sa a li te fè jis yon ti kras plis pase yon ane apre Konferans Minneapolis la devan yon gwoup nan Battle Creek, t ap pale de pwòp ministè pa li. Gen kèk moun ki te vin pran yon pozisyon kritik anvè travay li. Remake byen ke nan paragraf ki vini anvan sa ki parèt nan volim sa a nan paj 475 la, Ellen White deklare:”</w:t>
      </w:r>
    </w:p>
    <w:p>
      <w:pPr>
        <w:pStyle w:val="ArticleScripture"/>
        <w:jc w:val="left"/>
      </w:pPr>
      <w:r>
        <w:rPr>
          <w:rFonts w:ascii="Times New Roman" w:hAnsi="Times New Roman" w:eastAsia="Times New Roman" w:cs="Times New Roman"/>
        </w:rPr>
        <w:t>“‘Nou ta dwe vini nan yon pozisyon kote tout diferans yo va fonn nèt. Si mwen panse mwen gen limyè, m ap fè devwa mwen lè m prezante li. Sipoze mwen ta konsilte lòt moun konsènan mesaj Senyè a ta vle m bay pèp la, pòt la ta ka fèmen, konsa limyè a pa ta rive jwenn moun Bondye te voye li pou yo. Lè Jezi te antre Jerizalèm monte sou yon bourik, `tout foul disip yo te kòmanse rejwi epi fè lwanj Bondye ak yon gwo vwa pou tout zèv pisan yo te wè yo; yo t ap di: beni se Wa a ki vini nan non Senyè a; lapè nan syèl la, ak glwa nan pi wo yo. Epi kèk nan Farizyen yo ki te nan foul la di Li: Mèt, reprimande disip ou yo. Epi Li reponn, Li di yo: Mwen di nou, si sa yo ta rete san pale, menm wòch yo ta imedyatman rele byen fò’ (Lik 19:37–40).</w:t>
      </w:r>
    </w:p>
    <w:p>
      <w:pPr>
        <w:pStyle w:val="ArticleScripture"/>
        <w:jc w:val="left"/>
      </w:pPr>
      <w:r>
        <w:rPr>
          <w:rFonts w:ascii="Times New Roman" w:hAnsi="Times New Roman" w:eastAsia="Times New Roman" w:cs="Times New Roman"/>
        </w:rPr>
        <w:t>« Les Juifs tentèrent d’empêcher la proclamation du message qui avait été prédit dans la parole de Dieu. »</w:t>
      </w:r>
    </w:p>
    <w:p>
      <w:pPr>
        <w:pStyle w:val="ArticleScripture"/>
        <w:jc w:val="left"/>
      </w:pPr>
      <w:r>
        <w:rPr>
          <w:rFonts w:ascii="Times New Roman" w:hAnsi="Times New Roman" w:eastAsia="Times New Roman" w:cs="Times New Roman"/>
        </w:rPr>
        <w:t>“Lè sa a, li fè referans ankò ak pwòp eksperyans pa li:”</w:t>
      </w:r>
    </w:p>
    <w:p>
      <w:pPr>
        <w:pStyle w:val="ArticleScripture"/>
        <w:jc w:val="left"/>
      </w:pPr>
      <w:r>
        <w:rPr>
          <w:rFonts w:ascii="Times New Roman" w:hAnsi="Times New Roman" w:eastAsia="Times New Roman" w:cs="Times New Roman"/>
        </w:rPr>
        <w:t>«Pwofesi dwe akonpli. Senyè a di: “Gade, m ap voye ba nou Eli, pwofèt la, anvan gran jou Senyè a ki terib la vini” (Malachi 4:5). Gen yon moun ki dwe vini nan lespri ak pouvwa Eli a, e lè li parèt, moun yo ka di: “Ou twò zele, ou pa entèprete Ekriti yo jan sa dwe fèt la.” —Selected Messages, volim 1, 412.</w:t>
      </w:r>
    </w:p>
    <w:p>
      <w:pPr>
        <w:pStyle w:val="ArticleScripture"/>
        <w:jc w:val="left"/>
      </w:pPr>
      <w:r>
        <w:rPr>
          <w:rFonts w:ascii="Times New Roman" w:hAnsi="Times New Roman" w:eastAsia="Times New Roman" w:cs="Times New Roman"/>
        </w:rPr>
        <w:t>“Lè l t ap fè referans ak pwòp eksperyans pa li a, sa vin klè tou nan paragraf ki swiv la, kote li deklare:”</w:t>
      </w:r>
    </w:p>
    <w:p>
      <w:pPr>
        <w:pStyle w:val="ArticleScripture"/>
        <w:jc w:val="left"/>
      </w:pPr>
      <w:r>
        <w:rPr>
          <w:rFonts w:ascii="Times New Roman" w:hAnsi="Times New Roman" w:eastAsia="Times New Roman" w:cs="Times New Roman"/>
        </w:rPr>
        <w:t>« “M ap di laverite jan Bondye ban mwen li a….” » Apendis pou Testimonies to Ministers.</w:t>
      </w:r>
    </w:p>
    <w:p>
      <w:pPr>
        <w:pStyle w:val="ArticleBody"/>
        <w:jc w:val="left"/>
      </w:pPr>
      <w:r>
        <w:rPr>
          <w:rFonts w:ascii="Times New Roman" w:hAnsi="Times New Roman" w:eastAsia="Times New Roman" w:cs="Times New Roman"/>
        </w:rPr>
        <w:t>Lefètke Ellen White te oblije adrese fab yo nan mitan teyolojyen ak dirijan epòk pa li a pa bay okenn prèv ke li t ap idantifye tèt li kòm “nonm” ki t ap vini nan lavni nan lespri ak pouvwa Eli. Ki prèv ki genyen konsènan anpil opozan Ellen White yo anndan Adventis la ki t ap atake metòd aplikasyon biblik li te itilize a? Ki kote yo te janm di li: “ou pa entèprete Ekriti yo jan sa dwe fèt la”? Li idantifye klèman ke ta gen yon mouvman moun nan fen mond lan ki t ap resevwa puisans pa lespri ak pouvwa Eli, e pa gen okenn fason lejitim pou sijere ke li te panse mouvman sa a, kri byen fò twazyèm zanj lan, t ap fèt nan epòk kote li t ap pwofetize sou manifestasyon alavni pouvwa Eli a. Teyolojyen Adventis Laodise yo ta vle fè twoupo yo kwè ke Sè White te “fè referans” ak “pwòp eksperyans pa li” kòm yon akonplisman pwofèt Eli ki t ap voye anvan gran e terib jou Senyè a.</w:t>
      </w:r>
    </w:p>
    <w:p>
      <w:pPr>
        <w:pStyle w:val="ArticleScripture"/>
        <w:jc w:val="left"/>
      </w:pPr>
      <w:r>
        <w:rPr>
          <w:rFonts w:ascii="Times New Roman" w:hAnsi="Times New Roman" w:eastAsia="Times New Roman" w:cs="Times New Roman"/>
        </w:rPr>
        <w:t>Gade, m ap voye ba nou Eli, pwofèt la, anvan gwo e redoutab jou Seyè a rive. Malachi 4:5.</w:t>
      </w:r>
    </w:p>
    <w:p>
      <w:pPr>
        <w:pStyle w:val="ArticleBody"/>
        <w:jc w:val="left"/>
      </w:pPr>
      <w:r>
        <w:rPr>
          <w:rFonts w:ascii="Times New Roman" w:hAnsi="Times New Roman" w:eastAsia="Times New Roman" w:cs="Times New Roman"/>
        </w:rPr>
        <w:t>Youn nan karakteristik pwofetik Eli kòm yon senbòl se ke li prezante yon metodoloji biblik ki opoze ak fab yon prètriz ki ap distribye fab koutim ak tradisyon. Travay li pou prepare chemen an (“men chemen an, mache ladan li”) akonpli pa mwayen metodoloji biblik la ki opoze ak ansèyman yon prètriz ki fin kòwonpi. E dapre temwayaj twa temwen yo—Eli, Jan Batis, ak Miller—ansanm ak temwayaj Sè White konsènan aparisyon Eli ki, nan epòk sa a, te toujou nan lavni, li pral yon gason, pa yon fi. Lè metodoloji Palmoni ak Alfa ak Omega a byen konprann, yo rekonèt li non sèlman kòm yon seri règ biblik pou entèprete Ekriti yo, men kòm yon transkripsyon karaktè Kris la, ki se laglwa Li.</w:t>
      </w:r>
    </w:p>
    <w:p>
      <w:pPr>
        <w:pStyle w:val="ArticleScripture"/>
        <w:jc w:val="left"/>
      </w:pPr>
      <w:r>
        <w:rPr>
          <w:rFonts w:ascii="Times New Roman" w:hAnsi="Times New Roman" w:eastAsia="Times New Roman" w:cs="Times New Roman"/>
        </w:rPr>
        <w:t>Epi glwa Senyè a pral revele, e tout moun ansanm pral wè li; paske bouch Senyè a pale sa. Ezayi 40:5.</w:t>
      </w:r>
    </w:p>
    <w:p>
      <w:pPr>
        <w:pStyle w:val="ArticleBody"/>
        <w:jc w:val="left"/>
      </w:pPr>
      <w:r>
        <w:rPr>
          <w:rFonts w:ascii="Times New Roman" w:hAnsi="Times New Roman" w:eastAsia="Times New Roman" w:cs="Times New Roman"/>
        </w:rPr>
        <w:t>Karaktè menm Kris la reprezante nan metòd ki dwe itilize pou konprann Pawòl Li a, paske Li se Pawòl la.</w:t>
      </w:r>
    </w:p>
    <w:p>
      <w:pPr>
        <w:pStyle w:val="ArticleScripture"/>
        <w:jc w:val="left"/>
      </w:pPr>
      <w:r>
        <w:rPr>
          <w:rFonts w:ascii="Times New Roman" w:hAnsi="Times New Roman" w:eastAsia="Times New Roman" w:cs="Times New Roman"/>
        </w:rPr>
        <w:t>“Lwa Bondye a nan tanp ki nan syèl la se gran orijinal la, e prensip ki te ekri sou tablèt wòch yo epi Moyiz te konsiyen nan Pentatèk la, se te yon kopi fidèl ki pa t gen erè. Moun ki te rive konprann pwen enpòtan sa a, konsa, te vin wè karaktè sakre e ki pa chanje lwa diven an. Yo te wè, tankou yo pa t janm wè sa anvan, fòs pawòl Sovè a: ‘Jiskaske syèl la ak tè a pase, pa yon ti pwen ni yon ti tras p ap disparèt nan lalwa a.’ Matye 5:18. Lwa Bondye a, dèske li se yon revelasyon volonte Li, yon kopi karaktè Li, dwe dire pou tout tan, ‘tankou yon temwen fidèl nan syèl la.’ Pa gen yon sèl kòmandman ki anile; pa gen ni yon ti pwen ni yon ti tras ki chanje. Men sa salmis la di: ‘Pou tout tan, O Senyè, pawòl Ou tabli nan syèl la.’ ‘Tout kòmandman Li yo sèten. Yo kanpe fèm pou tout tan e pou tout tan.’ Sòm 119:89; 111:7, 8.” The Great Controversy, 434.</w:t>
      </w:r>
    </w:p>
    <w:p>
      <w:pPr>
        <w:pStyle w:val="ArticleBody"/>
        <w:jc w:val="left"/>
      </w:pPr>
      <w:r>
        <w:rPr>
          <w:rFonts w:ascii="Times New Roman" w:hAnsi="Times New Roman" w:eastAsia="Times New Roman" w:cs="Times New Roman"/>
        </w:rPr>
        <w:t>Menm jan dis kòmandman yo se yon trascrip ki pa chanje sou karaktè Kris la, konsa tou règ entèpretasyon pwofetik yo se yon trascrip sou karaktè Li.</w:t>
      </w:r>
    </w:p>
    <w:p>
      <w:pPr>
        <w:pStyle w:val="ArticleScripture"/>
        <w:jc w:val="left"/>
      </w:pPr>
      <w:r>
        <w:rPr>
          <w:rFonts w:ascii="Times New Roman" w:hAnsi="Times New Roman" w:eastAsia="Times New Roman" w:cs="Times New Roman"/>
        </w:rPr>
        <w:t>“Nou ta dwe konnen pou tèt pa nou kisa ki konstitye Krisyanis, kisa ki verite a, kisa lafwa nou resevwa a ye, ki règ Bib la ye—règ yo ban nou soti nan pi gwo Otorite a. Gen anpil moun ki kwè san yo pa gen yon rezon sou ki yo ka baze lafwa yo, san ase prèv konsènan verite kesyon an. Si yo prezante yon ide ki ann amoni ak pwòp opinyon yo te deja fòme, yo pare nèt pou aksepte li. Yo pa rezone soti nan kòz rive nan efè; lafwa yo pa gen okenn fondasyon reyèl, e nan tan eprèv la yo pral dekouvri yo te bati sou sab la.”</w:t>
      </w:r>
    </w:p>
    <w:p>
      <w:pPr>
        <w:pStyle w:val="ArticleScripture"/>
        <w:jc w:val="left"/>
      </w:pPr>
      <w:r>
        <w:rPr>
          <w:rFonts w:ascii="Times New Roman" w:hAnsi="Times New Roman" w:eastAsia="Times New Roman" w:cs="Times New Roman"/>
        </w:rPr>
        <w:t>“Moun ki repoze yo, satisfè ak pwòp konesans enpafè li genyen kounye a sou Ekriti yo, epi ki panse sa sifi pou delivrans li, ap repoze li nan yon twonpri ki mennen nan lanmò. Gen anpil moun ki pa byen ekipe ak agiman biblik yo, pou yo kapab disène erè epi kondane tout tradisyon ak sipèstisyon yo te fè pase kòm verite. Satan te entwodui pwòp lide pa li nan adorasyon Bondye, pou li ta ka gate senplisite levanjil Kris la. Yon gwo kantite moun ki pretann yo kwè verite prezan an, pa konnen ki sa ki fòme lafwa ki te yon fwa delivre bay sen yo—Kris nan nou, espwa glwa a. Yo panse yo ap defann ansyen repè yo, men yo tyèd e endiferan. Yo pa konnen sa sa vle di pou tise nan eksperyans yo epi posede vrè vèti lanmou ak lafwa. Yo pa etidyan serye Labib, men yo parese e neglijan. Lè diferans opinyon leve sou pasaj Ekriti yo, moun sa yo ki pa t etidye avèk yon objektif epi ki pa byen deside sou sa yo kwè, tonbe kite verite a. Nou dwe enpresyone sou tout moun nesesite pou yo chèche avèk dilijans verite diven an, pou yo ka konnen yo konnen ki sa ki verite. Gen kèk ki reklame anpil konesans, epi yo santi yo satisfè ak kondisyon yo, alòske yo pa gen plis zèl pou travay la, ni plis lanmou cho pou Bondye, ak pou nanm Kris te mouri pou yo, pase si yo pa t janm konnen Bondye. Yo pa li Labib la [pou yo] fè medil ak grès li yo vin pwòp pa nanm yo. Yo pa santi se vwa Bondye k ap pale ak yo. Men, si nou ta vle konprann chemen delivrans lan, si nou ta vle wè reyon Solèy jistis la, nou dwe etidye Ekriti yo avèk yon objektif, paske pwomès ak pwofesi Labib yo gaye reyon glwa klè sou plan diven redanmsyon an, gran verite sa yo ki pa byen konprann klèman.” The 1888 Materials, 403.</w:t>
      </w:r>
    </w:p>
    <w:p>
      <w:pPr>
        <w:pStyle w:val="ArticleBody"/>
        <w:jc w:val="left"/>
      </w:pPr>
      <w:r>
        <w:rPr>
          <w:rFonts w:ascii="Times New Roman" w:hAnsi="Times New Roman" w:eastAsia="Times New Roman" w:cs="Times New Roman"/>
        </w:rPr>
        <w:t>Pou vrèman yon kretyen, sa vle di pou yon moun sanble ak Kris la. Pasaj la fè konnen nou « ta dwe konnen pou tèt pa nou sa ki konstitiye Krisyanis la ». Li di nou « ta dwe konnen » « sa ki verite a ». Nou « ta dwe konnen » « ki lafwa nou te resevwa a ». Nou ta dwe konnen « ki sa règ Bib la ye—règ yo ban nou pa otorite ki pi wo a ». Pou yon moun sanble ak Kris, sa mande pou li konnen ki règ Bib la ye yo te ban nou pa otorite ki pi wo a. San règ sa yo, nou pa kapab sanble ak Kris, paske règ yo ban nou pa otorite ki pi wo a se yon transkripsyon karaktè pa Li.</w:t>
      </w:r>
    </w:p>
    <w:p>
      <w:pPr>
        <w:pStyle w:val="ArticleBody"/>
        <w:jc w:val="left"/>
      </w:pPr>
      <w:r>
        <w:rPr>
          <w:rFonts w:ascii="Times New Roman" w:hAnsi="Times New Roman" w:eastAsia="Times New Roman" w:cs="Times New Roman"/>
        </w:rPr>
        <w:t>Yon lòt karakteristik Eli se travay preparasyon chemen an pou mesaje alyans lan. Eli reprezante travay ki akonpli pandan yon peryòd istorik kote yo ap pase sou yon ansyen pèp eli, pandan y ap chwazi an menm tan yon nouvo pèp eli. Istwa sa a reprezante yon pwosesis pirifikasyon ki pwodui yon pèp yo reprezante tankou yon ofrann ki pwòp, an kontrast ak ansyen pèp eli ki pa t pwòp la.</w:t>
      </w:r>
    </w:p>
    <w:p>
      <w:pPr>
        <w:pStyle w:val="ArticleScripture"/>
        <w:jc w:val="left"/>
      </w:pPr>
      <w:r>
        <w:rPr>
          <w:rFonts w:ascii="Times New Roman" w:hAnsi="Times New Roman" w:eastAsia="Times New Roman" w:cs="Times New Roman"/>
        </w:rPr>
        <w:t>Gade, m ap voye mesaje mwen an, e li pral pare chemen an devan mwen; epi Seyè a, nou menm n ap chèche a, pral vini toudenkou nan tanp li a, menm Mesaje alyans lan, li menm nou pran plezi nan li a: gade, li pral vini, se Seyè ki gen tout lame yo ki di sa. Men, kiyès ki va ka sipòte jou vini li a? e kiyès ki va kanpe lè li parèt? paske li tankou dife rafinè a, e tankou savon moun k ap blanchi twal yo: Epi li pral chita tankou yon rafinè ak yon moun k ap pirifye ajan; li pral pirifye pitit Levi yo, e li pral netwaye yo tankou lò ak ajan, pou yo ka ofri bay Seyè a yon ofrann nan jistis. Lè sa a, ofrann Jida ak Jerizalèm nan pral fè Seyè a plezi, tankou nan tan lontan, ak tankou nan ane ansyen yo. Malachi 3:1–4.</w:t>
      </w:r>
    </w:p>
    <w:p>
      <w:pPr>
        <w:pStyle w:val="ArticleBody"/>
        <w:jc w:val="left"/>
      </w:pPr>
      <w:r>
        <w:rPr>
          <w:rFonts w:ascii="Times New Roman" w:hAnsi="Times New Roman" w:eastAsia="Times New Roman" w:cs="Times New Roman"/>
        </w:rPr>
        <w:t>Jan Batis la te prepare chemen an pou Kris la vini sanzatann e pirifye tanp Li a. Pirifikasyon tanp lan nan kòmansman ak nan fen ministè Kris la te yon akonplisman chapit twa nan Malachi. Jan te mesaje ki te prepare chemen an pou Mesaje alyans lan pirifye pitit gason Levi yo.</w:t>
      </w:r>
    </w:p>
    <w:p>
      <w:pPr>
        <w:pStyle w:val="ArticleScripture"/>
        <w:jc w:val="left"/>
      </w:pPr>
      <w:r>
        <w:rPr>
          <w:rFonts w:ascii="Times New Roman" w:hAnsi="Times New Roman" w:eastAsia="Times New Roman" w:cs="Times New Roman"/>
        </w:rPr>
        <w:t>“Nan netwayaj tanp lan, Jezi t ap anonse misyon Li kòm Mesi a, epi Li t ap antre nan travay Li. Tanp sa a, ki te bati pou rete kote Prezans diven an abite, te fèt pou sèvi kòm yon leson vivan pou Izrayèl ak pou lemonn. Depi nan tan etènite yo, se te volonte Bondye pou chak èt ki kreye, depi serafo yo ki klere e ki sen rive jouk nan lòm, ta dwe yon tanp pou Kreyatè a rete ladan l. Akòz peche, limanite sispann vin yon tanp pou Bondye. Kè lòm, ki te tenbre e sal pa mechanste, pa t revele glwa Sila ki Diven an ankò. Men, grasa enkarnasyon Pitit Bondye a, objektif Syèl la reyalize. Bondye rete nan limanite, epi grasa favè ki delivre a, kè lòm vin tounen ankò tanp Li. Bondye te vle pou tanp ki Jerizalèm nan te yon temwayaj kontinyèl sou wo desten ki louvri devan chak nanm. Men, Jwif yo pa t konprann siyifikasyon batiman yo te konsidere avèk anpil ògèy la. Yo pa t livre tèt yo kòm tanp sen pou Lespri Bondye a. Lakou tanp Jerizalèm nan, ki te plen ak dezòd komès pwofan, te reprezante twò fidèlman tanp kè a, sal pa prezans pasyon sansyèl ak panse pwofan. Lè Jezi te netwaye tanp lan, retire achtè ak vandè lemonn yo, Li te anonse misyon Li pou netwaye kè a anba salte peche a,—anba dezi tèren yo, konvwatis egois yo, move abitid yo, ki gate nanm nan. ‘Seyè a, sila n ap chèche a, va vini toudenkou nan tanp Li a, menm mesaje alyans lan, sila nou pran plezi nan li a: men li, li va vini, se Seyè ki gen tout lame yo ki di sa. Men kiyès ki ka sipòte jou vini Li a? e kiyès ki va rete kanpe lè Li parèt? paske Li tankou dife moun k ap rafine a, e tankou savon moun k ap blanchi twal yo: e Li va chita tankou yon moun k ap rafine ak pirifye ajan: e Li va pirifye pitit Levi yo, e Li va netwaye yo tankou lò ak ajan.’ Malachi 3:1–3.” The Desire of Ages, 161.</w:t>
      </w:r>
    </w:p>
    <w:p>
      <w:pPr>
        <w:pStyle w:val="ArticleBody"/>
        <w:jc w:val="left"/>
      </w:pPr>
      <w:r>
        <w:rPr>
          <w:rFonts w:ascii="Times New Roman" w:hAnsi="Times New Roman" w:eastAsia="Times New Roman" w:cs="Times New Roman"/>
        </w:rPr>
        <w:t>Jan Batis te mesaje ki te prepare chemen an pou Kris vini sibitman pou netwaye tanp Li a, e William Miller te akonpli menm travay preparasyon an pou Kris vini sibitman nan Trè Sen an le 22 oktòb 1844.</w:t>
      </w:r>
    </w:p>
    <w:p>
      <w:pPr>
        <w:pStyle w:val="ArticleScripture"/>
        <w:jc w:val="left"/>
      </w:pPr>
      <w:r>
        <w:rPr>
          <w:rFonts w:ascii="Times New Roman" w:hAnsi="Times New Roman" w:eastAsia="Times New Roman" w:cs="Times New Roman"/>
        </w:rPr>
        <w:t>“Vini Kris la kòm gran prèt nou an nan kote ki pi sen an, pou pirifye sanktyè a, jan sa parèt nan Danyèl 8:14; vini Pitit lòm nan bò kote Ansyen Jou yo, jan sa prezante nan Danyèl 7:13; epi vini Senyè a nan tanp li a, jan Malachi te pwofetize sa, se deskripsyon menm evènman an; epi sa reprezante tou pa vini marye a nan nòs la, jan Kris dekri sa nan parabòl dis vyèj yo, nan Matye 25.” The Great Controversy, 426.</w:t>
      </w:r>
    </w:p>
    <w:p>
      <w:pPr>
        <w:pStyle w:val="ArticleBody"/>
        <w:jc w:val="left"/>
      </w:pPr>
      <w:r>
        <w:rPr>
          <w:rFonts w:ascii="Times New Roman" w:hAnsi="Times New Roman" w:eastAsia="Times New Roman" w:cs="Times New Roman"/>
        </w:rPr>
        <w:t>Jan ak Miller te senbolize pirifikasyon Malachi te reprezante a, ki kounye a ap akonpli nan istwa pa nou jounen jodi a.</w:t>
      </w:r>
    </w:p>
    <w:p>
      <w:pPr>
        <w:pStyle w:val="ArticleScripture"/>
        <w:jc w:val="left"/>
      </w:pPr>
      <w:r>
        <w:rPr>
          <w:rFonts w:ascii="Times New Roman" w:hAnsi="Times New Roman" w:eastAsia="Times New Roman" w:cs="Times New Roman"/>
        </w:rPr>
        <w:t>Pwofèt la di: “Mwen wè yon lòt zanj desann soti nan syèl la, li te gen gwo pouvwa; e tè a te klere ak glwa li. E li rele avèk fòs, ak yon gwo vwa, li di: Babilòn, gran lavil la, tonbe, li tonbe, e li vin tounen kay demon yo” (Revelation 18:1, 2). Sa a se menm mesaj dezyèm zanj lan te bay la. Babilòn tonbe, “paske li fè tout nasyon bwè diven kòlè fònikasyon li” (Revelation 14:8). Ki sa diven sa a ye?—Fo doktrin li yo. Li bay lemonn yon fo saba olye de Saba katriyèm kòmandman an, epi li repete manti Satan te premye di Èv nan Edenn lan—imòtalite natirèl nanm nan. Anpil erè menm fanmi ak sa yo li gaye toupatou, “li anseye kòm doktrin kòmandman lèzòm yo” (Matthew 15:9).</w:t>
      </w:r>
    </w:p>
    <w:p>
      <w:pPr>
        <w:pStyle w:val="ArticleScripture"/>
        <w:jc w:val="left"/>
      </w:pPr>
      <w:r>
        <w:rPr>
          <w:rFonts w:ascii="Times New Roman" w:hAnsi="Times New Roman" w:eastAsia="Times New Roman" w:cs="Times New Roman"/>
        </w:rPr>
        <w:t>“Lè Jezi te kòmanse ministè piblik Li a, Li te pirifye Tanp lan anba pwofanasyon sakrilèj li te sibi a. Pami dènye zak ministè Li a, te genyen dezyèm pirifikasyon Tanp lan. Konsa tou, nan dènye travay avètisman pou mond lan, yo fè de apèl diferan bay legliz yo. Mesaj dezyèm zanj lan se: ‘Babilòn tonbe, li tonbe, gwo vil sa a, paske li fè tout nasyon yo bwè diven kòlè fònikasyon li a’ (Revelation 14:8). Epi, nan gran rèl mesaj twazyèm zanj lan, yo tande yon vwa soti nan syèl la k ap di: ‘Sòti ladan l, pèp mwen an, pou nou pa patisipe nan peche li yo, e pou nou pa resevwa nan kalamite li yo. Paske peche li yo rive jouk nan syèl la, e Bondye sonje inikite li yo’ (Revelation 18:4, 5).” Selected Messages, liv 2, 118.</w:t>
      </w:r>
    </w:p>
    <w:p>
      <w:pPr>
        <w:pStyle w:val="ArticleBody"/>
        <w:jc w:val="left"/>
      </w:pPr>
      <w:r>
        <w:rPr>
          <w:rFonts w:ascii="Times New Roman" w:hAnsi="Times New Roman" w:eastAsia="Times New Roman" w:cs="Times New Roman"/>
        </w:rPr>
        <w:t>De netwayaj tanp nan sèvis Kris la, ak de netwayaj tanp yo nan istwa Millerit la, te akonplisman Malachi chapit twa, epi yo lonje dwèt pi devan sou de netwayaj tanp yo ki te kòmanse 11 septanm 2001, lè gwo batiman Vil Nouyòk yo te tonbe anba yon manyen Bondye, epi zanj vanyan nan Revelasyon dizwit la te desann pou klere tè a ak glwa li. Pami lòt bagay, sa demanti plat istwa envante teyolojyen Laodise Adantis yo prezante a, yo menm ki fè konnen Ellen White se te pwofèt Eli a ki t ap vini anvan gran e redoutab jou Senyè a. Netwayaj tanp ki fèt lè zanj Revelasyon dizwit la desann nan te kòmanse katreven-sis ane apre yo te mete Ellen White nan dènye repo li.</w:t>
      </w:r>
    </w:p>
    <w:p>
      <w:pPr>
        <w:pStyle w:val="ArticleBody"/>
        <w:jc w:val="left"/>
      </w:pPr>
      <w:r>
        <w:rPr>
          <w:rFonts w:ascii="Times New Roman" w:hAnsi="Times New Roman" w:eastAsia="Times New Roman" w:cs="Times New Roman"/>
        </w:rPr>
        <w:t>Jan Batis la ak disip li yo, Miller ak Milerit yo ansanm ak Future for America, reprezante mesaje ki prepare chemen an pou Mesaje alyans lan vini toudenkou nan tanp Li a pou pirifye li anba pwofanasyon sakrilèj li a.</w:t>
      </w:r>
    </w:p>
    <w:p>
      <w:pPr>
        <w:pStyle w:val="ArticleBody"/>
        <w:jc w:val="left"/>
      </w:pPr>
      <w:r>
        <w:rPr>
          <w:rFonts w:ascii="Times New Roman" w:hAnsi="Times New Roman" w:eastAsia="Times New Roman" w:cs="Times New Roman"/>
        </w:rPr>
        <w:t>Eli kòm yon senbòl reprezante yon nonm. Li reprezante yon nonm yo rele soti nan lavi òdinè a, e non yon teyolojyen prèt. Ministè li prezante metodoloji biblik ki kòrèk la, sa vle di règ Otorite ki pi wo a bay. Ministè li a an konfwontasyon ak metodoloji aktyèl prètriz laodiseyen an, ki chita sou fab, koutim ak tradisyon. Li prepare chemen an pou yon pwosesis pirifikasyon ki leve yon nouvo pèp chwazi soti nan rès yon pèp chwazi yo mete sou kote. Pwosesis pirifikasyon an tabli nan kontèks yon bagay k ap rive toudenkou.</w:t>
      </w:r>
    </w:p>
    <w:p>
      <w:pPr>
        <w:pStyle w:val="ArticleBody"/>
        <w:jc w:val="left"/>
      </w:pPr>
      <w:r>
        <w:rPr>
          <w:rFonts w:ascii="Times New Roman" w:hAnsi="Times New Roman" w:eastAsia="Times New Roman" w:cs="Times New Roman"/>
        </w:rPr>
        <w:t>Élie représente aussi un ministère et une œuvre que Dieu établit expressément et identifie comme le ministère exclusif de Dieu.</w:t>
      </w:r>
    </w:p>
    <w:p>
      <w:pPr>
        <w:pStyle w:val="ArticleBody"/>
        <w:jc w:val="left"/>
      </w:pPr>
      <w:r>
        <w:rPr>
          <w:rFonts w:ascii="Times New Roman" w:hAnsi="Times New Roman" w:eastAsia="Times New Roman" w:cs="Times New Roman"/>
        </w:rPr>
        <w:t>Nou pral demontre sa nan istwa Millerit yo nan atik kap vini an.</w:t>
      </w:r>
    </w:p>
    <w:p>
      <w:pPr>
        <w:pStyle w:val="ArticleScripture"/>
        <w:jc w:val="left"/>
      </w:pPr>
      <w:r>
        <w:rPr>
          <w:rFonts w:ascii="Times New Roman" w:hAnsi="Times New Roman" w:eastAsia="Times New Roman" w:cs="Times New Roman"/>
        </w:rPr>
        <w:t>Epi sa, nan lè yo t ap ofri sakrifis aswè a, Eli, pwofèt la, pwoche, li di: Seyè, Bondye Abraram, Izarak, ak Izrayèl, fè yo konnen jodi a se ou menm ki Bondye ann Izrayèl, e mwen menm, mwen se sèvitè ou, e se dapre pawòl ou mwen fè tout bagay sa yo. 1 Wa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 — Nimewo De</dc:title>
  <dc:subject>Karakteristik Pwofetik</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