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Avenir pour l’Amérique et le 18 juillet 2020 - Numéro Un</w:t>
      </w:r>
    </w:p>
    <w:p>
      <w:pPr>
        <w:pStyle w:val="ArticleSubtitle"/>
        <w:jc w:val="left"/>
      </w:pPr>
      <w:r>
        <w:rPr>
          <w:rFonts w:ascii="Arial" w:hAnsi="Arial" w:eastAsia="Arial" w:cs="Arial"/>
        </w:rPr>
        <w:t>Moun twou Wòch Alyans lan: Moyiz ak Eli nan Fen Mond lan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2023-08-23</w:t>
      </w:r>
    </w:p>
    <w:p>
      <w:pPr>
        <w:pStyle w:val="ArticleBody"/>
        <w:jc w:val="left"/>
      </w:pPr>
      <w:r>
        <w:rPr>
          <w:rFonts w:ascii="Times New Roman" w:hAnsi="Times New Roman" w:eastAsia="Times New Roman" w:cs="Times New Roman"/>
        </w:rPr>
        <w:t>Mozis ak Eli se senbòl pwofetik ki, selon kontèks la, kapab chak separeman konprann kòm yon senbòl sengilye; men yo kapab tou konprann kòm yon sèl senbòl ki gen ladan toude pwofèt yo. Sou temwayaj de moun, yon bagay tabli; e nan Revelasyon onz, Mozis ak Eli reprezante de temwen Ansyen ak Nouvo Testaman yo. Sou Mòn Transfigirasyon an, ki reprezante Dezyèm Vini Kris la, senbòl doub la reprezante alafwa san karannkat mil yo (Eli) ak mati yo (Mozis) nan kriz lwa dimanch lan. Ansanm kòm yon senbòl, nan twou wòch Oreb la, yo reprezante pèp Bondye a nan fen mond lan ki “tande,” “li” epi “kenbe” mesaj la ki se yon Revelasyon sou karaktè Bondye, e ki genyen pouvwa pou transfòme yon Laodiseyen an yon Filadèlfyen. Byento, (trè byento) pral rive yon pwen kote li p ap posib ankò pou Advantis Laodiseyen sòt yo jwenn “lwil” ki nesesè pou reponn kòrèkteman ak kri a: “Men Veterinè a ap vini.”</w:t>
      </w:r>
    </w:p>
    <w:p>
      <w:pPr>
        <w:pStyle w:val="ArticleScripture"/>
        <w:jc w:val="left"/>
      </w:pPr>
      <w:r>
        <w:rPr>
          <w:rFonts w:ascii="Times New Roman" w:hAnsi="Times New Roman" w:eastAsia="Times New Roman" w:cs="Times New Roman"/>
        </w:rPr>
        <w:t>Epi Moyiz di SENYÈ a: Gade, ou di m: “Mennen pèp sa a monte”; men ou pa fè m konnen kiyès ou pral voye avè m. Men ou te di: “Mwen konnen ou pa non ou, e ou jwenn favè devan je m tou.” Koulye a, tanpri, si mwen jwenn favè devan je ou, fè m konnen chemen ou kounye a, pou m ka konnen ou, pou m ka jwenn favè devan je ou; epi konsidere nasyon sa a kòm pèp pa ou. Epi li di: Prezans mwen va ale avè w, e mwen va ba ou repo. Epi li di l: Si prezans ou pa ale avè m, pa fè nou monte soti isit la. Paske ki jan y ap konnen isit la ke mwen menm ak pèp ou a jwenn favè devan je ou? Èske se pa nan lefèt ke ou ale avè nou? Se konsa nou va separe, mwen menm ak pèp ou a, ak tout pèp ki sou tout fas tè a. Epi SENYÈ a di Moyiz: Mwen va fè bagay sa a tou ou te pale a; paske ou jwenn favè devan je m, e mwen konnen ou pa non ou. Epi li di: Mwen sipliye ou, fè m wè glwa ou. Epi li di: Mwen va fè tout bonte mwen pase devan ou, e mwen va pwoklame non SENYÈ a devan ou; e mwen va gen gras pou sila mwen va gen gras pou li, e mwen va fè mizèrikòd pou sila mwen va fè mizèrikòd pou li. Epi li di: Ou pa ka wè figi m; paske pa gen moun ki ka wè m epi viv. Epi SENYÈ a di: Gade, gen yon plas bò kote m, e ou va kanpe sou yon wòch. Epi sa va rive, pandan glwa mwen ap pase, mwen va mete ou nan yon fann nan wòch la, e mwen va kouvri ou ak men m pandan m ap pase. Epi mwen va retire men m, e ou va wè pati dèyè mwen; men figi m p ap ka wè. Epi SENYÈ a di Moyiz: Taye de tablèt wòch pou ou menm tankou premye yo; e mwen va ekri sou tablèt sa yo pawòl ki te sou premye tablèt yo, ke ou te kraze yo. Epi pare nan maten, e monte nan maten sou mòn Sinayi, epi prezante tèt ou devan mwen la, sou tèt mòn nan. Epi pesonn pa dwe monte avè w, ni pesonn pa dwe parèt sou tout mòn nan; ni pa kite bann mouton oswa bèf yo manje devan mòn sa a. Epi li taye de tablèt wòch tankou premye yo; epi Moyiz leve granmaten, li monte sou mòn Sinayi, jan SENYÈ a te kòmande l la, epi li pran de tablèt wòch yo nan men li. Epi SENYÈ a desann nan nyaj la, li kanpe la avè l, epi li pwoklame non SENYÈ a. Epi SENYÈ a pase devan li, epi li pwoklame: SENYÈ a, SENYÈ Bondye a, mizèrikòdye ak plen gras, dousman nan kòlè, e rich anpil nan bonte ak verite; li kenbe mizèrikòd pou dè milye, li padonnen mechanste, transgresyon ak peche, men li p ap janm kite koupab la san pinisyon; li fè inikite papa yo tonbe sou pitit yo, sou pitit pitit yo, jouk nan twazyèm ak katriyèm jenerasyon an. Epi Moyiz prese, li bese tèt li jis atè, epi li adore. Epi li di: Si kounye a mwen jwenn favè devan je ou, O Seyè, tanpri, se pou Seyè mwen an mache nan mitan nou; paske se yon pèp ki gen kou rèd; epi padonnen inikite nou ak peche nou, epi pran nou kòm eritaj pa ou. Epi li di: Gade, mwen fè yon alyans: devan tout pèp ou a mwen va fè mèvèy, sa yo ki pa janm fèt nan tout tè a, ni nan okenn nasyon; epi tout pèp pami moun ou ye yo va wè travay SENYÈ a; paske se yon bagay terib mwen pral fè avèk ou. Egzòd 33:12–34:10.</w:t>
      </w:r>
    </w:p>
    <w:p>
      <w:pPr>
        <w:pStyle w:val="ArticleBody"/>
        <w:jc w:val="left"/>
      </w:pPr>
      <w:r>
        <w:rPr>
          <w:rFonts w:ascii="Times New Roman" w:hAnsi="Times New Roman" w:eastAsia="Times New Roman" w:cs="Times New Roman"/>
        </w:rPr>
        <w:t>Moyiz reprezante pèp Bondye a nan fen mond lan. Yo se moun sa yo ki, nan “dènye jou” jijman ankèt la, mande Bondye pou L montre yo “chemen” Li, “pou” yo kapab “konnen” Bondye; epi an repons yo resevwa yon repons nan men Bondye ki gen ladan l pwomès ke “prezans” Li “ap ale avèk” yo, e ke Bondye ap bay pèp sa a “repo.”</w:t>
      </w:r>
    </w:p>
    <w:p>
      <w:pPr>
        <w:pStyle w:val="ArticleScripture"/>
        <w:jc w:val="left"/>
      </w:pPr>
      <w:r>
        <w:rPr>
          <w:rFonts w:ascii="Times New Roman" w:hAnsi="Times New Roman" w:eastAsia="Times New Roman" w:cs="Times New Roman"/>
        </w:rPr>
        <w:t>Men sa Senyè a: Kanpe sou chemen yo, gade, mande pou ansyen santye yo, kote bon chemen an ye; mache ladan l, epi n ap jwenn repo pou nanm nou. Men yo te di: Nou p ap mache ladan l. Mwen te mete gad tou sou nou, mwen te di: Koute son twonpèt la. Men yo te di: Nou p ap koute. Jeremi 6:16, 17.</w:t>
      </w:r>
    </w:p>
    <w:p>
      <w:pPr>
        <w:pStyle w:val="ArticleBody"/>
        <w:jc w:val="left"/>
      </w:pPr>
      <w:r>
        <w:rPr>
          <w:rFonts w:ascii="Times New Roman" w:hAnsi="Times New Roman" w:eastAsia="Times New Roman" w:cs="Times New Roman"/>
        </w:rPr>
        <w:t>Jérémie désigne une catégorie de personnes qui refusent de « voir » et d’« écouter » et, par conséquent, ne reçoivent pas le « repos » promis à ceux qui cherchent la « bonne voie » et qui « y marchent ». Ce repos est identifié par Ésaïe comme le « rafraîchissement ».</w:t>
      </w:r>
    </w:p>
    <w:p>
      <w:pPr>
        <w:pStyle w:val="ArticleScripture"/>
        <w:jc w:val="left"/>
      </w:pPr>
      <w:r>
        <w:rPr>
          <w:rFonts w:ascii="Times New Roman" w:hAnsi="Times New Roman" w:eastAsia="Times New Roman" w:cs="Times New Roman"/>
        </w:rPr>
        <w:t>Kiyès l ap anseye konesans? E kiyès l ap fè konprann doktrin? Se moun ki sevre ak lèt, yo wete nan tete. Paske kòmandman dwe vin sou kòmandman, kòmandman sou kòmandman; liy sou liy, liy sou liy; yon ti kras isit la, yon ti kras lòtbò: Paske se ak bouch k ap bege ak yon lòt lang l ap pale ak pèp sa a. Se yo menm li te di: Men repo a, avèk li nou ka fè moun ki bouke a repoze; men rafrechisman an: poutan yo pa t vle tande. Men pawòl Seyè a te vin pou yo kòmandman sou kòmandman, kòmandman sou kòmandman; liy sou liy, liy sou liy; yon ti kras isit la, yon ti kras lòtbò; pou yo ka ale, tonbe sou do yo, kraze, pran nan pyèj, epi yo kenbe yo. Ezayi 28:9–13.</w:t>
      </w:r>
    </w:p>
    <w:p>
      <w:pPr>
        <w:pStyle w:val="ArticleBody"/>
        <w:jc w:val="left"/>
      </w:pPr>
      <w:r>
        <w:rPr>
          <w:rFonts w:ascii="Times New Roman" w:hAnsi="Times New Roman" w:eastAsia="Times New Roman" w:cs="Times New Roman"/>
        </w:rPr>
        <w:t>“Repo a” ak “rafrechisman an” reprezante lapli ta a ki vide pandan pwoklamasyon dènye mesaj avètisman an.</w:t>
      </w:r>
    </w:p>
    <w:p>
      <w:pPr>
        <w:pStyle w:val="ArticleScripture"/>
        <w:jc w:val="left"/>
      </w:pPr>
      <w:r>
        <w:rPr>
          <w:rFonts w:ascii="Times New Roman" w:hAnsi="Times New Roman" w:eastAsia="Times New Roman" w:cs="Times New Roman"/>
        </w:rPr>
        <w:t>“Mwen te wè yo te montre m tan lè mesaj twazyèm zanj lan t ap rive nan fen li. Pwisans Bondye te repoze sou pèp Li a; yo te fin akonpli travay yo, e yo te pare pou lè eprèv ki te devan yo. Yo te resevwa lapli dènyè a, oswa rafrechisman ki soti nan prezans Senyè a, e temwayaj vivan an te reviv. Dènye gran avètisman an te sonnen toupatou, e li te boulvèse epi fè moun ki rete sou tè a fache anpil, moun sa yo ki pa t vle resevwa mesaj la.” Early Writings, 279.</w:t>
      </w:r>
    </w:p>
    <w:p>
      <w:pPr>
        <w:pStyle w:val="ArticleBody"/>
        <w:jc w:val="left"/>
      </w:pPr>
      <w:r>
        <w:rPr>
          <w:rFonts w:ascii="Times New Roman" w:hAnsi="Times New Roman" w:eastAsia="Times New Roman" w:cs="Times New Roman"/>
        </w:rPr>
        <w:t>Pwomès “repo” a, oswa “rafrechisman” an ki se “lapli dèyè a,” gen ladan l pwomès Bondye te bay Moyiz nan twou wòch la, ke “prezans” Bondye t ap mache avèk pèp Li a.</w:t>
      </w:r>
    </w:p>
    <w:p>
      <w:pPr>
        <w:pStyle w:val="ArticleScripture"/>
        <w:jc w:val="left"/>
      </w:pPr>
      <w:r>
        <w:rPr>
          <w:rFonts w:ascii="Times New Roman" w:hAnsi="Times New Roman" w:eastAsia="Times New Roman" w:cs="Times New Roman"/>
        </w:rPr>
        <w:t>Travay la pral sanble ak sa ki te fèt nan jou Pannkot la. Menm jan ak “premye lapli” a te bay, nan efizyon Sentespri a nan kòmansman levanjil la, pou fè semans presye a leve, konsa tou “dènye lapli” a pral bay nan fen li, pou matirite rekòt la. “Lè sa a, n a konnen, si nou pèsiste pou nou konnen Seyè a; aparisyon li pare tankou granmaten; epi li va vini jwenn nou tankou lapli, tankou dènye ak premye lapli sou tè a.” (Oze 6:3.) “Se poutèt sa, nou menm pitit Siyon yo, fè kè nou kontan, e rejwi nou nan Seyè a, Bondye nou an; paske li ban nou premye lapli a avèk mezi, e li pral fè lapli a desann pou nou, premye lapli a ak dènye lapli a.” (Jowèl 2:23.) “Nan dènye jou yo, Bondye di, m ap vide nan Lespri mwen sou tout chè.” “Epi, nenpòt moun ki va rele non Seyè a, l ap sove.” (Travay 2:17, 21.) Gwo travay levanjil la pa dwe fini ak mwens manifestasyon pisans Bondye pase sa ki te make kòmansman li. Pwofesi ki te akonpli nan efizyon premye lapli a nan kòmansman levanjil la, pral ankò akonpli nan dènye lapli a nan fen li. Men “tan rafrechisman” yo apot Pyè te prevwa lè li te di: “Se poutèt sa, repanti nou, epi konvèti nou, pou peche nou yo kapab efase [nan Jijman ankèt la], lè tan rafrechisman yo va soti nan prezans Seyè a; epi li va voye Jezi.” (Travay 3:19–20.)</w:t>
      </w:r>
    </w:p>
    <w:p>
      <w:pPr>
        <w:pStyle w:val="ArticleScripture"/>
        <w:jc w:val="left"/>
      </w:pPr>
      <w:r>
        <w:rPr>
          <w:rFonts w:ascii="Times New Roman" w:hAnsi="Times New Roman" w:eastAsia="Times New Roman" w:cs="Times New Roman"/>
        </w:rPr>
        <w:t>“Sèvitè Bondye yo, avèk figi yo ki klere e ki briye ak yon konsakrasyon sen, pral prese soti yon kote al yon lòt pou pwoklame mesaj ki soti nan Syèl la. Pa dè milye vwa, toupatou sou latè, yo pral bay avètisman an. Mirak pral fèt, malad yo pral geri, epi siy ak mèvèy pral swiv moun ki kwè yo. Satan tou ap aji avèk mèvèy twonpe, li menm rive fè dife desann soti nan syèl la devan je lèzòm. (Revelation 13:13.) Konsa, moun k ap viv sou latè yo pral mennen pou pran pozisyon yo.” The Great Controversy, 611, 612.</w:t>
      </w:r>
    </w:p>
    <w:p>
      <w:pPr>
        <w:pStyle w:val="ArticleBody"/>
        <w:jc w:val="left"/>
      </w:pPr>
      <w:r>
        <w:rPr>
          <w:rFonts w:ascii="Times New Roman" w:hAnsi="Times New Roman" w:eastAsia="Times New Roman" w:cs="Times New Roman"/>
        </w:rPr>
        <w:t>Ekoulman Sentespri a nan dènye jou yo te deja prefigire pa ekoulman Sentespri a nan kòmansman pwoklamasyon levanjil la. “Pawòl Seyè a pou yo menm” ki pa vle tande sa Lespri a ap di legliz yo, se te prensip pwofetik ki konsiste nan ajoute yon liy istwa pwofetik sou yon lòt liy istwa pwofetik afin pou ilistre fen mond lan. Sa pa mwens pase prensip ki montre ke fen yon bagay ilistre pa kòmansman yon bagay. Règ pwofetik sa a rejte pa pèp estipid Laodise setyèm jou Advantis la. Lè yo aksepte l, Bondye kapab “anseye konesans,” sa Danyèl idantifye kòm konesans ki ogmante nan tan lafen an, e se menm konesans sa Oze di pèp Bondye a ap peri poutèt yo rejte li. Gwoup nan Ezayi ak Jeremi an ki refize tande oswa wè a, rejte “rafrechisman an,” ki se “repo” Bondye pwomèt pou l bay pèp Li a nan “dènye jou” yo, pou yo kapab travèse kriz la nan fen jou yo avèk sekirite.</w:t>
      </w:r>
    </w:p>
    <w:p>
      <w:pPr>
        <w:pStyle w:val="ArticleBody"/>
        <w:jc w:val="left"/>
      </w:pPr>
      <w:r>
        <w:rPr>
          <w:rFonts w:ascii="Times New Roman" w:hAnsi="Times New Roman" w:eastAsia="Times New Roman" w:cs="Times New Roman"/>
        </w:rPr>
        <w:t>“non Senyè a” (karaktè) Bondye te pwoklame bay Moyiz la se te ke “SENYÈ a, Bondye a,” se “mizerikòdye e plen gras, pasyan, e ki gen anpil bonte ak verite.” Karaktè Li se mizèrikòd ak verite. Verite ki reprezante karaktè Li a toujou asosye ak mizèrikòd Li, paske pèsonn pa pral konprann verite Li, sòf si Bondye anvan sa egzèse mizèrikòd Li anvè yo, paske tout moun fè peche e yo pa rive nan glwa (karaktè) Bondye. Verite ke Jezi Kris se Alfa ak Omega a rekonèt epi konsève pa moun sa yo Bondye padonnen inikite ak peche yo. Padon sa a fèt nan dènye sèn jijman ankèt la. Moun sa yo anvè yo Li egzèse mizèrikòd Li, konsa Li padonnen peche yo, Li pran yo kòm eritaj pa Li epi Li antre nan yon alyans avèk yo.</w:t>
      </w:r>
    </w:p>
    <w:p>
      <w:pPr>
        <w:pStyle w:val="ArticleScripture"/>
        <w:jc w:val="left"/>
      </w:pPr>
      <w:r>
        <w:rPr>
          <w:rFonts w:ascii="Times New Roman" w:hAnsi="Times New Roman" w:eastAsia="Times New Roman" w:cs="Times New Roman"/>
        </w:rPr>
        <w:t>“Nan dènye jou istwa tè sa a, alyans Bondye avèk pèp li a ki kenbe kòmandman l yo dwe renouvle.” Review and Herald, 26 fevriye 1914.</w:t>
      </w:r>
    </w:p>
    <w:p>
      <w:pPr>
        <w:pStyle w:val="ArticleBody"/>
        <w:jc w:val="left"/>
      </w:pPr>
      <w:r>
        <w:rPr>
          <w:rFonts w:ascii="Times New Roman" w:hAnsi="Times New Roman" w:eastAsia="Times New Roman" w:cs="Times New Roman"/>
        </w:rPr>
        <w:t>Tout pwofèt yo, ansanm ak Moyiz, ap idantifye dènye jou jijman ankèt la, lè Bondye renouvle alyans Li avèk sila yo ki idantifye kòm san karannkat mil la. Epi lè alyans sa a etabli, Bondye “pral fè mèvèy, jan sa pa janm fèt sou tout tè a, ni nan okenn nasyon; epi tout pèp ki nan mitan yo ou ye a pral wè travay Senyè a, paske se yon bagay terib mwen pral fè avèk ou.”</w:t>
      </w:r>
    </w:p>
    <w:p>
      <w:pPr>
        <w:pStyle w:val="ArticleBody"/>
        <w:jc w:val="left"/>
      </w:pPr>
      <w:r>
        <w:rPr>
          <w:rFonts w:ascii="Times New Roman" w:hAnsi="Times New Roman" w:eastAsia="Times New Roman" w:cs="Times New Roman"/>
        </w:rPr>
        <w:t>Eksperyans Moyiz nan twou wòch sou Mòn Orèb, yo rele tou Mòn Sinayi, te plase nan kontèks batay Moyiz ak pèp Bondye a. Batay li te ye pou akonpli travay Bondye te ba li a. Moyiz te nan yon lit konsènan mesaj Bondye a pou lemonn. Tousuit anvan Senyè a te montre Moyiz laglwa li, nou jwenn Moyiz ap sèvi ak lojik devan Senyè a, li sijere ke si Senyè a te detwi rebèl yo ki te fèk ap danse bò kote ti towo bèf an lò Arawon an, destriksyon rebèl yo t ap detwi mesaj ki t ap idantifye pouvwa Bondye.</w:t>
      </w:r>
    </w:p>
    <w:p>
      <w:pPr>
        <w:pStyle w:val="ArticleScripture"/>
        <w:jc w:val="left"/>
      </w:pPr>
      <w:r>
        <w:rPr>
          <w:rFonts w:ascii="Times New Roman" w:hAnsi="Times New Roman" w:eastAsia="Times New Roman" w:cs="Times New Roman"/>
        </w:rPr>
        <w:t>Epi Senyè a di Moyiz: Mwen wè pèp sa a, e gade, se yon pèp ki gen kou rèd. Koulye a, kite m, pou kòlè m ka limen kont yo, pou m detwi yo; epi m ap fè soti nan ou yon gwo nasyon. Lè sa a Moyiz sipliye Senyè a, Bondye li a, epi li di: Senyè, poukisa kòlè ou limen kont pèp ou a, ou menm ou te fè soti kite peyi Lejip avèk gwo pisans ak yon men vanyan? Poukisa pou Ejipsyen yo pale epi di: Se pou fè yo mal li te fè yo soti, pou touye yo nan mòn yo, epi pou efase yo sou latè? Vire do bay kòlè sevè ou a, epi repanti ou de mal sa a kont pèp ou a. Sonje Abraram, Izarak, ak Izrayèl, sèvitè ou yo, moun ou te sèmante pa pwòp tèt ou, epi ou te di yo: M ap miltipliye desandans nou tankou zetwal syèl la, e tout peyi sa a mwen te pale a, m ap bay desandans nou li, epi yo va eritye li pou tout tan. Epi Senyè a repanti li de mal li te panse fè pèp li a. Egzòd 32:9–14.</w:t>
      </w:r>
    </w:p>
    <w:p>
      <w:pPr>
        <w:pStyle w:val="ArticleBody"/>
        <w:jc w:val="left"/>
      </w:pPr>
      <w:r>
        <w:rPr>
          <w:rFonts w:ascii="Times New Roman" w:hAnsi="Times New Roman" w:eastAsia="Times New Roman" w:cs="Times New Roman"/>
        </w:rPr>
        <w:t>Eksperyans Moyiz nan twou wòch la gen ladan l mesaj Moyiz te òdone pou prezante bay lemonn. Temwayaj kote Senyè a pase devan Moyiz epi pwoklame karaktè pa Li a mete nan kontèks yon mesaj entèn konsènan pèp Bondye a ki rebèl (Lawodiseyen), epi kontèks eksperyans Eli nan twou wòch la te plase nan batay li ak Jezabèl, oswa inyon an twa branch ant Etazini, Papote a ak Nasyonzini. Youn reprezante mesaj entèn pou legliz la, lòt la mesaj ekstèn pou lemonn, men de temwen yo, Moyiz ak Eli, nan menm twou wòch Orèb la, epi toude reprezante nan twou wòch la nan fen lemonn.</w:t>
      </w:r>
    </w:p>
    <w:p>
      <w:pPr>
        <w:pStyle w:val="ArticleScripture"/>
        <w:jc w:val="left"/>
      </w:pPr>
      <w:r>
        <w:rPr>
          <w:rFonts w:ascii="Times New Roman" w:hAnsi="Times New Roman" w:eastAsia="Times New Roman" w:cs="Times New Roman"/>
        </w:rPr>
        <w:t>Epi Akab rakonte Jézabèl tout sa Éli te fè, ansanm ak jan li te touye tout pwofèt yo ak nepe. Lè sa a, Jézabèl voye yon mesaje bay Éli, pou di l konsa: Se pou dye yo fè m sa, e plis ankò, si demen nan lè konsa mwen pa fè lavi pa w tankou lavi youn nan yo. Lè li wè sa, li leve, li pati pou sove lavi li; li rive Bècheba, ki pou Jida, epi li kite sèvitè li a la. Men li menm, li antre yon jounen chemen nan dezè a; li rive, li chita anba yon pyebwa jenèv, epi li mande pou l mouri; li di: Sa sifi; kounye a, O Senyè, retire lavi m, paske mwen pa pi bon pase zansèt mwen yo. Antan li te lonje kò l, li t ap dòmi anba pyebwa jenèv la, men yon zanj manyen li, epi li di l: Leve, manje. Li gade, epi men te gen bò tèt li yon gato ki te kwit sou chabon dife, ak yon krich dlo. Li manje, li bwè, epi li kouche ankò. Zanj Senyè a tounen yon dezyèm fwa, li manyen li, epi li di: Leve, manje; paske chemen an twò long pou ou. Li leve, li manje, li bwè, epi ak fòs manje sa a li mache karant jou ak karant nwit jouk rive Orèb, mòn Bondye a. Li rive la, nan yon twou wòch, epi li pase nwit la la; epi men, pawòl Senyè a vin jwenn li, epi Li di li: Kisa w ap fè isit la, Éli? Li reponn: Mwen te ranpli ak anpil zèl pou Senyè a, Bondye dèzame yo; paske pitit Izrayèl yo abandone alyans ou, yo kraze lotèl ou yo, epi yo touye pwofèt ou yo ak nepe; epi se mwen menm sèl ki rete, e y ap chache lavi m pou yo retire li. Li di: Soti deyò, kanpe sou mòn nan devan Senyè a. Epi men, Senyè a t ap pase; yon gwo van fò te fann mòn yo, e li te kraze wòch yo an miyèt moso devan Senyè a; men Senyè a pa t nan van an. Apre van an, te gen yon tranblemanntè; men Senyè a pa t nan tranblemanntè a. Apre tranblemanntè a, te gen yon dife; men Senyè a pa t nan dife a. E apre dife a, te gen yon ti vwa dou, trankil. Lè Éli tande sa, li vlope figi li nan manto li, li soti, li kanpe nan papòt twou wòch la. Epi men, yon vwa rive sou li, li di: Kisa w ap fè isit la, Éli? Li reponn: Mwen te ranpli ak anpil zèl pou Senyè a, Bondye dèzame yo; paske pitit Izrayèl yo abandone alyans ou, yo kraze lotèl ou yo, epi yo touye pwofèt ou yo ak nepe; epi se mwen menm sèl ki rete, e y ap chache lavi m pou yo retire li. Senyè a di li: Ale, retounen sou chemen ou pou ale nan dezè Damas la; epi lè ou rive, w ap wenn Azayèl pou l wa sou Siri. Epi Jewou, pitit gason Nimchi, w ap wenn li pou l wa sou Izrayèl. Epi Elize, pitit gason Chafat, moun Abèl-Meola, w ap wenn li pou l pwofèt nan plas ou. Epi sa pral rive: moun ki sove anba nepe Azayèl, Jewou va touye; epi moun ki sove anba nepe Jewou, Elize va touye. Men mwen kite pou mwen sèt mil moun nan Izrayèl, tout jenou ki pa t pliye devan Baal, ak tout bouch ki pa t bo li. 1 Wa 19:1–18.</w:t>
      </w:r>
    </w:p>
    <w:p>
      <w:pPr>
        <w:pStyle w:val="ArticleBody"/>
        <w:jc w:val="left"/>
      </w:pPr>
      <w:r>
        <w:rPr>
          <w:rFonts w:ascii="Times New Roman" w:hAnsi="Times New Roman" w:eastAsia="Times New Roman" w:cs="Times New Roman"/>
        </w:rPr>
        <w:t>Eksperyans Eli nan twou wòch la reprezante dekourajman pwofèt la anvè mesaj la ak efè li te panse mesaj li a ansanm ak travay li te pwodui. Moyiz t ap defann mesaj Bondye te deklare a, tandiske Eli te abandone mesaj la. Se menm mesaj la, eksepte youn nan yo se yon mesaj ki gen rapò ak legliz la anndan, epi lòt la se yon mesaj ki gen rapò ak sa ki deyò legliz la. Men, sou plan pwofetik, ansanm yo toude ap ilistre mesaj doub Revelasyon dizwit la. Sa mwen bezwen mete anfaz sou li konsènan tout verite ki konekte ak twou wòch la, se ke nan “dènye jou yo,” dekourajman ki eksprime a, nan youn oswa nan lòt ka a, gen rapò ak mesaj la ak efè li.</w:t>
      </w:r>
    </w:p>
    <w:p>
      <w:pPr>
        <w:pStyle w:val="ArticleBody"/>
        <w:jc w:val="left"/>
      </w:pPr>
      <w:r>
        <w:rPr>
          <w:rFonts w:ascii="Times New Roman" w:hAnsi="Times New Roman" w:eastAsia="Times New Roman" w:cs="Times New Roman"/>
        </w:rPr>
        <w:t>Moyiz ak Eli toude reprezante sila yo ki “tande” e ki “wè” “vwa” a, ki se “pawòl Senyè a.” “Pawòl” sa a reprezante karaktè li, ki se mizèrikòd ak verite. Sòmis la tou mande pou yo fè li wè mizèrikòd Bondye, ki se karaktè li. Pou li kapab wè “mizèrikòd” li a, Sòmis la pwomèt pou l “tande” sa Lespri a di legliz yo.</w:t>
      </w:r>
    </w:p>
    <w:p>
      <w:pPr>
        <w:pStyle w:val="ArticleScripture"/>
        <w:jc w:val="left"/>
      </w:pPr>
      <w:r>
        <w:rPr>
          <w:rFonts w:ascii="Times New Roman" w:hAnsi="Times New Roman" w:eastAsia="Times New Roman" w:cs="Times New Roman"/>
        </w:rPr>
        <w:t>Pou direktè mizik la. Yon Sòm pou pitit gason Kora yo. Seyè, ou te montre favè ou pou peyi ou a; ou te fè kaptivite Jakòb la retounen [ranvèse]. Ou te padonnen inikite pèp ou a, ou te kouvri tout peche yo. Sela. Ou te wete tout kòlè ou; ou te vire do bay vyolans kòlè ou. Retounen nou, O Bondye delivrans nou an, epi fè kòlè ou sou nou sispann. Èske ou pral fache ak nou pou tout tan? Èske ou pral pwolonje kòlè ou jouk nan tout jenerasyon? Èske ou p ap fè nou reviv ankò, pou pèp ou a ka rejwi nan ou? Montre nou mizèrikòd ou, O Seyè, epi ban nou delivrans ou. Mwen pral tande sa Bondye, Seyè a, va pale; paske li va pale lapè bay pèp li a, ak sen li yo; men se pou yo pa tounen ankò nan foli. Sètènman delivrans li toupre moun ki gen krentif pou li yo, pou laglwa ka rete nan peyi nou an. Mizèrikòd ak verite rankontre ansanm; jistis ak lapè bo youn lòt. Verite va pouse soti nan tè a; epi jistis va gade desann soti nan syèl la. Wi, Seyè a va bay sa ki bon; epi peyi nou an va bay pwodiksyon li. Jistis va mache devan li; epi li va mete nou nan chemen pa li yo. Sòm 85:1–13.</w:t>
      </w:r>
    </w:p>
    <w:p>
      <w:pPr>
        <w:pStyle w:val="ArticleBody"/>
        <w:jc w:val="left"/>
      </w:pPr>
      <w:r>
        <w:rPr>
          <w:rFonts w:ascii="Times New Roman" w:hAnsi="Times New Roman" w:eastAsia="Times New Roman" w:cs="Times New Roman"/>
        </w:rPr>
        <w:t>Remake ke “mizèrikòd ak laverite” (epi “laverite” se mo ebre ‘emet’ nou t ap fè referans ak li a), ki pwodui jistis ak lapè, “bo youn lòt.” Yo ini. Sòmis la plase chan li a nan dènye jou jijman ankèt la, lè Bondye “padonnen inikite” “pèp” Li a. Demann lan se pou Senyè a ta “reviv” pèp li a.</w:t>
      </w:r>
    </w:p>
    <w:p>
      <w:pPr>
        <w:pStyle w:val="ArticleScripture"/>
        <w:jc w:val="left"/>
      </w:pPr>
      <w:r>
        <w:rPr>
          <w:rFonts w:ascii="Times New Roman" w:hAnsi="Times New Roman" w:eastAsia="Times New Roman" w:cs="Times New Roman"/>
        </w:rPr>
        <w:t>“Yon revèy ak yon refòm dwe fèt, anba ministè Sentespri a. Revèy ak refòm se de bagay diferan. Revèy vle di yon renouvèlman lavi espirityèl la, yon vivifikasyon pouvwa lespri ak kè a, yon rezireksyon soti nan lanmò espirityèl. Refòm vle di yon reòganizasyon, yon chanjman nan lide ak teyori, abitid ak pratik. Refòm pa pral pwodui bon fwi jistis la sof si li konekte ak revèy Lespri a. Revèy ak refòm gen pou yo fè travay yo te fikse pou yo a, epi nan fè travay sa a, yo dwe melanje ansanm.” Selected Messages, liv 1, 128.</w:t>
      </w:r>
    </w:p>
    <w:p>
      <w:pPr>
        <w:pStyle w:val="ArticleBody"/>
        <w:jc w:val="left"/>
      </w:pPr>
      <w:r>
        <w:rPr>
          <w:rFonts w:ascii="Times New Roman" w:hAnsi="Times New Roman" w:eastAsia="Times New Roman" w:cs="Times New Roman"/>
        </w:rPr>
        <w:t>“renesans” Psalmis la mande a idantifye yon demann ki sòti nan men yon moun ki konnen li mouri. Renesans Psalmis la mande a se yon demann ki trè difisil pou yon Laodiseyen fè, paske yon Laodiseyen pa okouran ke li mouri espirityèlman; men, si li pa t mouri konsa, li pa t ap bezwen retounen nan lavi. Renesans sa a reyalize lè nou dakò pou “tande sa Bondye, SENYÈ a, pral di,” epi okenn lòt travay pa dwe vini anvan nou asire nou resevwa renesans sa a ki vini lè Sentespri a rete nan nou.</w:t>
      </w:r>
    </w:p>
    <w:p>
      <w:pPr>
        <w:pStyle w:val="ArticleScripture"/>
        <w:jc w:val="left"/>
      </w:pPr>
      <w:r>
        <w:rPr>
          <w:rFonts w:ascii="Times New Roman" w:hAnsi="Times New Roman" w:eastAsia="Times New Roman" w:cs="Times New Roman"/>
        </w:rPr>
        <w:t>“Yon renesans vrè pyete nan mitan nou se pi gwo ak pi ijan nan tout bezwen nou yo. Chèche sa a ta dwe premye travay nou.” Selected Messages, liv 1, 121.</w:t>
      </w:r>
    </w:p>
    <w:p>
      <w:pPr>
        <w:pStyle w:val="ArticleBody"/>
        <w:jc w:val="left"/>
      </w:pPr>
      <w:r>
        <w:rPr>
          <w:rFonts w:ascii="Times New Roman" w:hAnsi="Times New Roman" w:eastAsia="Times New Roman" w:cs="Times New Roman"/>
        </w:rPr>
        <w:t>En ce qui concerne le livre de l’Apocalypse, Sœur White déclare ce qui suit.</w:t>
      </w:r>
    </w:p>
    <w:p>
      <w:pPr>
        <w:pStyle w:val="ArticleScripture"/>
        <w:jc w:val="left"/>
      </w:pPr>
      <w:r>
        <w:rPr>
          <w:rFonts w:ascii="Times New Roman" w:hAnsi="Times New Roman" w:eastAsia="Times New Roman" w:cs="Times New Roman"/>
        </w:rPr>
        <w:t>«Lè nou menm kòm yon pèp nou konprann sa liv sa a vle di pou nou, y ap wè nan mitan nou yon gwo revèy.» Testimonies to Ministers, 113.</w:t>
      </w:r>
    </w:p>
    <w:p>
      <w:pPr>
        <w:pStyle w:val="ArticleBody"/>
        <w:jc w:val="left"/>
      </w:pPr>
      <w:r>
        <w:rPr>
          <w:rFonts w:ascii="Times New Roman" w:hAnsi="Times New Roman" w:eastAsia="Times New Roman" w:cs="Times New Roman"/>
        </w:rPr>
        <w:t>Mo “renesans” lan defini kòm retounen bay lavi. Moun ki chwazi pou yo pami san karannkat mil yo dwe dabò rekonèt yo mouri e yo bezwen yon renesans. Reyalite ki fè san karannkat mil yo mouri a se yon eleman enpòtan nan mesaj ki sele a ki vin louvri jis anvan tan gras la fèmen. Nou gen anpil lòt bagay pou n di sou verite sa a. Sa ki fè yo reprann lavi se “mizèrikòd” Bondye pwolonje ba yo lè Li “revivifye” yo epi Li ba yo jistis pa Li a. Sa ki fè yo reprann lavi se verite ki di Jezi se Alfa ak Omega, e konpreyansyon sa a pwodui andedan yo yon “lapè” ki depase tout konprann. Pwomès la se ke “verite” a “va pouse soti nan tè a.” Mesaj ki reprezante kòm “verite” a, ki se Alfa ak Omega, soti Ozetazini, paske li pouse “soti nan tè a.” Mesaj la nan kòmansman an te soti Ozetazini, epi mesaj la nan fen an pouse soti nan menm kote a.</w:t>
      </w:r>
    </w:p>
    <w:p>
      <w:pPr>
        <w:pStyle w:val="ArticleBody"/>
        <w:jc w:val="left"/>
      </w:pPr>
      <w:r>
        <w:rPr>
          <w:rFonts w:ascii="Times New Roman" w:hAnsi="Times New Roman" w:eastAsia="Times New Roman" w:cs="Times New Roman"/>
        </w:rPr>
        <w:t>Avèk kontèks kote moun kavèn Bondye yo se yon senbòl, nou pral konsidere lòt pwofèt ki te nan yon kavèn senbolik. Jezi te idantifye Jan Batis kòm Eli, epi Jan te nan prizon lè li te bezwen konnen si Jezi te Mesi ki te gen pou vini an. Li te bezwen konnen vrè karaktè Jezi. Li te bezwen konnen si mesaj li te pwoklame a, ansanm ak mesaj Jezi te kontinye pwoklame a, se te vrè mesaj la. Li te voye disip li yo pou poze Jezi kesyon an, epi Jezi, pase sou kestyon yo a, te kontinye montre yo glwa Li.</w:t>
      </w:r>
    </w:p>
    <w:p>
      <w:pPr>
        <w:pStyle w:val="ArticleScripture"/>
        <w:jc w:val="left"/>
      </w:pPr>
      <w:r>
        <w:rPr>
          <w:rFonts w:ascii="Times New Roman" w:hAnsi="Times New Roman" w:eastAsia="Times New Roman" w:cs="Times New Roman"/>
        </w:rPr>
        <w:t>“Konsa, jounen an t ap pase, pandan disip Jan yo t ap wè ak tande tout bagay. Finalman Jezi rele yo bò kote Li, epi Li voye yo al di Jan sa yo te temwen, pandan Li ajoute: ‘Benediksyon pou moun ki pap jwenn okenn okazyon pou bite nan Mwen.’ Lik 7:23, R. V. Prèv divinite Li a te parèt nan fason li te adapte ak bezwen limanite k ap soufri a. Laglwa Li te parèt nan desandans Li rive jouk nan ba eta pa nou an.”</w:t>
      </w:r>
    </w:p>
    <w:p>
      <w:pPr>
        <w:pStyle w:val="ArticleScripture"/>
        <w:jc w:val="left"/>
      </w:pPr>
      <w:r>
        <w:rPr>
          <w:rFonts w:ascii="Times New Roman" w:hAnsi="Times New Roman" w:eastAsia="Times New Roman" w:cs="Times New Roman"/>
        </w:rPr>
        <w:t>“Disip yo te pote mesaj la, e sa te sifi. Jan te sonje pwofesi konsènan Mesi a: ‘Seyè a te wenn Mwen pou m anonse bon nouvèl bay moun ki dou yo; Li voye Mwen pou m geri moun ki gen kè brize yo, pou m pwoklame delivrans pou prizonye yo, ak ouvèti prizon an pou moun ki mare yo; pou m pwoklame ane favè Seyè a.’ Ezayi 61:1, 2. Zèv Kris yo pa t sèlman deklare Li se te Mesi a, men yo te montre tou nan ki fason wayòm Li a te dwe tabli. Menm verite ki te vin jwenn Eli nan dezè a te revele bay Jan, lè ‘yon gwo van fò te fann mòn yo, epi kraze wòch yo an miyèt moso devan Seyè a; men Seyè a pa t nan van an; apre van an te vin yon tranblemanntè; men Seyè a pa t nan tranblemanntè a: epi apre tranblemanntè a te vin yon dife; men Seyè a pa t nan dife a;’ epi apre dife a, Bondye te pale ak pwofèt la nan ‘yon ti vwa dousman, ki trankil.’ 1 Wa 19:11, 12. Konsa Jezi te dwe fè travay Li, pa avèk bri zam ak ranvèsman twòn ak wayòm yo, men atravè pale ak kè lèzòm pa mwayen yon lavi mizèrikòd ak sakrifis pwòp tèt.” Desire of Ages, 217.</w:t>
      </w:r>
    </w:p>
    <w:p>
      <w:pPr>
        <w:pStyle w:val="ArticleBody"/>
        <w:jc w:val="left"/>
      </w:pPr>
      <w:r>
        <w:rPr>
          <w:rFonts w:ascii="Times New Roman" w:hAnsi="Times New Roman" w:eastAsia="Times New Roman" w:cs="Times New Roman"/>
        </w:rPr>
        <w:t>Pouvwa Bondye transmèt atravè Pawòl Li. Li delivre nan “kè lèzòm.” Se te leson “ti vwa dou ak kalm” nan. Men mesaj Eli a se mesaj ekstèn ki idantifye fòs ki andeyò pèp Bondye a. Kris t ap di Eli ke nan “dènye jou yo” se nan pawòl Li a pouvwa a ye; poutan “bri zam k ap frape youn ak lòt ak ranvèsman twòn ak wayòm yo,” jan van destriktif la, tranblemanntè a ak dife a reprezante l, senbolize twa nan fòs ekstèn yo ki parèt nan liv Revelasyon an e pèp Bondye a pral gen pou l fè fas ak yo. “Van” destriktif la se yon senbòl Islam nan pwofesi biblik la. “Tranblemanntè” a se rebelyon ak anachi Revolisyon fransè a. “Dife” a se destriksyon ki te tonbe sou Sodòm ak Gomò. Eli te sove anba pouvwa papal la pou l rive nan kav la; konsa, Seyè a te revele l ke malgre tout fòs mechan yo ki fòme kriz la nan fen mond lan, se nan ti vwa dou ak kalm nan yo jwenn pouvwa Bondye a.</w:t>
      </w:r>
    </w:p>
    <w:p>
      <w:pPr>
        <w:pStyle w:val="ArticleBody"/>
        <w:jc w:val="left"/>
      </w:pPr>
      <w:r>
        <w:rPr>
          <w:rFonts w:ascii="Times New Roman" w:hAnsi="Times New Roman" w:eastAsia="Times New Roman" w:cs="Times New Roman"/>
        </w:rPr>
        <w:t>Moyiz, Eli ak Jan Batis tout rann temwayaj ke yo te wè karaktè Bondye soti nan yon kav. “Kav” la se sèl siy ki pral bay yon jenerasyon mechan ak adiltè. Jezi te pale konsènan “jenerasyon adiltè ak mechan” an, ki se jenerasyon “dènye jou” jijman ankèt la. Siy pou jenerasyon sa a se te pwofèt Jonas ki te pase twa jou nan yon kav—vant yon gwo pwason.</w:t>
      </w:r>
    </w:p>
    <w:p>
      <w:pPr>
        <w:pStyle w:val="ArticleScripture"/>
        <w:jc w:val="left"/>
      </w:pPr>
      <w:r>
        <w:rPr>
          <w:rFonts w:ascii="Times New Roman" w:hAnsi="Times New Roman" w:eastAsia="Times New Roman" w:cs="Times New Roman"/>
        </w:rPr>
        <w:t>Epi lè pèp la te rasanble an gran foul, li kòmanse di: Jenerasyon sa a mechan; y ap chèche yon siy, men pa gen okenn siy k ap ba li, eksepte siy Jonas, pwofèt la. Paske menm jan Jonas te yon siy pou moun Niniv yo, konsa tou Pitit lòm nan va yon siy pou jenerasyon sa a. Lik 11:29, 30.</w:t>
      </w:r>
    </w:p>
    <w:p>
      <w:pPr>
        <w:pStyle w:val="ArticleBody"/>
        <w:jc w:val="left"/>
      </w:pPr>
      <w:r>
        <w:rPr>
          <w:rFonts w:ascii="Times New Roman" w:hAnsi="Times New Roman" w:eastAsia="Times New Roman" w:cs="Times New Roman"/>
        </w:rPr>
        <w:t>Jonas te nan vant gwo pwason an pandan twa jou ak twa nwit, menm jan Jezi te nan tonm nan pandan twa jou. Jonas te yon siy, e Jezi tou se yon siy. Yo reprezante siy rezirèksyon an, ki, natirèlman, vini apre lanmò.</w:t>
      </w:r>
    </w:p>
    <w:p>
      <w:pPr>
        <w:pStyle w:val="ArticleScripture"/>
        <w:jc w:val="left"/>
      </w:pPr>
      <w:r>
        <w:rPr>
          <w:rFonts w:ascii="Times New Roman" w:hAnsi="Times New Roman" w:eastAsia="Times New Roman" w:cs="Times New Roman"/>
        </w:rPr>
        <w:t>Lè sa a, kèk nan dirèktè lalwa yo ak nan farizyen yo reponn, yo di: Mèt, nou ta vle wè yon siy nan men ou. Men li reponn e li di yo: Yon jenerasyon mechan ak adiltè ap chèche yon siy; men okenn siy p ap bay li, eksepte siy pwofèt Jonas la. Paske, menm jan Jonas te pase twa jou ak twa nwit nan vant gwo pwason an, konsa tou, Pitit lòm nan va pase twa jou ak twa nwit nan kè tè a. Moun Niniv yo va leve nan jijman ansanm ak jenerasyon sa a, e yo va kondane li; paske yo te repanti nan predikasyon Jonas la; epi, gade, gen yon moun isit la ki pi gran pase Jonas. Matye 12:38–41.</w:t>
      </w:r>
    </w:p>
    <w:p>
      <w:pPr>
        <w:pStyle w:val="ArticleBody"/>
        <w:jc w:val="left"/>
      </w:pPr>
      <w:r>
        <w:rPr>
          <w:rFonts w:ascii="Times New Roman" w:hAnsi="Times New Roman" w:eastAsia="Times New Roman" w:cs="Times New Roman"/>
        </w:rPr>
        <w:t>Si nous comprenons le principe de la répétition de l’histoire, conjointement avec le fait que toute l’histoire sacrée identifie la fin du monde, alors Jonas ainsi que la mort, l’ensevelissement et la résurrection de Christ sont le « signe » et aussi le message pour le peuple de Dieu maintenant. Lorsque Jonas fut rejeté du ventre de la baleine, il proclama le message, tout comme le message de la résurrection de Christ fut immédiatement proclamé lorsque l’ange ôta la pierre de la caverne où se trouvait Christ. Ceux qui sont représentés par Moïse, Élie, Jonas et Christ symbolisent non seulement le peuple de Dieu des « derniers jours », mais aussi le message que chacun d’eux a donné.</w:t>
      </w:r>
    </w:p>
    <w:p>
      <w:pPr>
        <w:pStyle w:val="ArticleBody"/>
        <w:jc w:val="left"/>
      </w:pPr>
      <w:r>
        <w:rPr>
          <w:rFonts w:ascii="Times New Roman" w:hAnsi="Times New Roman" w:eastAsia="Times New Roman" w:cs="Times New Roman"/>
        </w:rPr>
        <w:t>Siy Jonas la gen ladan l eksperyans nan twou wòch la, kote karaktè mizèrikòd Kris la parèt aklè. Menm mizèrikòd Jezi te montre Eli a, se li menm yo te montre Jonas pandan li t ap kouri pou l chape anba responsablite li pou l pwoklame mesaj la. Gen anpil lòt bagay toujou pou di sou Jonas, men kounye a gen lòt pwen ki bezwen trete.</w:t>
      </w:r>
    </w:p>
    <w:p>
      <w:pPr>
        <w:pStyle w:val="ArticleBody"/>
        <w:jc w:val="left"/>
      </w:pPr>
      <w:r>
        <w:rPr>
          <w:rFonts w:ascii="Times New Roman" w:hAnsi="Times New Roman" w:eastAsia="Times New Roman" w:cs="Times New Roman"/>
        </w:rPr>
        <w:t>Twou a, pami lòt bagay, reprezante lanmò ak rezirèksyon. Pèp alyans Bondye a nan dènye jou yo te idantifye pa plizyè temwen kòm moun ki te mouri epi ki apre sa te resisite. Natirèlman, yon kretyen dwe fèt ankò pou l wè wayòm Bondye a, e sa reprezante lanmò ansyen nonm chanèl la, men nan sans pwofetik sa vle di plis toujou. Li pale de yon mesaj yo kanpe nèt nan tras li. Eli te sispann pwoklame mesaj la, Jonas te kouri pou l pa pwoklame mesaj la. Jan te jete nan prizon epi yo te egzekite l. Jezi te kloure sou kwa.</w:t>
      </w:r>
    </w:p>
    <w:p>
      <w:pPr>
        <w:pStyle w:val="ArticleBody"/>
        <w:jc w:val="left"/>
      </w:pPr>
      <w:r>
        <w:rPr>
          <w:rFonts w:ascii="Times New Roman" w:hAnsi="Times New Roman" w:eastAsia="Times New Roman" w:cs="Times New Roman"/>
        </w:rPr>
        <w:t>Se poutèt sa, siy Jonas la pa sèlman konsène lanmò ak rezirèksyon, men li konsène lanmò ak rezirèksyon yon mesaj; epi tout mesaj ki te tipifye nan pawòl Bondye a reprezante dènye mesaj avètisman Papa a te bay Jezi a, ki apre sa li te bay Gabriyèl, ki apre sa li te bay pwofèt la, ki apre sa li te ekri l epi voye l bay legliz yo. Bondye te dispoze mete fen nan mesaj la epi rekòmanse nan eksperyans gwòt Moyiz la. Eli te mete fen nan travay li kòm mesaje epi li te kouri al nan gwòt la. Jonas te kouri al Tasis. Jan Batis te asasinen, menm jan ak Jezi. Tout temwayaj sa yo dwe mennen nan liv Revelasyon an epi mete yo ann amoni youn ak lòt. Danyèl ak Revelasyon se de liv, men “temwayaj Jezi a” fè konnen yo se yon sèl liv tou. Yo genyen menm karakteristik ak Bib la. De liv ki fòme yon sèl liv, epi de otè ki reprezante de temwen.</w:t>
      </w:r>
    </w:p>
    <w:p>
      <w:pPr>
        <w:pStyle w:val="ArticleBody"/>
        <w:jc w:val="left"/>
      </w:pPr>
      <w:r>
        <w:rPr>
          <w:rFonts w:ascii="Times New Roman" w:hAnsi="Times New Roman" w:eastAsia="Times New Roman" w:cs="Times New Roman"/>
        </w:rPr>
        <w:t>Danyèl, yon prizonye Babilòn epi apre sa Mèd-Pès, te mouri an senbòl lè yo te jete l nan twou lyon yo. Jonas te mouri an senbòl lè balèn nan te vale l. Jan, revelatè a, te mouri an senbòl lè yo te jete l nan lwil k ap bouyi a. William Miller te mouri, men li gen pwomès ke zanj yo ap tann bò tonm li pou rezirèksyon moun jis yo. Ministè Future for America a te mouri an senbòl le 18 jiyè 2020.</w:t>
      </w:r>
    </w:p>
    <w:p>
      <w:pPr>
        <w:pStyle w:val="ArticleBody"/>
        <w:jc w:val="left"/>
      </w:pPr>
      <w:r>
        <w:rPr>
          <w:rFonts w:ascii="Times New Roman" w:hAnsi="Times New Roman" w:eastAsia="Times New Roman" w:cs="Times New Roman"/>
        </w:rPr>
        <w:t>Dènye mesaj avètisman an plase nan kontèks gerizon blesi mòtèl pouvwa papal la. Gerizon blesi a se yon sijè presi nan chapit trèz ak disèt liv Revelasyon an. Lè blesi mòtèl la geri, papote a ki resisite a va tounen wityèm wayòm ki reprezante nan chapit disèt Revelasyon an. Li idantifye kòm wityèm lan, sa vle di, ki soti nan sèt yo. Uit se senbolik pou rezireksyon, paske sikonsizyon an, kòm sele relasyon alyans lan, te dwe fèt sou wityèm jou apre nesans yon timoun gason. Rit sa a te ranplase pa batèm nan dispansasyon kretyen an, epi batèm reprezante lanmò, antèman ak rezireksyon Kris la. Kris te resisite nan jou ki vini apre setyèm jou a. Se poutèt sa, pwofetikman, li te resisite sou wityèm jou a. Apre mil ane repo, tè a ki renouvle a resisite nan wityèm milenè 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Avenir pour l’Amérique et le 18 juillet 2020 - Numéro Un</dc:title>
  <dc:subject>Moun twou Wòch Alyans lan: Moyiz ak Eli nan Fen Mond lan</dc:subject>
  <dc:creator>Jeff Pippenger</dc:creator>
  <cp:keywords/>
  <dc:description>Generated by ArticleDigger from future_for_america\01_future_for_america.json</dc:description>
  <cp:lastModifiedBy>ArticleDigger</cp:lastModifiedBy>
  <cp:revision>1</cp:revision>
  <dcterms:created xsi:type="dcterms:W3CDTF">2000-01-01T00:00:00Z</dcterms:created>
  <dcterms:modified xsi:type="dcterms:W3CDTF">2000-01-01T00:00:00Z</dcterms:modified>
  <cp:category>future_for_america</cp:category>
  <cp:lastPrinted>2000-01-01T00:00:00Z</cp:lastPrinted>
</cp:coreProperties>
</file>