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Avni pou Amerik ak 18 Jiyè 2020 — Nimewo Twa</w:t>
      </w:r>
    </w:p>
    <w:p>
      <w:pPr>
        <w:pStyle w:val="ArticleSubtitle"/>
        <w:jc w:val="left"/>
      </w:pPr>
      <w:r>
        <w:rPr>
          <w:rFonts w:ascii="Arial" w:hAnsi="Arial" w:eastAsia="Arial" w:cs="Arial"/>
        </w:rPr>
        <w:t>Byennere se je ki wè ak zòrèy ki tande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Liy mouvman refòm yo se yon kle pou konprann “sèt loraj” yo nan Revelasyon 10. “Sèt loraj” yo reprezante istwa ranfòsman mesaj premye zanj lan depi 11 dawout 1840 rive jouk Gran Dezapwentman an, 22 oktòb 1844. Chapit 10 bay twa temwen entèn nan chapit la menm pou soutni konpreyansyon sa a.</w:t>
      </w:r>
    </w:p>
    <w:p>
      <w:pPr>
        <w:pStyle w:val="ArticleScripture"/>
        <w:jc w:val="left"/>
      </w:pPr>
      <w:r>
        <w:rPr>
          <w:rFonts w:ascii="Times New Roman" w:hAnsi="Times New Roman" w:eastAsia="Times New Roman" w:cs="Times New Roman"/>
        </w:rPr>
        <w:t>“Mouvman adven an nan ane 1840–44 la te yon manifestasyon gloriye pouvwa Bondye; mesaj premye zanj lan te pote rive nan chak pòs misyonè nan lemonn, epi nan kèk peyi te genyen pi gwo enterè relijye yo te janm temwen nan okenn peyi depi Refòm sèzyèm syèk la; men tout sa yo gen pou yo depase pa mouvman pisan ki va fèt anba dènye avètisman twazyèm zanj lan.” The Great Controversy, 611.</w:t>
      </w:r>
    </w:p>
    <w:p>
      <w:pPr>
        <w:pStyle w:val="ArticleBody"/>
        <w:jc w:val="left"/>
      </w:pPr>
      <w:r>
        <w:rPr>
          <w:rFonts w:ascii="Times New Roman" w:hAnsi="Times New Roman" w:eastAsia="Times New Roman" w:cs="Times New Roman"/>
        </w:rPr>
        <w:t>Premye mesaj zanj lan te pote bay lemonn depi 1840 e apre. Uriah Smith eksprime konpreyansyon pyonye yo, ann amoni ak Sè White. Smith rekonèt premye zanj lan te rive an 1798 epi li montre se premye zanj lan ki te desann an 1840. Smith ak pyonye yo te senpleman pa t remake diferans ki genyen ant arive yon mesaj ak bay li pisans. Smith deklare klèman ke lè zanj nan Revelasyon dis la te mete yon pye sou lanmè a ak youn sou tè a, sa te idantifye mesaj la k ap pote bay lemonn.</w:t>
      </w:r>
    </w:p>
    <w:p>
      <w:pPr>
        <w:pStyle w:val="ArticleScripture"/>
        <w:jc w:val="left"/>
      </w:pPr>
      <w:r>
        <w:rPr>
          <w:rFonts w:ascii="Times New Roman" w:hAnsi="Times New Roman" w:eastAsia="Times New Roman" w:cs="Times New Roman"/>
        </w:rPr>
        <w:t>“An 1798, kidonk, restriksyon kont pwoklame jou Kris la kòm toupre a te sispann; an 1798, tan lafen an te kòmanse, epi sele a te wete sou ti liv la. Depi epòk sa a, kidonk, zanj Revelasyon 14 la soti pou l pwoklame lè jijman Bondye a rive; epi se depi lè sa a tou zanj chapit 10 la pran pozisyon li sou lanmè ak sou tè a, epi li fè sèman ke tan p ap la ankò. Konsènan idantite yo, pa ka gen okenn dout; epi tout agiman ki sèvi pou lokalize youn nan yo, egalman valab nan ka lòt la. Nou pa bezwen antre isit la nan okenn agiman pou montre ke jenerasyon prezan an ap temwen akonplisman de pwofesi sa yo. Se nan predikasyon avènman an, sitou depi 1840 rive 1844, akonplisman konplè ak detaye yo te kòmanse. Pozisyon zanj sa a, yon pye sou lanmè a epi lòt la sou tè a, endike gwo lajè pwoklamasyon li a pa lanmè e pa tè. Si mesaj sa a te fèt sèlman pou yon sèl peyi, li t ap sifi pou zanj lan te pran pozisyon li sou tè a sèlman. Men li gen yon pye sou lanmè a, sa ki pèmèt nou dedwi ke mesaj li a t ap travèse oseyan an, epi pwolonje rive nan divès nasyon ak divizyon glòb la; epi dediksyon sa a vin pi fòtifye pa lefèt ke pwoklamasyon Avènman an, mansyone pi wo a, te ale nan chak estasyon misyonè nan lemonn. Plis sou sa anba chapit 14.” Uriah Smith, Thoughts on Daniel and the Revelation, 521.</w:t>
      </w:r>
    </w:p>
    <w:p>
      <w:pPr>
        <w:pStyle w:val="ArticleBody"/>
        <w:jc w:val="left"/>
      </w:pPr>
      <w:r>
        <w:rPr>
          <w:rFonts w:ascii="Times New Roman" w:hAnsi="Times New Roman" w:eastAsia="Times New Roman" w:cs="Times New Roman"/>
        </w:rPr>
        <w:t>Se poutèt sa, premye vèsè chapit dis la idantifye 11 dawout 1840, paske nan epòk sa a fen sipremasi Otoman an, jan sa te predi a, te rive ann amoni ak prediksyon ki nan Revelasyon nèf la. Sè White deklare:</w:t>
      </w:r>
    </w:p>
    <w:p>
      <w:pPr>
        <w:pStyle w:val="ArticleScripture"/>
        <w:jc w:val="left"/>
      </w:pPr>
      <w:r>
        <w:rPr>
          <w:rFonts w:ascii="Times New Roman" w:hAnsi="Times New Roman" w:eastAsia="Times New Roman" w:cs="Times New Roman"/>
        </w:rPr>
        <w:t>“Nan ane 1840, yon lòt akonplisman remakab nan pwofesi te eksite yon enterè toupatou. De zan anvan sa, Josiah Litch, youn nan prensipal minis k ap preche dezyèm avènman an, te pibliye yon eksplikasyon sou Revelasyon 9, kote li te predi tonbe Anpi Otoman an. Dapre kalkil li yo, pouvwa sa a te dwe ranvèse... nan dat 11 dawout 1840, lè yo te ka atann pouvwa Otoman an nan Konstantinòp pou l kraze. Epi sa a, mwen kwè, se sa y ap jwenn ki te rive.”</w:t>
      </w:r>
    </w:p>
    <w:p>
      <w:pPr>
        <w:pStyle w:val="ArticleScripture"/>
        <w:jc w:val="left"/>
      </w:pPr>
      <w:r>
        <w:rPr>
          <w:rFonts w:ascii="Times New Roman" w:hAnsi="Times New Roman" w:eastAsia="Times New Roman" w:cs="Times New Roman"/>
        </w:rPr>
        <w:t>“Nan menm lè ki te fikse a, Latiki, pa mwayen anbasadè li yo, te aksepte pwoteksyon pisans alye Ewòp yo, e konsa li te mete tèt li anba kontwòl nasyon kretyen yo. Evènman an te akonpli prediksyon an egzakteman. Lè sa te vin konnen, foul moun te vin konvenki de jistès prensip entèpretasyon pwofetik Miller ak asosye li yo te adopte yo, e yo te bay mouvman avènman an yon mèvèy elan. Moun ki te gen konesans ak pozisyon te ini ak Miller, ni nan preche ni nan pibliye opinyon li yo, epi depi 1840 rive 1844 travay la te pwopaje rapidman.” The Great Controversy, 334, 335.</w:t>
      </w:r>
    </w:p>
    <w:p>
      <w:pPr>
        <w:pStyle w:val="ArticleBody"/>
        <w:jc w:val="left"/>
      </w:pPr>
      <w:r>
        <w:rPr>
          <w:rFonts w:ascii="Times New Roman" w:hAnsi="Times New Roman" w:eastAsia="Times New Roman" w:cs="Times New Roman"/>
        </w:rPr>
        <w:t>Vèsè premye chapit dis la se 1840, epi nan vèsè dis la nou wè Jan anmèdman desi nan dat 22 oktòb 1844. Jan te reprezante moun sa yo ki te pote mesaj ti liv la bay lemonn, sèlman pou yo te soufri anmè desepsyon an nan dat 22 oktòb 1844. Vèsè youn rive vèsè dis reprezante istwa soti 1840 rive 1844. Sa se youn nan temwayaj entèn ki andedan chapit dis la.</w:t>
      </w:r>
    </w:p>
    <w:p>
      <w:pPr>
        <w:pStyle w:val="ArticleBody"/>
        <w:jc w:val="left"/>
      </w:pPr>
      <w:r>
        <w:rPr>
          <w:rFonts w:ascii="Times New Roman" w:hAnsi="Times New Roman" w:eastAsia="Times New Roman" w:cs="Times New Roman"/>
        </w:rPr>
        <w:t>Lòt temwen an se Jan, ki manje ti liv la e li dous nan bouch li, sa ki reprezante akseptasyon li te fè mesaj 11 out 1840 la; epi apre sa li tounen anmè nan vant li nan Gran Desepsyon 22 oktòb 1844 la.</w:t>
      </w:r>
    </w:p>
    <w:p>
      <w:pPr>
        <w:pStyle w:val="ArticleScripture"/>
        <w:jc w:val="left"/>
      </w:pPr>
      <w:r>
        <w:rPr>
          <w:rFonts w:ascii="Times New Roman" w:hAnsi="Times New Roman" w:eastAsia="Times New Roman" w:cs="Times New Roman"/>
        </w:rPr>
        <w:t>Epi mwen pran ti liv la nan men zanj lan, epi mwen manje l nèt; li te dous tankou siwo myèl nan bouch mwen; men le m fin manje l, vant mwen te anmè. Revelasyon 10:10.</w:t>
      </w:r>
    </w:p>
    <w:p>
      <w:pPr>
        <w:pStyle w:val="ArticleBody"/>
        <w:jc w:val="left"/>
      </w:pPr>
      <w:r>
        <w:rPr>
          <w:rFonts w:ascii="Times New Roman" w:hAnsi="Times New Roman" w:eastAsia="Times New Roman" w:cs="Times New Roman"/>
        </w:rPr>
        <w:t>Vèsè dis la reprezante menm listwa 1840 rive 1844 la nan yon sèl vèsè. Sa se dezyèm temwen entèn nan chapit la ki montre “sèt loraj” yo reprezante listwa sa a. Sè White deja idantifye ke “sèt loraj” yo reprezante yon deskripsyon evènman ki te pase anba mesaj premye ak dezyèm zanj yo. Mesaj dezyèm zanj lan te fini nan gwo desepsyon an, kidonk “sèt loraj” yo reprezante menm listwa sa a. Twa temwen entèn pou soutni verite ke listwa soti 11 out 1840 rive nan Gwo Desepsyon an, 22 oktòb 1844, se listwa pwofetik y ap mete anfaz sou li nan chapit dis Liv Revelasyon an.</w:t>
      </w:r>
    </w:p>
    <w:p>
      <w:pPr>
        <w:pStyle w:val="ArticleBody"/>
        <w:jc w:val="left"/>
      </w:pPr>
      <w:r>
        <w:rPr>
          <w:rFonts w:ascii="Times New Roman" w:hAnsi="Times New Roman" w:eastAsia="Times New Roman" w:cs="Times New Roman"/>
        </w:rPr>
        <w:t>Lè sa a, nan dènye vèsè a, ann amoni ak verite ki an rapò ak “sèt loraj yo”, yo bay yon lòd pou prezantasyon mesaj la e pou istwa sa a menm dwe repete.</w:t>
      </w:r>
    </w:p>
    <w:p>
      <w:pPr>
        <w:pStyle w:val="ArticleScripture"/>
        <w:jc w:val="left"/>
      </w:pPr>
      <w:r>
        <w:rPr>
          <w:rFonts w:ascii="Times New Roman" w:hAnsi="Times New Roman" w:eastAsia="Times New Roman" w:cs="Times New Roman"/>
        </w:rPr>
        <w:t>Li di m: Ou dwe pwofetize ankò devan anpil pèp, ak nasyon, ak lang, ak wa. Revelasyon 10:11.</w:t>
      </w:r>
    </w:p>
    <w:p>
      <w:pPr>
        <w:pStyle w:val="ArticleBody"/>
        <w:jc w:val="left"/>
      </w:pPr>
      <w:r>
        <w:rPr>
          <w:rFonts w:ascii="Times New Roman" w:hAnsi="Times New Roman" w:eastAsia="Times New Roman" w:cs="Times New Roman"/>
        </w:rPr>
        <w:t>Sèt loraj yo ap idantifye ke kòmansman Advantis la, ki te kòmanse lè mesaj ki te desegele nan “tan lafen an” te resevwa pouvwa, t ap ilistre fen Advantis la lè mesaj ki te desegele an 1989 t ap resevwa pouvwa pa desandan an, pa pa zanj Revelasyon dis la, men pa zanj k ap desann nan Revelasyon dizwit la. Zanj Revelasyon dizwit la te desann 11 septanm 2001, e kounye a nou ap pwoche bò konklizyon repetisyon istorik 1840 rive 1844 la.</w:t>
      </w:r>
    </w:p>
    <w:p>
      <w:pPr>
        <w:pStyle w:val="ArticleBody"/>
        <w:jc w:val="left"/>
      </w:pPr>
      <w:r>
        <w:rPr>
          <w:rFonts w:ascii="Times New Roman" w:hAnsi="Times New Roman" w:eastAsia="Times New Roman" w:cs="Times New Roman"/>
        </w:rPr>
        <w:t>Obsèvasyon sa yo sou chapit dis la te deja nan domèn piblik pandan plizyè ane. Sa ki pa t janm rekonèt jouk dènyèman se ke, ansanm ak istwa sakre sa a, gen yon lòt istwa sakre ki anrasinen anndan li. Se sèlman moun ki aksepte prensip Alfa ak Omega a, ki idantifye fen yon bagay ak kòmansman yon bagay, k ap rekonèt istwa sa a. Istwa anrasinen anndan istwa sakre a kòmanse avèk yon desepsyon e li fini avèk Gran Desepsyon an. Istwa 1843 rive 1844 la se yon liy istwa espesyal ki andedan men ki distenk de istwa 1840 rive 1844 la. Sè White ak Kris la toulède pale sou liy istwa sa a.</w:t>
      </w:r>
    </w:p>
    <w:p>
      <w:pPr>
        <w:pStyle w:val="ArticleScripture"/>
        <w:jc w:val="left"/>
      </w:pPr>
      <w:r>
        <w:rPr>
          <w:rFonts w:ascii="Times New Roman" w:hAnsi="Times New Roman" w:eastAsia="Times New Roman" w:cs="Times New Roman"/>
        </w:rPr>
        <w:t>“Tout mesaj yo te bay soti nan 1840 rive 1844 yo dwe prezante avèk fòs kounye a, paske gen anpil moun ki pèdi direksyon yo. Mesaj yo dwe ale nan tout legliz yo. ”</w:t>
      </w:r>
    </w:p>
    <w:p>
      <w:pPr>
        <w:pStyle w:val="ArticleScripture"/>
        <w:jc w:val="left"/>
      </w:pPr>
      <w:r>
        <w:rPr>
          <w:rFonts w:ascii="Times New Roman" w:hAnsi="Times New Roman" w:eastAsia="Times New Roman" w:cs="Times New Roman"/>
        </w:rPr>
        <w:t>“Kris te di: ‘Byennere je nou yo, paske yo wè; ak zòrèy nou yo, paske yo tande. Paske sa m ap di nou an verite, anpil pwofèt ak moun jis te anvi wè bagay nou wè yo, men yo pa t wè yo; epi tande bagay nou tande yo, men yo pa t tande yo’ [Matt. 13:16, 17]. Byennere je ki te wè bagay ki te parèt an 1843 ak 1844 yo.”</w:t>
      </w:r>
    </w:p>
    <w:p>
      <w:pPr>
        <w:pStyle w:val="ArticleScripture"/>
        <w:jc w:val="left"/>
      </w:pPr>
      <w:r>
        <w:rPr>
          <w:rFonts w:ascii="Times New Roman" w:hAnsi="Times New Roman" w:eastAsia="Times New Roman" w:cs="Times New Roman"/>
        </w:rPr>
        <w:t>“Mesaj la te bay. Epi pa dwe gen okenn reta nan repete mesaj la, paske siy tan yo ap akonpli; travay final la dwe fèt. Yon gwo travay ap fèt nan yon ti tan. Byento, dapre òdonans Bondye, y ap bay yon mesaj ki pral vin tounen yon gwo kri. Lè sa a, Danyèl ap kanpe nan plas pa li, pou bay temwayaj li.” Manuscript Releases, volim 21, 437.</w:t>
      </w:r>
    </w:p>
    <w:p>
      <w:pPr>
        <w:pStyle w:val="ArticleBody"/>
        <w:jc w:val="left"/>
      </w:pPr>
      <w:r>
        <w:rPr>
          <w:rFonts w:ascii="Times New Roman" w:hAnsi="Times New Roman" w:eastAsia="Times New Roman" w:cs="Times New Roman"/>
        </w:rPr>
        <w:t>“Pwofèt yo ak moun ki jis yo te anvi wè bagay sa yo” ki “te wè an 1843 ak 1844.” Jezi te fè referans ak istwa sakre sa a nan de levanjil, men chak referans te nan yon kontèks diferan.</w:t>
      </w:r>
    </w:p>
    <w:p>
      <w:pPr>
        <w:pStyle w:val="ArticleScripture"/>
        <w:jc w:val="left"/>
      </w:pPr>
      <w:r>
        <w:rPr>
          <w:rFonts w:ascii="Times New Roman" w:hAnsi="Times New Roman" w:eastAsia="Times New Roman" w:cs="Times New Roman"/>
        </w:rPr>
        <w:t>Li te pale ak yo anpil bagay an parabòl, li di: Gade, yon moun ki t ap simen soti pou l al simen. E pandan li t ap simen, kèk grenn tonbe bò chemen an; epi zwazo yo vini, yo devore yo. Kèk tonbe sou kote ki gen wòch, kote yo pa t gen anpil tè; touswit yo pouse, paske yo pa t gen pwofondè tè. Men lè solèy la leve, yo boule; e paske yo pa t gen rasin, yo cheche. Kèk lòt tonbe nan mitan pikan; epi pikan yo grandi, yo toufe yo. Men lòt tonbe nan bon tè, yo bay fwi: youn bay san fwa plis, yon lòt swasant fwa plis, yon lòt trant fwa plis. Moun ki gen zòrèy pou tande, se pou li tande. Disip yo pwoche bò kote l, yo di li: Poukisa ou pale ak yo an parabòl? Li reponn yo, li di: Paske nou menm, yo ban nou konnen mistè wayòm syèl la; men yo menm, yo pa ba yo sa. Paske nenpòt moun ki genyen, y ap ba li ankò, e l ap gen an abondans; men nenpòt moun ki pa genyen, y ap retire nan men li menm sa li genyen an. Se poutèt sa m pale ak yo an parabòl: paske, menm lè yo wè, yo pa wè; epi menm lè yo tande, yo pa tande, ni yo pa konprann. E se nan yo pwofesi Ezayi a ap akonpli, pwofesi ki di: Lè n ap tande, n ap tande, men nou p ap konprann; lè n ap gade, n ap gade, men nou p ap wè. Paske kè pèp sa a vin lou, zòrèy yo pa tande byen, e yo fèmen je yo; pou yo pa ta janm wè ak je yo, ni tande ak zòrèy yo, ni konprann ak kè yo, ni tounen vin jwenn mwen, e mwen ta geri yo. Men, je nou beni, paske yo wè; ak zòrèy nou, paske yo tande. Paske anverite mwen di nou sa, anpil pwofèt ak moun jis te anvi wè bagay nou wè yo, men yo pa t wè yo; e tande bagay nou tande yo, men yo pa t tande yo. Matye 13:3–17.</w:t>
      </w:r>
    </w:p>
    <w:p>
      <w:pPr>
        <w:pStyle w:val="ArticleBody"/>
        <w:jc w:val="left"/>
      </w:pPr>
      <w:r>
        <w:rPr>
          <w:rFonts w:ascii="Times New Roman" w:hAnsi="Times New Roman" w:eastAsia="Times New Roman" w:cs="Times New Roman"/>
        </w:rPr>
        <w:t>Jezi, nan liv Matye a, pandan li t ap pale sou efè Pawòl Bondye a epi li t ap rele moun yo pou yo “tande,” fè konnen Laodiseyen yo, ki rejte mesaj pwofèt yo te anvi wè a, te reprezante nan Ezayi chapit sis. Future for America te prezante Ezayi sis plizyè fwa nan kontèks 11 septanm 2001, paske avèk atak Islam lan nan dat sa a, zanj pisan ki nan Revelasyon dizwit la te desann e li te klere tè a ak laglwa li. Tout pwofèt yo dakò youn ak lòt, e nan vèsè twa nan Ezayi sis nou jwenn referans dirèk la ak menm zanj sa a.</w:t>
      </w:r>
    </w:p>
    <w:p>
      <w:pPr>
        <w:pStyle w:val="ArticleScripture"/>
        <w:jc w:val="left"/>
      </w:pPr>
      <w:r>
        <w:rPr>
          <w:rFonts w:ascii="Times New Roman" w:hAnsi="Times New Roman" w:eastAsia="Times New Roman" w:cs="Times New Roman"/>
        </w:rPr>
        <w:t>Nan ane wa wa Ozyas, wa a, mwen wè Senyè a chita sou yon twòn, byen wo e leve anlè, e rebò rad li te ranpli tanp lan. Anwo li te kanpe serafen yo: chak te gen sis zèl; ak de li te kouvri figi li, ak de li te kouvri pye li, epi ak de li t ap vole. E youn t ap rele bay lòt, li t ap di: Sen, sen, sen, se SENYÈ ki gen tout lame yo; tout tè a plen ak glwa li. Ezayi 6:1–3.</w:t>
      </w:r>
    </w:p>
    <w:p>
      <w:pPr>
        <w:pStyle w:val="ArticleBody"/>
        <w:jc w:val="left"/>
      </w:pPr>
      <w:r>
        <w:rPr>
          <w:rFonts w:ascii="Times New Roman" w:hAnsi="Times New Roman" w:eastAsia="Times New Roman" w:cs="Times New Roman"/>
        </w:rPr>
        <w:t>Tè a vin klere avèk glwa li lè zanj Revelasyon dizwit la desann, epi Ezayi bay nou yon lòt kle enpòtan lè li fè nou konnen vizyon li te genyen sou tanp lan te fèt nan ane Wa Ozyas te mouri. Wa Ozyas te eseye fè travay yon prèt andedan tanp lan. Katreven prèt ansanm ak granprèt la te kanpe kont li pou anpeche l fè sa, jiskaske Senyè a te frape l ak lalèp sou fwon li. Li te resevwa mak bèt la poutèt li te eseye mete ansanm otorite leta li ak otorite legliz la. Li pa t mouri tousuit; yo te wete l sou twòn nan, yo te ranplase l, epi apre yon peryòd tan li te fini pa mouri nan dat 11 septanm 2001. Legliz Advantis la ap mouri pwogresivman menm jan legliz jwif la te mouri nan tan Kris la. Men, nan dat 11 septanm 2001, Advantis ki te deja rejte mesaj sis dènye vèsè Danyèl onz yo te rive nan bout li kòm kòn pwotestan Etazini an, epi moun Ezayi te reprezante yo te lè sa a rele pou yo pote mesaj premye vwa Revelasyon dizwit la.</w:t>
      </w:r>
    </w:p>
    <w:p>
      <w:pPr>
        <w:pStyle w:val="ArticleScripture"/>
        <w:jc w:val="left"/>
      </w:pPr>
      <w:r>
        <w:rPr>
          <w:rFonts w:ascii="Times New Roman" w:hAnsi="Times New Roman" w:eastAsia="Times New Roman" w:cs="Times New Roman"/>
        </w:rPr>
        <w:t>Lè sa a, Azarya, prèt la, antre apre li, ansanm ak katreven prèt SENYÈ a, moun vanyan: yo kanpe devan wa Ozyas pou yo te reziste li, epi yo di li: Se pa pou ou, Ozyas, boule lansan bay SENYÈ a, men se pou prèt yo, pitit Arawon yo, ki konsakre pou boule lansan: soti nan sanktyè a; paske ou fè sa ki mal; sa p ap sèvi pou onè ou devan SENYÈ Bondye a. Lè sa a, Ozyas fache, e li te gen yon lansanwa nan men li pou boule lansan; epi pandan li te fache kont prèt yo, maladi lalèp la parèt sou fwon li devan prèt yo nan kay SENYÈ a, bò kote lotèl lansan an. Epi Azarya, granprèt la, ansanm ak tout prèt yo, gade li, epi men wè, li te gen lalèp sou fwon li; yo pouse l soti la; wi, li menm tou li prese soti, paske SENYÈ a te frape li. Epi wa Ozyas te rete yon moun ki gen lalèp jouk jou lanmò li, e li te rete nan yon kay apa, paske li te gen lalèp; paske yo te mete l apa byen lwen kay SENYÈ a; epi Jotam, pitit gason li a, t ap dirije kay wa a, li t ap jije pèp peyi a. 2 Kwonik 26:17–21.</w:t>
      </w:r>
    </w:p>
    <w:p>
      <w:pPr>
        <w:pStyle w:val="ArticleBody"/>
        <w:jc w:val="left"/>
      </w:pPr>
      <w:r>
        <w:rPr>
          <w:rFonts w:ascii="Times New Roman" w:hAnsi="Times New Roman" w:eastAsia="Times New Roman" w:cs="Times New Roman"/>
        </w:rPr>
        <w:t>Li enpòtan pou rekonèt ke kòn Pwotestan an te retire nan legliz Advantis Setyèm Jou a nan dat 11 septanm 2001, paske gen twa eleman prensipal nan ouvèti sele mesaj Revelasyon an nan dènye jou yo. Youn se istwa paralèl kòn Repiblikanis lan ak kòn Pwotestantis lan. Lòt eleman ki dwe rekonèt la se enpòtans sèt legliz yo, epi, natirèlman, twazyèm lan se “sèt loraj yo.” Twa eleman pwofetik sa yo ansanm fòme mesaj ki ap dekouvri a, e li nesesè pou rekonèt ke menm jan legliz jwif la te pase sou kote nan tan Kris la, Advantis la pase sou kote nan “dènye jou yo.”</w:t>
      </w:r>
    </w:p>
    <w:p>
      <w:pPr>
        <w:pStyle w:val="ArticleBody"/>
        <w:jc w:val="left"/>
      </w:pPr>
      <w:r>
        <w:rPr>
          <w:rFonts w:ascii="Times New Roman" w:hAnsi="Times New Roman" w:eastAsia="Times New Roman" w:cs="Times New Roman"/>
        </w:rPr>
        <w:t>Ezayi ofri tèt li pou pote yon mesaj bay pèp Bondye te chwazi a ki te enfidèl nan epòk pa li, epi Jezi sèvi ak menm pawòl sa yo pou adrese menm sitiyasyon an nan epòk pa Li. Y ap pase sou yon pèp alyans Bondye te chwazi, epi yo refize “tande” pou yo ka geri.</w:t>
      </w:r>
    </w:p>
    <w:p>
      <w:pPr>
        <w:pStyle w:val="ArticleScripture"/>
        <w:jc w:val="left"/>
      </w:pPr>
      <w:r>
        <w:rPr>
          <w:rFonts w:ascii="Times New Roman" w:hAnsi="Times New Roman" w:eastAsia="Times New Roman" w:cs="Times New Roman"/>
        </w:rPr>
        <w:t>Epi li di: Ale, epi di pèp sa a: Nou tande vre, men nou pa konprann; nou wè vre, men nou pa pèsevwa. Rann kè pèp sa a lou, fè zòrèy yo peze, epi fèmen je yo; pou yo pa wè ak je yo, ni tande ak zòrèy yo, ni konprann ak kè yo, ni tounen vin jwenn Bondye, epi pou yo pa geri. Ezayi 6:9, 10.</w:t>
      </w:r>
    </w:p>
    <w:p>
      <w:pPr>
        <w:pStyle w:val="ArticleBody"/>
        <w:jc w:val="left"/>
      </w:pPr>
      <w:r>
        <w:rPr>
          <w:rFonts w:ascii="Times New Roman" w:hAnsi="Times New Roman" w:eastAsia="Times New Roman" w:cs="Times New Roman"/>
        </w:rPr>
        <w:t>Travay Ésaïe ap pran an se menm travay Jan ak Ezekyèl te pran lè yo te manje ti liv la. Yo pote yon mesaj reprimann bay yon pèp alyans Bondye te chwazi, ki nan pwosesis pou yo ap vomi sòti nan bouch Seyè a. Dezyèm fwa Jezi fè referans ak istwa pwofèt yo ak moun ki jis yo te anvi wè a, se Lik ki rapòte sa.</w:t>
      </w:r>
    </w:p>
    <w:p>
      <w:pPr>
        <w:pStyle w:val="ArticleScripture"/>
        <w:jc w:val="left"/>
      </w:pPr>
      <w:r>
        <w:rPr>
          <w:rFonts w:ascii="Times New Roman" w:hAnsi="Times New Roman" w:eastAsia="Times New Roman" w:cs="Times New Roman"/>
        </w:rPr>
        <w:t>Epi ou menm, Kapènawòm, ki leve jouk nan syèl la, y ap lage w desann nan lanfè. Moun ki tande nou, se mwen li tande; moun ki meprize nou, se mwen li meprize; epi moun ki meprize mwen, li meprize Sila a ki voye mwen an. E swasanndis yo tounen ankò ak kè kontan, yo t ap di: Seyè, menm demon yo soumèt devan nou pa pouvwa non ou. E li di yo: Mwen te wè Satan tonbe sot nan syèl la tankou zeklè. Gade, mwen ban nou pouvwa pou nou mache sou sèpan ak eskòpyon, ak sou tout pouvwa lènmi an; e anyen p ap kapab fè nou okenn mal. Men, pa rejwi poutèt lespri yo soumèt devan nou; men pito rejwi poutèt non nou ekri nan syèl la. Nan menm lè sa a, Jezi te rejwi nan lespri, e li di: Mwen di ou mèsi, O Papa, Seyè syèl la ak tè a, paske ou kache bagay sa yo pou saj ak moun entèlijan, epi ou revele yo bay timoun piti yo; wi, Papa, paske se konsa sa te parèt bon devan je ou. Tout bagay Papa m remèt nan men mwen; e pèsonn pa konnen kiyès Pitit la ye, eksepte Papa a; ni kiyès Papa a ye, eksepte Pitit la, ak sila a Pitit la vle revele li a. Epi li vire bò kote disip li yo, e li di yo an prive: Benediksyon pou je ki wè bagay nou wè yo. Paske mwen di nou sa, anpil pwofèt ak wa te anvi wè bagay nou wè yo, men yo pa t wè yo; epi tande bagay nou tande yo, men yo pa t tande yo. Lik 10:15–24.</w:t>
      </w:r>
    </w:p>
    <w:p>
      <w:pPr>
        <w:pStyle w:val="ArticleBody"/>
        <w:jc w:val="left"/>
      </w:pPr>
      <w:r>
        <w:rPr>
          <w:rFonts w:ascii="Times New Roman" w:hAnsi="Times New Roman" w:eastAsia="Times New Roman" w:cs="Times New Roman"/>
        </w:rPr>
        <w:t>Ankò, kontèks yon benediksyon ki asosye ak sila yo ki gen privilèj pou wè sa moun jis yo te anvi wè a konsène yon pèp alyans Bondye chwazi, yo menm y ap kite dèyè epi yo pa dispoze “tande.” Sè White fè referans ak kondanasyon Kris la te pwononse sou Kapènawòm, ki se yon senbòl rejè gwo limyè, epi li te mete aksan sou Advantis la lè li te mete repwòch la kont Advantis la nan [parantèz].</w:t>
      </w:r>
    </w:p>
    <w:p>
      <w:pPr>
        <w:pStyle w:val="ArticleScripture"/>
        <w:jc w:val="left"/>
      </w:pPr>
      <w:r>
        <w:rPr>
          <w:rFonts w:ascii="Times New Roman" w:hAnsi="Times New Roman" w:eastAsia="Times New Roman" w:cs="Times New Roman"/>
        </w:rPr>
        <w:t>«Pami moun ki deklare yo se pitit Bondye, kijan yo montre ti kras pasyans, konbyen pawòl anmè yo pwononse, konbyen kondanasyon yo lage sou moun ki pa nan lafwa pa nou an. Anpil moun konsidere sila yo ki fè pati lòt legliz yo tankou gwo pechè, tandiske Seyè a pa konsidere yo konsa. Moun ki gade manm lòt legliz yo konsa, bezwen imilye tèt yo anba men pwisan Bondye. Sila yo yo kondane yo ka pa t gen anpil limyè, yo ka te gen kèk opòtinite ak kèk privilèj sèlman. Si yo te gen limyè anpil nan manm legliz nou yo te genyen an, yo ta ka fè pwogrè nan yon mezi pi gwo anpil, epi yo ta pi byen reprezante lafwa yo devan lemonn. Konsènan sila yo ki vante tèt yo de limyè yo genyen, men ki pa mache ladan li, Kris la di: ‘Men mwen di nou, jou jijman an va pi sipòtab pou Tir ak Sidon pase pou nou. E ou menm, Kapènawòm [Advantis Setyèm Jou yo, ki te resevwa gwo limyè], ki leve jouk nan syèl la [sou pwen privilèj], y ap desann ou jouk nan lanfè; paske si zèv pwisan ki fèt nan mitan ou yo te fèt nan Sodòm, li ta rete la jouk jounen jodi a. Men mwen di nou, jou jijman an va pi sipòtab pou peyi Sodòm pase pou ou.’ Lè sa a Jezi pran lapawòl, li di: ‘Mwen di ou mèsi, O Papa, Seyè syèl la ak tè a, paske ou kache bagay sa yo pou moun ki saj ak moun ki pridan [nan pwòp estimasyon pa yo], epi ou revele yo bay timoun piti yo.’»</w:t>
      </w:r>
    </w:p>
    <w:p>
      <w:pPr>
        <w:pStyle w:val="ArticleScripture"/>
        <w:jc w:val="left"/>
      </w:pPr>
      <w:r>
        <w:rPr>
          <w:rFonts w:ascii="Times New Roman" w:hAnsi="Times New Roman" w:eastAsia="Times New Roman" w:cs="Times New Roman"/>
        </w:rPr>
        <w:t>“‘Epi kounyeya, paske nou fè tout bagay sa yo, se Senyè a ki di sa, e mwen te pale avè nou, mwen te leve granmaten pou m pale, men nou pa t koute; mwen te rele nou, men nou pa t reponn; se poutèt sa m ap fè kay sa a, ki rele pa non mwen, kote nou mete konfyans nou an, ak kote mwen te bay nou menm ak zansèt nou yo, menm jan mwen te fè Silo. Epi m ap jete nou lwen devan je m, menm jan mwen te jete tout frè nou yo, wi, tout desandans Efrayim lan.’” Review and Herald, 1ye out 1893.</w:t>
      </w:r>
    </w:p>
    <w:p>
      <w:pPr>
        <w:pStyle w:val="ArticleBody"/>
        <w:jc w:val="left"/>
      </w:pPr>
      <w:r>
        <w:rPr>
          <w:rFonts w:ascii="Times New Roman" w:hAnsi="Times New Roman" w:eastAsia="Times New Roman" w:cs="Times New Roman"/>
        </w:rPr>
        <w:t>“Travay pisan” ki te fèt nan Advantis la se te travay moun jis yo ak pwofèt yo te anvi wè ak tande. Travay pisan sa yo te reprezante nan istwa 1843 ak 1844 la lè mesaj Rèl a Minwi a te pwoklame. Advantis la te rejte istwa pa yo, e espesyalman istwa 1843 ak 1844 la. Yon istwa ki kòmanse epi ki fini ak yon desepsyon, epi tou yon istwa ki te fèt pou gide yo antre nan tè a ki fèt nèf la.</w:t>
      </w:r>
    </w:p>
    <w:p>
      <w:pPr>
        <w:pStyle w:val="ArticleScripture"/>
        <w:jc w:val="left"/>
      </w:pPr>
      <w:r>
        <w:rPr>
          <w:rFonts w:ascii="Times New Roman" w:hAnsi="Times New Roman" w:eastAsia="Times New Roman" w:cs="Times New Roman"/>
        </w:rPr>
        <w:t>“Yo te mete yon limyè klere dèyè yo nan kòmansman chemen an, e yon zanj te di m se te ‘kri minui a.’ Limyè sa a te klere tout longè chemen an, e li te bay limyè pou pye yo, pou yo pa t bite.”</w:t>
      </w:r>
    </w:p>
    <w:p>
      <w:pPr>
        <w:pStyle w:val="ArticleScripture"/>
        <w:jc w:val="left"/>
      </w:pPr>
      <w:r>
        <w:rPr>
          <w:rFonts w:ascii="Times New Roman" w:hAnsi="Times New Roman" w:eastAsia="Times New Roman" w:cs="Times New Roman"/>
        </w:rPr>
        <w:t>“Si yo te kenbe je yo fikse sou Jezi, ki te la devan yo menm, k ap mennen yo nan vil la, yo te an sekirite. Men byento, kèk ladan yo te vin bouke, epi yo te di vil la te byen lwen toujou, e yo te espere yo ta deja antre ladan li. Lè sa a, Jezi te ankouraje yo lè Li te leve bra dwat gloriye Li a, epi soti nan bra Li te vini yon limyè ki t ap balanse anlè gwoup adantis la, epi yo te rele byen fò: ‘Alelouya!’ Gen lòt ki te demanti limyè ki te dèyè yo a avèk presipitasyon, epi yo te di se pa Bondye ki te mennen yo soti jis rive lwen konsa. Limyè ki te dèyè yo a te etenn, sa ki te kite pye yo nan yon fènwa total; epi yo te bite, yo te pèdi je yo sou siy la ak sou Jezi, epi yo te tonbe soti sou chemen an desann nan mond tenèb ak mechanste ki te anba a.” Early Writings, 15.</w:t>
      </w:r>
    </w:p>
    <w:p>
      <w:pPr>
        <w:pStyle w:val="ArticleBody"/>
        <w:jc w:val="left"/>
      </w:pPr>
      <w:r>
        <w:rPr>
          <w:rFonts w:ascii="Times New Roman" w:hAnsi="Times New Roman" w:eastAsia="Times New Roman" w:cs="Times New Roman"/>
        </w:rPr>
        <w:t>Sa Lyon tribi Jida a ap dese sele kounye a, se istwa 1843 ak 1844 la. “Sèt loraj” yo reprezante 1840 rive 1844, men peryòd sa a genyen yon istwa ki trè espesyal, yon istwa ki depi nan kòmansman listwa alyans lan te deja prefigire. Chak mouvman refòm yo mache an paralèl youn ak lòt, epi yo pote menm makèt yo. Si yo te diferan youn ak lòt, Satan ta kreye yon plan atak diferan pou chak mouvman refòm; men li pa janm fè sa.</w:t>
      </w:r>
    </w:p>
    <w:p>
      <w:pPr>
        <w:pStyle w:val="ArticleScripture"/>
        <w:jc w:val="left"/>
      </w:pPr>
      <w:r>
        <w:rPr>
          <w:rFonts w:ascii="Times New Roman" w:hAnsi="Times New Roman" w:eastAsia="Times New Roman" w:cs="Times New Roman"/>
        </w:rPr>
        <w:t>“Men, Satan pa t rete san fè anyen. Kounye a li te eseye fè sa li te eseye fè nan tout lòt mouvman refòm yo—twonpe ak detwi pèp la lè li te mete devan yo yon fo bagay nan plas vrè travay la. Menm jan te gen fo Kris nan premye syèk legliz kretyen an, konsa tou te parèt fo pwofèt nan sèzyèm syèk la.” The Great Controversy, 186.</w:t>
      </w:r>
    </w:p>
    <w:p>
      <w:pPr>
        <w:pStyle w:val="ArticleBody"/>
        <w:jc w:val="left"/>
      </w:pPr>
      <w:r>
        <w:rPr>
          <w:rFonts w:ascii="Times New Roman" w:hAnsi="Times New Roman" w:eastAsia="Times New Roman" w:cs="Times New Roman"/>
        </w:rPr>
        <w:t>Pwen esansyèl nan pasaj sa a, anrapò ak mesaj jeneral n ap pataje a, se ke lè Advantis la te sispann soutni manto Pwotestantis la epi yo te fè yo retire l nèt sou 11 septanm 2001, yo toujou ensiste yo se mouvman rès la ki pwoklame gwo rèl twazyèm zanj lan. Men, se yo menm ki kontrefason an. Si ou pa rekonèt ki mouvman kounye a k ap pote kòn Pwotestantis la, li prèske enposib pou konprann paralèl ki genyen ant de kòn yo nan Etazini.</w:t>
      </w:r>
    </w:p>
    <w:p>
      <w:pPr>
        <w:pStyle w:val="ArticleBody"/>
        <w:jc w:val="left"/>
      </w:pPr>
      <w:r>
        <w:rPr>
          <w:rFonts w:ascii="Times New Roman" w:hAnsi="Times New Roman" w:eastAsia="Times New Roman" w:cs="Times New Roman"/>
        </w:rPr>
        <w:t>Istwa 1843 ak 1844 la reprezante nan chak mouvman refòm, e kounye a nou pral sèvi ak kòmansman ansyen Izrayèl kòm pèp Bondye te chwazi a, ansanm ak fen Izrayèl kòm pèp Bondye te chwazi a, pou ilistre menm verite sa a konsènan Izrayèl modèn nan, avèk konsantrasyon sou 1843 ak 1844 jan sa reprezante nan chak nan liy mouvman refòm yo.</w:t>
      </w:r>
    </w:p>
    <w:p>
      <w:pPr>
        <w:pStyle w:val="ArticleBody"/>
        <w:jc w:val="left"/>
      </w:pPr>
      <w:r>
        <w:rPr>
          <w:rFonts w:ascii="Times New Roman" w:hAnsi="Times New Roman" w:eastAsia="Times New Roman" w:cs="Times New Roman"/>
        </w:rPr>
        <w:t>Moyiz te pwofetize ke Senyè a t ap leve yon pwofèt tankou li menm, e pwofèt sa a se te Jezi. Lik, nan Travay, konfime ke Jezi te akonpli pwofesi Moyiz la.</w:t>
      </w:r>
    </w:p>
    <w:p>
      <w:pPr>
        <w:pStyle w:val="ArticleScripture"/>
        <w:jc w:val="left"/>
      </w:pPr>
      <w:r>
        <w:rPr>
          <w:rFonts w:ascii="Times New Roman" w:hAnsi="Times New Roman" w:eastAsia="Times New Roman" w:cs="Times New Roman"/>
        </w:rPr>
        <w:t>Seyè a, Bondye ou a, va fè leve pou ou yon Pwofèt nan mitan ou, pami frè ou yo, menm jan avè m; se li nou va koute. Detewonòm 18:15.</w:t>
      </w:r>
    </w:p>
    <w:p>
      <w:pPr>
        <w:pStyle w:val="ArticleBody"/>
        <w:jc w:val="left"/>
      </w:pPr>
      <w:r>
        <w:rPr>
          <w:rFonts w:ascii="Times New Roman" w:hAnsi="Times New Roman" w:eastAsia="Times New Roman" w:cs="Times New Roman"/>
        </w:rPr>
        <w:t>Jezi se pwofèt nou dwe koute a.</w:t>
      </w:r>
    </w:p>
    <w:p>
      <w:pPr>
        <w:pStyle w:val="ArticleScripture"/>
        <w:jc w:val="left"/>
      </w:pPr>
      <w:r>
        <w:rPr>
          <w:rFonts w:ascii="Times New Roman" w:hAnsi="Times New Roman" w:eastAsia="Times New Roman" w:cs="Times New Roman"/>
        </w:rPr>
        <w:t>Paske Moyiz te di zansèt yo anverite: Seyè a, Bondye nou an, va leve pou nou, nan mitan frè nou yo, yon pwofèt tankou mwen; se li nou dwe koute nan tout sa li va di nou. Epi sa va rive, chak nanm ki pa vle koute pwofèt sa a, y ap detwi l soti nan mitan pèp la. Wi, tout pwofèt yo tou, depi Samyèl ak tout sa ki te vini apre li yo, tout moun ki te pale, yo menm tou yo te anonse davans jou sa yo. Nou se pitit pwofèt yo, ak alyans Bondye te fè ak zansèt nou yo, lè li t ap di Abraram: Se nan desandans ou tout fanmi sou latè va beni. Se pou nou an premye Bondye, apre li fin leve Jezi, Pitit li a, voye li pou beni nou, lè li detounen chak youn nan nou anba mechanste pa l yo. Travay 3:22–26.</w:t>
      </w:r>
    </w:p>
    <w:p>
      <w:pPr>
        <w:pStyle w:val="ArticleBody"/>
        <w:jc w:val="left"/>
      </w:pPr>
      <w:r>
        <w:rPr>
          <w:rFonts w:ascii="Times New Roman" w:hAnsi="Times New Roman" w:eastAsia="Times New Roman" w:cs="Times New Roman"/>
        </w:rPr>
        <w:t>Liy refòm Kris la kòmanse nan tan lafen an, menm jan ak tout liy refòm yo. “Tan lafen an” nan jou Kris la se te nesans Li. Ekriti a montre ke nan nesans Li te gen yon ogmantasyon konesans, an akò ak definisyon “tan lafen an” nan liv Danyèl la. Kit se te gadò mouton yo, sajès yo ki te soti nan lès la, Ewòd ki te an kòlè, oswa Ana ak Simeyon nan tanp lan, te gen yon ogmantasyon konesans lè Li te fèt. Depi lè sa a, lidèchip legliz jwif la te pase sou kote. Divòs la te pwogresif, men li te kòmanse pa rejè yo te fè fas ak mesaj ki te deseale nan tan lafen an.</w:t>
      </w:r>
    </w:p>
    <w:p>
      <w:pPr>
        <w:pStyle w:val="ArticleScripture"/>
        <w:jc w:val="left"/>
      </w:pPr>
      <w:r>
        <w:rPr>
          <w:rFonts w:ascii="Times New Roman" w:hAnsi="Times New Roman" w:eastAsia="Times New Roman" w:cs="Times New Roman"/>
        </w:rPr>
        <w:t>“Moun pa konnen sa, men nouvèl la ranpli syèl la ak lajwa. Avèk yon enterè ki pi pwofon e ki pi sansib, èt sen ki soti nan mond limyè a rale vin sou tè a. Tout lemonn vin pi klere poutèt prezans Li. Anwo ti mòn Betleyèm yo rasanble yon foul zanj ki pa ka konte. Y ap tann siyal la pou deklare bon nouvèl la bay lemonn. Si chèf ann Izrayèl yo te fidèl ak responsabilite yo, yo ta ka pataje lajwa anonse nesans Jezi a. Men kounye a yo mete yo sou kote.” The Desire of Ages, 47.</w:t>
      </w:r>
    </w:p>
    <w:p>
      <w:pPr>
        <w:pStyle w:val="ArticleBody"/>
        <w:jc w:val="left"/>
      </w:pPr>
      <w:r>
        <w:rPr>
          <w:rFonts w:ascii="Times New Roman" w:hAnsi="Times New Roman" w:eastAsia="Times New Roman" w:cs="Times New Roman"/>
        </w:rPr>
        <w:t>Conducerea adventismului a fost trecută cu vederea în 1989, când s-a împlinit Daniel 11:40. „Timpul sfârșitului” în istoria lui Moise, care Îl prefigura pe Isus, a fost nașterea lui, când familia sa și apoi fiica lui Faraon au primit o sporire a cunoașterii cu privire la pruncul Moise. Numele lui înseamnă, desigur, „scos din apă”, iar Isus înseamnă „Iehova mântuiește”.</w:t>
      </w:r>
    </w:p>
    <w:p>
      <w:pPr>
        <w:pStyle w:val="ArticleBody"/>
        <w:jc w:val="left"/>
      </w:pPr>
      <w:r>
        <w:rPr>
          <w:rFonts w:ascii="Times New Roman" w:hAnsi="Times New Roman" w:eastAsia="Times New Roman" w:cs="Times New Roman"/>
        </w:rPr>
        <w:t>Apre “tan lafen an,” tout liy refòm yo demontre yon moman kote konesans ki ogmante nan istwa patikilye sa a vin fòmalize an yon mesaj ki ka leve kòm yon temwayaj devan jenerasyon ki dwe rann kont pou limyè ki te devwale nan tan lafen an.</w:t>
      </w:r>
    </w:p>
    <w:p>
      <w:pPr>
        <w:pStyle w:val="ArticleBody"/>
        <w:jc w:val="left"/>
      </w:pPr>
      <w:r>
        <w:rPr>
          <w:rFonts w:ascii="Times New Roman" w:hAnsi="Times New Roman" w:eastAsia="Times New Roman" w:cs="Times New Roman"/>
        </w:rPr>
        <w:t>Jan Batis la te bay fòmèl ak mesaj Kris la, epi mesaj Moyiz la te vin pran yon fòm fòmèl nan karantyèm ane li, lè li te eseye delivre Izrayèl soti ann Ejip pa pwòp fòs pa li. Mesaj delivrans soti ann Ejip la te kounye a antre nan dosye piblik la.</w:t>
      </w:r>
    </w:p>
    <w:p>
      <w:pPr>
        <w:pStyle w:val="ArticleBody"/>
        <w:jc w:val="left"/>
      </w:pPr>
      <w:r>
        <w:rPr>
          <w:rFonts w:ascii="Times New Roman" w:hAnsi="Times New Roman" w:eastAsia="Times New Roman" w:cs="Times New Roman"/>
        </w:rPr>
        <w:t>Karant ane apre, mesaj Moyiz la te resevwa puisans nan touf bwa ki t ap boule a, e li te akonpaye pa de siy divinite Bondye a, jan sa te reprezante pa baton an ki te tounen yon sèpan ak men lepwòz la ke Moyiz te rale soti nan pwatrin li. Mesaj Jezi a te resevwa puisans nan batèm Li, ki te akonpaye pa de siy divinite: vwa Papa a ak Sentespri a. Pwochen waymark la nan toude istwa yo reprezante premye desepsyon an, tan reta a, rive dezyèm zanj lan oswa 1843.</w:t>
      </w:r>
    </w:p>
    <w:p>
      <w:pPr>
        <w:pStyle w:val="ArticleBody"/>
        <w:jc w:val="left"/>
      </w:pPr>
      <w:r>
        <w:rPr>
          <w:rFonts w:ascii="Times New Roman" w:hAnsi="Times New Roman" w:eastAsia="Times New Roman" w:cs="Times New Roman"/>
        </w:rPr>
        <w:t>Desepsyon ki te parèt nan liy Moyiz la te ilistre pa madanm li lè zanj lan desann pou touye Moyiz paske li pa t sikonsi pitit gason li. Ak krent, Sifora te akonpli rit la sou pitit gason yo li menm. Moyiz te bliye sikonsi pitit gason li! Menm siy alyans lan ki te bay Abraram nan, Moyiz te bliye li. Papa Abraram te deja mete devan prediksyon sou kaptivite Ebre yo ak delivrans yo nan peyi Lejip e soti nan peyi Lejip, e pwofesi li a te dwe akonpli espesyalman pa mwayen Moyiz, men Moyiz te bliye sikonsi pitit gason li. Nan moman sa a, Moyiz te voye Sifora tounen pou l rete lakay papa li jouk apre delivrans lan. Li te ret tann nan Madyan jouk Moyiz te mennen pitit Izrayèl yo atravè dlo Lanmè Wouj la, sa apot Pòl fè nou konnen ki se yon tip batèm, menm rit ki te ranplase sikonsizyon an. Pa rate pwen sa a. Arive repè a ki reprezante dezyèm zanj lan nan istwa Moyiz la, repè ki pwodui premye desepsyon an nan istwa sa a, se te yon rejè règ prensipal relasyon alyans Abraram avèk Bondye a.</w:t>
      </w:r>
    </w:p>
    <w:p>
      <w:pPr>
        <w:pStyle w:val="ArticleBody"/>
        <w:jc w:val="left"/>
      </w:pPr>
      <w:r>
        <w:rPr>
          <w:rFonts w:ascii="Times New Roman" w:hAnsi="Times New Roman" w:eastAsia="Times New Roman" w:cs="Times New Roman"/>
        </w:rPr>
        <w:t>Premye desepsyon nan liy Kris la se te lanmò Laza, yon bagay Mat ak Mari te sèten pa t ap rive si Jezi pa t ret tann jouk lè Laza te deja mouri depi kat jou. Desepsyon lefètke Jezi te pèmèt zanmi pwòch li Laza mouri epi dekonpoze nan tonm nan te imans, non sèlman pou de sè yo, men tou pou disip yo. Men, rezirèksyon Laza te vin sele tout ministè Kris la.</w:t>
      </w:r>
    </w:p>
    <w:p>
      <w:pPr>
        <w:pStyle w:val="ArticleScripture"/>
        <w:jc w:val="left"/>
      </w:pPr>
      <w:r>
        <w:rPr>
          <w:rFonts w:ascii="Times New Roman" w:hAnsi="Times New Roman" w:eastAsia="Times New Roman" w:cs="Times New Roman"/>
        </w:rPr>
        <w:t>“Pandan Kris la t ap ret tann pou l vin jwenn Laza, li te gen yon bi mizèrikòd anvè sila yo ki pa t resevwa Li yo. Li te rete tann, pou lè l ta leve Laza soti nan lanmò, Li ta ka bay pèp Li a, ki te tèt di e ki pa t kwè, yon lòt prèv ankò ke Li te vrèman ‘rezirèksyon an, ak lavi a.’ Li pa t vle abandone tout espwa pou pèp la, pòv mouton kay Izrayèl yo ki t ap mache san direksyon. Kè Li t ap fann poutèt enpenitans yo. Nan mizèrikòd Li, Li te pran desizyon pou l ba yo yon lòt prèv ankò ke Li se Restoratè a, Sila a ki sèl kapab fè lavi ak imòtalite parèt nan limyè. Sa te dwe yon prèv ke prèt yo pa t kapab mal entèprete. Se sa ki te lakòz reta Li anvan l ale Betani. Mirak siprèm sa a, leve Laza soti nan lanmò, te dwe mete sele Bondye sou travay Li ak sou deklarasyon Li kòm Bondye.” The Desire of Ages, 529.</w:t>
      </w:r>
    </w:p>
    <w:p>
      <w:pPr>
        <w:pStyle w:val="ArticleBody"/>
        <w:jc w:val="left"/>
      </w:pPr>
      <w:r>
        <w:rPr>
          <w:rFonts w:ascii="Times New Roman" w:hAnsi="Times New Roman" w:eastAsia="Times New Roman" w:cs="Times New Roman"/>
        </w:rPr>
        <w:t>Sele katòz mil Bondye yo ilistre nan istwa ane 1843 ak 1844 yo, paske yo fè nou konnen se Laza ki te mennen Kris antre Jerizalèm lè Li te fè antre triyonfal la. Istwa antre triyonfal la se istwa Sè White itilize pou ilistre Kri Mitanwit la nan 1843 ak 1844. Se te yon move konpreyansyon konsènan lefèt ke Kris te gen pouvwa pou resisite mò yo pa pouvwa kreyatris Bondye a. Mari ak Elizabèt te rekonèt yo te konnen Jezi te gen pouvwa pou resisite Laza nan dènye twonpèt la, men yo pa t kapab wè ke Li te vrèman gen pouvwa pou resisite l menm lè sa a, nan plas la menm. Yo te nan demanti verite menm Li te vini pou demontre nan batèm Li ak nan lanmò Li, kòmansman ak fen ministè pèsonèl Li ki te dire twa ane edmi. Yo pa t kapab wè jiskaske yo te wete wòch la sou tonm nan, menm jan men Li t ap vin retire pita sou yon erè nan kèk nan chif ki te sou tablo 1843 la.</w:t>
      </w:r>
    </w:p>
    <w:p>
      <w:pPr>
        <w:pStyle w:val="ArticleBody"/>
        <w:jc w:val="left"/>
      </w:pPr>
      <w:r>
        <w:rPr>
          <w:rFonts w:ascii="Times New Roman" w:hAnsi="Times New Roman" w:eastAsia="Times New Roman" w:cs="Times New Roman"/>
        </w:rPr>
        <w:t>Moyiz, apre li te voye Zipora ale lwen batay ki t ap vini ak Farawon an, gran frè li Arawon vin rankontre l, epi de mesaje yo kontinye vwayaj yo pou ale ann Ejip kòm reprezantan mesaj dezyèm zanj lan. Anvan okenn kalamite te tonbe sou Ejip, Moyiz te avèti Farawon ke, si li pa t kite Izrayèl, premye pitit Bondye a, soti pou al adore, lè sa a Bondye t ap touye premye pitit Ejip la.</w:t>
      </w:r>
    </w:p>
    <w:p>
      <w:pPr>
        <w:pStyle w:val="ArticleScripture"/>
        <w:jc w:val="left"/>
      </w:pPr>
      <w:r>
        <w:rPr>
          <w:rFonts w:ascii="Times New Roman" w:hAnsi="Times New Roman" w:eastAsia="Times New Roman" w:cs="Times New Roman"/>
        </w:rPr>
        <w:t>Epi Senyè a di Moyiz konsa: Lè w ap tounen ann Ejip, veye pou w fè devan Farawon tout mèvèy sa yo mwen mete nan men ou; men mwen menm, m ap fè kè l vin di, pou li pa kite pèp la ale. Epi w ap di Farawon: Men sa Senyè a di: Izrayèl se pitit gason m, wi, premye pitit mwen. E mwen di ou: Kite pitit gason m nan ale, pou l sèvi mwen; epi si ou refize kite l ale, gade, m ap touye pitit gason pa w la, wi, premye pitit ou a. Egzòd 4:21–23.</w:t>
      </w:r>
    </w:p>
    <w:p>
      <w:pPr>
        <w:pStyle w:val="ArticleBody"/>
        <w:jc w:val="left"/>
      </w:pPr>
      <w:r>
        <w:rPr>
          <w:rFonts w:ascii="Times New Roman" w:hAnsi="Times New Roman" w:eastAsia="Times New Roman" w:cs="Times New Roman"/>
        </w:rPr>
        <w:t>Kri Minwi a se te yon prediksyon ki t ap reyalize nan tan kap vini an.</w:t>
      </w:r>
    </w:p>
    <w:p>
      <w:pPr>
        <w:pStyle w:val="ArticleScripture"/>
        <w:jc w:val="left"/>
      </w:pPr>
      <w:r>
        <w:rPr>
          <w:rFonts w:ascii="Times New Roman" w:hAnsi="Times New Roman" w:eastAsia="Times New Roman" w:cs="Times New Roman"/>
        </w:rPr>
        <w:t>“Nan delivrans Izrayèl soti ann Ejip la, yo te bay lòd ankò pou konsakre premye pitit gason yo. Pandan pitit Izrayèl yo te anba esklavaj Ejipsyen yo, Senyè a te bay Moyiz direksyon pou l al jwenn Farawon, wa Ejip la, epi di l: ‘Men sa Seyè a di: Izrayèl se pitit gason pa Mwen, wi, premye pitit gason Mwen an; e Mwen di ou: Kite pitit gason Mwen an ale, pou li ka sèvi Mwen; epi si ou refize kite l ale, gade, Mwen pral touye pitit gason pa ou a, wi, premye pitit gason pa ou a.’ Egzòd 4:22, 23.”</w:t>
      </w:r>
    </w:p>
    <w:p>
      <w:pPr>
        <w:pStyle w:val="ArticleScripture"/>
        <w:jc w:val="left"/>
      </w:pPr>
      <w:r>
        <w:rPr>
          <w:rFonts w:ascii="Times New Roman" w:hAnsi="Times New Roman" w:eastAsia="Times New Roman" w:cs="Times New Roman"/>
        </w:rPr>
        <w:t>“Moyiz te delivre mesaj li a; men repons wa ògeye a te: ‘Ki moun Seyè a ye, pou m ta obeyi vwa Li pou m kite Izrayèl ale? Mwen pa konnen Seyè a, e mwen p ap kite Izrayèl ale non plis.’ Egzòd 5:2. Seyè a te aji pou pèp Li a pa mwayen siy ak mèvèy, pandan Li t ap voye jijman terib sou Farawon. Finalman, yo te bay zanj destriktè a lòd pou l touye premye pitit gason moun ak bèt pami moun peyi Lejip yo. Pou Izrayelit yo te ka epanye, yo te ba yo lòd mete sou poto pòt kay yo san yon ti mouton yo te touye. Chak kay te dwe make, pou lè zanj lan ta vini nan misyon lanmò li, li te ka pase sou kay Izrayelit yo.” The Desire of Ages, 51.</w:t>
      </w:r>
    </w:p>
    <w:p>
      <w:pPr>
        <w:pStyle w:val="ArticleBody"/>
        <w:jc w:val="left"/>
      </w:pPr>
      <w:r>
        <w:rPr>
          <w:rFonts w:ascii="Times New Roman" w:hAnsi="Times New Roman" w:eastAsia="Times New Roman" w:cs="Times New Roman"/>
        </w:rPr>
        <w:t>Mesaj Kri Mitanwit la bay Farawon t ap idantifye lanmò premye pitit yo kòm repons a rebelyon Farawon an. Depi mesaj la te antre nan dosye a, kalamite yo, ki reprezante pouvwa Kri Mitanwit la nan ete 1844 la, te tonbe sou peyi Lejip. Mesaj Kri Mitanwit la te bale tout peyi a tankou yon gwo vag lanmè nan ete 1844 la. Kalamite yo te bale sou peyi Lejip, epi lè lanmò premye pitit yo ki te pwomèt la te rive, yo te tande yon rèl a minwi toupatou nan peyi Lejip.</w:t>
      </w:r>
    </w:p>
    <w:p>
      <w:pPr>
        <w:pStyle w:val="ArticleScripture"/>
        <w:jc w:val="left"/>
      </w:pPr>
      <w:r>
        <w:rPr>
          <w:rFonts w:ascii="Times New Roman" w:hAnsi="Times New Roman" w:eastAsia="Times New Roman" w:cs="Times New Roman"/>
        </w:rPr>
        <w:t>E Moyiz te di: Men sa Senyè a pale: Vè minwi, m ap pase nan mitan peyi Lejip la. Tout premye pitit gason nan peyi Lejip la pral mouri, depi premye pitit Farawon ki chita sou twòn li a, jouk rive premye pitit sèvant ki dèyè moulen an; ansanm ak tout premye pitit bèt yo. Lè sa a, pral gen yon gwo rèl nan tout peyi Lejip la, yon rèl konsa pa t janm genyen anvan, e p ap janm genyen ankò. Egzòd 11:4–6.</w:t>
      </w:r>
    </w:p>
    <w:p>
      <w:pPr>
        <w:pStyle w:val="ArticleBody"/>
        <w:jc w:val="left"/>
      </w:pPr>
      <w:r>
        <w:rPr>
          <w:rFonts w:ascii="Times New Roman" w:hAnsi="Times New Roman" w:eastAsia="Times New Roman" w:cs="Times New Roman"/>
        </w:rPr>
        <w:t>Antre triyonfal Kris la nan Jerizalèm te mennen nan kwa Kalvè a, e disip Kris yo ansanm ak lòt disip li yo te fè eksperyans yon Gwo Dezapwentman.</w:t>
      </w:r>
    </w:p>
    <w:p>
      <w:pPr>
        <w:pStyle w:val="ArticleScripture"/>
        <w:jc w:val="left"/>
      </w:pPr>
      <w:r>
        <w:rPr>
          <w:rFonts w:ascii="Times New Roman" w:hAnsi="Times New Roman" w:eastAsia="Times New Roman" w:cs="Times New Roman"/>
        </w:rPr>
        <w:t>«Desepsyon pa nou an pa t tèlman gwo tankou sa disip yo te genyen an. Lè Pitit lòm nan te antre avèk triyonf nan Jerizalèm, yo t ap tann pou yo kouwone Li wa. Pèp la te rasanble soti nan tout rejyon ki te alantou yo, e yo t ap rele: “Ozana pou Pitit David la.” E lè prèt yo ak ansyen yo te sipliye Jezi pou fè foul la pe, Li te deklare ke si yo ta rete an silans, menm wòch yo t ap rele byen fò, paske pwofesi a dwe akonpli. Men, nan kèk jou sèlman, menm disip sa yo te wè Mèt byeneme yo a, Sila a yo te kwè ki t ap gouvènen sou twòn David la, lonje sou kwa mechan an, anlè tèt farizyen k ap moke e k ap joure yo. Gran espwa yo yo te dezapwente, e fènwa lanmò te fèmen toutotou yo.» Testimonies, volume 1, 57, 58.</w:t>
      </w:r>
    </w:p>
    <w:p>
      <w:pPr>
        <w:pStyle w:val="ArticleBody"/>
        <w:jc w:val="left"/>
      </w:pPr>
      <w:r>
        <w:rPr>
          <w:rFonts w:ascii="Times New Roman" w:hAnsi="Times New Roman" w:eastAsia="Times New Roman" w:cs="Times New Roman"/>
        </w:rPr>
        <w:t>Gwo desepsyon disip yo ak Milerit yo reprezante tou pa Ebre yo ki te bloke ant lame Farawon an ak Lanmè Wouj la.</w:t>
      </w:r>
    </w:p>
    <w:p>
      <w:pPr>
        <w:pStyle w:val="ArticleScripture"/>
        <w:jc w:val="left"/>
      </w:pPr>
      <w:r>
        <w:rPr>
          <w:rFonts w:ascii="Times New Roman" w:hAnsi="Times New Roman" w:eastAsia="Times New Roman" w:cs="Times New Roman"/>
        </w:rPr>
        <w:t>“Sou nou ap klere limyè ki akimile pandan tan ki pase yo. Dosye bliye Izrayèl la te konsève pou limyè nou. Nan epòk sa a, Bondye mete men Li pou rasanble bò kote Li yon pèp ki soti nan tout nasyon, fanmi, ak lang. Nan mouvman avènman an, Li te aji pou eritaj Li a, menm jan Li te aji pou Izrayelit yo lè Li t ap mennen yo soti ann Ejip. Nan gwo desepsyon ane 1844 la, lafwa pèp Li a te pase anba eprèv, menm jan ak lafwa Ebre yo bò Lanmè Wouj la.” Testimonies, volume 8, 115, 116.</w:t>
      </w:r>
    </w:p>
    <w:p>
      <w:pPr>
        <w:pStyle w:val="ArticleBody"/>
        <w:jc w:val="left"/>
      </w:pPr>
      <w:r>
        <w:rPr>
          <w:rFonts w:ascii="Times New Roman" w:hAnsi="Times New Roman" w:eastAsia="Times New Roman" w:cs="Times New Roman"/>
        </w:rPr>
        <w:t>Li enpòtan pou nou wè ke lè Kris la te antre Jerizalèm, enspirasyon lè a te pwodui yon debòde louwanj, ke Farizyen yo t ap chèche fè silans. Kè kè a nan koral louwanj sa a se te referans a Jezi kòm Pitit David la, menm senbòl Kris la te sèvi avè l pou make fen entèraksyon vèbal li yo ak Jwif diskisyonè yo. Sa ki te pi irite Jwif yo se te rekonesans ke, lè yo t ap rele Jezi Pitit David la, yo te, pa enferans, ap fè referans ak antre triyonfal Wa David nan Jerizalèm.</w:t>
      </w:r>
    </w:p>
    <w:p>
      <w:pPr>
        <w:pStyle w:val="ArticleBody"/>
        <w:jc w:val="left"/>
      </w:pPr>
      <w:r>
        <w:rPr>
          <w:rFonts w:ascii="Times New Roman" w:hAnsi="Times New Roman" w:eastAsia="Times New Roman" w:cs="Times New Roman"/>
        </w:rPr>
        <w:t>Nan istwa travay David la pou mennen lach la Jerizalèm, puisans mesaj la te reprezante pa puisans David te resevwa a.</w:t>
      </w:r>
    </w:p>
    <w:p>
      <w:pPr>
        <w:pStyle w:val="ArticleScripture"/>
        <w:jc w:val="left"/>
      </w:pPr>
      <w:r>
        <w:rPr>
          <w:rFonts w:ascii="Times New Roman" w:hAnsi="Times New Roman" w:eastAsia="Times New Roman" w:cs="Times New Roman"/>
        </w:rPr>
        <w:t>Epi David t ap avanse, li t ap vin gran, e Senyè a, Bondye dèzame yo, te avèk li. 2 Samyèl 5:10.</w:t>
      </w:r>
    </w:p>
    <w:p>
      <w:pPr>
        <w:pStyle w:val="ArticleBody"/>
        <w:jc w:val="left"/>
      </w:pPr>
      <w:r>
        <w:rPr>
          <w:rFonts w:ascii="Times New Roman" w:hAnsi="Times New Roman" w:eastAsia="Times New Roman" w:cs="Times New Roman"/>
        </w:rPr>
        <w:t>Apre sa, David te pran desizyon pou pote lach la Jerizalèm. Lè yo t ap mennen lach la nan vil David la, te gen pou vini yon desepsyon, menm jan sa rive nan chak liy refòm. Ouza, non li ki vle di fòs, byenke li te konnen trè byen li pa t gen otorizasyon pou manyen lach la, li te fè sa kanmenm. Menm kestyon ki te fè lach la ale an kaptivite okòmansman an, se te dezobeyisans anvè volonte Senyè a ki te deja revele, ansanm ak prezonpsyon konsènan pouvwa ki asosye avèk lach Bondye a. Men, Ouza, yon nonm vanyan David, te dezobeyi, menm jan Moyiz te dezobeyi kòmandman konsènan sikonsizyon an. Ouza te frape mouri, epi lach la te rete deyò Jerizalèm jiskaske David te vin konprann ke moun ki t ap veye kote lach la te rete apre lanmò Ouza a t ap resevwa benediksyon. Lè sa a, David rekòmanse pou pote lach la antre Jerizalèm. Pandan David t ap danse antre Jerizalèm, madanm li te wè toutouni li, e li te vin anpil desi.</w:t>
      </w:r>
    </w:p>
    <w:p>
      <w:pPr>
        <w:pStyle w:val="ArticleBody"/>
        <w:jc w:val="left"/>
      </w:pPr>
      <w:r>
        <w:rPr>
          <w:rFonts w:ascii="Times New Roman" w:hAnsi="Times New Roman" w:eastAsia="Times New Roman" w:cs="Times New Roman"/>
        </w:rPr>
        <w:t>Twa liy mouvman refòm ki tout pale de 1843 ak 1844, peryòd tan sa a ke moun jis ak pwofèt yo te anvi wè ak tande. Karakteristik ki make rive dezyèm zanj lan, konsa yo montre yon tan reta ak yon desepsyon, tout fasil pou wè. Verite ki pi pwofon yo fè konnen ke desepsyon an pa t senpleman yon move konpreyansyon bò kote Moyiz, oswa Ouza, oswa Mat ak Mari, men yon desepsyon ki te lye ak rejte yon prensip fondamantal ki te konekte ak menm istwa kote desepsyon an te akonpli. Pou Moyiz, se te siy sikonsizyon an; pou Ouza, se te prezonpsyon konsènan kòmandman Bondye yo sou lach la; pou Mat ak Mari, se te yon mank lafwa nan pouvwa kreyatris Kris la pou resisite.</w:t>
      </w:r>
    </w:p>
    <w:p>
      <w:pPr>
        <w:pStyle w:val="ArticleBody"/>
        <w:jc w:val="left"/>
      </w:pPr>
      <w:r>
        <w:rPr>
          <w:rFonts w:ascii="Times New Roman" w:hAnsi="Times New Roman" w:eastAsia="Times New Roman" w:cs="Times New Roman"/>
        </w:rPr>
        <w:t>Avèk Moyiz, tèm ki te vrèman santral nan ministè li a se te etabli yon relasyon alyans avèk yon pèp chwazi, epi Moyiz te bliye siy alyans sa a. Avèk Ouza, se te menm prensip lasentete lalwa Bondye a, ki te enkòpore nan lach la. Avèk Mat ak Mari, se te menm sant ministè Kris la, ki te kòmanse avèk batèm Li, epi ki te fini avèk lanmò Li, antèman Li ak rezirèksyon Li, jan sa te tipifye nan kòmansman ministè Li a. Premye desepsyon 1843 la te rive akoz yon erè nan kèk nan chif ki te sou tablo a, ki te yon akonplisman pwofesi Abakouk la. Erè a te konsène prensip fondamantal mouvman Miller la — prensip yon jou pou yon ane a.</w:t>
      </w:r>
    </w:p>
    <w:p>
      <w:pPr>
        <w:pStyle w:val="ArticleBody"/>
        <w:jc w:val="left"/>
      </w:pPr>
      <w:r>
        <w:rPr>
          <w:rFonts w:ascii="Times New Roman" w:hAnsi="Times New Roman" w:eastAsia="Times New Roman" w:cs="Times New Roman"/>
        </w:rPr>
        <w:t>“sèt loraj” yo reprezante mouvman Advantis la depi 1840 rive 1844, men anndan mouvman sa a genyen istwa 1843 pou rive 1844 la, ki kòmanse epi ki fini ak yon desepsyon, konsa li mete siyati Alfa ak Omega sou istwa sa a. E istwa sa a se menm istwa Jezi ak Ellen White montre kòm istwa sakre ke moun ki jis yo te toujou anvi wè.</w:t>
      </w:r>
    </w:p>
    <w:p>
      <w:pPr>
        <w:pStyle w:val="ArticleBody"/>
        <w:jc w:val="left"/>
      </w:pPr>
      <w:r>
        <w:rPr>
          <w:rFonts w:ascii="Times New Roman" w:hAnsi="Times New Roman" w:eastAsia="Times New Roman" w:cs="Times New Roman"/>
        </w:rPr>
        <w:t>Kat liy sa yo—Moyiz, David, Kris la, ak Millerit yo—anseye ke lè parabòl dis vyèj yo repete nan fen mond lan, pral gen yon pouvwa espesyal, pa pou dezyèm mesaj zanj lan, men pou twazyèm mesaj zanj lan, e sa pral swiv ak yon desepsyon ki pral kòmanse yon tan reta.</w:t>
      </w:r>
    </w:p>
    <w:p>
      <w:pPr>
        <w:pStyle w:val="ArticleBody"/>
        <w:jc w:val="left"/>
      </w:pPr>
      <w:r>
        <w:rPr>
          <w:rFonts w:ascii="Times New Roman" w:hAnsi="Times New Roman" w:eastAsia="Times New Roman" w:cs="Times New Roman"/>
        </w:rPr>
        <w:t>Lè premye zanj lan te desann nan dat 11 dawou 1840, sa te konfime règ pwofetik prensipal Millerit yo, e premye desepsyon yo t ap konekte an patikilye ak règ sa a. Lè desepsyon sa a ak tan reta a te fini nan Kri Mitanwit la, mesaj sa a tou t ap gen rapò ak prensip yon jou pou yon ane a, menm jan ak idantifikasyon an ke Kris t ap vini 22 oktòb 1844. Tout kat repè yo soti 1840 rive 1844 te asosye ak prensip yon jou pou yon ane a.</w:t>
      </w:r>
    </w:p>
    <w:p>
      <w:pPr>
        <w:pStyle w:val="ArticleBody"/>
        <w:jc w:val="left"/>
      </w:pPr>
      <w:r>
        <w:rPr>
          <w:rFonts w:ascii="Times New Roman" w:hAnsi="Times New Roman" w:eastAsia="Times New Roman" w:cs="Times New Roman"/>
        </w:rPr>
        <w:t>Juif yo te vin tounen depazitè lalwa Bondye a, epi kestyon ki reprezante nan liy Moyiz la se lalwa Bondye a ak òdonans yo. Nan istwa David la, se te ankò lalwa Bondye a. Nan istwa Kris la, se te lalwa Bondye a tou, paske san koule san pa gen padon pou peche lalwa Bondye a te revele bay pechè a. Men, Advantis te vin tounen depazitè pa sèlman lalwa Bondye a, men tou Pawòl pwofetik la.</w:t>
      </w:r>
    </w:p>
    <w:p>
      <w:pPr>
        <w:pStyle w:val="ArticleBody"/>
        <w:jc w:val="left"/>
      </w:pPr>
      <w:r>
        <w:rPr>
          <w:rFonts w:ascii="Times New Roman" w:hAnsi="Times New Roman" w:eastAsia="Times New Roman" w:cs="Times New Roman"/>
        </w:rPr>
        <w:t>Se poutèt sa, tèm ki nan liy istwa Millerit la se règ pwofetik Bondye yo. Nan fen Adventis la, sa pral ankò konsène règ entèpretasyon pwofetik yo, men depi 1844 tan pwofetik pa dwe aplike ankò. Règ ki nan fen an chita sou Alfa ak Omega, ki montre fen an depi nan kòmansman an.</w:t>
      </w:r>
    </w:p>
    <w:p>
      <w:pPr>
        <w:pStyle w:val="ArticleBody"/>
        <w:jc w:val="left"/>
      </w:pPr>
      <w:r>
        <w:rPr>
          <w:rFonts w:ascii="Times New Roman" w:hAnsi="Times New Roman" w:eastAsia="Times New Roman" w:cs="Times New Roman"/>
        </w:rPr>
        <w:t>Lè sipremasi Otoman an te sispann, nan akonplisman dezyèm malè a, ki te reprezante aktivite pwofetik Islam lan, pwofesi twa san katrevendisètan ak kenz jou ki nan Revelasyon 9:15 la te akonpli, e “prensip yon jou pou yon ane” a, ki se menm kè travay Miller la, te konfime.</w:t>
      </w:r>
    </w:p>
    <w:p>
      <w:pPr>
        <w:pStyle w:val="ArticleBody"/>
        <w:jc w:val="left"/>
      </w:pPr>
      <w:r>
        <w:rPr>
          <w:rFonts w:ascii="Times New Roman" w:hAnsi="Times New Roman" w:eastAsia="Times New Roman" w:cs="Times New Roman"/>
        </w:rPr>
        <w:t>Lè Islam te frape nan dat 11 septanm 2001 an, rive twazyèm malè a, nan akonplisman Revelasyon 8:13, te akonpli; epi prensip ki te menm kè travay Future for America a te konfime; prensip sa a, lè yo di l senpleman, se repetisyon listwa. Yon pwofesi sou yon twonpèt malè ki reprezante Islam te konfime lè ni zanj Revelasyon dis la an 1840 ni zanj Revelasyon dizwit la an 2001 te akonpli. Listwa te repete tèt li. Sa ki ta dwe atann apre sa se yon dezapwentman.</w:t>
      </w:r>
    </w:p>
    <w:p>
      <w:pPr>
        <w:pStyle w:val="ArticleBody"/>
        <w:jc w:val="left"/>
      </w:pPr>
      <w:r>
        <w:rPr>
          <w:rFonts w:ascii="Times New Roman" w:hAnsi="Times New Roman" w:eastAsia="Times New Roman" w:cs="Times New Roman"/>
        </w:rPr>
        <w:t>Desepsyon an t ap louvri chemen pou yon tan reta. Desepsyon an t ap dekouraje e gaye moun ki te angaje nan travay la. Desepsyon an t ap akonpli pa mwayen neglijans yon lwa fondamantal nan pwofesi, an reyalite règ prensipal pwofesi ki te etabli nan kòmansman Advantis la. Otorize 11 septanm 2001 la te asosye ak Islam, e desepsyon 18 jiyè 2020 la te konsène Islam. Yo fè nou konnen sa ki te pèmèt Samuel Snow ak lòt moun apre sa rekonèt dat 22 oktòb 1844 la, se ke Senyè a te retire men li sou yon erè ki te genyen nan kèk nan chif ki te sou tablo 1843 a. Lè sa a, Snow ak Millerit yo te wè menm prèv ki te mennen yo predi ane 1843 la pou akonplisman pwofesi de-mil-twa-san ane a, se te lè sa a yo te rekonèt li kòm menm prèv sa a menm ki te pèmèt yo idantifye 22 oktòb 1844.</w:t>
      </w:r>
    </w:p>
    <w:p>
      <w:pPr>
        <w:pStyle w:val="ArticleScripture"/>
        <w:jc w:val="left"/>
      </w:pPr>
      <w:r>
        <w:rPr>
          <w:rFonts w:ascii="Times New Roman" w:hAnsi="Times New Roman" w:eastAsia="Times New Roman" w:cs="Times New Roman"/>
        </w:rPr>
        <w:t>“Jezi ak tout lame selès la te gade avèk konpasyon ak lanmou sou moun sa yo ki, avèk dous esperans, te anvi wè Sila a nanm yo te renmen an. Zanj yo t ap plane bò kote yo, pou soutni yo nan lè eprèv yo. Moun sa yo ki te neglije resevwa mesaj syèl la te rete nan tenèb, epi kòlè Bondye te limen kont yo, paske yo pa t vle resevwa limyè Li te voye ba yo soti nan syèl la. Moun fidèl sa yo ki te desi, ki pa t kapab konprann poukisa Seyè yo pa t vini, pa t rete nan tenèb. Ankò yo te mennen yo nan Bib yo pou yo chèche peryòd pwofetik yo. Men Senyè a te retire sou chif yo, epi erè a te eksplike. Yo te wè peryòd pwofetik yo rive jouk nan ane 1844, epi menm prèv yo te prezante pou montre peryòd pwofetik yo te fèmen an 1843, te pwouve yo t ap fini an 1844. Limyè ki soti nan Pawòl Bondye a te klere sou pozisyon yo, epi yo te dekouvri yon tan retad—‘Menm si li [vizyon an] ta pran reta, tann li.’ Nan lanmou yo pou vini imedya Kris la, yo te neglije reta vizyon an, ki te fèt pou manifeste moun ki t ap tann toutbon yo. Ankò yo te gen yon pwen nan tan. Men, mwen te wè anpil nan yo pa t kapab leve pi wo pase gwo desepsyon yo a pou yo posede degre zèl ak enèji sa a ki te make lafwa yo an 1843.” Early Writings, 236, 237.</w:t>
      </w:r>
    </w:p>
    <w:p>
      <w:pPr>
        <w:pStyle w:val="ArticleBody"/>
        <w:jc w:val="left"/>
      </w:pPr>
      <w:r>
        <w:rPr>
          <w:rFonts w:ascii="Times New Roman" w:hAnsi="Times New Roman" w:eastAsia="Times New Roman" w:cs="Times New Roman"/>
        </w:rPr>
        <w:t>Nou ta dwe atann ke prèv ki te mennen nan yon prediksyon selon ki Islam t ap atake Etazini le 18 jiyè 2020 ta konfime ke, nan lwa dimanch ki pral vini talè a, Islam se jijman ki pote kont Etazini, san eleman tan an pa asosye ankò ak evènman an.</w:t>
      </w:r>
    </w:p>
    <w:p>
      <w:pPr>
        <w:pStyle w:val="ArticleBody"/>
        <w:jc w:val="left"/>
      </w:pPr>
      <w:r>
        <w:rPr>
          <w:rFonts w:ascii="Times New Roman" w:hAnsi="Times New Roman" w:eastAsia="Times New Roman" w:cs="Times New Roman"/>
        </w:rPr>
        <w:t>Kat premye jalon prensipal nan listwa 1840 rive 1844. Chak jalon asosye avèk aplikasyon règ prensipal Miller la—prensip yon jou pou yon ane.</w:t>
      </w:r>
    </w:p>
    <w:p>
      <w:pPr>
        <w:pStyle w:val="ArticleBody"/>
        <w:jc w:val="left"/>
      </w:pPr>
      <w:r>
        <w:rPr>
          <w:rFonts w:ascii="Times New Roman" w:hAnsi="Times New Roman" w:eastAsia="Times New Roman" w:cs="Times New Roman"/>
        </w:rPr>
        <w:t>Kat pwen repè prensipal nan istwa 2001 la, jiska lwa dimanch la. 11 septanm 2001 te konsène Islam. Prediksyon ki te echwe a nan 18 jiyè 2020 te konsène Islam. Chak pwen repè asosye avèk aplikasyon règ prensipal Future for America a—repetisyon istwa a. “Sèt loraj yo” reprezante evènman nan lavni ki pral devwale nan lòd pa yo. Premye nan kat pwen repè yo se te 11 septanm 2001, ki te idantifye yon atak Islam te fè sou Etazini an kòm akonplisman twazyèm malè a. Dènye pwen repè a, ki reprezante lwa dimanch la nan istwa nou an, dwe konsène Islam, paske Alpha ak Omega toujou montre fen an depi nan kòmansman an, epi Alpha ak Omega a se Li menm ki te sele “sèt loraj yo” pou istwa sa a menm. Islam pral atake Etazini nan moman lwa dimanch la.</w:t>
      </w:r>
    </w:p>
    <w:p>
      <w:pPr>
        <w:pStyle w:val="ArticleBody"/>
        <w:jc w:val="left"/>
      </w:pPr>
      <w:r>
        <w:rPr>
          <w:rFonts w:ascii="Times New Roman" w:hAnsi="Times New Roman" w:eastAsia="Times New Roman" w:cs="Times New Roman"/>
        </w:rPr>
        <w:t>Sa a se youn nan twa eleman prensipal nan deziyen sèt loraj yo k ap devwale kounye a. Depi Moyiz te anonse mesaj la ki te sèvi kòm tip Kri a lannuit nan liy istwa pa li a, mouvman final yo te rapid. Dis kalamite sinatirèl ki te ravaje, jouk pwofesi konsènan premye pitit gason an te akonpli, sa ki te pwodui rèl la a minui an Ejip. Depi Kris la te antre Jerizalèm, pa rapid yo ki mennen sou kwa a te deja an mouvman. Lè mesaj la te anonse, pa t gen okenn retou dèyè ankò. Depi reyinyon kan Exeter la, 12 out 1844, mwens pase de mwa apre, prediksyon an te akonpli.</w:t>
      </w:r>
    </w:p>
    <w:p>
      <w:pPr>
        <w:pStyle w:val="ArticleScripture"/>
        <w:jc w:val="left"/>
      </w:pPr>
      <w:r>
        <w:rPr>
          <w:rFonts w:ascii="Times New Roman" w:hAnsi="Times New Roman" w:eastAsia="Times New Roman" w:cs="Times New Roman"/>
        </w:rPr>
        <w:t>Epi pawòl Senyè a vin jwenn mwen ankò, li di: Pitit lòm, ki pwovèb sa a nou genyen nan peyi Izrayèl la, lè n ap di: Jou yo ap lonje, epi tout vizyon ap echwe? Se poutèt sa, di yo: Men sa Senyè Bondye a di: M ap fè pwovèb sa a sispann, e yo p ap sèvi avè l ankò kòm pwovèb an Izrayèl; men di yo: Jou yo rive toupre, epi akonplisman tout vizyon. Paske p ap gen ankò okenn vizyon manti, ni okenn divinasyon flatè nan mitan kay Izrayèl la. Paske se mwen menm ki Senyè a: m ap pale, epi pawòl m ap di a ap rive vre; li p ap lonje ankò; paske se nan jou pa nou menm, o kay rebèl, m ap di pawòl la, epi m ap akonpli l, se sa Senyè Bondye a di. Ankò, pawòl Senyè a vin jwenn mwen, li di: Pitit lòm, gade, moun kay Izrayèl yo ap di: Vizyon li wè a se pou anpil jou k ap vini, e li pwofetize sou tan ki byen lwen. Se poutèt sa, di yo: Men sa Senyè Bondye a di: P ap gen okenn nan pawòl mwen yo ki pral lonje ankò; men pawòl mwen te pale a ap fèt, se sa Senyè Bondye a di.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Avni pou Amerik ak 18 Jiyè 2020 — Nimewo Twa</dc:title>
  <dc:subject>Byennere se je ki wè ak zòrèy ki tande</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