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Lavni pou Amerik ak 18 Jiyè 2020 - Nimewo 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Mesaj Danyèl chapit uit ak nèf yo, ki reprezante pa Rivyè Oulayi a, te devwale an 1798. Pwofesi chapit uit la te entèprete nan chapit nèf la pa Gabriyèl, men sa pa t fèt anvan Danyèl te prezante yon lapriyè ki konsidere kòm youn nan lapriyè lèzòm ki pi enpòtan nan Bib la. Nan lapriyè sa a, Danyèl fè konnen li te rekonèt dezolasyon Jerizalèm nan t ap dire swasanndizan, dapre sa li te dekouvri nan liv Jeremi an.</w:t>
      </w:r>
    </w:p>
    <w:p>
      <w:pPr>
        <w:pStyle w:val="ArticleScripture"/>
        <w:jc w:val="left"/>
      </w:pPr>
      <w:r>
        <w:rPr>
          <w:rFonts w:ascii="Times New Roman" w:hAnsi="Times New Roman" w:eastAsia="Times New Roman" w:cs="Times New Roman"/>
        </w:rPr>
        <w:t>Nan premye ane Dariyis, pitit gason Asyeris la, ki te soti nan ras Med yo, yo te fè l wa sou wayòm Kaldeyen yo; nan premye ane reny li a, mwen menm, Danyèl, mwen te konprann nan liv yo kantite ane yo, konsènan sa pawòl Senyè a te rive jwenn pwofèt Jeremi an, sa vle di li t ap akonpli swasanndizan nan devastasyon Jerizalèm yo. Danyèl 9:1, 2.</w:t>
      </w:r>
    </w:p>
    <w:p>
      <w:pPr>
        <w:pStyle w:val="ArticleBody"/>
        <w:jc w:val="left"/>
      </w:pPr>
      <w:r>
        <w:rPr>
          <w:rFonts w:ascii="Times New Roman" w:hAnsi="Times New Roman" w:eastAsia="Times New Roman" w:cs="Times New Roman"/>
        </w:rPr>
        <w:t>Jeremi te idantifye tou ke, nan fen swasanndis ane sa yo, Belchaza t ap mouri lè Siris, jeneral Dariyis la, t ap konkeri Babilòn.</w:t>
      </w:r>
    </w:p>
    <w:p>
      <w:pPr>
        <w:pStyle w:val="ArticleScripture"/>
        <w:jc w:val="left"/>
      </w:pPr>
      <w:r>
        <w:rPr>
          <w:rFonts w:ascii="Times New Roman" w:hAnsi="Times New Roman" w:eastAsia="Times New Roman" w:cs="Times New Roman"/>
        </w:rPr>
        <w:t>Epi tout peyi sa a pral tounen yon dezolasyon ak yon sijè etònman; epi nasyon sa yo va sèvi wa Babilòn pandan swasanndizan. Epi, lè swasanndizan yo va rive bout, m ap pini wa Babilòn lan ak nasyon sa a, se sa Seyè a di, poutèt inikite yo; m ap pini peyi Kaldeyen yo tou, e m ap fè l tounen dezolasyon pou tout tan. Jeremi 25:11, 12.</w:t>
      </w:r>
    </w:p>
    <w:p>
      <w:pPr>
        <w:pStyle w:val="ArticleBody"/>
        <w:jc w:val="left"/>
      </w:pPr>
      <w:r>
        <w:rPr>
          <w:rFonts w:ascii="Times New Roman" w:hAnsi="Times New Roman" w:eastAsia="Times New Roman" w:cs="Times New Roman"/>
        </w:rPr>
        <w:t>Dànyèl te idantifye tou ke swasanndis ane dezolasyon an te yon akonplisman yon pwofesi Moyiz te ekri.</w:t>
      </w:r>
    </w:p>
    <w:p>
      <w:pPr>
        <w:pStyle w:val="ArticleScripture"/>
        <w:jc w:val="left"/>
      </w:pPr>
      <w:r>
        <w:rPr>
          <w:rFonts w:ascii="Times New Roman" w:hAnsi="Times New Roman" w:eastAsia="Times New Roman" w:cs="Times New Roman"/>
        </w:rPr>
        <w:t>Wi, tout Izrayèl te transgrese lwa ou a, menm lè yo te vire do pou yo pa obeyi vwa ou; se poutèt sa madichon an vide sou nou, ansanm ak sèman ki ekri nan lwa Moyiz, sèvitè Bondye a, paske nou peche kont li. Epi li konfime pawòl li yo, pawòl li te pale kont nou, ak kont jij nou yo ki t ap jije nou, lè li fè yon gwo malè tonbe sou nou; paske anba tout syèl la pa t janm fèt sa ki te fèt sou Jerizalèm. Jan sa ekri nan lwa Moyiz la, tout malè sa a vini sou nou; men nou pa t fè lapriyè nou devan Seyè a, Bondye nou an, pou nou te ka vire do bay inikite nou yo, epi konprann verite ou. Danyèl 9:11–13.</w:t>
      </w:r>
    </w:p>
    <w:p>
      <w:pPr>
        <w:pStyle w:val="ArticleBody"/>
        <w:jc w:val="left"/>
      </w:pPr>
      <w:r>
        <w:rPr>
          <w:rFonts w:ascii="Times New Roman" w:hAnsi="Times New Roman" w:eastAsia="Times New Roman" w:cs="Times New Roman"/>
        </w:rPr>
        <w:t>“sèman” Izrayèl te vyole a, ki te pwodui “madichon” an, se te “sèt fwa” Levitik vennsis la. Mo yo tradui kòm “sèt fwa” nan Levitik vennsis la se menm mo ebre a yo tradui kòm “sèman” nan Danyèl nèf la. Sèman Moyiz la, ki reprezante pa mo yo tradui kòm “sèt fwa” a, se premye pwofesi tan William Miller te dekouvri a, epi se te premye nan verite fondamantal li yo yo te mete sou kote an 1863. William Miller te reprezante Eli, e Lespri Pwofesi a konfime sa.</w:t>
      </w:r>
    </w:p>
    <w:p>
      <w:pPr>
        <w:pStyle w:val="ArticleScripture"/>
        <w:jc w:val="left"/>
      </w:pPr>
      <w:r>
        <w:rPr>
          <w:rFonts w:ascii="Times New Roman" w:hAnsi="Times New Roman" w:eastAsia="Times New Roman" w:cs="Times New Roman"/>
        </w:rPr>
        <w:t>“Plizyè milye moun te vin aksepte verite William Miller t ap preche a, epi sèvitè Bondye yo te leve nan lespri ak pouvwa Eli pou pwoklame mesaj la.” Early Writings, 233.</w:t>
      </w:r>
    </w:p>
    <w:p>
      <w:pPr>
        <w:pStyle w:val="ArticleBody"/>
        <w:jc w:val="left"/>
      </w:pPr>
      <w:r>
        <w:rPr>
          <w:rFonts w:ascii="Times New Roman" w:hAnsi="Times New Roman" w:eastAsia="Times New Roman" w:cs="Times New Roman"/>
        </w:rPr>
        <w:t>An 1863, mouvman Millerit la te fini lè sila yo ki te deja nan mouvman an te kòmanse legliz Advantis Setyèm Jou a. Lè yo te kòmanse kòm yon legliz, mouvman an te fini. Li te fini lè yo te touye Moyiz, jan sa reprezante nan “sèt fwa” yo nan Levitik vennsis, epi lè yo te an menm tan touye Eli, mesaje ki te prezante “sèman” Moyiz la bay mouvman an. Moyiz ak Eli te tou de touye an 1863 e yo pa t dwe resisite jouk apre 11 Septanm 2001, lè Bondye te mennen mouvman Future for America tounen sou ansyen chemen yo.</w:t>
      </w:r>
    </w:p>
    <w:p>
      <w:pPr>
        <w:pStyle w:val="ArticleBody"/>
        <w:jc w:val="left"/>
      </w:pPr>
      <w:r>
        <w:rPr>
          <w:rFonts w:ascii="Times New Roman" w:hAnsi="Times New Roman" w:eastAsia="Times New Roman" w:cs="Times New Roman"/>
        </w:rPr>
        <w:t>Future for America te rekonèt 11 septanm 2001 kòm rive twazyèm malè a, e sa ki tabli ke idantifikasyon atak Islam lan nan 11 septanm se te istwa de premye malè yo jan Milerit yo te idantifye yo, ki reprezante an patikilye sou toude tablo pyonye 1843 ak 1850 yo. Lè li te retounen nan istwa Milerit la pou soutni wòl modèn Islam lan, Senyè a te louvri konpreyansyon Future for America sou “sèt fwa” Levitik vennsis la, ki reprezante grafikman sou toude tablo yo nan kolòn santral la. E sou toude tablo yo, sant kolòn santral la se kwa a. Lè Bondye te dirije nan pwodiksyon toude tab Habakuk yo, Li te asire ke “sèman” Moyiz la, “sèt fwa” Levitik vennsis la, te sant tout lòt ilistrasyon pwofetik yo e ke sou toude tab yo Kris la te plase nan sant menm lan.</w:t>
      </w:r>
    </w:p>
    <w:p>
      <w:pPr>
        <w:pStyle w:val="ArticleBody"/>
        <w:jc w:val="left"/>
      </w:pPr>
      <w:r>
        <w:rPr>
          <w:rFonts w:ascii="Times New Roman" w:hAnsi="Times New Roman" w:eastAsia="Times New Roman" w:cs="Times New Roman"/>
        </w:rPr>
        <w:t>Sa te koresponn ak yon peryòd tan ki parèt nan yon lòt pwofesi, ke Gabriyèl te entèprete nan chapit nèf liv Danyèl la, epi ki te idantifye ke Kris la t ap konfime alyans lan avèk anpil moun pandan yon semèn.</w:t>
      </w:r>
    </w:p>
    <w:p>
      <w:pPr>
        <w:pStyle w:val="ArticleScripture"/>
        <w:jc w:val="left"/>
      </w:pPr>
      <w:r>
        <w:rPr>
          <w:rFonts w:ascii="Times New Roman" w:hAnsi="Times New Roman" w:eastAsia="Times New Roman" w:cs="Times New Roman"/>
        </w:rPr>
        <w:t>Epi li va konfime alyans lan ak anpil moun pandan yon semèn; epi nan mitan semèn nan li va fè sakrifis la ak ofrann lan sispann; epi poutèt pwopagasyon bagay abominab yo, li va fè l tounen yon dezolasyon, jouk nan konsomasyon an; epi sa ki detèmine a va vide sou sila ki dezole a. Danyèl 9:27.</w:t>
      </w:r>
    </w:p>
    <w:p>
      <w:pPr>
        <w:pStyle w:val="ArticleBody"/>
        <w:jc w:val="left"/>
      </w:pPr>
      <w:r>
        <w:rPr>
          <w:rFonts w:ascii="Times New Roman" w:hAnsi="Times New Roman" w:eastAsia="Times New Roman" w:cs="Times New Roman"/>
        </w:rPr>
        <w:t>Yon semèn pwofetik se de mil senk san ven jou senbolik, e pwofesi Gabriyèl t ap esplike a te fè konnen ke nan “mitan” oswa sant de mil senk san ven jou senbolik sa yo, Kris t ap kloure sou kwa. Kris se sant “de mil senk san ven” an sou toude tabak Abakik yo, epi tou semèn kote Li te konfime alyans lan avèk anpil moun.</w:t>
      </w:r>
    </w:p>
    <w:p>
      <w:pPr>
        <w:pStyle w:val="ArticleBody"/>
        <w:jc w:val="left"/>
      </w:pPr>
      <w:r>
        <w:rPr>
          <w:rFonts w:ascii="Times New Roman" w:hAnsi="Times New Roman" w:eastAsia="Times New Roman" w:cs="Times New Roman"/>
        </w:rPr>
        <w:t>An 1863, Advantis te kòmanse kòm yon legliz, epi mouvman Millerit la ki te resevwa pouvwa lespri Eli a te touye. Mouvman Millerit la te konprann ke, nan kontèks sèt legliz yo nan Revelasyon, se legliz Filadèlfi a yo te ye. Moun ki te separe ak yo apre Gwo Dezapwentman 1844 la, yo te idantifye yo kòm Laodiseyen. An 1856, James White te kòmanse yon seri atik nan Review and Herald kote li te montre ke mouvman ki te kòmanse kòm Filadèlfi te vin tounen Laodise, e ke manm yo te bezwen alò chèche remèd yo te ofri legliz Laodise a. Nan menm ane a, nan menm piblikasyon an, James White te pibliye yon seri atik Hiram Edson te ekri sou pwofesi de mil senk san venn ane Levitik ventsis la. Atik yo pa t janm fini.</w:t>
      </w:r>
    </w:p>
    <w:p>
      <w:pPr>
        <w:pStyle w:val="ArticleBody"/>
        <w:jc w:val="left"/>
      </w:pPr>
      <w:r>
        <w:rPr>
          <w:rFonts w:ascii="Times New Roman" w:hAnsi="Times New Roman" w:eastAsia="Times New Roman" w:cs="Times New Roman"/>
        </w:rPr>
        <w:t>Lè Senyè a te mennen mouvman Future for America tounen nan ansyen chemen yo apre 11 Septanm 2001, atik Edson yo te redekouvri, epi pou premye fwa nan listwa toude peryòd de mil senk san venn ane yo te rekonèt kòm de madichon. Youn kont dis tribi nò yo, epi lòt la kont de tribi sid yo. Miller te idantifye sèt tan yo kont wayòm sid la, Jida; men Edson te idantifye sèt tan yo kont wayòm nò a, Izrayèl. Future for America te wè ke toude yo te dwe aplike. Lè de dispèsyon yo mete ansanm, yo pwodui limyè pwofetik ke ni Miller ni Edson pa t janm rekonèt.</w:t>
      </w:r>
    </w:p>
    <w:p>
      <w:pPr>
        <w:pStyle w:val="ArticleBody"/>
        <w:jc w:val="left"/>
      </w:pPr>
      <w:r>
        <w:rPr>
          <w:rFonts w:ascii="Times New Roman" w:hAnsi="Times New Roman" w:eastAsia="Times New Roman" w:cs="Times New Roman"/>
        </w:rPr>
        <w:t>Lè Seyè a te retounen Future for America sou ansyen chemen yo apre 2001, “sèman” Moyiz la te retounen pran lavi e li te kanpe sou pye li. Lè sa a, mesaj ki te lye ak “sèman” an te prezante pa mesaje twazyèm zanj lan menm jan li te prezante e tipifye pa mesaje premye zanj lan. Future for America te mouvman ki te pwoklame mesaj ki reprezante pa “Moyiz” nan pouvwa “Eli,” e Eli te bay temwayaj Moyiz avèk klète jouk nan konklizyon yon seri prezantasyon ki te gen tit Tables Habakuk la, ki te fini anviwon 2012. Lè seri prezantasyon sa a te fini, bèt ki soti nan twou san fon an te monte pou fè lagè kont Moyiz ak Eli. Lagè sa a te kòmanse lè Future for America te deside sispann travay li te ap fè depi 1996, epi kòmanse yon lekòl, ke nan ògèy li li te rele The School of the Prophets. Li ta pi bon pou yo te rele lekòl la lekòl fo pwofèt yo!</w:t>
      </w:r>
    </w:p>
    <w:p>
      <w:pPr>
        <w:pStyle w:val="ArticleBody"/>
        <w:jc w:val="left"/>
      </w:pPr>
      <w:r>
        <w:rPr>
          <w:rFonts w:ascii="Times New Roman" w:hAnsi="Times New Roman" w:eastAsia="Times New Roman" w:cs="Times New Roman"/>
        </w:rPr>
        <w:t>Dezòd ak konfizyon ki te vini apre sa, lè lekòl la te kòmanse pèmèt moun ki pa t janm konfime pa Senyè a kòm mesaje pa li yo prezante pwòp lide pa yo, te fini ak lanmò Future for America nan dat 18 Jiyè 2020. Nan moman sa a, Moyiz ak Eli te fin touye nan lari yo.</w:t>
      </w:r>
    </w:p>
    <w:p>
      <w:pPr>
        <w:pStyle w:val="ArticleScripture"/>
        <w:jc w:val="left"/>
      </w:pPr>
      <w:r>
        <w:rPr>
          <w:rFonts w:ascii="Times New Roman" w:hAnsi="Times New Roman" w:eastAsia="Times New Roman" w:cs="Times New Roman"/>
        </w:rPr>
        <w:t>Epi lè yo va fin rann temwayaj yo, bèt ki moute soti nan twou san fon an va fè lagè kont yo, li va genyen batay la sou yo, epi li va touye yo. E kadav yo va rete kouche nan lari gran vil la, vil yo rele nan sans espirityèl Sodòm ak Ejip, kote tou Seyè nou an te kloure sou kwa a. Revelasyon 11:7, 8.</w:t>
      </w:r>
    </w:p>
    <w:p>
      <w:pPr>
        <w:pStyle w:val="ArticleBody"/>
        <w:jc w:val="left"/>
      </w:pPr>
      <w:r>
        <w:rPr>
          <w:rFonts w:ascii="Times New Roman" w:hAnsi="Times New Roman" w:eastAsia="Times New Roman" w:cs="Times New Roman"/>
        </w:rPr>
        <w:t>Temwayaj ki diy de konfyans lan, se temwayaj ki te rive nan bout li nan fen seri ki te pote tit Tablo Abakouk yo. Lè sa a, bèt la te atake. Mwen pa gen okenn lide kiyès k ap suiv atik aktyèl sa yo, men mwen sipoze li konpoze otan pa lènmi Future for America yo, menm jan ak pa sila yo ki toujou ap eseye rive fè fas ak desepsyon 18 Jiyè a. Se poutèt sa, mwen atann mwen ke sila yo ki antre nan kategori mwen defini kòm lènmi yo ap fè remake nan lespri pa yo konbyen aplikasyon sa a nan istwa pwofetik la parèt sèvi pwòp enterè pa m. Konsa li ye. Tan an twò kout pou fè kòm si istwa Future for America pa idantifye klèman kòm mouvman ki te tipifye pa mouvman Millerit la, epi li twò kout pou fè kòm si mesaje imen Lawodiseyen ki te gen defo a, yo te leve pou dirije nan mouvman sa a, pa t tipifye pa William Miller.</w:t>
      </w:r>
    </w:p>
    <w:p>
      <w:pPr>
        <w:pStyle w:val="ArticleBody"/>
        <w:jc w:val="left"/>
      </w:pPr>
      <w:r>
        <w:rPr>
          <w:rFonts w:ascii="Times New Roman" w:hAnsi="Times New Roman" w:eastAsia="Times New Roman" w:cs="Times New Roman"/>
        </w:rPr>
        <w:t>Miller se te yon Filadèlfyen, e mwen te antre nan Adantis soti nan mond lan an 1975; konsa, mwen se yon Adantis Lawodise ki sètifye. Istwa lavi mwen rann temwayaj sou reyalite sa a. Sa fin di, Bondye mizèrikòd syèl la fèk bay mwen enstriksyon pou m mete mesaj Li ap revele kounye a pa ekri epi voye l bay legliz yo. Enstriksyon Li te vini ak pwomès sa a: lè Li resisite Moyiz ak Eli, yo pral resisite kòm Filadèlfyen, pa kòm Lawodise. Mouvman ki te kòmanse nan istwa Milerit la se te epòk Filadèlfi a, ki finalman te depase pou antre nan Lawodise an 1856, lè li te kòmanse pwosesis rejè li kont fondasyon Milerit yo te poze. Rejè a te kòmanse lè yo te mete sou kote nouvo devlopman limyè yo te ofri atravè plim Hiram Edson. Sèt ane apre, an 1863, mouvman Eli a, ki te prezante mesaj Moyiz la, te touye. An menm tan mouvman an te touye, yo te entwodui yon legliz pou ranplase mouvman an. Moyiz ak Eli te touye nan kòmansman Adantis la, e yo te touye ankò nan fen Adantis la.</w:t>
      </w:r>
    </w:p>
    <w:p>
      <w:pPr>
        <w:pStyle w:val="ArticleBody"/>
        <w:jc w:val="left"/>
      </w:pPr>
      <w:r>
        <w:rPr>
          <w:rFonts w:ascii="Times New Roman" w:hAnsi="Times New Roman" w:eastAsia="Times New Roman" w:cs="Times New Roman"/>
        </w:rPr>
        <w:t>Nan fen Laodiseya pwofetik la, an 1989 vizyon rivyè Idèkèl la te desegele, epi yon mouvman te kòmanse ki te fèt soti nan yon manman Laodiseyen. Seyè a pa t pran san konnen, e Li te konnen Li t ap fini travay twa zanj yo menm jan Li te kòmanse li. Li t ap fini li avèk yon mouvman Filadèlfyen, menm jan Li te kòmanse li, e pou Li te fè sa, mouvman ki te Laodiseyen pa nesans la ta bezwen touye epi resisite kòm Filadèlfyen. Lè sa fèt, mouvman ki te soti nan legliz Laodiseyen an t ap vin wityèm lan ki soti nan sèt yo, nan menm listwa kote inyon twa-fwa a t ap vin wityèm lan ki soti nan sèt yo. E nan menm listwa sa a tou, kòn Repiblikanis la pral fè eksperyans tou yon rezirèksyon wityèm lan ki te soti nan sèt yo e ki te te touye pa “woke-ism” Lejip ak Sodòm nan, men liy pwofesi sa a pral trete pi ta nan atik yo.</w:t>
      </w:r>
    </w:p>
    <w:p>
      <w:pPr>
        <w:pStyle w:val="ArticleScripture"/>
        <w:jc w:val="left"/>
      </w:pPr>
      <w:r>
        <w:rPr>
          <w:rFonts w:ascii="Times New Roman" w:hAnsi="Times New Roman" w:eastAsia="Times New Roman" w:cs="Times New Roman"/>
        </w:rPr>
        <w:t>Epi sila menm nan mitan pèp, branch fanmi, lang ak nasyon yo, pral gade kadav yo pandan twa jou edmi, epi yo p ap pèmèt yo mete kadav yo nan tonm. Moun ki rete sou tè a pral rejwi sou yo, y ap fè fèt, epi y ap voye kado youn bay lòt; paske de pwofèt sa yo te tòtire moun ki rete sou tè a. Men apre twa jou edmi, Lespri lavi ki soti nan Bondye antre nan yo, epi yo kanpe sou pye yo; epi yon gwo laperèz tonbe sou tout moun ki te wè yo. Revelasyon 11:9–11.</w:t>
      </w:r>
    </w:p>
    <w:p>
      <w:pPr>
        <w:pStyle w:val="ArticleBody"/>
        <w:jc w:val="left"/>
      </w:pPr>
      <w:r>
        <w:rPr>
          <w:rFonts w:ascii="Times New Roman" w:hAnsi="Times New Roman" w:eastAsia="Times New Roman" w:cs="Times New Roman"/>
        </w:rPr>
        <w:t>Lavni pou Amerik pa t mete nan tonm; li te senpleman kouche nan lari a kote yo te touye l, pandan ènmi li yo t ap rejwi poutèt lanmò li ki te parèt klè. Men, “apre twa jou edmi Lespri lavi ki soti nan Bondye antre nan yo, epi yo kanpe sou pye yo.” Tan pa la ankò; konsa, twa jou edmi yo se yon senbòl douz san swasant jou oswa ane, ki nan Revelasyon douz, vèsè sis ak katòz, reprezante dezè a kote sanktyè a ak lame a te pilonnen anba pye. Si yo te mete l nan tonm, li pa t ap nan yon lari kote yo te ka pilonnen l anba pye. Pilonnaj Lavni pou Amerik la pa sèlman yon peryòd senbolik, men li se peryòd senbolik mesaj “sèt fwa” yo, jan sa reprezante pa sèman Moyiz la.</w:t>
      </w:r>
    </w:p>
    <w:p>
      <w:pPr>
        <w:pStyle w:val="ArticleScripture"/>
        <w:jc w:val="left"/>
      </w:pPr>
      <w:r>
        <w:rPr>
          <w:rFonts w:ascii="Times New Roman" w:hAnsi="Times New Roman" w:eastAsia="Times New Roman" w:cs="Times New Roman"/>
        </w:rPr>
        <w:t>Epi y ap tonbe anba file nepe a, e y ap mennen yo an kaptivite nan tout nasyon; epi Jerizalèm ap pilonnen anba pye moun lòt nasyon yo, jiskaske tan moun lòt nasyon yo rive akonpli. Lik 21:24.</w:t>
      </w:r>
    </w:p>
    <w:p>
      <w:pPr>
        <w:pStyle w:val="ArticleBody"/>
        <w:jc w:val="left"/>
      </w:pPr>
      <w:r>
        <w:rPr>
          <w:rFonts w:ascii="Times New Roman" w:hAnsi="Times New Roman" w:eastAsia="Times New Roman" w:cs="Times New Roman"/>
        </w:rPr>
        <w:t>Gen twa fwa Jerizalèm te pilonnen anba pye. Premye a, se pa Babilòn, depi 677 anvan Jezikri rive 607 anvan Jezikri. Dezyèm pilonnaj la, se pa Wòm payen, depi 66 apre Jezikri rive 70 apre Jezikri. Twazyèm fwa a, se pa Wòm espirityèl, depi 538 rive 1798. Pilonnen Jerizalèm pa nasyon yo, jan sa idantifye nan Lik venneyen, se te mil desan swasant ane dominasyon papal la. Revelasyon onz, kote nou jwenn temwayaj Moyiz ak Eli a, louvri avèk idantifikasyon peryòd tan sa a.</w:t>
      </w:r>
    </w:p>
    <w:p>
      <w:pPr>
        <w:pStyle w:val="ArticleScripture"/>
        <w:jc w:val="left"/>
      </w:pPr>
      <w:r>
        <w:rPr>
          <w:rFonts w:ascii="Times New Roman" w:hAnsi="Times New Roman" w:eastAsia="Times New Roman" w:cs="Times New Roman"/>
        </w:rPr>
        <w:t>Yo te ban m yon wozo ki te sanble ak yon baton; epi zanj lan te kanpe, li di: Leve, epi mezire tanp Bondye a, lotèl la, ak moun k ap adore ladan l yo. Men lakou ki deyò tanp lan, kite l deyò, epi pa mezire l; paske yo bay li bay moun lòt nasyon yo; epi y ap foule vil ki sen an anba pye pandan karantde mwa. Revelasyon 11:1, 2.</w:t>
      </w:r>
    </w:p>
    <w:p>
      <w:pPr>
        <w:pStyle w:val="ArticleBody"/>
        <w:jc w:val="left"/>
      </w:pPr>
      <w:r>
        <w:rPr>
          <w:rFonts w:ascii="Times New Roman" w:hAnsi="Times New Roman" w:eastAsia="Times New Roman" w:cs="Times New Roman"/>
        </w:rPr>
        <w:t>Lòd yo te bay Jan pou mezire tanp lan ak moun k ap adore ladan l yo reprezante ouvèti jijman an an 1844, paske de vèsè ki vini anvan yo montre Jan kòm moun ki te fè eksperyans anmè Gwo Dezapwentman an an 1844; epi apre yo fin di l li dwe repete travay pwoklamasyon mesaj la, vèsè premye chapit onz la montre jijman an fèk kòmanse.</w:t>
      </w:r>
    </w:p>
    <w:p>
      <w:pPr>
        <w:pStyle w:val="ArticleScripture"/>
        <w:jc w:val="left"/>
      </w:pPr>
      <w:r>
        <w:rPr>
          <w:rFonts w:ascii="Times New Roman" w:hAnsi="Times New Roman" w:eastAsia="Times New Roman" w:cs="Times New Roman"/>
        </w:rPr>
        <w:t>“Lè a rive kote tout bagay ki kapab souke yo pral souke, pou bagay sa yo ki pa kapab souke yo ka rete. Chak ka ap vini an revizyon devan Bondye; paske li ap mezire tanp Bondye a ansanm ak adoratè ki ladan l yo. ‘Men sa li menm ki kenbe sèt zetwal yo nan men dwat li, ki mache nan mitan sèt gwo lanp lò yo, di: Mwen konnen zèv ou yo…. Mwen gen yon bagay kont ou, paske ou pèdi premye lanmou ou; sonje, donk, ki kote ou tonbe soti a, epi repanti, epi fè premye zèv yo; sinon m ap vin jwenn ou vit, e m ap retire gwo lanp lan nan plas li.’ ‘Repanti; sinon m ap vin jwenn ou vit, e m ap goumen kont ou ak nepe bouch mwen. Moun ki gen zòrèy, se pou li tande sa Lespri a ap di legliz yo: Moun ki va genyen batay la, m ap ba li manje nan laman kache a, e m ap ba li yon wòch blan, e sou wòch la gen yon non nouvo ki ekri, ke pèsonn pa konnen eksepte moun ki resevwa li a.’” The 1888 Materials, 1116.</w:t>
      </w:r>
    </w:p>
    <w:p>
      <w:pPr>
        <w:pStyle w:val="ArticleBody"/>
        <w:jc w:val="left"/>
      </w:pPr>
      <w:r>
        <w:rPr>
          <w:rFonts w:ascii="Times New Roman" w:hAnsi="Times New Roman" w:eastAsia="Times New Roman" w:cs="Times New Roman"/>
        </w:rPr>
        <w:t>Kòm Jan ap reprezante ouvèti jijman ankèt la an 1844, yo di l pou l kite lakou tanp lan deyò, paske li te bay nasyon yo, ki t ap pilonnen vil sen an pandan mil de san swasant ane. Lik venteyen fè konnen nasyon yo t ap pilonnen Jerizalèm jouk lè “tan” nasyon yo ta rive akonpli. Jan, nan chapit onz la, fèk idantifye tan kote Jerizalèm te pilonnen anba pye nasyon yo kòm istwa 538 rive 1798. Jan idantifye peryòd sa a de fwa nan chapit douz la kòm dezè a, yon peryòd tan kote legliz la te kouri al ladan l pou l chape anba pèsekisyon pap la t ap pote.</w:t>
      </w:r>
    </w:p>
    <w:p>
      <w:pPr>
        <w:pStyle w:val="ArticleBody"/>
        <w:jc w:val="left"/>
      </w:pPr>
      <w:r>
        <w:rPr>
          <w:rFonts w:ascii="Times New Roman" w:hAnsi="Times New Roman" w:eastAsia="Times New Roman" w:cs="Times New Roman"/>
        </w:rPr>
        <w:t>Lè Moyiz ak Eli yo touye epi yo kite yo nan lari a pou yo pilonnen pandan yon peryòd twa jou edmi, twa istwa anvan yo kote Jerizalèm te pilonnen yo dwe konprann kòm tipifye peryòd tan sa a. Nan Lik venteyen an, nasyon lòt yo t ap pilonnen vil sen an jouk lè “tan” nasyon lòt yo ta rive akonpli.</w:t>
      </w:r>
    </w:p>
    <w:p>
      <w:pPr>
        <w:pStyle w:val="ArticleBody"/>
        <w:jc w:val="left"/>
      </w:pPr>
      <w:r>
        <w:rPr>
          <w:rFonts w:ascii="Times New Roman" w:hAnsi="Times New Roman" w:eastAsia="Times New Roman" w:cs="Times New Roman"/>
        </w:rPr>
        <w:t>Se konsa, Lik idantifye plis pase yon tan nasyon lòt bò dlo yo; men nou konnen tan nasyon lòt bò dlo yo ki t ap akonpli a te rive an 1798. Premye “tan nasyon lòt bò dlo yo” te kòmanse an 723 anvan Jezikri, lè wayòm nò Izrayèl la te pilonnen anba Asiri. Pilonnaj sa a te kòmanse yon kraze anba pye pa yon pouvwa payen, e li te kontinye jouk an 538, lè pouvwa papal la te pran travay la pou pousuiv li jiska 1798. Payanis la te gaye epi li te pilonnen Izrayèl literal la, epi papalis la te gaye epi li te pilonnen Izrayèl espirityèl la. “Tan” nasyon lòt bò dlo yo reprezante de mil senk san ven ane Levitik ventsis yo, ki reprezante de peryòd pilonnaj. Premye a te egzekite pa payanis la jan Asiri te reprezante l, apre sa Babilòn, epi apre sa Wòm payen. Ansuit, dezyèm pouvwa devastatè a, ke Miller te idantifye nan kad sakre pwofesi li te itilize a, se te papalis la, ki t ap kontinye pilonnaj la jouk an 1798. Pilonnaj payanis la ansanm ak papalis la se menm kestyon an ki leve nan dyalòg selès la, ki bay repons ki se fondasyon ak poto santral Adantis la.</w:t>
      </w:r>
    </w:p>
    <w:p>
      <w:pPr>
        <w:pStyle w:val="ArticleScripture"/>
        <w:jc w:val="left"/>
      </w:pPr>
      <w:r>
        <w:rPr>
          <w:rFonts w:ascii="Times New Roman" w:hAnsi="Times New Roman" w:eastAsia="Times New Roman" w:cs="Times New Roman"/>
        </w:rPr>
        <w:t>Apre sa, mwen tande yon sen k ap pale; epi yon lòt sen di ak sen sa a ki t ap pale a: Jiska kilè vizyon an va dire konsènan sakrifis perpetyèl la, ak transgresyon dezolasyon an, pou yo lage ni sanktyè a ni lame a pou yo pilonnen yo anba pye? Epi li di m: Jiska de mil twa san jou; apre sa, sanktyè a va netwaye. Danyèl 8:13, 14.</w:t>
      </w:r>
    </w:p>
    <w:p>
      <w:pPr>
        <w:pStyle w:val="ArticleBody"/>
        <w:jc w:val="left"/>
      </w:pPr>
      <w:r>
        <w:rPr>
          <w:rFonts w:ascii="Times New Roman" w:hAnsi="Times New Roman" w:eastAsia="Times New Roman" w:cs="Times New Roman"/>
        </w:rPr>
        <w:t>Zanj Gabriyèl la ak lòt zanj yo te mennen Miller pou l konprann ke “sakrifis chak jou a” te reprezante payenis, epi ke “transgresyon dezolasyon an” te reprezante papalis. Tou de payenis ak papalis t ap foule anba pye Tanp lan ak lame a. Se poutèt sa “tan” moun lòt nasyon yo, Luk fè referans avèk yo a, se de peryòd foule anba pye yo ki dire mil desan swasant ane, ki ansanm fòme sèt tan Levitik vennsis la.</w:t>
      </w:r>
    </w:p>
    <w:p>
      <w:pPr>
        <w:pStyle w:val="ArticleBody"/>
        <w:jc w:val="left"/>
      </w:pPr>
      <w:r>
        <w:rPr>
          <w:rFonts w:ascii="Times New Roman" w:hAnsi="Times New Roman" w:eastAsia="Times New Roman" w:cs="Times New Roman"/>
        </w:rPr>
        <w:t>Mesaj “sèman” Moyiz la te touye an 1863, ansanm ak mesaje Eli a ki te prezante mesaj Moyiz la. Tou de mesaj Moyiz la ak mesaje Eli a te resisite apre 11 septanm 2001. Apre mesaj Moyiz la, ke Eli te pwoklame ankò, yo te toude touye epi apre sa yo te kite yo nan lari a san antere pandan mil de san swasant jou; sa se yon koneksyon dirèk ak mesaj “sèt fwa” yo, ke Dànyèl rele “sèman” Moyiz la. Mouvman an ak mesaje a ki repete mesaj Eli a nan Moyiz la, jan Miller ak Millerit yo te prefigire l, pral finalman kanpe sou pye li epi li pral resisite.</w:t>
      </w:r>
    </w:p>
    <w:p>
      <w:pPr>
        <w:pStyle w:val="ArticleScripture"/>
        <w:jc w:val="left"/>
      </w:pPr>
      <w:r>
        <w:rPr>
          <w:rFonts w:ascii="Times New Roman" w:hAnsi="Times New Roman" w:eastAsia="Times New Roman" w:cs="Times New Roman"/>
        </w:rPr>
        <w:t>Epi apre twa jou edmi, Lespri lavi ki soti nan Bondye a antre nan yo; yo kanpe sou pye yo, epi yon gwo laperèz tonbe sou moun ki te wè yo. Epi yo tande yon gwo vwa soti nan syèl la ki t ap di yo: Monte isit la. Epi yo moute nan syèl la nan yon nyaj; epi lènmi yo te wè yo. Revelasyon 11:11, 12.</w:t>
      </w:r>
    </w:p>
    <w:p>
      <w:pPr>
        <w:pStyle w:val="ArticleBody"/>
        <w:jc w:val="left"/>
      </w:pPr>
      <w:r>
        <w:rPr>
          <w:rFonts w:ascii="Times New Roman" w:hAnsi="Times New Roman" w:eastAsia="Times New Roman" w:cs="Times New Roman"/>
        </w:rPr>
        <w:t>Nou pral abòde verite sa a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Lavni pou Amerik ak 18 Jiyè 2020 - Nimewo Kat</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