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Lavni pou Amerik ak 18 Jiyè 2020 - Nimewo Sèt</w:t>
      </w:r>
    </w:p>
    <w:p>
      <w:pPr>
        <w:pStyle w:val="ArticleSubtitle"/>
        <w:jc w:val="left"/>
      </w:pPr>
      <w:r>
        <w:rPr>
          <w:rFonts w:ascii="Arial" w:hAnsi="Arial" w:eastAsia="Arial" w:cs="Arial"/>
        </w:rPr>
        <w:t>Banza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Nan yon atik resan, nou te trete “chay vale vizyon an” nan Ezayi vennnde. La, nou te idantifye “vale vizyon an” kòm yon senbòl jewografik distenksyon ki genyen ant Laodiseyen yo ak Filadèlfyen yo nan “dènye jou yo.” Sa ki te mare vyèj sòt Laodiseyen yo an pakèt pou dife destriksyon yo se te “banza yo.” Banza yo nan pwofesi biblik la reprezante Islam.</w:t>
      </w:r>
    </w:p>
    <w:p>
      <w:pPr>
        <w:pStyle w:val="ArticleScripture"/>
        <w:jc w:val="left"/>
      </w:pPr>
      <w:r>
        <w:rPr>
          <w:rFonts w:ascii="Times New Roman" w:hAnsi="Times New Roman" w:eastAsia="Times New Roman" w:cs="Times New Roman"/>
        </w:rPr>
        <w:t>Epi Bondye di Abraram: Pa kite sa fè ou lapenn poutèt ti gason an ak poutèt sèvant ou a; nan tou sa Sara di ou, koute vwa li; paske se nan Izarak desandans ou va rele. Men, m ap fè pitit gason sèvant lan tounen yon nasyon tou, paske li se desandans ou. Abraram leve granmaten, li pran pen ak yon kannari dlo, li bay Aga yo, li mete l sou zepòl li, ansanm ak timoun nan, epi li voye l ale. Li pati, li t ap moute desann nan dezè Bècheba. Lè dlo ki te nan kannari a fini, li lage timoun nan anba youn nan touf bwa yo. Apre sa, li ale, li chita yon bon distans anfas li, tankou longè yon kout banza; paske li te di: Mwen pa vle wè timoun nan mouri. Li chita anfas li, li leve vwa li, li kriye. Bondye tande vwa ti gason an; epi zanj Bondye a rele Aga depi nan syèl la, li di l: Kisa ou genyen, Aga? Ou pa bezwen pè; paske Bondye tande vwa ti gason an kote li ye a. Leve, pran ti gason an, kenbe l byen nan men ou; paske m ap fè l tounen yon gwo nasyon. Lè sa a, Bondye louvri je li, li wè yon pi dlo; li ale, li plen kannari a ak dlo, li bay ti gason an bwè. Bondye te avèk ti gason an; li grandi, li rete nan dezè a, epi li vin yon moun ki konn tire banza. Jenèz 21:12–21.</w:t>
      </w:r>
    </w:p>
    <w:p>
      <w:pPr>
        <w:pStyle w:val="ArticleBody"/>
        <w:jc w:val="left"/>
      </w:pPr>
      <w:r>
        <w:rPr>
          <w:rFonts w:ascii="Times New Roman" w:hAnsi="Times New Roman" w:eastAsia="Times New Roman" w:cs="Times New Roman"/>
        </w:rPr>
        <w:t>Ishmayèl, pitit gason Aga a, te gen pou l vin papa nasyon Islam nan, e yo te reprezante l kòm “yon achè.” Premye mansyone Ishmayèl la idantifye wòl li nan pwofesi biblik.</w:t>
      </w:r>
    </w:p>
    <w:p>
      <w:pPr>
        <w:pStyle w:val="ArticleScripture"/>
        <w:jc w:val="left"/>
      </w:pPr>
      <w:r>
        <w:rPr>
          <w:rFonts w:ascii="Times New Roman" w:hAnsi="Times New Roman" w:eastAsia="Times New Roman" w:cs="Times New Roman"/>
        </w:rPr>
        <w:t>Zanj Seyè a di li konsa: Gade, ou ansent, epi w ap fè yon pitit gason, e w ap rele non li Izmayèl; paske Seyè a tande mizè ou. E li pral yon nonm sovaj; men li pral leve kont tout moun, e men tout moun pral leve kont li; e li pral rete anfas tout frè li yo. Jenèz 16:11, 12.</w:t>
      </w:r>
    </w:p>
    <w:p>
      <w:pPr>
        <w:pStyle w:val="ArticleBody"/>
        <w:jc w:val="left"/>
      </w:pPr>
      <w:r>
        <w:rPr>
          <w:rFonts w:ascii="Times New Roman" w:hAnsi="Times New Roman" w:eastAsia="Times New Roman" w:cs="Times New Roman"/>
        </w:rPr>
        <w:t>Nasyon Islam nan pral “kont tout moun,” e “men tout moun” pral “kont li.” Mo ki tradui kòm “sovaj” la se bourik sovaj Arabi a; konsa, depi nan kòmansman Ismayèl kòm yon senbòl pwofetik, li asosye ak “fanmi cheval la,” epi li pral mete tout nasyon sou latè ansanm kont nasyon pa li a.</w:t>
      </w:r>
    </w:p>
    <w:p>
      <w:pPr>
        <w:pStyle w:val="ArticleBody"/>
        <w:jc w:val="left"/>
      </w:pPr>
      <w:r>
        <w:rPr>
          <w:rFonts w:ascii="Times New Roman" w:hAnsi="Times New Roman" w:eastAsia="Times New Roman" w:cs="Times New Roman"/>
        </w:rPr>
        <w:t>Milerit yo te idantifye ke twa malè ki nan Revelasyon nèf la reprezante istwa pwofetik Islam nan, e konsa yo te montre Islam vizyèlman kòm yon chwal sou toude de tab sakre Abakik yo. Tablo sa yo te “dirije pa men Senyè a” e yo te pwofetize konsènan yo nan Abakik chapit de. Rejte verite ki di Islam reprezante pa twa malè ki nan Revelasyon chapit uit, vèsè trèz la, se rejte Lespri Pwofesi a ak Abakik. Sa se yon rejè ni Bib la ni Lespri Pwofesi a.</w:t>
      </w:r>
    </w:p>
    <w:p>
      <w:pPr>
        <w:pStyle w:val="ArticleScripture"/>
        <w:jc w:val="left"/>
      </w:pPr>
      <w:r>
        <w:rPr>
          <w:rFonts w:ascii="Times New Roman" w:hAnsi="Times New Roman" w:eastAsia="Times New Roman" w:cs="Times New Roman"/>
        </w:rPr>
        <w:t>Mwen gade, epi mwen tande yon zanj k ap vole nan mitan syèl la, li t ap di avèk yon gwo vwa: Malè, malè, malè pou moun ki rete sou tè a, poutèt lòt son twonpèt twa zanj yo, ki poko sonnen! Revelasyon 8:13.</w:t>
      </w:r>
    </w:p>
    <w:p>
      <w:pPr>
        <w:pStyle w:val="ArticleBody"/>
        <w:jc w:val="left"/>
      </w:pPr>
      <w:r>
        <w:rPr>
          <w:rFonts w:ascii="Times New Roman" w:hAnsi="Times New Roman" w:eastAsia="Times New Roman" w:cs="Times New Roman"/>
        </w:rPr>
        <w:t>Rejte laverite se mare chimen pou dife destriksyon yo, e Advantis te kòmanse rejè pwogresif laverite a an 1863. Islam se kestyon ki reyini tout nasyon latè pandan twazyèm malè a. Inite sa a te ilistre 11 septanm 2001, ki, kòm premye repè sèt loraj yo, dwe reprezante tou dènye repè sèt loraj yo. Dènye repè sèt loraj yo nan “dènye jou” yo se lwa dimanch lan; lè sa a, twazyèm malè a vini vit. Pwisans ki fè nasyon yo fache a se Islam, e nan dènye jou yo Islam te fè nasyon yo fache 11 septanm 2001, men an menm tan yo te “kenbe an fren.” Nan epòk sa a, dènye lapli a te kòmanse tonbe an gout davans anvan gwo vide total la ki fèt lè lamarye a pare tèt li.</w:t>
      </w:r>
    </w:p>
    <w:p>
      <w:pPr>
        <w:pStyle w:val="ArticleScripture"/>
        <w:jc w:val="left"/>
      </w:pPr>
      <w:r>
        <w:rPr>
          <w:rFonts w:ascii="Times New Roman" w:hAnsi="Times New Roman" w:eastAsia="Times New Roman" w:cs="Times New Roman"/>
        </w:rPr>
        <w:t>“Nan tan sa a, pandan travay delivrans lan ap rive nan fen li, twoub pral vini sou tè a, e nasyon yo pral fache, men yo pral kenbe an fren pou yo pa anpeche travay twazyèm zanj lan. Nan tan sa a, ‘lapli ta a,’ oswa rafrechisman ki soti nan prezans Seyè a, pral vini pou bay fòs a gwo vwa twazyèm zanj lan, epi pou prepare sen yo pou yo ka kanpe nan peryòd lè sèt dènye kalamite yo pral vide.” Early Writings, 85.</w:t>
      </w:r>
    </w:p>
    <w:p>
      <w:pPr>
        <w:pStyle w:val="ArticleBody"/>
        <w:jc w:val="left"/>
      </w:pPr>
      <w:r>
        <w:rPr>
          <w:rFonts w:ascii="Times New Roman" w:hAnsi="Times New Roman" w:eastAsia="Times New Roman" w:cs="Times New Roman"/>
        </w:rPr>
        <w:t>Nan dat 11 Septanm 2001, jijman moun vivan yo te kòmanse; nasyon yo te fache poutèt atak Islam te fè kont Etazini, epi dènye lapli a te kòmanse tonbe. Jijman an kòmanse ak kay Bondye a, epi jijman kay Bondye a fini nan kriz lwa dimanch lan; apre sa, jijman lòt twoupo Bondye a kòmanse. Anpil bagay antre nan verite sa a ki gen pi gwo enpòtans lan, men verite sa yo byen dokimante nan seri a, Habakkuk’s Tables. Li te enpòtan pou mete bagay sa yo nan atik la isit la anvan nou retounen nan naratif Revelasyon onz la.</w:t>
      </w:r>
    </w:p>
    <w:p>
      <w:pPr>
        <w:pStyle w:val="ArticleScripture"/>
        <w:jc w:val="left"/>
      </w:pPr>
      <w:r>
        <w:rPr>
          <w:rFonts w:ascii="Times New Roman" w:hAnsi="Times New Roman" w:eastAsia="Times New Roman" w:cs="Times New Roman"/>
        </w:rPr>
        <w:t>Menm lè a, te gen yon gwo tranblemanntè; yon dizyèm pati nan vil la tonbe, epi nan tranblemanntè a sèt mil moun te peri; rès la te vin sezi avèk gwo laperèz, epi yo te bay glwa a Bondye syèl la. Dezyèm malè a pase; epi gade, twazyèm malè a ap vini vit. Revelasyon 11:13, 14.</w:t>
      </w:r>
    </w:p>
    <w:p>
      <w:pPr>
        <w:pStyle w:val="ArticleBody"/>
        <w:jc w:val="left"/>
      </w:pPr>
      <w:r>
        <w:rPr>
          <w:rFonts w:ascii="Times New Roman" w:hAnsi="Times New Roman" w:eastAsia="Times New Roman" w:cs="Times New Roman"/>
        </w:rPr>
        <w:t>«Gwo tranblemanntè» ki te make ranvèsman nasyon Lafrans lan pandan Revolisyon fransè a, reprezante ranvèsman Etazini yo nan lwa dimanch lan. Apostasie nasyonal dwe swiv pa destriksyon nasyonal, e lè Etazini yo fin kraze, tout tè a ap souke jis nan rasin li; se poutèt sa senbòl «tranblemanntè» a. Lè sa a, «twazyèm malè a vini vit». Yo idantifye Islam sou de tab sakre yo kòm premye ak dezyèm malè Revelasyon nèf la; epi si premye malè a se Islam e dezyèm malè a se Islam, alò twazyèm malè a dwe Islam, paske sou temwayaj de moun yon bagay tabli. Etazini yo pral frape ankò pa Islam nan lwa dimanch lan.</w:t>
      </w:r>
    </w:p>
    <w:p>
      <w:pPr>
        <w:pStyle w:val="ArticleBody"/>
        <w:jc w:val="left"/>
      </w:pPr>
      <w:r>
        <w:rPr>
          <w:rFonts w:ascii="Times New Roman" w:hAnsi="Times New Roman" w:eastAsia="Times New Roman" w:cs="Times New Roman"/>
        </w:rPr>
        <w:t>Ap pale de vizyon vale zo yo nan Ezekyèl la, Sè White ekri sa ki annapre a.</w:t>
      </w:r>
    </w:p>
    <w:p>
      <w:pPr>
        <w:pStyle w:val="ArticleScripture"/>
        <w:jc w:val="left"/>
      </w:pPr>
      <w:r>
        <w:rPr>
          <w:rFonts w:ascii="Times New Roman" w:hAnsi="Times New Roman" w:eastAsia="Times New Roman" w:cs="Times New Roman"/>
        </w:rPr>
        <w:t>“Zanj yo ap kenbe kat van yo, yo reprezante tankou yon chwal fache k ap chèche kase kòd li pou l lage kò l epi kouri sou tout fas tè a, pandan l ap pote destriksyon ak lanmò sou chemen li.”</w:t>
      </w:r>
    </w:p>
    <w:p>
      <w:pPr>
        <w:pStyle w:val="ArticleScripture"/>
        <w:jc w:val="left"/>
      </w:pPr>
      <w:r>
        <w:rPr>
          <w:rFonts w:ascii="Times New Roman" w:hAnsi="Times New Roman" w:eastAsia="Times New Roman" w:cs="Times New Roman"/>
        </w:rPr>
        <w:t>“Èske n ap dòmi menm sou rebò mond etènèl la? Èske n ap toudi, frèt, epi mouri? O, si nou te ka genyen nan legliz nou yo Lespri ak souf Bondye soufle nan pèp Li a, pou yo ka kanpe sou pye yo epi viv. Nou bezwen wè chemen an etwat, epi pòtay la sere. Men, lè nou pase nan pòtay sere a, lajè li pa gen limit.” Manuscript Releases, volim 20, 217.</w:t>
      </w:r>
    </w:p>
    <w:p>
      <w:pPr>
        <w:pStyle w:val="ArticleBody"/>
        <w:jc w:val="left"/>
      </w:pPr>
      <w:r>
        <w:rPr>
          <w:rFonts w:ascii="Times New Roman" w:hAnsi="Times New Roman" w:eastAsia="Times New Roman" w:cs="Times New Roman"/>
        </w:rPr>
        <w:t>Mesaj “kat van” ki leve de pwofèt ki nan Revelasyon onz yo, se mesaj chwal fache a nan pwofesi Bib la, jan sa reprezante toupatou nan temwayaj biblik la, men tou jan sa reprezante vizyèlman sou de tab sakre Abakik yo. Mesaj ki fè Eli ak Moyiz kanpe sou pye yo se mesaj twazyèm malè a, ki vini byen vit apre yo fin kanpe sou pye yo; paske lè lwa dimanch la rive epi Islam frape ankò, yo leve Moyiz ak Eli kòm drapo a pou nasyon yo.</w:t>
      </w:r>
    </w:p>
    <w:p>
      <w:pPr>
        <w:pStyle w:val="ArticleBody"/>
        <w:jc w:val="left"/>
      </w:pPr>
      <w:r>
        <w:rPr>
          <w:rFonts w:ascii="Times New Roman" w:hAnsi="Times New Roman" w:eastAsia="Times New Roman" w:cs="Times New Roman"/>
        </w:rPr>
        <w:t>Twazyèm malè Islam lan se tou setyèm twonpèt la. Kòmansman sonnen setyèm twonpèt la te fèt 22 oktòb 1844, lè jijman an te kòmanse.</w:t>
      </w:r>
    </w:p>
    <w:p>
      <w:pPr>
        <w:pStyle w:val="ArticleScripture"/>
        <w:jc w:val="left"/>
      </w:pPr>
      <w:r>
        <w:rPr>
          <w:rFonts w:ascii="Times New Roman" w:hAnsi="Times New Roman" w:eastAsia="Times New Roman" w:cs="Times New Roman"/>
        </w:rPr>
        <w:t>Men, nan jou vwa setyèm zanj lan, lè li pral kòmanse kònen twonpèt la, mistè Bondye a va rive akonpli, jan li te fè konnen sa bay sèvitè li yo, pwofèt yo. Revelasyon 10:7.</w:t>
      </w:r>
    </w:p>
    <w:p>
      <w:pPr>
        <w:pStyle w:val="ArticleBody"/>
        <w:jc w:val="left"/>
      </w:pPr>
      <w:r>
        <w:rPr>
          <w:rFonts w:ascii="Times New Roman" w:hAnsi="Times New Roman" w:eastAsia="Times New Roman" w:cs="Times New Roman"/>
        </w:rPr>
        <w:t>«jou vwa setyèm zanj lan» yo se jou jijman ankèt la, ki te kòmanse 22 oktòb 1844. Lè sa a, jijman mò yo te kòmanse. Depi twazyèm malè a vini vit, son setyèm twonpèt la make ankò. Son sa a pa kòmansman jijman ankèt la, men fen jijman kay Bondye a, ak kòmansman jijman lòt twoupo Bondye a.</w:t>
      </w:r>
    </w:p>
    <w:p>
      <w:pPr>
        <w:pStyle w:val="ArticleScripture"/>
        <w:jc w:val="left"/>
      </w:pPr>
      <w:r>
        <w:rPr>
          <w:rFonts w:ascii="Times New Roman" w:hAnsi="Times New Roman" w:eastAsia="Times New Roman" w:cs="Times New Roman"/>
        </w:rPr>
        <w:t>Epi setyèm zanj lan kònen twonpèt li; epi te gen gwo vwa nan syèl la, ki t ap di: Wayòm monn sa a vin tounen wayòm Seyè nou an ak Kris li a; e li va gouvène pou tout tan tout tan. E vennkat ansyen yo, ki te chita devan Bondye sou twòn yo, tonbe fas atè, epi yo adore Bondye, yo t ap di: Nou rann ou gras, O Seyè Bondye Toupisan, ou menm ki la, ki te la, e ki gen pou vini an; paske ou pran gran pisans ou a pou ou, e ou kòmanse gouvènen. Revelasyon 11:15–17.</w:t>
      </w:r>
    </w:p>
    <w:p>
      <w:pPr>
        <w:pStyle w:val="ArticleBody"/>
        <w:jc w:val="left"/>
      </w:pPr>
      <w:r>
        <w:rPr>
          <w:rFonts w:ascii="Times New Roman" w:hAnsi="Times New Roman" w:eastAsia="Times New Roman" w:cs="Times New Roman"/>
        </w:rPr>
        <w:t>“Mystère Bondye a” se Kris la nan nou, espwa laglwa a, ki rive nan akonplisman li nan peryòd tan kote Moyiz ak Eli leve kanpe epi yo resisite atravè yon mesaj ki soti nan Pawòl Bondye a ki idantifye Islam. Si mesaj la resevwa, li mare yon nanm pou granje selès la; men pou sila yo ki rejte mesaj la, se mesaj banza Islam yo ki mare yo an pakèt pou yo boule nan dife destriksyon an. Mesaj setyèm twonpèt la sele san karant-kat mil yo anvan yo leve yo kòm yon drapo pou fè antre lòt twoupo Bondye a. De pwofèt ki resisite yo dwe dabò sele anvan mond lan kapab resevwa avètisman an.</w:t>
      </w:r>
    </w:p>
    <w:p>
      <w:pPr>
        <w:pStyle w:val="ArticleScripture"/>
        <w:jc w:val="left"/>
      </w:pPr>
      <w:r>
        <w:rPr>
          <w:rFonts w:ascii="Times New Roman" w:hAnsi="Times New Roman" w:eastAsia="Times New Roman" w:cs="Times New Roman"/>
        </w:rPr>
        <w:t>“Travay Sentespri a se pou konvenk lemonn konsènan peche, konsènan jistis, ak konsènan jijman. Lemonn nan ka resevwa avètisman sèlman lè li wè moun ki kwè verite a sanktifye pa mwayen verite a, k ap aji selon prensip ki wo e ki sen, e k ap montre, nan yon sans ki wo e elve, liy demakasyon ki separe sila yo ki kenbe kòmandman Bondye yo ak sila yo ki pilonnen yo anba pye yo. Sanktifikasyon Lespri a make diferans ki genyen ant sila yo ki gen sele Bondye a ak sila yo ki obsève yon fo jou repo. Lè eprèv la vini, sa ki mak bèt la ye a va parèt aklè. Se obsèvans dimanch. Moun ki, apre yo fin tande verite a, kontinye konsidere jou sa a kòm sen, pote siyati nonm peche a, li menm ki te panse pou chanje tan ak lalwa. Bible Training School, 1 desanm 1903.”</w:t>
      </w:r>
    </w:p>
    <w:p>
      <w:pPr>
        <w:pStyle w:val="ArticleBody"/>
        <w:jc w:val="left"/>
      </w:pPr>
      <w:r>
        <w:rPr>
          <w:rFonts w:ascii="Times New Roman" w:hAnsi="Times New Roman" w:eastAsia="Times New Roman" w:cs="Times New Roman"/>
        </w:rPr>
        <w:t>Lè san karannkat mil yo va leve kòm yon drapo bay nasyon yo, nasyon yo va fache. Pouvwa ki fè nasyon yo fache nan pwofesi Bib la se Islam. Islam pral frape Etazini ankò lè lwa dimanch la vini.</w:t>
      </w:r>
    </w:p>
    <w:p>
      <w:pPr>
        <w:pStyle w:val="ArticleScripture"/>
        <w:jc w:val="left"/>
      </w:pPr>
      <w:r>
        <w:rPr>
          <w:rFonts w:ascii="Times New Roman" w:hAnsi="Times New Roman" w:eastAsia="Times New Roman" w:cs="Times New Roman"/>
        </w:rPr>
        <w:t>Epi nasyon yo te fache, epi kòlè ou vini, ansanm ak tan pou mò yo, pou yo ka jije yo, e pou w bay sèvitè ou yo, pwofèt yo, ak sen yo, ansanm ak moun ki gen lakrentif pou non ou, piti kou gran, rekonpans yo; epi pou w detwi moun sa yo ki detwi tè a. Epi tanp Bondye a te louvri nan syèl la, e yo te wè nan tanp li a lach alyans li a; epi te gen zèklè, vwa, loraj, yon tranblemanntè, ak yon gwo lagrèl. Revelasyon 11:18, 19.</w:t>
      </w:r>
    </w:p>
    <w:p>
      <w:pPr>
        <w:pStyle w:val="ArticleBody"/>
        <w:jc w:val="left"/>
      </w:pPr>
      <w:r>
        <w:rPr>
          <w:rFonts w:ascii="Times New Roman" w:hAnsi="Times New Roman" w:eastAsia="Times New Roman" w:cs="Times New Roman"/>
        </w:rPr>
        <w:t>Apre seri evènman pwofetik sa yo, Jan prezante legliz la ki dwe sèvi kòm drapo.</w:t>
      </w:r>
    </w:p>
    <w:p>
      <w:pPr>
        <w:pStyle w:val="ArticleScripture"/>
        <w:jc w:val="left"/>
      </w:pPr>
      <w:r>
        <w:rPr>
          <w:rFonts w:ascii="Times New Roman" w:hAnsi="Times New Roman" w:eastAsia="Times New Roman" w:cs="Times New Roman"/>
        </w:rPr>
        <w:t>Epi yon gwo mèvèy parèt nan syèl la: yon fanm ki te abiye ak solèy la, lalin lan anba pye li, e sou tèt li te gen yon kouwòn douz zetwal. Epi li menm ki te ansent t ap rele byen fò, li t ap soufri nan tranche ak nan doulè pou l akouche. Revelasyon 12:1.</w:t>
      </w:r>
    </w:p>
    <w:p>
      <w:pPr>
        <w:pStyle w:val="ArticleBody"/>
        <w:jc w:val="left"/>
      </w:pPr>
      <w:r>
        <w:rPr>
          <w:rFonts w:ascii="Times New Roman" w:hAnsi="Times New Roman" w:eastAsia="Times New Roman" w:cs="Times New Roman"/>
        </w:rPr>
        <w:t>Isit la, legliz ki te touye, pilonnen anba pye, resisite, epi apre sa yo monte l nan syèl la pandan drapo Bondye a ap klere ak glwa solèy la. Yo kanpe sou lalin nan, ki reprezante lonbraj douz zetwal yo sou kouwòn yo. Lonbraj la se douz tribi Izrayèl tan lontan yo ki te prefigire e te reflete douz disip yo ki se douz zetwal ki nan kouwòn li. Kòmansman Izrayèl tan lontan an ap prefigire fen Izrayèl tan lontan an nan ilistrasyon an.</w:t>
      </w:r>
    </w:p>
    <w:p>
      <w:pPr>
        <w:pStyle w:val="ArticleBody"/>
        <w:jc w:val="left"/>
      </w:pPr>
      <w:r>
        <w:rPr>
          <w:rFonts w:ascii="Times New Roman" w:hAnsi="Times New Roman" w:eastAsia="Times New Roman" w:cs="Times New Roman"/>
        </w:rPr>
        <w:t>Fanm nan prèt pou l akouche yon timoun; sa idantifye nesans Kris la nan fen ansyen Izrayèl, men kounye a li reprezante nesans Janti yo ki soti Babilòn epi ki vin mete tèt yo ansanm ak san karannkat mil yo. Le pli vit Eli ak Moyiz leve kòm drapo a, li akouche lòt bann mouton Bondye yo, ki pral reponn a drapo a.</w:t>
      </w:r>
    </w:p>
    <w:p>
      <w:pPr>
        <w:pStyle w:val="ArticleBody"/>
        <w:jc w:val="left"/>
      </w:pPr>
      <w:r>
        <w:rPr>
          <w:rFonts w:ascii="Times New Roman" w:hAnsi="Times New Roman" w:eastAsia="Times New Roman" w:cs="Times New Roman"/>
        </w:rPr>
        <w:t>“Monn nan kapab sèlman resevwa avètisman” lè yo wè san karannkat mil yo leve kòm yon drapo pandan kriz la ki kòmanse ak lwa dimanch nan Etazini. Moun ki soti Babilòn epi ki kanpe ansanm ak san karannkat mil yo reprezante kòm gwo foul la. De gwoup sa yo ki chita nan Revelasyon sèt yo reprezante pa Moyiz ak Eli sou mòn Transfigirasyon an, epi legliz triyonfan Bondye a, ki resisite epi ki leve kòm yon drapo, reyini ansanm ak lòt twoupo Bondye a ki toujou lè sa a nan Babilòn pandan dènye tan kriz sa a.</w:t>
      </w:r>
    </w:p>
    <w:p>
      <w:pPr>
        <w:pStyle w:val="ArticleScripture"/>
        <w:jc w:val="left"/>
      </w:pPr>
      <w:r>
        <w:rPr>
          <w:rFonts w:ascii="Times New Roman" w:hAnsi="Times New Roman" w:eastAsia="Times New Roman" w:cs="Times New Roman"/>
        </w:rPr>
        <w:t>Tande pawòl Senyè a, nou menm ki tranble devan pawòl li a; frè nou yo ki te rayi nou, ki te mete nou deyò poutèt non mwen, te di: Se pou Senyè a glorifye. Men li pral parèt pou lajwa nou, epi yo menm pral wont. Yon vwa bri soti nan vil la, yon vwa soti nan tanp lan, vwa Senyè a k ap rann vanjans bay lènmi li yo. Anvan li te gen tranche, li te akouche; anvan doulè li te vini, li te delivre yon pitit gason. Ki moun ki janm tande yon bagay konsa? Ki moun ki janm wè bagay konsa? Èske tè a ka fè pitit nan yon sèl jou? Oswa èske yon nasyon ka fèt touswit? Paske kou Siyon te gen tranche, li fè pitit li yo vini sou latè. Èske m ta mennen jouk nan nesans, san m pa fè akouchman rive? se sa Senyè a di. Èske m ta fè akouchman rive, epi m ta fèmen vant lan? se sa Bondye pa w la di. Fè kè nou kontan ak Jerizalèm, epi rejwi avèk li, nou tout ki renmen li; rejwi ak anpil lajwa avèk li, nou tout ki t ap pran dèy pou li; pou nou ka tete epi nou ka satisfè ak tete konsolasyon li yo; pou nou ka bwè anpil epi nou ka pran plezi nan abondans glwa li. Paske men sa Senyè a di: Gade, m ap lonje lapè sou li tankou yon rivyè, ak glwa nasyon yo tankou yon kouran dlo k ap debòde; lè sa a nou pral tete, y ap pote nou sou bò li, epi y ap souke nou dousman sou jenou li. Menm jan yon moun manman li konsole li, konsa m ap konsole nou; epi se nan Jerizalèm nou pral resevwa konsolasyon. Lè nou va wè sa, kè nou va rejwi, epi zo nou yo va fleri tankou zèb; men Senyè a pral fè konnen men li sou sèvitè li yo, ak endiyasyon li sou lènmi li yo. Ezayi 66:5–14.</w:t>
      </w:r>
    </w:p>
    <w:p>
      <w:pPr>
        <w:pStyle w:val="ArticleBody"/>
        <w:jc w:val="left"/>
      </w:pPr>
      <w:r>
        <w:rPr>
          <w:rFonts w:ascii="Times New Roman" w:hAnsi="Times New Roman" w:eastAsia="Times New Roman" w:cs="Times New Roman"/>
        </w:rPr>
        <w:t>Moun ki fèt lè y ap monte nan syèl la se moun frè yo ki te rayi yo te mete deyò. Frè sa yo ki te rayi yo e ki te rejwi nan lanmò yo, se moun ki di yo se Jwif, men yo pa sa. Se yo menm ki fè pati sinagòg Satan an, ki pral pwofetikman adore nan pye drapo a ki fòme ak “moun pèp Izrayèl yo te mete deyò.”</w:t>
      </w:r>
    </w:p>
    <w:p>
      <w:pPr>
        <w:pStyle w:val="ArticleScripture"/>
        <w:jc w:val="left"/>
      </w:pPr>
      <w:r>
        <w:rPr>
          <w:rFonts w:ascii="Times New Roman" w:hAnsi="Times New Roman" w:eastAsia="Times New Roman" w:cs="Times New Roman"/>
        </w:rPr>
        <w:t>Li pral leve yon drapo pou nasyon yo, li pral rasanble bann ekzile Izrayèl yo, epi li pral reyini ansanm moun Jida yo ki te gaye yo, soti nan kat kwen tè a. Ezayi 11:12.</w:t>
      </w:r>
    </w:p>
    <w:p>
      <w:pPr>
        <w:pStyle w:val="ArticleScripture"/>
        <w:jc w:val="left"/>
      </w:pPr>
      <w:r>
        <w:rPr>
          <w:rFonts w:ascii="Times New Roman" w:hAnsi="Times New Roman" w:eastAsia="Times New Roman" w:cs="Times New Roman"/>
        </w:rPr>
        <w:t>“Ou panse ke moun ki adore devan pye sen yo (Revelasyon 3:9) pral finalman sove. Isit la mwen dwe pa dakò avè w; paske Bondye te montre m ke gwoup sa a se te Advantis ki te fè pwofesyon lafwa, men ki te tonbe lwen verite a, epi ki te ‘kloure Pitit Bondye a ankò pou tèt pa yo, e mete l nan wont devan tout moun.’ E nan ‘lè tantasyon an,’ ki poko vini, pou fè parèt vrè karaktè chak moun, yo pral konnen yo pèdi pou tout tan; epi, anvayi anba gwo kè sere nan lespri yo, yo pral bese devan pye sen yo.” Word to the Little Flock, 12.</w:t>
      </w:r>
    </w:p>
    <w:p>
      <w:pPr>
        <w:pStyle w:val="ArticleBody"/>
        <w:jc w:val="left"/>
      </w:pPr>
      <w:r>
        <w:rPr>
          <w:rFonts w:ascii="Times New Roman" w:hAnsi="Times New Roman" w:eastAsia="Times New Roman" w:cs="Times New Roman"/>
        </w:rPr>
        <w:t>Moun ki gen zòrèy, se pou li tande sa Lespri a ap di legliz 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Lavni pou Amerik ak 18 Jiyè 2020 - Nimewo Sèt</dc:title>
  <dc:subject>Banza yo##</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