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Lesprit de Prophétie : Le Temps d’Attente et le Cri de Minuit</w:t>
      </w:r>
    </w:p>
    <w:p>
      <w:pPr>
        <w:pStyle w:val="ArticleSubtitle"/>
        <w:jc w:val="left"/>
      </w:pPr>
      <w:r>
        <w:rPr>
          <w:rFonts w:ascii="Arial" w:hAnsi="Arial" w:eastAsia="Arial" w:cs="Arial"/>
        </w:rPr>
        <w:t>De Tablo Abakik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De Tablo Abakouk yo 2 sou 95</w:t>
      </w:r>
    </w:p>
    <w:p>
      <w:pPr>
        <w:pStyle w:val="ArticleHeading"/>
        <w:jc w:val="left"/>
      </w:pPr>
      <w:r>
        <w:rPr>
          <w:rFonts w:ascii="Arial" w:hAnsi="Arial" w:eastAsia="Arial" w:cs="Arial"/>
        </w:rPr>
        <w:t>Konprann Kalandriye Millerit la ak Tan Reta a</w:t>
      </w:r>
    </w:p>
    <w:p>
      <w:pPr>
        <w:pStyle w:val="ArticleBody"/>
        <w:jc w:val="left"/>
      </w:pPr>
      <w:r>
        <w:rPr>
          <w:rFonts w:ascii="Times New Roman" w:hAnsi="Times New Roman" w:eastAsia="Times New Roman" w:cs="Times New Roman"/>
        </w:rPr>
        <w:t>Nan dènye prezantasyon nou an, kestyon an te leve konsènan kijan 22 oktòb 1844 kapab dizyèm jou setyèm mwa a, si 22 mas 1844 se premye jou premye mwa a. Millerit yo, nan mwa mas 1844, te mal konprann sa yo te kwè ki te fen ane 1843 la. Apre desepsyon sa a, yo te reegzamine fason tan an kalkile selon Bib la. Sa eksplike nan liv Gerhard Damsteegt la, Foundations of the Seventh-day Adventist Message and Mission, espesyalman nan paj 89 ak 92. Lè yo te kwè 1843 te fini, yo te reevalye de eleman nan konpreyansyon yo sou tan an: pasaj soti nan 1843 pou rive nan 1844, ak jou ki make kòmansman ak fen ane yo, pou yo te kapab kalkile dizyèm jou setyèm mwa a.</w:t>
      </w:r>
    </w:p>
    <w:p>
      <w:pPr>
        <w:pStyle w:val="ArticleBody"/>
        <w:jc w:val="left"/>
      </w:pPr>
      <w:r>
        <w:rPr>
          <w:rFonts w:ascii="Times New Roman" w:hAnsi="Times New Roman" w:eastAsia="Times New Roman" w:cs="Times New Roman"/>
        </w:rPr>
        <w:t>Mwen souvan mete anfaz sou lefèt ke depi 22 Mas rive 22 Oktòb, se sèt mwa. Mwen pa ap sijere ke sa se Mouvman Setyèm Mwa a, men li enteresan ke Millerit yo te kwè 22 Mas te gen enpòtans, e sa se yon pwen repè mantal ki itil—sèt mwa pita mennen ou rive 22 Oktòb. Sa a se yon reyalite.</w:t>
      </w:r>
    </w:p>
    <w:p>
      <w:pPr>
        <w:pStyle w:val="ArticleBody"/>
        <w:jc w:val="left"/>
      </w:pPr>
      <w:r>
        <w:rPr>
          <w:rFonts w:ascii="Times New Roman" w:hAnsi="Times New Roman" w:eastAsia="Times New Roman" w:cs="Times New Roman"/>
        </w:rPr>
        <w:t>Desepsyon an ak tan reta a pa t akonplisman yon pwofesi sou tan, men pito yo te rezilta yon move konpreyansyon pami Millerit yo. Move konpreyansyon pa yo a te akonpli tan reta a ak desepsyon an; pa t gen okenn pwofesi presi ki te deklare ke tan reta a t ap kòmanse nan yon pwen detèmine. Kwayans yo ke ane 1843 la te fini nan 22 Mas 1844 te pwodui desepsyon an.</w:t>
      </w:r>
    </w:p>
    <w:p>
      <w:pPr>
        <w:pStyle w:val="ArticleBody"/>
        <w:jc w:val="left"/>
      </w:pPr>
      <w:r>
        <w:rPr>
          <w:rFonts w:ascii="Times New Roman" w:hAnsi="Times New Roman" w:eastAsia="Times New Roman" w:cs="Times New Roman"/>
        </w:rPr>
        <w:t>Damsteegt di:</w:t>
      </w:r>
    </w:p>
    <w:p>
      <w:pPr>
        <w:pStyle w:val="ArticleScripture"/>
        <w:jc w:val="left"/>
      </w:pPr>
      <w:r>
        <w:rPr>
          <w:rFonts w:ascii="Times New Roman" w:hAnsi="Times New Roman" w:eastAsia="Times New Roman" w:cs="Times New Roman"/>
        </w:rPr>
        <w:t>Malgre lefet ki kalkil Karait la, ki ti endike lafin lane jwif la o lalin nouvo 17 Avril 1844, ti ganny privilezye dan bann prensipal peryodik Millerit, mazorite bann krwaran ti pe krwar 21 Mars 1844 konman letan retour Kris. An deor mouvman Millerit, 21 Mars ti byen koni e ti annan en lekspektasyon tre zeneral pour en ranversman antye tou sistenm Adventis lo sa dat la.</w:t>
      </w:r>
    </w:p>
    <w:p>
      <w:pPr>
        <w:pStyle w:val="ArticleBody"/>
        <w:jc w:val="left"/>
      </w:pPr>
      <w:r>
        <w:rPr>
          <w:rFonts w:ascii="Times New Roman" w:hAnsi="Times New Roman" w:eastAsia="Times New Roman" w:cs="Times New Roman"/>
        </w:rPr>
        <w:t>Nou te li yè a ke Miller t ap tann dat sa a. Majorite Millerit yo t ap fikse je yo sou dat sa a, e menm opozan yo te konnen sa epi yo t ap veye li kòm prèv ke Millerit yo te fo. Sa te konpreyansyon estanda a. Apre dat la te pase, yo te kòmanse egzamine pwofesi tan yo pi ak anpil swen, sa ki te mennen yo rive nan 22 oktòb 1844. Sa bay yon pwen referans pou kestyon ki te leve yè a.</w:t>
      </w:r>
    </w:p>
    <w:p>
      <w:pPr>
        <w:pStyle w:val="ArticleHeading"/>
        <w:jc w:val="left"/>
      </w:pPr>
      <w:r>
        <w:rPr>
          <w:rFonts w:ascii="Arial" w:hAnsi="Arial" w:eastAsia="Arial" w:cs="Arial"/>
        </w:rPr>
        <w:t>Tan Atant lan ak Premye Vizyon Ellen White la</w:t>
      </w:r>
    </w:p>
    <w:p>
      <w:pPr>
        <w:pStyle w:val="ArticleBody"/>
        <w:jc w:val="left"/>
      </w:pPr>
      <w:r>
        <w:rPr>
          <w:rFonts w:ascii="Times New Roman" w:hAnsi="Times New Roman" w:eastAsia="Times New Roman" w:cs="Times New Roman"/>
        </w:rPr>
        <w:t>Jodi a, mwen vle pase plis tan ap egzamine tan reta a. Sa enpòtan, paske nou ap trete premye vizyon Ellen White la, kote li di limyè klere ki te nan kòmansman chemen ki mennen nan Syèl la se te Rèl Minwi a, e si ou refize limyè sa a, ou tonbe deyò chemen ki mennen nan Syèl la. Mwen ap chèche demontre ke Rèl Minwi a nan vizyon li a gen ladan tout istwa Mesaj Dezyèm Zanj lan.</w:t>
      </w:r>
    </w:p>
    <w:p>
      <w:pPr>
        <w:pStyle w:val="ArticleBody"/>
        <w:jc w:val="left"/>
      </w:pPr>
      <w:r>
        <w:rPr>
          <w:rFonts w:ascii="Times New Roman" w:hAnsi="Times New Roman" w:eastAsia="Times New Roman" w:cs="Times New Roman"/>
        </w:rPr>
        <w:t>Pèsonèlman, mwen pa gen okenn pwoblèm pou m di ke Rèl Mitanwit la nan vizyon sa a, ki nan kòmansman chemen an epi ki klere tout longè wout la, reprezante istwa Milerit yo soti 1840 rive 1844. Dinamik istwa sa a dwe byen konprann. Akonplisman Rèl Mitanwit la li menm te soti 12 out rive 17 out, lè mesaj la te prezante nan reyinyon kan Exeter la, epi apre sa yo te pote mesaj la pandan anviwon de mwa—septanm ak oktòb, de mwa ak senk jou. Anvan 22 oktòb, yo t ap prepare pou retou Senyè a. Peryòd de mwa sa a se istwa Rèl Mitanwit la. Sepandan, ou pa kapab konprann peryòd sa a san ou pa konprann etap ki te mennen ladan l yo. Pou mwen, Rèl Mitanwit la se, pi presizeman, istwa tan reta a, ki kontinye rive jouk 22 oktòb 1844.</w:t>
      </w:r>
    </w:p>
    <w:p>
      <w:pPr>
        <w:pStyle w:val="ArticleHeading"/>
        <w:jc w:val="left"/>
      </w:pPr>
      <w:r>
        <w:rPr>
          <w:rFonts w:ascii="Arial" w:hAnsi="Arial" w:eastAsia="Arial" w:cs="Arial"/>
        </w:rPr>
        <w:t>Idantifye Mesaj Twa Zanj yo</w:t>
      </w:r>
    </w:p>
    <w:p>
      <w:pPr>
        <w:pStyle w:val="ArticleBody"/>
        <w:jc w:val="left"/>
      </w:pPr>
      <w:r>
        <w:rPr>
          <w:rFonts w:ascii="Times New Roman" w:hAnsi="Times New Roman" w:eastAsia="Times New Roman" w:cs="Times New Roman"/>
        </w:rPr>
        <w:t>Men istwa 1840 rive 1844 la. Gen plizyè pasaj nan Lespri Pwofesi a kote Sè White di nou nou bezwen konnen ki kote pou nou plase mesaj yo. Lè w kòmanse plase mesaj yo, ou vin rann ou kont ke tout mesaj yo rive nan yon sèten pwen nan tan, epi apre sa yo resevwa pouvwa.</w:t>
      </w:r>
    </w:p>
    <w:p>
      <w:pPr>
        <w:pStyle w:val="ArticleBody"/>
        <w:jc w:val="left"/>
      </w:pPr>
      <w:r>
        <w:rPr>
          <w:rFonts w:ascii="Times New Roman" w:hAnsi="Times New Roman" w:eastAsia="Times New Roman" w:cs="Times New Roman"/>
        </w:rPr>
        <w:t>Premye zanj lan rive an 1798 nan Tan lafen an, lè Liv Danyèl la te desigile e te gen yon ogmantasyon konesans. Mesaj Premye zanj lan resevwa pouvwa le 11 out 1840, lè prensip yon jou pou yon ane a konfime pou lemonn antye, sa ki fè Zanj Revelasyon 10 la desann, ki senbolize ranfòsman Mesaj Premye zanj lan.</w:t>
      </w:r>
    </w:p>
    <w:p>
      <w:pPr>
        <w:pStyle w:val="ArticleBody"/>
        <w:jc w:val="left"/>
      </w:pPr>
      <w:r>
        <w:rPr>
          <w:rFonts w:ascii="Times New Roman" w:hAnsi="Times New Roman" w:eastAsia="Times New Roman" w:cs="Times New Roman"/>
        </w:rPr>
        <w:t>Dezyèm zanj lan te rive nan mwa jen 1842. Nou te li yè a ke nan mwa jen 1842, Mesye Miller te bay dezyèm seri prezantasyon li yo nan legliz Casco Street la. Ak kèk ti eksepsyon, legliz pwotestan yo te fèmen pòt yo. Konsa, nan mwa jen 1842, mesaj Dezyèm Zanj lan te rive, paske lè yon legliz pwotestan fèmen pòt li kont mesaj Premye Zanj lan, li vin fè pati Babilòn. Mesaj Dezyèm Zanj lan se yon apèl pou soti nan Babilòn. Li pwogresif.</w:t>
      </w:r>
    </w:p>
    <w:p>
      <w:pPr>
        <w:pStyle w:val="ArticleBody"/>
        <w:jc w:val="left"/>
      </w:pPr>
      <w:r>
        <w:rPr>
          <w:rFonts w:ascii="Times New Roman" w:hAnsi="Times New Roman" w:eastAsia="Times New Roman" w:cs="Times New Roman"/>
        </w:rPr>
        <w:t>Sè White di nou ke, byenke Pwotestan yo te kòmanse fèmen pòt yo nan mwa jen 1842, apèl pou sòti Babilòn nan—sa ki fòme kontni Mesaj Dezyèm Zanj lan—pa t vrèman kòmanse jiskaske nan ete 1844.</w:t>
      </w:r>
    </w:p>
    <w:p>
      <w:pPr>
        <w:pStyle w:val="ArticleBody"/>
        <w:jc w:val="left"/>
      </w:pPr>
      <w:r>
        <w:rPr>
          <w:rFonts w:ascii="Times New Roman" w:hAnsi="Times New Roman" w:eastAsia="Times New Roman" w:cs="Times New Roman"/>
        </w:rPr>
        <w:t>Mesaj Dezyèm Anj lan te rive nan mwa jen 1842 e li resevwa pouvwa nan mesaj Kri Minwi a, 12–17 out 1844, nan Reyinyon Kan Exeter la.</w:t>
      </w:r>
    </w:p>
    <w:p>
      <w:pPr>
        <w:pStyle w:val="ArticleBody"/>
        <w:jc w:val="left"/>
      </w:pPr>
      <w:r>
        <w:rPr>
          <w:rFonts w:ascii="Times New Roman" w:hAnsi="Times New Roman" w:eastAsia="Times New Roman" w:cs="Times New Roman"/>
        </w:rPr>
        <w:t>Twazyèm zanj lan te vini 22 oktòb 1844, paske nan jou sa a chemen pou antre nan Kote ki Pi Sen an louvri, kote moun ka konprann ke Kris la kounye a se Gran Prèt la nan Kote ki Pi Sen an. Se la yo rekonèt bwat kontra a, e nan bwat la genyen Dis Kòmandman yo. Lè Sè White te mennen nan Kote ki Pi Sen an epi li te gade Dis Kòmandman yo, li te wè ke Kòmandman Saba a te klere anlè lòt yo, sa ki make enpòtans Saba a nan mesaj Twazyèm Zanj lan. Sa pral yon tès konsènan Saba oswa Dimanch. Sou 22 oktòb 1844, kontni mesaj Twazyèm Zanj lan te vini.</w:t>
      </w:r>
    </w:p>
    <w:p>
      <w:pPr>
        <w:pStyle w:val="ArticleBody"/>
        <w:jc w:val="left"/>
      </w:pPr>
      <w:r>
        <w:rPr>
          <w:rFonts w:ascii="Times New Roman" w:hAnsi="Times New Roman" w:eastAsia="Times New Roman" w:cs="Times New Roman"/>
        </w:rPr>
        <w:t>Youn nan karakteristik tout twa mesaj sa yo se ke, lè mesaj Premye Zanj lan te rive an 1798, pèsonn pa t konprann li. Seyè a te leve William Miller kòm mesaje Premye Zanj lan, men se pa t jouk an 1818—ven ane apre—Miller te kòmanse konprann mesaj la. Mesaj la te rive, men sa pran tan anvan pèp Bondye a rekonèt li, epi lè sa a li resevwa pouvwa.</w:t>
      </w:r>
    </w:p>
    <w:p>
      <w:pPr>
        <w:pStyle w:val="ArticleBody"/>
        <w:jc w:val="left"/>
      </w:pPr>
      <w:r>
        <w:rPr>
          <w:rFonts w:ascii="Times New Roman" w:hAnsi="Times New Roman" w:eastAsia="Times New Roman" w:cs="Times New Roman"/>
        </w:rPr>
        <w:t>Mesaj Dezyèm Zanj lan te rive nan mwa jen 1842, men okenn Millerit an 1842 pa t kòmanse rele legliz Pwotestan yo Babilòn. Yo pa t ankò rekonèt sa. Se pa t jiskaske ete 1844 yo te kòmanse rekonèt li epi rele moun soti nan legliz yo. Mesaj la rive, apre sa yo konprann li, epi ansuit li resevwa pouvwa.</w:t>
      </w:r>
    </w:p>
    <w:p>
      <w:pPr>
        <w:pStyle w:val="ArticleBody"/>
        <w:jc w:val="left"/>
      </w:pPr>
      <w:r>
        <w:rPr>
          <w:rFonts w:ascii="Times New Roman" w:hAnsi="Times New Roman" w:eastAsia="Times New Roman" w:cs="Times New Roman"/>
        </w:rPr>
        <w:t>Nan dat 22 oktòb 1844, lè Hiram Edson te resevwa vizyon li konsènan Kris k ap deplase soti nan Kote Sen an pou antre nan Kote ki Pi Sen an, yo te resevwa yon sèten limyè sou chanjman nan ministè Kris la. Men, nan dat 23 oktòb 1844, Hiram Edson pa t prepare pou ekri yon atik oswa preche yon sèmon sou lefèt ke dimanch se mak bèt la. Yo pa t konprann Mesaj Twazyèm Zanj lan jis apre peryòd tan sa a.</w:t>
      </w:r>
    </w:p>
    <w:p>
      <w:pPr>
        <w:pStyle w:val="ArticleBody"/>
        <w:jc w:val="left"/>
      </w:pPr>
      <w:r>
        <w:rPr>
          <w:rFonts w:ascii="Times New Roman" w:hAnsi="Times New Roman" w:eastAsia="Times New Roman" w:cs="Times New Roman"/>
        </w:rPr>
        <w:t>Twazyèm Mesaj Zanj lan resevwa pouvwa, jan Advantis Setyèm Jou yo konnen, lè Katriyèm Zanj la nan Revelasyon 18 vin mete ansanm avè l. Pou moun k ap gade sa sou difizyon an dirèk oswa pita sou DVD yo, nou konprann nou ka vle diskite sou moman Katriyèm Zanj la te vin mete ansanm ak Twazyèm nan nan dat 11 septanm 2001. Nan pwen sa a, nou pa ap fè okenn agiman sou sa, men nou pa ap demanti li nonplis: Katriyèm Zanj la vin mete ansanm ak Twazyèm Zanj la lè De Gwo Tou yo ap tonbe, epi se la Twazyèm Mesaj Zanj lan resevwa pouvwa.</w:t>
      </w:r>
    </w:p>
    <w:p>
      <w:pPr>
        <w:pStyle w:val="ArticleBody"/>
        <w:jc w:val="left"/>
      </w:pPr>
      <w:r>
        <w:rPr>
          <w:rFonts w:ascii="Times New Roman" w:hAnsi="Times New Roman" w:eastAsia="Times New Roman" w:cs="Times New Roman"/>
        </w:rPr>
        <w:t>Tout twa mesaj zanj yo genyen karakteristik sa yo: yo rive, yo vin konprann, epi apre sa yo resevwa pouvwa.</w:t>
      </w:r>
    </w:p>
    <w:p>
      <w:pPr>
        <w:pStyle w:val="ArticleHeading"/>
        <w:jc w:val="left"/>
      </w:pPr>
      <w:r>
        <w:rPr>
          <w:rFonts w:ascii="Arial" w:hAnsi="Arial" w:eastAsia="Arial" w:cs="Arial"/>
        </w:rPr>
        <w:t>De Fèmti De Pòt yo ak Netwayaj Tanp lan</w:t>
      </w:r>
    </w:p>
    <w:p>
      <w:pPr>
        <w:pStyle w:val="ArticleBody"/>
        <w:jc w:val="left"/>
      </w:pPr>
      <w:r>
        <w:rPr>
          <w:rFonts w:ascii="Times New Roman" w:hAnsi="Times New Roman" w:eastAsia="Times New Roman" w:cs="Times New Roman"/>
        </w:rPr>
        <w:t>Nan mwa jen 1842, yon pòt te kòmanse fèmen, yon fèmti ki te make pa legliz pwotestan yo ki te fèmen pòt yo devan mesaj Premye Zanj lan. Nan kòmansman istwa sa a, nou wè yon pòt k ap fèmen; epi nan fen istwa sa a—istwa Dezyèm Zanj lan—pòt la fèmen ankò, pòt ki mennen nan Kote Sen an, pòt ki nan parabòl Dis Vyèj yo.</w:t>
      </w:r>
    </w:p>
    <w:p>
      <w:pPr>
        <w:pStyle w:val="ArticleBody"/>
        <w:jc w:val="left"/>
      </w:pPr>
      <w:r>
        <w:rPr>
          <w:rFonts w:ascii="Times New Roman" w:hAnsi="Times New Roman" w:eastAsia="Times New Roman" w:cs="Times New Roman"/>
        </w:rPr>
        <w:t>De fèmti pòt sa yo gen enpòtans pou nou byen make yo, espesyalman si nou pral trete de pirifikasyon tanp yo. Kris te pirifye tanp lan de fwa lè Li te sou tè a, e Sè White fè nou konnen pral gen de pirifikasyon tanp nan fen mond lan, menm jan te genyen nan epòk Millerit yo. Pirifikasyon tanp yo nan tan Millerit la ka make nan fèmti pòt la an jen 1842—premye pòt tanp lan, Pwotestantis—epi nan dezyèm pirifikasyon tanp lan, lè pirifikasyon tanp Millerit yo fin rive nan bout li.</w:t>
      </w:r>
    </w:p>
    <w:p>
      <w:pPr>
        <w:pStyle w:val="ArticleBody"/>
        <w:jc w:val="left"/>
      </w:pPr>
      <w:r>
        <w:rPr>
          <w:rFonts w:ascii="Times New Roman" w:hAnsi="Times New Roman" w:eastAsia="Times New Roman" w:cs="Times New Roman"/>
        </w:rPr>
        <w:t>Nou pral egzamine tan reta a. Nan istwa Dezyèm Zanj sa a, tan reta a kòmanse 22 mas 1844, epi li antoure pa de netwayaj tanp. Sa se mesaj Dezyèm Zanj lan.</w:t>
      </w:r>
    </w:p>
    <w:p>
      <w:pPr>
        <w:pStyle w:val="ArticleBody"/>
        <w:jc w:val="left"/>
      </w:pPr>
      <w:r>
        <w:rPr>
          <w:rFonts w:ascii="Times New Roman" w:hAnsi="Times New Roman" w:eastAsia="Times New Roman" w:cs="Times New Roman"/>
        </w:rPr>
        <w:t>Sa a se tou istwa Jedeyon an tou. Te gen de pirifikasyon nan istwa Jedeyon an, sa ki se youn nan senbòl de pirifikasyon tanp yo ak mesaj Dezyèm Zanj lan.</w:t>
      </w:r>
    </w:p>
    <w:p>
      <w:pPr>
        <w:pStyle w:val="ArticleHeading"/>
        <w:jc w:val="left"/>
      </w:pPr>
      <w:r>
        <w:rPr>
          <w:rFonts w:ascii="Arial" w:hAnsi="Arial" w:eastAsia="Arial" w:cs="Arial"/>
        </w:rPr>
        <w:t>Tan Dela a ak Rèl Minwi a nan Pwofesi</w:t>
      </w:r>
    </w:p>
    <w:p>
      <w:pPr>
        <w:pStyle w:val="ArticleBody"/>
        <w:jc w:val="left"/>
      </w:pPr>
      <w:r>
        <w:rPr>
          <w:rFonts w:ascii="Times New Roman" w:hAnsi="Times New Roman" w:eastAsia="Times New Roman" w:cs="Times New Roman"/>
        </w:rPr>
        <w:t>Ann kòmanse etid nou an avèk yon sitasyon ki soti nan Spiritual Gifts, volim 1, paj 195, 196. N ap egzamine tan reta a pou nou konprann relasyon li ak Kri Minwi a, paske nou pa vle rejte limyè Kri Minwi a; si nou fè sa, nou tonbe kite chemen an pou ale nan mond mechan ki anba a.</w:t>
      </w:r>
    </w:p>
    <w:p>
      <w:pPr>
        <w:pStyle w:val="ArticleBody"/>
        <w:jc w:val="left"/>
      </w:pPr>
      <w:r>
        <w:rPr>
          <w:rFonts w:ascii="Times New Roman" w:hAnsi="Times New Roman" w:eastAsia="Times New Roman" w:cs="Times New Roman"/>
        </w:rPr>
        <w:t>Zanj yo te voye pou ede zanj pisan ki soti nan syèl la, e mwen te tande vwa ki te sanble ap sonnen toupatou: “Sòti ladan li, pèp mwen an, pou nou pa patisipe nan peche li yo, e pou nou pa resevwa nan kalamite li yo; paske peche li yo rive jouk nan syèl la, e Bondye sonje inikite li yo.” Mesaj sa a te sanble yon adisyon ak twazyèm mesaj la,—Kounye a, li fèk site Revelasyon 18:4, “Sòti ladan li, pèp mwen an, . . . .” E li di: “Mesaj sa a te sanble yon adisyon ak twazyèm mesaj [Zanj] la e li te ini avè l, menm jan rèl minwi a te ini ak mesaj dezyèm zanj lan an 1844.”</w:t>
      </w:r>
    </w:p>
    <w:p>
      <w:pPr>
        <w:pStyle w:val="ArticleBody"/>
        <w:jc w:val="left"/>
      </w:pPr>
      <w:r>
        <w:rPr>
          <w:rFonts w:ascii="Times New Roman" w:hAnsi="Times New Roman" w:eastAsia="Times New Roman" w:cs="Times New Roman"/>
        </w:rPr>
        <w:t>Mesaj Dezyèm Zanj lan rive nan mwa jen 1842, epi Kri Minwi a vin mete tèt li ansanm avè l nan mwa out 1844. Efizyon Lespri a sou mesaj sa a — apèl pou sòti nan Babilòn — se istwa Sè White sèvi pou dekri istwa 11 septanm 2001, lè Mesaj Twazyèm Zanj lan ini ak Katriyèm Zanj lan. Katriyèm Zanj lan se moman kote Zanj Pisan nan Revelasyon 18 desann.</w:t>
      </w:r>
    </w:p>
    <w:p>
      <w:pPr>
        <w:pStyle w:val="ArticleBody"/>
        <w:jc w:val="left"/>
      </w:pPr>
      <w:r>
        <w:rPr>
          <w:rFonts w:ascii="Times New Roman" w:hAnsi="Times New Roman" w:eastAsia="Times New Roman" w:cs="Times New Roman"/>
        </w:rPr>
        <w:t>«Mesaj sa a te sanble yon adisyon ak twazyèm mesaj la, e li te ini avè l, menm jan rèl minwi a te ini ak mesaj dezyèm zanj lan an 1844. Glwa Bondye te repoze sou sen yo ki te pasyan, ki t ap tann yo,» — Sou kiyès glwa Bondye te repoze? Sou moun ki pasyan yo — kisa? K ap tann. Sou sen yo ki pasyan, ki t ap tann yo. Dakò? Sen yo ki t ap tann yo; paske, nou nan istwa a kounye a kote pwofesi a di: «Benediksyon pou sila a ki tann, e ki rive nan 1335 la. Menm si vizyon an pran reta, tann li.» Moun ki pral resevwa dechaj Sentespri a se sen yo ki t ap tann yo.</w:t>
      </w:r>
    </w:p>
    <w:p>
      <w:pPr>
        <w:pStyle w:val="ArticleBody"/>
        <w:jc w:val="left"/>
      </w:pPr>
      <w:r>
        <w:rPr>
          <w:rFonts w:ascii="Times New Roman" w:hAnsi="Times New Roman" w:eastAsia="Times New Roman" w:cs="Times New Roman"/>
        </w:rPr>
        <w:t>“Laglwa Bondye te repoze sou sen yo ki t ap tann avèk pasyans, epi yo te bay dènye avètisman solanèl la san okenn laperèz, yo t ap pwoklame tonbe Babilòn, epi yo t ap rele pèp Bondye a pou yo soti nan mitan li, pou yo te ka chape anba sò terib li a.” — Natirèlman, sa a se nan epòk pa nou an; men, sen yo ki t ap tann nan epòk pa nou an se sen yo ki t ap tann nan Istwa Millerit la n ap konsidere a ki sèvi kòm prefigirasyon yo.</w:t>
      </w:r>
    </w:p>
    <w:p>
      <w:pPr>
        <w:pStyle w:val="ArticleBody"/>
        <w:jc w:val="left"/>
      </w:pPr>
      <w:r>
        <w:rPr>
          <w:rFonts w:ascii="Times New Roman" w:hAnsi="Times New Roman" w:eastAsia="Times New Roman" w:cs="Times New Roman"/>
        </w:rPr>
        <w:t>«Limyè ki te vide sou sila yo ki t ap tann yo te antre toupatou, e tout moun ki te gen kèk limyè nan legliz yo, ki pa t tande epi rejte twa mesaj yo, te reponn apèl la, epi yo te kite legliz tonbe yo.»—Se sa ki rele: «Sòti ladan l, pèp mwen an!» Sa ap pale de moun sa yo ki soti nan legliz Babilòn yo nan epòk pa nou an lè Lwa Dimanch la rive Ozetazini. Se legliz tonbe yo, legliz Babilòn yo.</w:t>
      </w:r>
    </w:p>
    <w:p>
      <w:pPr>
        <w:pStyle w:val="ArticleBody"/>
        <w:jc w:val="left"/>
      </w:pPr>
      <w:r>
        <w:rPr>
          <w:rFonts w:ascii="Times New Roman" w:hAnsi="Times New Roman" w:eastAsia="Times New Roman" w:cs="Times New Roman"/>
        </w:rPr>
        <w:t>“Anpil te rive nan laj responsabilite depi lè mesaj sa yo te bay yo, epi limyè a te klere sou yo, e yo te gen privilèj pou yo chwazi lavi oswa lanmò.”—Kounye a li ap di ke gen moun nan legliz Pwotestan yo jodi a ki rive nan laj responsabilite depi 22 oktòb 1844; e sa se vre. Moun ki nan legliz Pwotestan yo jodi a pa t vivan lè Mesaj Twazyèm Zanj lan te rive nan istwa Millerit la. Yo pa responsab pou rejè legliz Pwotestan yo te fè nan peryòd pa yo a, e sa se yon pwen kle pou remake si ou janm etidye kijan istwa Kris la ilistre fen lemonn nan; paske, teknikman, pwofetikman, Jerizalèm te kapab, te dwe detwi nan ane 34 apre Jezikri.</w:t>
      </w:r>
    </w:p>
    <w:p>
      <w:pPr>
        <w:pStyle w:val="ArticleBody"/>
        <w:jc w:val="left"/>
      </w:pPr>
      <w:r>
        <w:rPr>
          <w:rFonts w:ascii="Times New Roman" w:hAnsi="Times New Roman" w:eastAsia="Times New Roman" w:cs="Times New Roman"/>
        </w:rPr>
        <w:t>Te gen 490 ane tan pwobasyon ki te koupe pou Jwif yo soti nan 2300 ane ki make nan Danyèl 8 ak Danyèl 9. 490 ane sa yo te fini nan ane 34 aprè Jezikri avèk lapidasyon Etyèn. Nan moman sa a, sou plan pwofetik, Jerizalèm te dwe detwi, men li pa t detwi jouk nan ane 70. Nan The Great Controversy, Sè White di menm bagay la konsènan istwa sa a. Li di te gen timoun ak lòt moun ki pa t tande mesaj Kris la ak disip yo anvan ane 34, e Bondye, nan mizèrikòd Li, te ba yo tan pou yo te konfwonte ak mesaj la anvan destriksyon Jerizalèm. Li idantifye, menm jan Kris la fè sa, destriksyon Jerizalèm kòm yon ilistrasyon fen mond lan.</w:t>
      </w:r>
    </w:p>
    <w:p>
      <w:pPr>
        <w:pStyle w:val="ArticleBody"/>
        <w:jc w:val="left"/>
      </w:pPr>
      <w:r>
        <w:rPr>
          <w:rFonts w:ascii="Times New Roman" w:hAnsi="Times New Roman" w:eastAsia="Times New Roman" w:cs="Times New Roman"/>
        </w:rPr>
        <w:t>Istwa sa a prezante davans menm istwa li ap pale a. Lè Lwa Dimanch la rive Ozetazini epi mesaj la finalman ale bay legliz ki tonbe yo, pitit Bondye yo ki kounye a nan Babilòn pap responsab pou rejè legliz yo oswa zansèt yo te fè nan 19yèm syèk la.</w:t>
      </w:r>
    </w:p>
    <w:p>
      <w:pPr>
        <w:pStyle w:val="ArticleScripture"/>
        <w:jc w:val="left"/>
      </w:pPr>
      <w:r>
        <w:rPr>
          <w:rFonts w:ascii="Times New Roman" w:hAnsi="Times New Roman" w:eastAsia="Times New Roman" w:cs="Times New Roman"/>
        </w:rPr>
        <w:t>Anpil te rive nan laj responsablite depi lè mesaj sa yo te bay; limyè a te klere sou yo, epi yo te resevwa privilèj pou chwazi lavi oswa lanmò. Kèk te chwazi lavi, e yo te pran pozisyon yo ansanm ak moun k ap tann Seyè yo a, epi k ap kenbe tout kòmandman li yo. Twazyèm mesaj la te dwe fè travay pa li; tout moun te dwe sibi eprèv sou li, epi moun presye yo te dwe rele soti nan kò relijye yo. Yon pouvwa konvenkan ap aji sou moun ki sensè yo, tandiske manifestasyon pouvwa Bondye a kenbe fanmi ak zanmi yo nan laperèz ak anpechman, epi yo pa oze, ni yo pa gen pouvwa pou yo, anpeche moun ki santi travay Lespri Bondye a sou yo. Dènye apèl la rive menm jouk bò kote esklav pòv yo, epi moun ki pye nan mitan yo, avèk ekspresyon imil, vide chante yo ak yon lajwa ekstraòdinè devan espwa liberasyon beni yo a; e mèt yo pa ka fè yo sispann, paske laperèz ak sezisman kenbe yo an silans. Gwo mirak ap fèt, malad yo geri, epi siy ak mèvèy akonpaye moun ki kwè yo. Bondye ladan travay la, epi chak sen, san okenn krent pou konsekans yo, suiv konviksyon pwòp konsyans pa li, epi ini ak moun k ap kenbe tout kòmandman Bondye yo; epi yo fè twazyèm mesaj la sonnen byen lwen ak pouvwa. Mwen te wè twazyèm mesaj la t ap fini avèk yon puisans ak yon fòs ki depase anpil kri a minwi.</w:t>
      </w:r>
    </w:p>
    <w:p>
      <w:pPr>
        <w:pStyle w:val="ArticleBody"/>
        <w:jc w:val="left"/>
      </w:pPr>
      <w:r>
        <w:rPr>
          <w:rFonts w:ascii="Times New Roman" w:hAnsi="Times New Roman" w:eastAsia="Times New Roman" w:cs="Times New Roman"/>
        </w:rPr>
        <w:t>Nan de paragraf sa yo, se dezyèm fwa li konpare istwa pa nou nan epòk Lwa Dimanch la nan fen mond lan ak istwa Kri Minwi a. Premye fwa a, li di Zanj Pwisan nan Revelasyon 18 la ini ak Twazyèm Zanj lan menm jan Kri Minwi a te ini ak Dezyèm Zanj lan. Menmsi li ap pale sou istwa kriz Lwa Dimanch la, li klèman ap sèvi ak istwa Dezyèm Zanj lan kòm yon pwen referans. Yo se istwa paralèl.</w:t>
      </w:r>
    </w:p>
    <w:p>
      <w:pPr>
        <w:pStyle w:val="ArticleScripture"/>
        <w:jc w:val="left"/>
      </w:pPr>
      <w:r>
        <w:rPr>
          <w:rFonts w:ascii="Times New Roman" w:hAnsi="Times New Roman" w:eastAsia="Times New Roman" w:cs="Times New Roman"/>
        </w:rPr>
        <w:t>Sèvitè Bondye yo, resevwa pisans ki soti anwo a, ak figi yo limen epi klere avèk yon konsakrasyon sen, te sòti pou yo akonpli travay yo, epi pou yo pwoklame mesaj ki soti nan syèl la. Nanm ki te gaye toupatou nan mitan gwoup relijye yo te reponn apèl la, epi sa ki te gen anpil valè yo te prese fè yo soti nan legliz ki te kondane yo, menm jan yo te prese fè Lòt soti Sodòm anvan destriksyon li.</w:t>
      </w:r>
    </w:p>
    <w:p>
      <w:pPr>
        <w:pStyle w:val="ArticleBody"/>
        <w:jc w:val="left"/>
      </w:pPr>
      <w:r>
        <w:rPr>
          <w:rFonts w:ascii="Times New Roman" w:hAnsi="Times New Roman" w:eastAsia="Times New Roman" w:cs="Times New Roman"/>
        </w:rPr>
        <w:t>Lè li rive nan apèl pou sòti Babilòn nan, kit se nan fen mond lan oswa nan Mesaj Dezyèm Zanj lan, Lòt se yon senbòl istwa sa a ak destriksyon Sodòm nan.</w:t>
      </w:r>
    </w:p>
    <w:p>
      <w:pPr>
        <w:pStyle w:val="ArticleBody"/>
        <w:jc w:val="left"/>
      </w:pPr>
      <w:r>
        <w:rPr>
          <w:rFonts w:ascii="Times New Roman" w:hAnsi="Times New Roman" w:eastAsia="Times New Roman" w:cs="Times New Roman"/>
        </w:rPr>
        <w:t>Si vous comprenez correctement Daniel 11, au verset 41, le roi du Nord entre dans le pays glorieux et beaucoup succombent, mais « ceux-ci échapperont à sa main : Édom, Moab, et les principaux des enfants d’Ammon ». Moab et Ammon sont les enfants des deux filles de Lot. La famille de Lot représente ceux qui échappent à la main de la papauté lors de la crise de la loi du dimanche.</w:t>
      </w:r>
    </w:p>
    <w:p>
      <w:pPr>
        <w:pStyle w:val="ArticleBody"/>
        <w:jc w:val="left"/>
      </w:pPr>
      <w:r>
        <w:rPr>
          <w:rFonts w:ascii="Times New Roman" w:hAnsi="Times New Roman" w:eastAsia="Times New Roman" w:cs="Times New Roman"/>
        </w:rPr>
        <w:t>Sè White sèvi ak senbolis sa a. Legliz ki tonbe yo reprezante pa Lòt, epi moun ki te presye yo te prese fè yo soti nan legliz kondane yo, menm jan yo te prese fè Lòt soti Sodòm anvan destriksyon li. Pèp Bondye a te vin pare e yo te vin ranfòse pa laglwa ekselan an ki te desann sou yo an abondans rich, pou prepare yo pou yo sipòte lè tantasyon an. Yo te tande yon foul vwa toupatou, k ap di: “Men pasyans sen yo; men sila yo ki kenbe kòmandman Bondye yo, ak lafwa Jezi.”</w:t>
      </w:r>
    </w:p>
    <w:p>
      <w:pPr>
        <w:pStyle w:val="ArticleBody"/>
        <w:jc w:val="left"/>
      </w:pPr>
      <w:r>
        <w:rPr>
          <w:rFonts w:ascii="Times New Roman" w:hAnsi="Times New Roman" w:eastAsia="Times New Roman" w:cs="Times New Roman"/>
        </w:rPr>
        <w:t>Pandan li ap pale sou apèl pou sòti Babilòn nan nan fen mond lan, li sèvi ak istwa Mesaj Dezyèm Zanj lan nan epòk Millerit la pou dekri apèl sa a. Mesaj Dezyèm Zanj lan se yon apèl pou sòti Babilòn, epi istwa sa a tipifye istwa kriz Lwa Dimanch la.</w:t>
      </w:r>
    </w:p>
    <w:p>
      <w:pPr>
        <w:pStyle w:val="ArticleBody"/>
        <w:jc w:val="left"/>
      </w:pPr>
      <w:r>
        <w:rPr>
          <w:rFonts w:ascii="Times New Roman" w:hAnsi="Times New Roman" w:eastAsia="Times New Roman" w:cs="Times New Roman"/>
        </w:rPr>
        <w:t>Youn nan referans biblik Ellen White sèvi avè l pou dekri istwa sa a se istwa Sodòm ak Gomò. Nou pral li nan Jenèz 19:1-11, ki fè pati istwa Lòt la.</w:t>
      </w:r>
    </w:p>
    <w:p>
      <w:pPr>
        <w:pStyle w:val="ArticleScripture"/>
        <w:jc w:val="left"/>
      </w:pPr>
      <w:r>
        <w:rPr>
          <w:rFonts w:ascii="Times New Roman" w:hAnsi="Times New Roman" w:eastAsia="Times New Roman" w:cs="Times New Roman"/>
        </w:rPr>
        <w:t>Lè de zanj rive Sodòm nan aswè; epi Lòt te chita nan pòtay Sodòm nan. Lè Lòt wè yo, li leve al kontre yo; li bese tèt li jouk atè, ak figi li fas atè. Epi li di: Men kounye a, mesye m yo, tanpri vire antre lakay sèvitè nou an; pase nwit la la, lave pye nou, epi nan granmaten n a leve, n a pran chemen nou. Yo reponn: Non; nou va pase nwit la nan lari a. Men li te ensiste anpil bò kote yo; konsa yo vire antre lakay li, yo antre nan kay li. Li fè yo yon fèt, li kwit pen san ledven, epi yo manje. Men anvan yo te kouche, mesye lavil la, menm mesye Sodòm yo, antoure kay la toupatou, ni granmoun ni jenn moun, tout pèp la soti nan tout katye. Yo rele Lòt, yo di li: Kote mesye ki te vin lakay ou lannuit sa a? Mennen yo soti ban nou, pou nou ka konnen yo. Lòt soti bò pòt la vin jwenn yo, li fèmen pòt la dèyè li, epi li di: Tanpri, frè m yo, pa fè mechanste sa a. Gade kounye a, mwen gen de pitit fi ki poko janm konnen gason; tanpri, kite m mennen yo soti ban nou, epi fè yo sa ki bon nan je nou; sèlman, pa fè mesye sa yo anyen, paske se pou sa yo antre anba lonbraj twati kay mwen an. Yo di li: Rete lwen! Epi yo di ankò: Nèg sa a te vini kòm etranje, epi li vle fè jij! Kounye a, n a aji pi mal avè w pase avè yo. Yo te peze nonm lan di anpil, menm Lòt, epi yo pwoche pou kraze pòt la. Men mesye yo lonje men yo, yo rale Lòt antre nan kay la bò kote yo, epi yo fèmen pòt la. Epi yo frape mesye ki te bò pòt kay la ak avègman, ni piti ni gran; konsa yo te bouke ap chèche pòt la.</w:t>
      </w:r>
    </w:p>
    <w:p>
      <w:pPr>
        <w:pStyle w:val="ArticleHeading"/>
        <w:jc w:val="left"/>
      </w:pPr>
      <w:r>
        <w:rPr>
          <w:rFonts w:ascii="Arial" w:hAnsi="Arial" w:eastAsia="Arial" w:cs="Arial"/>
        </w:rPr>
        <w:t>Tès pwogresif ak tan retad la</w:t>
      </w:r>
    </w:p>
    <w:p>
      <w:pPr>
        <w:pStyle w:val="ArticleBody"/>
        <w:jc w:val="left"/>
      </w:pPr>
      <w:r>
        <w:rPr>
          <w:rFonts w:ascii="Times New Roman" w:hAnsi="Times New Roman" w:eastAsia="Times New Roman" w:cs="Times New Roman"/>
        </w:rPr>
        <w:t>Sè White pale de yon pwosesis eprèv pwogresif nan tan Kris la ak nan tan Millerit yo, sa ki montre yon pwosesis eprèv pwogresif pou nou. Nan Early Writings, paj 259, li di:</w:t>
      </w:r>
    </w:p>
    <w:p>
      <w:pPr>
        <w:pStyle w:val="ArticleScripture"/>
        <w:jc w:val="left"/>
      </w:pPr>
      <w:r>
        <w:rPr>
          <w:rFonts w:ascii="Times New Roman" w:hAnsi="Times New Roman" w:eastAsia="Times New Roman" w:cs="Times New Roman"/>
        </w:rPr>
        <w:t>“Moun ki pa t vle resevwa mesaj Jan Batis la pa t kapab tire okenn benefis nan ansèyman Jezi yo; menm jan an tou, yo pa t kapab tire okenn benefis nan ministè Kris la nan Tanp lan anwo a.” Apre sa, li di: “Moun ki pa t resevwa mesaj Premye Zanj lan pa t kapab tire okenn benefis nan mesaj Dezyèm Zanj lan; ni yo pa t kapab tire okenn benefis nan Kri Minwi a.”</w:t>
      </w:r>
    </w:p>
    <w:p>
      <w:pPr>
        <w:pStyle w:val="ArticleBody"/>
        <w:jc w:val="left"/>
      </w:pPr>
      <w:r>
        <w:rPr>
          <w:rFonts w:ascii="Times New Roman" w:hAnsi="Times New Roman" w:eastAsia="Times New Roman" w:cs="Times New Roman"/>
        </w:rPr>
        <w:t>Nan pasaj sa a nan *Early Writings*, 259, lè pòt la fèmen nan tan Kris la, Jwif yo nan yon tenèb total, nan avègman nèt.</w:t>
      </w:r>
    </w:p>
    <w:p>
      <w:pPr>
        <w:pStyle w:val="ArticleBody"/>
        <w:jc w:val="left"/>
      </w:pPr>
      <w:r>
        <w:rPr>
          <w:rFonts w:ascii="Times New Roman" w:hAnsi="Times New Roman" w:eastAsia="Times New Roman" w:cs="Times New Roman"/>
        </w:rPr>
        <w:t>Istwa Milerit la konsènan Dezyèm Anj lan se istwa Lòt. De zanj yo vini nan vil la (jen 1842), mesaj Dezyèm Anj lan rive, epi Lòt fè yo rete pase nwit la (Tan Reta a). Gen yon jijman, epi apre sa yon pòt fèmen (22 oktòb 1844).</w:t>
      </w:r>
    </w:p>
    <w:p>
      <w:pPr>
        <w:pStyle w:val="ArticleBody"/>
        <w:jc w:val="left"/>
      </w:pPr>
      <w:r>
        <w:rPr>
          <w:rFonts w:ascii="Times New Roman" w:hAnsi="Times New Roman" w:eastAsia="Times New Roman" w:cs="Times New Roman"/>
        </w:rPr>
        <w:t>Nou pral egzamine yon lòt istwa biblik kote yon tan reta aliyen ak istwa Milerit la anvan nou rasanble sa ansanm.</w:t>
      </w:r>
    </w:p>
    <w:p>
      <w:pPr>
        <w:pStyle w:val="ArticleHeading"/>
        <w:jc w:val="left"/>
      </w:pPr>
      <w:r>
        <w:rPr>
          <w:rFonts w:ascii="Arial" w:hAnsi="Arial" w:eastAsia="Arial" w:cs="Arial"/>
        </w:rPr>
        <w:t>Moïse, le Sanctuaire et le Temps d’Attente</w:t>
      </w:r>
    </w:p>
    <w:p>
      <w:pPr>
        <w:pStyle w:val="ArticleBody"/>
        <w:jc w:val="left"/>
      </w:pPr>
      <w:r>
        <w:rPr>
          <w:rFonts w:ascii="Times New Roman" w:hAnsi="Times New Roman" w:eastAsia="Times New Roman" w:cs="Times New Roman"/>
        </w:rPr>
        <w:t>Istwa ki vin apre a se Moyiz k ap resevwa enstriksyon sou fason pou bati Tanp lan ak Lwa a.</w:t>
      </w:r>
    </w:p>
    <w:p>
      <w:pPr>
        <w:pStyle w:val="ArticleScripture"/>
        <w:jc w:val="left"/>
      </w:pPr>
      <w:r>
        <w:rPr>
          <w:rFonts w:ascii="Times New Roman" w:hAnsi="Times New Roman" w:eastAsia="Times New Roman" w:cs="Times New Roman"/>
        </w:rPr>
        <w:t>"Sou setyèm jou a, ki te jou Saba a, yo rele Moyiz monte nan nyaj la. Gwo nyaj epè a louvri devan je tout Izrayèl, epi glwa Senyè a pete parèt tankou yon dife k ap devore. 'Epi Moyiz antre nan mitan nyaj la, epi li monte sou mòn nan; e Moyiz te sou mòn nan pandan karant jou ak karant nwit.' Patriarchs and Prophets, 313, 314."</w:t>
      </w:r>
    </w:p>
    <w:p>
      <w:pPr>
        <w:pStyle w:val="ArticleBody"/>
        <w:jc w:val="left"/>
      </w:pPr>
      <w:r>
        <w:rPr>
          <w:rFonts w:ascii="Times New Roman" w:hAnsi="Times New Roman" w:eastAsia="Times New Roman" w:cs="Times New Roman"/>
        </w:rPr>
        <w:t>Karant jou rete Moyiz te rete sou mòn nan pa t gen ladan sis jou preparasyon yo.</w:t>
      </w:r>
    </w:p>
    <w:p>
      <w:pPr>
        <w:pStyle w:val="ArticleBody"/>
        <w:jc w:val="left"/>
      </w:pPr>
      <w:r>
        <w:rPr>
          <w:rFonts w:ascii="Times New Roman" w:hAnsi="Times New Roman" w:eastAsia="Times New Roman" w:cs="Times New Roman"/>
        </w:rPr>
        <w:t>Pandan istwa sa a, Moyiz te pase 46 jou ap resevwa enstriksyon sou fason pou bati tanp lan, sa ki mache ann akò ak 46 ane ki soti 1798 rive 1844, lè Senyè a te leve tanp Millerit la, ansanm ak 46 ane rekonstriksyon tanp lan pa Ewòd, jan sa make nan Jan 2:20, epi tou ak 46 kwomozòm tanp imen an. Pandan sis jou yo, Jozye te avèk Moyiz, epi ansanm yo te manje laman epi yo te bwè nan ravin ki te desann sòti nan mòn lan. Jozye pa t antre nan nwaj la avèk Moyiz, men li te rete deyò a, ap manje ak bwè chak jou pandan li t ap tann retou Moyiz, tandiske Moyiz te fè jèn pandan karant jou yo.</w:t>
      </w:r>
    </w:p>
    <w:p>
      <w:pPr>
        <w:pStyle w:val="ArticleBody"/>
        <w:jc w:val="left"/>
      </w:pPr>
      <w:r>
        <w:rPr>
          <w:rFonts w:ascii="Times New Roman" w:hAnsi="Times New Roman" w:eastAsia="Times New Roman" w:cs="Times New Roman"/>
        </w:rPr>
        <w:t>Pandan li t ap rete sou mòn nan, Moyiz te resevwa enstriksyon pou bati yon sanktyè kote prezans diven an t ap manifeste yon fason espesyal. “Se pou yo fè yon sanktyè pou Mwen, pou M ka rete nan mitan yo” (Egzòd 25:8), se te kòmandman Bondye.</w:t>
      </w:r>
    </w:p>
    <w:p>
      <w:pPr>
        <w:pStyle w:val="ArticleBody"/>
        <w:jc w:val="left"/>
      </w:pPr>
      <w:r>
        <w:rPr>
          <w:rFonts w:ascii="Times New Roman" w:hAnsi="Times New Roman" w:eastAsia="Times New Roman" w:cs="Times New Roman"/>
        </w:rPr>
        <w:t>Se la kote nou jwenn nonb 46 ki asosye ak konstriksyon Tanp lan.</w:t>
      </w:r>
    </w:p>
    <w:p>
      <w:pPr>
        <w:pStyle w:val="ArticleBody"/>
        <w:jc w:val="left"/>
      </w:pPr>
      <w:r>
        <w:rPr>
          <w:rFonts w:ascii="Times New Roman" w:hAnsi="Times New Roman" w:eastAsia="Times New Roman" w:cs="Times New Roman"/>
        </w:rPr>
        <w:t>N ap li nan Egzòd e n ap remake yon tan reta nan istwa sa a, jan li prefigire tan reta a nan epòk Kris la, nan tan Millerit yo, ak nan fen mond lan. Tan reta a pwodui anviwònman ki pèmèt Kri Minwi a pwoklame epi pou li pwodui de kategori adoratè. San tan reta a, dinamik istwa sa a pa t ap an plas pou sa Senyè a vle akonpli nan Kri Minwi a. Nou dwe wè sa tan reta a reprezante.</w:t>
      </w:r>
    </w:p>
    <w:p>
      <w:pPr>
        <w:pStyle w:val="ArticleScripture"/>
        <w:jc w:val="left"/>
      </w:pPr>
      <w:r>
        <w:rPr>
          <w:rFonts w:ascii="Times New Roman" w:hAnsi="Times New Roman" w:eastAsia="Times New Roman" w:cs="Times New Roman"/>
        </w:rPr>
        <w:t>Li di Moyiz: Monte bò kote Senyè a, ou menm, Arawon, Nadab, Abiyou, ak swasanndis nan ansyen Izrayèl yo; epi adore byen lwen. . . . Epi Moyiz pran mwatye nan san an, li mete l nan bòl; epi lòt mwatye nan san an li voye l sou lotèl la. Li pran liv alyans lan, li li l devan pèp la; epi yo di: Tou sa Senyè a di a, n ap fè l, epi n ap obeyi. Epi Moyiz pran san an, li voye l sou pèp la, epi li di: Men san alyans lan, Senyè a fè avèk nou konsènan tout pawòl sa yo. Egzòd 24:1, 6-8.</w:t>
      </w:r>
    </w:p>
    <w:p>
      <w:pPr>
        <w:pStyle w:val="ArticleBody"/>
        <w:jc w:val="left"/>
      </w:pPr>
      <w:r>
        <w:rPr>
          <w:rFonts w:ascii="Times New Roman" w:hAnsi="Times New Roman" w:eastAsia="Times New Roman" w:cs="Times New Roman"/>
        </w:rPr>
        <w:t>Peryòd 46 jou sa a, Tan Taryans sa a, se lè Seyè a ap antre nan alyans avèk yon pèp.</w:t>
      </w:r>
    </w:p>
    <w:p>
      <w:pPr>
        <w:pStyle w:val="ArticleBody"/>
        <w:jc w:val="left"/>
      </w:pPr>
      <w:r>
        <w:rPr>
          <w:rFonts w:ascii="Times New Roman" w:hAnsi="Times New Roman" w:eastAsia="Times New Roman" w:cs="Times New Roman"/>
        </w:rPr>
        <w:t>Èske Senyè a te antre nan alyans ak Millerit yo nan listwa sa a? Wi.</w:t>
      </w:r>
    </w:p>
    <w:p>
      <w:pPr>
        <w:pStyle w:val="ArticleBody"/>
        <w:jc w:val="left"/>
      </w:pPr>
      <w:r>
        <w:rPr>
          <w:rFonts w:ascii="Times New Roman" w:hAnsi="Times New Roman" w:eastAsia="Times New Roman" w:cs="Times New Roman"/>
        </w:rPr>
        <w:t>Èske Li te antre nan alyans avèk Legliz kretyen an nan Pannkòt, nan tan Kris la? Wi.</w:t>
      </w:r>
    </w:p>
    <w:p>
      <w:pPr>
        <w:pStyle w:val="ArticleBody"/>
        <w:jc w:val="left"/>
      </w:pPr>
      <w:r>
        <w:rPr>
          <w:rFonts w:ascii="Times New Roman" w:hAnsi="Times New Roman" w:eastAsia="Times New Roman" w:cs="Times New Roman"/>
        </w:rPr>
        <w:t>Kidonk, tan reta sa a se youn nan siy ki make lè Senyè a antre nan alyans avèk yon pèp.</w:t>
      </w:r>
    </w:p>
    <w:p>
      <w:pPr>
        <w:pStyle w:val="ArticleScripture"/>
        <w:jc w:val="left"/>
      </w:pPr>
      <w:r>
        <w:rPr>
          <w:rFonts w:ascii="Times New Roman" w:hAnsi="Times New Roman" w:eastAsia="Times New Roman" w:cs="Times New Roman"/>
        </w:rPr>
        <w:t>Epi Senyè a di Moyiz: Monte vin jwenn mwen sou mòn nan, epi rete la; e m ap ba ou tablèt wòch yo, ansanm ak lwa a ak kòmandman mwen te ekri yo, pou ou ka anseye yo. Epi Moyiz leve, ansanm ak Jozye, sèvitè li a; epi Moyiz monte sou mòn Bondye a. Epi li di ansyen yo: Rete tann nou isit la, jouk nou tounen vin jwenn nou ankò; epi gade, Arawon ak Ou yo avèk nou: si yon moun gen nenpòt zafè pou regle, se pou li ale kot yo. Epi Moyiz monte sou mòn nan, epi yon nwaj kouvri mòn nan. Epi laglwa Senyè a te rete sou mòn Sinayi, epi nwaj la te kouvri l pandan sis jou; epi sou setyèm jou a li rele Moyiz soti nan mitan nwaj la. Epi aparans laglwa Senyè a te tankou yon dife k ap devore sou tèt mòn nan devan je pitit Izrayèl yo. Epi Moyiz antre nan mitan nwaj la epi li monte sou mòn nan; epi Moyiz te sou mòn nan pandan karant jou ak karant nwit. Egzòd 24:12-18.</w:t>
      </w:r>
    </w:p>
    <w:p>
      <w:pPr>
        <w:pStyle w:val="ArticleBody"/>
        <w:jc w:val="left"/>
      </w:pPr>
      <w:r>
        <w:rPr>
          <w:rFonts w:ascii="Times New Roman" w:hAnsi="Times New Roman" w:eastAsia="Times New Roman" w:cs="Times New Roman"/>
        </w:rPr>
        <w:t>Nan istwa Moyiz la, nou wè yon tan reta. Pandan tan sa a, de tab yo senbolize alyans lan, epi Seyè a ap antre nan alyans ak ap bay Moyiz enstriksyon sou fason pou bati tanp lan.</w:t>
      </w:r>
    </w:p>
    <w:p>
      <w:pPr>
        <w:pStyle w:val="ArticleBody"/>
        <w:jc w:val="left"/>
      </w:pPr>
      <w:r>
        <w:rPr>
          <w:rFonts w:ascii="Times New Roman" w:hAnsi="Times New Roman" w:eastAsia="Times New Roman" w:cs="Times New Roman"/>
        </w:rPr>
        <w:t>Soti nan 1798 rive 1844, pandan 46 ane sa yo, Senyè a t ap leve tanp Millerit la pou Li te kapab antre nan alyans ak Izrayèl modèn.</w:t>
      </w:r>
    </w:p>
    <w:p>
      <w:pPr>
        <w:pStyle w:val="ArticleBody"/>
        <w:jc w:val="left"/>
      </w:pPr>
      <w:r>
        <w:rPr>
          <w:rFonts w:ascii="Times New Roman" w:hAnsi="Times New Roman" w:eastAsia="Times New Roman" w:cs="Times New Roman"/>
        </w:rPr>
        <w:t>Peryòd nou sot li a konsènan Moyiz ak tan kote 70 ansyen yo t ap tann lan rele Pannkòt nan istwa biblik la—senkant jou apre Pak. Seyè a te bay Izrayèl lòd pou yo komemore Pannkòt pou tout tan. Nan Nouvo Testaman an, Pannkòt se yon pwen santral nan legliz kretyen premye tan an, kòm komemorasyon menm istwa sa a. Nou jwenn menm eleman yo nan Pannkòt nan tan Kris la, nan istwa Millerit yo, epi eleman sa yo pral repete nan fen mond lan.</w:t>
      </w:r>
    </w:p>
    <w:p>
      <w:pPr>
        <w:pStyle w:val="ArticleHeading"/>
        <w:jc w:val="left"/>
      </w:pPr>
      <w:r>
        <w:rPr>
          <w:rFonts w:ascii="Arial" w:hAnsi="Arial" w:eastAsia="Arial" w:cs="Arial"/>
        </w:rPr>
        <w:t>Pannkot ak tan tan yo te rete ap tann nan Nouvo Testaman an</w:t>
      </w:r>
    </w:p>
    <w:p>
      <w:pPr>
        <w:pStyle w:val="ArticleBody"/>
        <w:jc w:val="left"/>
      </w:pPr>
      <w:r>
        <w:rPr>
          <w:rFonts w:ascii="Times New Roman" w:hAnsi="Times New Roman" w:eastAsia="Times New Roman" w:cs="Times New Roman"/>
        </w:rPr>
        <w:t>Annou gade Pannkòt la nan Lik 24:44-52, pandan istwa chemen Emayis la.</w:t>
      </w:r>
    </w:p>
    <w:p>
      <w:pPr>
        <w:pStyle w:val="ArticleBody"/>
        <w:jc w:val="left"/>
      </w:pPr>
      <w:r>
        <w:rPr>
          <w:rFonts w:ascii="Times New Roman" w:hAnsi="Times New Roman" w:eastAsia="Times New Roman" w:cs="Times New Roman"/>
        </w:rPr>
        <w:t>Byen bonè nan Lik, de disip yo ki t ap mache avèk Jezi mande L pou L rete avèk yo. Bib la sèvi ak mo “rete.” Gen yon tan rete ki make la, men nou vle make yon lòt tan rete nan menm istwa sa a.</w:t>
      </w:r>
    </w:p>
    <w:p>
      <w:pPr>
        <w:pStyle w:val="ArticleScripture"/>
        <w:jc w:val="left"/>
      </w:pPr>
      <w:r>
        <w:rPr>
          <w:rFonts w:ascii="Times New Roman" w:hAnsi="Times New Roman" w:eastAsia="Times New Roman" w:cs="Times New Roman"/>
        </w:rPr>
        <w:t>Epi li [Jezi] di yo: Men pawòl mwen te di nou yo, lè m te ankò avèk nou, se te pou tout bagay ki te ekri konsènan mwen nan lalwa Moyiz la, nan pwofèt yo, ak nan Sòm yo, te dwe akonpli. Lè sa a, li louvri lespri yo, pou yo te kapab konprann Ekriti yo. Epi li di yo: Se konsa sa ekri, e se konsa Kris la te dwe soufri, epi leve soti vivan pami mò yo sou twazyèm jou a; epi pou repantans ak padon peche yo ta dwe preche nan non li bay tout nasyon yo, kòmanse nan Jerizalèm. Epi nou se temwen bagay sa yo. Epi gade, mwen voye pwomès Papa mwen an sou nou; men rete nan vil Jerizalèm, jiskaske nou resevwa pisans ki soti anwo a.</w:t>
      </w:r>
    </w:p>
    <w:p>
      <w:pPr>
        <w:pStyle w:val="ArticleBody"/>
        <w:jc w:val="left"/>
      </w:pPr>
      <w:r>
        <w:rPr>
          <w:rFonts w:ascii="Times New Roman" w:hAnsi="Times New Roman" w:eastAsia="Times New Roman" w:cs="Times New Roman"/>
        </w:rPr>
        <w:t>Tan ki retad la make pa kòmandman pou rete tann nan Jerizalèm pou resevwa pouvwa. Se la kote mesaj la resevwa pouvwa li pou Millerit yo.</w:t>
      </w:r>
    </w:p>
    <w:p>
      <w:pPr>
        <w:pStyle w:val="ArticleBody"/>
        <w:jc w:val="left"/>
      </w:pPr>
      <w:r>
        <w:rPr>
          <w:rFonts w:ascii="Times New Roman" w:hAnsi="Times New Roman" w:eastAsia="Times New Roman" w:cs="Times New Roman"/>
        </w:rPr>
        <w:t>Rete tann vle di rete tann. “Benediksyon pou moun ki ret tann nan.” Pou kisa? Pisans la.</w:t>
      </w:r>
    </w:p>
    <w:p>
      <w:pPr>
        <w:pStyle w:val="ArticleBody"/>
        <w:jc w:val="left"/>
      </w:pPr>
      <w:r>
        <w:rPr>
          <w:rFonts w:ascii="Times New Roman" w:hAnsi="Times New Roman" w:eastAsia="Times New Roman" w:cs="Times New Roman"/>
        </w:rPr>
        <w:t>Ou pa kapab konprann kòrèkteman puisans yo resevwa pou Kri Minwi a, sof si ou konprann tan reta a, kote yo resevwa lòd pou tann puisans sa a. Sa fè pati istwa a. Pou limyè ki te tabli dèyè ou a kontinye klere, ou dwe konprann tout istwa a.</w:t>
      </w:r>
    </w:p>
    <w:p>
      <w:pPr>
        <w:pStyle w:val="ArticleBody"/>
        <w:jc w:val="left"/>
      </w:pPr>
      <w:r>
        <w:rPr>
          <w:rFonts w:ascii="Times New Roman" w:hAnsi="Times New Roman" w:eastAsia="Times New Roman" w:cs="Times New Roman"/>
        </w:rPr>
        <w:t>Ou ka poko wè kote sa ap mennen, men demen sa ap vin klè.</w:t>
      </w:r>
    </w:p>
    <w:p>
      <w:pPr>
        <w:pStyle w:val="ArticleHeading"/>
        <w:jc w:val="left"/>
      </w:pPr>
      <w:r>
        <w:rPr>
          <w:rFonts w:ascii="Arial" w:hAnsi="Arial" w:eastAsia="Arial" w:cs="Arial"/>
        </w:rPr>
        <w:t>Twa Pwofesi yo ak Tan Retad la</w:t>
      </w:r>
    </w:p>
    <w:p>
      <w:pPr>
        <w:pStyle w:val="ArticleBody"/>
        <w:jc w:val="left"/>
      </w:pPr>
      <w:r>
        <w:rPr>
          <w:rFonts w:ascii="Times New Roman" w:hAnsi="Times New Roman" w:eastAsia="Times New Roman" w:cs="Times New Roman"/>
        </w:rPr>
        <w:t>Twa pwofesi te mennen Millerit yo nan yon move konsepsyon ki te lakòz tan reta a ak premye desepsyon an. Pwofesi sa yo se menm twa sa yo William Miller te di yo te ba li kòmansman an pou yo: 1335 la, 2520 la, ak 2300 jou yo.</w:t>
      </w:r>
    </w:p>
    <w:p>
      <w:pPr>
        <w:pStyle w:val="ArticleBody"/>
        <w:jc w:val="left"/>
      </w:pPr>
      <w:r>
        <w:rPr>
          <w:rFonts w:ascii="Times New Roman" w:hAnsi="Times New Roman" w:eastAsia="Times New Roman" w:cs="Times New Roman"/>
        </w:rPr>
        <w:t>Si vous comprenez que le temps du retard est une composante précise du Cri de Minuit, vous devez demander ce qui a produit le temps du retard. C’étaient ces trois prophéties de temps : les 1335, les 2520 et les 2300.</w:t>
      </w:r>
    </w:p>
    <w:p>
      <w:pPr>
        <w:pStyle w:val="ArticleBody"/>
        <w:jc w:val="left"/>
      </w:pPr>
      <w:r>
        <w:rPr>
          <w:rFonts w:ascii="Times New Roman" w:hAnsi="Times New Roman" w:eastAsia="Times New Roman" w:cs="Times New Roman"/>
        </w:rPr>
        <w:t>Si vous rejetez la prophétie des 2520 et des 1335, vous niez le Cri de Minuit et tombez du sentier vers le monde impie d’en bas.</w:t>
      </w:r>
    </w:p>
    <w:p>
      <w:pPr>
        <w:pStyle w:val="ArticleBody"/>
        <w:jc w:val="left"/>
      </w:pPr>
      <w:r>
        <w:rPr>
          <w:rFonts w:ascii="Times New Roman" w:hAnsi="Times New Roman" w:eastAsia="Times New Roman" w:cs="Times New Roman"/>
        </w:rPr>
        <w:t>Se la nou prale avèk tout sa.</w:t>
      </w:r>
    </w:p>
    <w:p>
      <w:pPr>
        <w:pStyle w:val="ArticleBody"/>
        <w:jc w:val="left"/>
      </w:pPr>
      <w:r>
        <w:rPr>
          <w:rFonts w:ascii="Times New Roman" w:hAnsi="Times New Roman" w:eastAsia="Times New Roman" w:cs="Times New Roman"/>
        </w:rPr>
        <w:t>Yo rete paske yo dwe tann pouvwa ki soti anwo a; epi nan Istwa Milerit la, pouvwa sa a se te Kri Minwi a.</w:t>
      </w:r>
    </w:p>
    <w:p>
      <w:pPr>
        <w:pStyle w:val="ArticleScripture"/>
        <w:jc w:val="left"/>
      </w:pPr>
      <w:r>
        <w:rPr>
          <w:rFonts w:ascii="Times New Roman" w:hAnsi="Times New Roman" w:eastAsia="Times New Roman" w:cs="Times New Roman"/>
        </w:rPr>
        <w:t>Men rete nou nan lavil Jerizalèm, jouk lè nou va revèti avèk pisans ki soti anwo. Epi li mennen yo deyò jouk rive Betani; li leve men li, epi li beni yo. Epi, pandan li t ap beni yo, li separe ak yo, epi yo te pote l monte nan syèl la. Epi yo adore li, epi yo tounen Jerizalèm avèk yon gwo kè kontan. Lik 24:49-52.</w:t>
      </w:r>
    </w:p>
    <w:p>
      <w:pPr>
        <w:pStyle w:val="ArticleBody"/>
        <w:jc w:val="left"/>
      </w:pPr>
      <w:r>
        <w:rPr>
          <w:rFonts w:ascii="Times New Roman" w:hAnsi="Times New Roman" w:eastAsia="Times New Roman" w:cs="Times New Roman"/>
        </w:rPr>
        <w:t>Betani se yon katye andeyò Jerizalèm, apeprè yon mil edmi lwen vil la. Nan epòk Jezi a, sa te yon distans ki enpòtan, paske moun te mache toupatou.</w:t>
      </w:r>
    </w:p>
    <w:p>
      <w:pPr>
        <w:pStyle w:val="ArticleBody"/>
        <w:jc w:val="left"/>
      </w:pPr>
      <w:r>
        <w:rPr>
          <w:rFonts w:ascii="Times New Roman" w:hAnsi="Times New Roman" w:eastAsia="Times New Roman" w:cs="Times New Roman"/>
        </w:rPr>
        <w:t>Betani vle di “Kay Moun Pòv yo.”</w:t>
      </w:r>
    </w:p>
    <w:p>
      <w:pPr>
        <w:pStyle w:val="ArticleBody"/>
        <w:jc w:val="left"/>
      </w:pPr>
      <w:r>
        <w:rPr>
          <w:rFonts w:ascii="Times New Roman" w:hAnsi="Times New Roman" w:eastAsia="Times New Roman" w:cs="Times New Roman"/>
        </w:rPr>
        <w:t>Kote Jezi te pi renmen rete a se te Betani, kote Laza, Mari, ak Mat te rete.</w:t>
      </w:r>
    </w:p>
    <w:p>
      <w:pPr>
        <w:pStyle w:val="ArticleBody"/>
        <w:jc w:val="left"/>
      </w:pPr>
      <w:r>
        <w:rPr>
          <w:rFonts w:ascii="Times New Roman" w:hAnsi="Times New Roman" w:eastAsia="Times New Roman" w:cs="Times New Roman"/>
        </w:rPr>
        <w:t>Li enpòtan pou nou remake ke Antre triyonfal la se istwa Sè White itilize pou dekri Kri Minwi a.</w:t>
      </w:r>
    </w:p>
    <w:p>
      <w:pPr>
        <w:pStyle w:val="ArticleBody"/>
        <w:jc w:val="left"/>
      </w:pPr>
      <w:r>
        <w:rPr>
          <w:rFonts w:ascii="Times New Roman" w:hAnsi="Times New Roman" w:eastAsia="Times New Roman" w:cs="Times New Roman"/>
        </w:rPr>
        <w:t>Anvan Jezi te antre Jerizalèm pou Antre Trionfal la, li te rete Betani, Kay Pòv yo. Gen yon tan rete tann ki vini anvan Antre Trionfal la, menm jan gen yon tan rete tann ki vini anvan Kri Minwi a. Yo se istwa paralèl, men nou toujou ap trete Lik 24:44-52, epi n ap tann ak rete Jerizalèm.</w:t>
      </w:r>
    </w:p>
    <w:p>
      <w:pPr>
        <w:pStyle w:val="ArticleBody"/>
        <w:jc w:val="left"/>
      </w:pPr>
      <w:r>
        <w:rPr>
          <w:rFonts w:ascii="Times New Roman" w:hAnsi="Times New Roman" w:eastAsia="Times New Roman" w:cs="Times New Roman"/>
        </w:rPr>
        <w:t>Nan Ekriti Premye yo, paj 247, pandan l ap pale de Istwa Millerit la, Sè White di:</w:t>
      </w:r>
    </w:p>
    <w:p>
      <w:pPr>
        <w:pStyle w:val="ArticleScripture"/>
        <w:jc w:val="left"/>
      </w:pPr>
      <w:r>
        <w:rPr>
          <w:rFonts w:ascii="Times New Roman" w:hAnsi="Times New Roman" w:eastAsia="Times New Roman" w:cs="Times New Roman"/>
        </w:rPr>
        <w:t>Moun ki te desi yo te wè nan Ekriti yo ke yo te nan tan retad la, e ke yo te dwe tann avèk pasyans akonplisman vizyon an. Menm prèv ki te mennen yo pou yo t ap tann Seyè yo an 1843, te mennen yo pou yo te atann li an 1844.</w:t>
      </w:r>
    </w:p>
    <w:p>
      <w:pPr>
        <w:pStyle w:val="ArticleBody"/>
        <w:jc w:val="left"/>
      </w:pPr>
      <w:r>
        <w:rPr>
          <w:rFonts w:ascii="Times New Roman" w:hAnsi="Times New Roman" w:eastAsia="Times New Roman" w:cs="Times New Roman"/>
        </w:rPr>
        <w:t>Nan Kri a Minwi a, Millerit yo te gen konpreyansyon yo sou Ekriti yo louvri.</w:t>
      </w:r>
    </w:p>
    <w:p>
      <w:pPr>
        <w:pStyle w:val="ArticleBody"/>
        <w:jc w:val="left"/>
      </w:pPr>
      <w:r>
        <w:rPr>
          <w:rFonts w:ascii="Times New Roman" w:hAnsi="Times New Roman" w:eastAsia="Times New Roman" w:cs="Times New Roman"/>
        </w:rPr>
        <w:t>“Moun ki te desi yo” apre premye desepsyon an te wè nan Ekriti yo ke yo te nan tan reta a, e menm prèv ki te mennen yo pou yo te anonse 1843 kòm retou Senyè a, kounye a te pwouve 1844.</w:t>
      </w:r>
    </w:p>
    <w:p>
      <w:pPr>
        <w:pStyle w:val="ArticleBody"/>
        <w:jc w:val="left"/>
      </w:pPr>
      <w:r>
        <w:rPr>
          <w:rFonts w:ascii="Times New Roman" w:hAnsi="Times New Roman" w:eastAsia="Times New Roman" w:cs="Times New Roman"/>
        </w:rPr>
        <w:t>Kisa Seyè a te fè pou yo? Li te louvri lespri yo pou yo konprann. Sa a se yon istwa paralèl ak sa disip yo te viv la.</w:t>
      </w:r>
    </w:p>
    <w:p>
      <w:pPr>
        <w:pStyle w:val="ArticleHeading"/>
        <w:jc w:val="left"/>
      </w:pPr>
      <w:r>
        <w:rPr>
          <w:rFonts w:ascii="Arial" w:hAnsi="Arial" w:eastAsia="Arial" w:cs="Arial"/>
        </w:rPr>
        <w:t>Tan Reta Jakòb la ak Alyans lan</w:t>
      </w:r>
    </w:p>
    <w:p>
      <w:pPr>
        <w:pStyle w:val="ArticleBody"/>
        <w:jc w:val="left"/>
      </w:pPr>
      <w:r>
        <w:rPr>
          <w:rFonts w:ascii="Times New Roman" w:hAnsi="Times New Roman" w:eastAsia="Times New Roman" w:cs="Times New Roman"/>
        </w:rPr>
        <w:t>Gen yon tan retad nan istwa Jakòb la. Tan retad sa a mete an limyè anpil verite pwofetik, byenke nou pral sèlman touche kèk ladan yo.</w:t>
      </w:r>
    </w:p>
    <w:p>
      <w:pPr>
        <w:pStyle w:val="ArticleBody"/>
        <w:jc w:val="left"/>
      </w:pPr>
      <w:r>
        <w:rPr>
          <w:rFonts w:ascii="Times New Roman" w:hAnsi="Times New Roman" w:eastAsia="Times New Roman" w:cs="Times New Roman"/>
        </w:rPr>
        <w:t>Jenèz 28, kòmanse nan vèsè 10, montre ke istwa Jakòb la prefigire fen mond lan. Pitit gason Jakòb yo reprezante 144,000 yo nan fen mond lan.</w:t>
      </w:r>
    </w:p>
    <w:p>
      <w:pPr>
        <w:pStyle w:val="ArticleBody"/>
        <w:jc w:val="left"/>
      </w:pPr>
      <w:r>
        <w:rPr>
          <w:rFonts w:ascii="Times New Roman" w:hAnsi="Times New Roman" w:eastAsia="Times New Roman" w:cs="Times New Roman"/>
        </w:rPr>
        <w:t>Jakòb te gen pitit gason ak kat fanm—de madanm, Rachèl ak Leya, ak de fanm kay. Li te oblije travay pou madanm li yo: 2520 jou pou Leya ak 2520 jou pou Rachèl. Nan istwa Jakòb la, nou wè toude 2520 yo, ki reprezante Wayòm Nò a ak Wayòm Sid la.</w:t>
      </w:r>
    </w:p>
    <w:p>
      <w:pPr>
        <w:pStyle w:val="ArticleBody"/>
        <w:jc w:val="left"/>
      </w:pPr>
      <w:r>
        <w:rPr>
          <w:rFonts w:ascii="Times New Roman" w:hAnsi="Times New Roman" w:eastAsia="Times New Roman" w:cs="Times New Roman"/>
        </w:rPr>
        <w:t>Jakòb se yon senbòl Istwa Millerit la ak 144,000 yo. Istwa li ta dwe bay limyè pou nou nan fen mond lan.</w:t>
      </w:r>
    </w:p>
    <w:p>
      <w:pPr>
        <w:pStyle w:val="ArticleScripture"/>
        <w:jc w:val="left"/>
      </w:pPr>
      <w:r>
        <w:rPr>
          <w:rFonts w:ascii="Times New Roman" w:hAnsi="Times New Roman" w:eastAsia="Times New Roman" w:cs="Times New Roman"/>
        </w:rPr>
        <w:t>Epi Jakòb soti Beercheba, li pran chemen Aràn. Li rive nan yon kote, li pase nwit la la, paske solèy la te fin kouche; li pran kèk wòch nan kote sa a, li mete yo anba tèt li, epi li kouche nan kote sa a pou l dòmi. Li fè yon rèv, epi gade, te gen yon nechèl ki te kanpe sou tè a, epi tèt li te rive jouk nan syèl la; epi gade, zanj Bondye yo t ap monte, yo t ap desann sou li. Epi, gade, Seyè a te kanpe anwo li, li di: Mwen se Seyè a, Bondye Abraram, papa ou, ak Bondye Izarak; tè kote ou kouche a, m ap bay ou li, ansanm ak desandans ou. Desandans ou pral tankou pousyè tè a; ou pral gaye bò lwès, bò lès, bò nò, ak bò sid; epi nan ou menm ak nan desandans ou tout fanmi latè yo pral jwenn benediksyon. Epi, gade, mwen avèk ou, m ap veye sou ou toupatou kote ou prale, epi m ap fè ou tounen ankò nan peyi sa a; paske mwen p ap kite ou, jouk lè m fin fè sa mwen te di ou a. Jenèz 28:10-15.</w:t>
      </w:r>
    </w:p>
    <w:p>
      <w:pPr>
        <w:pStyle w:val="ArticleBody"/>
        <w:jc w:val="left"/>
      </w:pPr>
      <w:r>
        <w:rPr>
          <w:rFonts w:ascii="Times New Roman" w:hAnsi="Times New Roman" w:eastAsia="Times New Roman" w:cs="Times New Roman"/>
        </w:rPr>
        <w:t>Senyè a ap antre nan alyans ak Jakòb. Lè Senyè a antre nan alyans ak Moyiz ak Izrayèl, gen yon tan reta; lè Li antre nan alyans ak Jakòb, gen yon tan reta; lè Li antre nan alyans ak Izrayèl modèn nan Istwa Millerit la, gen yon tan reta; epi lè Li antre nan alyans ak legliz kretyen an nan Pannkòt, gen yon tan reta.</w:t>
      </w:r>
    </w:p>
    <w:p>
      <w:pPr>
        <w:pStyle w:val="ArticleBody"/>
        <w:jc w:val="left"/>
      </w:pPr>
      <w:r>
        <w:rPr>
          <w:rFonts w:ascii="Times New Roman" w:hAnsi="Times New Roman" w:eastAsia="Times New Roman" w:cs="Times New Roman"/>
        </w:rPr>
        <w:t>Nan istwa sa a, pandan tan delè a, Seyè a louvri konpreyansyon pèp Li a sou Pawòl Li a, sa ki senbolize pa nechèl la kote zanj yo ap monte e yo ap desann—yon senbòl kominikasyon ant Bondye ak lèzòm.</w:t>
      </w:r>
    </w:p>
    <w:p>
      <w:pPr>
        <w:pStyle w:val="ArticleScripture"/>
        <w:jc w:val="left"/>
      </w:pPr>
      <w:r>
        <w:rPr>
          <w:rFonts w:ascii="Times New Roman" w:hAnsi="Times New Roman" w:eastAsia="Times New Roman" w:cs="Times New Roman"/>
        </w:rPr>
        <w:t>Jakob leve nan dòmi li, epi li di: Se vre, Seyè a nan kote sa a; e mwen pa t konnen sa. Li te pè, epi li di: Ala kote sa a terib! Sa a se pa lòt bagay pase kay Bondye a, e sa a se pòt syèl la. Jenèz 28:16, 17.</w:t>
      </w:r>
    </w:p>
    <w:p>
      <w:pPr>
        <w:pStyle w:val="ArticleBody"/>
        <w:jc w:val="left"/>
      </w:pPr>
      <w:r>
        <w:rPr>
          <w:rFonts w:ascii="Times New Roman" w:hAnsi="Times New Roman" w:eastAsia="Times New Roman" w:cs="Times New Roman"/>
        </w:rPr>
        <w:t>Nan Kri a Minui a, vyèj Millerit yo ap reveye epi yo ap vin tounen Kay Bondye a. Li ap antre nan alyans avèk yo, li ap fè yo tounen Izrayèl modèn.</w:t>
      </w:r>
    </w:p>
    <w:p>
      <w:pPr>
        <w:pStyle w:val="ArticleScripture"/>
        <w:jc w:val="left"/>
      </w:pPr>
      <w:r>
        <w:rPr>
          <w:rFonts w:ascii="Times New Roman" w:hAnsi="Times New Roman" w:eastAsia="Times New Roman" w:cs="Times New Roman"/>
        </w:rPr>
        <w:t>Jakòb leve granmaten, li pran wòch li te mete anba tèt li a, li drese l kòm yon poto, epi li vide lwil sou tèt li. Li rele non kote sa a Bètèl; men okòmansman yo te rele vil sa a Lòz. Jenèz 28:18, 19.</w:t>
      </w:r>
    </w:p>
    <w:p>
      <w:pPr>
        <w:pStyle w:val="ArticleBody"/>
        <w:jc w:val="left"/>
      </w:pPr>
      <w:r>
        <w:rPr>
          <w:rFonts w:ascii="Times New Roman" w:hAnsi="Times New Roman" w:eastAsia="Times New Roman" w:cs="Times New Roman"/>
        </w:rPr>
        <w:t>«Luz» chanje. Millerit yo pa t pèp Bondye a an 1798. Istwa Millerit yo se istwa fason Li antre nan alyans avèk yo epi fè yo tounen pèp pa Li, pandan Li chanje yo soti nan «Luz» pou rive nan «Betèl».</w:t>
      </w:r>
    </w:p>
    <w:p>
      <w:pPr>
        <w:pStyle w:val="ArticleScripture"/>
        <w:jc w:val="left"/>
      </w:pPr>
      <w:r>
        <w:rPr>
          <w:rFonts w:ascii="Times New Roman" w:hAnsi="Times New Roman" w:eastAsia="Times New Roman" w:cs="Times New Roman"/>
        </w:rPr>
        <w:t>Jakòb fè yon ve, li di: Si Bondye avèk mwen, si li pwoteje m sou chemen mwen pral fè a, si li ban m pen pou m manje ak rad pou m mete sou mwen, yon fason pou m retounen lakay papa m anpè, lè sa a, SENYÈ a va Bondye pa m. Wòch sa a, mwen mete kanpe kòm yon poto, va kay Bondye; epi nan tout sa w ap ban mwen, m ap ba ou ladan l dizyèm pati a, san manke. Jenèz 28:20-22.</w:t>
      </w:r>
    </w:p>
    <w:p>
      <w:pPr>
        <w:pStyle w:val="ArticleBody"/>
        <w:jc w:val="left"/>
      </w:pPr>
      <w:r>
        <w:rPr>
          <w:rFonts w:ascii="Times New Roman" w:hAnsi="Times New Roman" w:eastAsia="Times New Roman" w:cs="Times New Roman"/>
        </w:rPr>
        <w:t>Veu de Jacob la se yon antre nan alyans. Li mande Bondye pou l kenbe l nan chemen an—Ansyen Santye yo—epi pou l ba li pen pou l manje. Millerit yo dwe manje pwòp pen pa yo epi yo pa dwe retounen nan foli Pwotestan an.</w:t>
      </w:r>
    </w:p>
    <w:p>
      <w:pPr>
        <w:pStyle w:val="ArticleBody"/>
        <w:jc w:val="left"/>
      </w:pPr>
      <w:r>
        <w:rPr>
          <w:rFonts w:ascii="Times New Roman" w:hAnsi="Times New Roman" w:eastAsia="Times New Roman" w:cs="Times New Roman"/>
        </w:rPr>
        <w:t>Si nous continuons à manger le pain que Dieu nous donne, Il maintiendra Son alliance avec nous. Le pain et le vêtement dans le vœu de Jacob symbolisent les vérités figurant sur le Tableau de 1843, qu’Ellen White appelle le Rocher des siècles — les anciens sentiers et le pain.</w:t>
      </w:r>
    </w:p>
    <w:p>
      <w:pPr>
        <w:pStyle w:val="ArticleScripture"/>
        <w:jc w:val="left"/>
      </w:pPr>
      <w:r>
        <w:rPr>
          <w:rFonts w:ascii="Times New Roman" w:hAnsi="Times New Roman" w:eastAsia="Times New Roman" w:cs="Times New Roman"/>
        </w:rPr>
        <w:t>“Néchèl Jakòb te wè nan vizyon lannuit lan, ki baz li te poze sou tè a epi ki dènye mach li te rive jouk nan syèl ki pi wo yo; Bondye menm anlè nechèl la, e glwa Li t ap klere sou chak mach; zanj yo t ap monte e yo t ap desann sou nechèl sa a ki te gen yon klète briyan, se yon senbòl kominikasyon san rete ki kontinye fèt ant mond sa a ak kote ki nan syèl yo. Bondye akonpli volonte Li pa mwayen sèvis zanj ki nan syèl yo, nan yon relasyon kontinyèl ak limanite. Nechèl sa a revele yon chanèl dirèk ak enpòtan pou kominikasyon ak abitan tè sa a. Nechèl la te reprezante Redanmtè mond lan pou Jakòb, li menm ki mare tè a ak syèl la ansanm. Nenpòt moun ki wè prèv ak limyè verite a epi ki aksepte verite a, pandan li deklare lafwa li nan Jezikri, se yon misyonè nan sans ki pi wo nan mo a. Li se reseptè trezò ki soti nan syèl la, e se devwa li pou l pataje yo, pou l gaye sa li resevwa a.” Fundamentals of Christian Education, 270.</w:t>
      </w:r>
    </w:p>
    <w:p>
      <w:pPr>
        <w:pStyle w:val="ArticleBody"/>
        <w:jc w:val="left"/>
      </w:pPr>
      <w:r>
        <w:rPr>
          <w:rFonts w:ascii="Times New Roman" w:hAnsi="Times New Roman" w:eastAsia="Times New Roman" w:cs="Times New Roman"/>
        </w:rPr>
        <w:t>Lè Li louvri konpreyansyon yo pandan tan rete tann nan, Li fè sa lè Li voye zanj monte desann sou nechèl la.</w:t>
      </w:r>
    </w:p>
    <w:p>
      <w:pPr>
        <w:pStyle w:val="ArticleBody"/>
        <w:jc w:val="left"/>
      </w:pPr>
      <w:r>
        <w:rPr>
          <w:rFonts w:ascii="Times New Roman" w:hAnsi="Times New Roman" w:eastAsia="Times New Roman" w:cs="Times New Roman"/>
        </w:rPr>
        <w:t>Si vous avez reçu la vérité, vous avez la responsabilité de la partager. Si vous vous acquittez de votre responsabilité, vous devenez l’échelle — le canal de communication. Nous sommes appelés à être ce canal.</w:t>
      </w:r>
    </w:p>
    <w:p>
      <w:pPr>
        <w:pStyle w:val="ArticleScripture"/>
        <w:jc w:val="left"/>
      </w:pPr>
      <w:r>
        <w:rPr>
          <w:rFonts w:ascii="Times New Roman" w:hAnsi="Times New Roman" w:eastAsia="Times New Roman" w:cs="Times New Roman"/>
        </w:rPr>
        <w:t>“Échelle la représentait Christ; il est le canal de communication entre le ciel et la terre, et les anges vont et viennent dans un commerce continuel avec la race déchue. Les paroles de Christ à Nathanaël étaient en harmonie avec la figure de l’échelle, lorsqu’il dit: ‘En vérité, en vérité, je vous le dis, désormais vous verrez le ciel ouvert, et les anges de Dieu montant et descendant sur le Fils de l’homme.’ Ici, le Rédempteur s’identifie lui-même à l’échelle mystique, qui rend possible la communication entre le ciel et la terre.” Review and Herald, 11 novembre 1890.</w:t>
      </w:r>
    </w:p>
    <w:p>
      <w:pPr>
        <w:pStyle w:val="ArticleBody"/>
        <w:jc w:val="left"/>
      </w:pPr>
      <w:r>
        <w:rPr>
          <w:rFonts w:ascii="Times New Roman" w:hAnsi="Times New Roman" w:eastAsia="Times New Roman" w:cs="Times New Roman"/>
        </w:rPr>
        <w:t>Jakòb gen yon tan retad; li retade epi li reve nechèl la, ki reprezante Senyè a k ap louvri konpreyansyon Pawòl Li a bay pèp Li a pandan tan retad la. Nan istwa sa a, Senyè a ap antre nan alyans ak pèp Li a, li pran yo soti Lavouz epi li fè yo tounen Betèl—Kay Bondye a.</w:t>
      </w:r>
    </w:p>
    <w:p>
      <w:pPr>
        <w:pStyle w:val="ArticleBody"/>
        <w:jc w:val="left"/>
      </w:pPr>
      <w:r>
        <w:rPr>
          <w:rFonts w:ascii="Times New Roman" w:hAnsi="Times New Roman" w:eastAsia="Times New Roman" w:cs="Times New Roman"/>
        </w:rPr>
        <w:t>Chanèl kominikasyon an, ki te reprezante pa zanj yo k ap monte desann sou nechèl la, ki se Kris la, reprezante tou nan Zakari. Sè White fè kòmantè sou sa nan Review and Herald, 20 jiyè 1897, byenke li sèvi ak yon senbòl diferan.</w:t>
      </w:r>
    </w:p>
    <w:p>
      <w:pPr>
        <w:pStyle w:val="ArticleScripture"/>
        <w:jc w:val="left"/>
      </w:pPr>
      <w:r>
        <w:rPr>
          <w:rFonts w:ascii="Times New Roman" w:hAnsi="Times New Roman" w:eastAsia="Times New Roman" w:cs="Times New Roman"/>
        </w:rPr>
        <w:t>“Moun Bondye chwazi yo, ki kanpe bò kote Seyè tout tè a, gen pozisyon ki te yon fwa bay Satan kòm cheriben k ap kouvri a. Pa mwayen èt sen yo ki antoure twòn li an.”</w:t>
      </w:r>
    </w:p>
    <w:p>
      <w:pPr>
        <w:pStyle w:val="ArticleBody"/>
        <w:jc w:val="left"/>
      </w:pPr>
      <w:r>
        <w:rPr>
          <w:rFonts w:ascii="Times New Roman" w:hAnsi="Times New Roman" w:eastAsia="Times New Roman" w:cs="Times New Roman"/>
        </w:rPr>
        <w:t>Ki sa “èt sen” yo ye? Zanj yo. “Pa mwayen èt sen ki antoure twòn li a, Senyè a kenbe yon kominikasyon san rete ak abitan latè yo.” Sa se nechèl la. Sèlman, isit la, Sè White pa pral sèvi ak nechèl la kòm senbòl la.</w:t>
      </w:r>
    </w:p>
    <w:p>
      <w:pPr>
        <w:pStyle w:val="ArticleScripture"/>
        <w:jc w:val="left"/>
      </w:pPr>
      <w:r>
        <w:rPr>
          <w:rFonts w:ascii="Times New Roman" w:hAnsi="Times New Roman" w:eastAsia="Times New Roman" w:cs="Times New Roman"/>
        </w:rPr>
        <w:t>“Lwil an lò a reprezante gras Bondye sèvi pou kenbe lanp kwayan yo toujou gen sa pou nouri yo, pou yo pa brannen epi etenn. Si se pa t paske lwil sa a ki sen vide soti nan syèl la nan mesaj Lespri Bondye a, fòs mechanste yo t ap gen kontwòl nèt sou tout moun.</w:t>
      </w:r>
    </w:p>
    <w:p>
      <w:pPr>
        <w:pStyle w:val="ArticleScripture"/>
        <w:jc w:val="left"/>
      </w:pPr>
      <w:r>
        <w:rPr>
          <w:rFonts w:ascii="Times New Roman" w:hAnsi="Times New Roman" w:eastAsia="Times New Roman" w:cs="Times New Roman"/>
        </w:rPr>
        <w:t>Bondye pa resevwa onè lè nou pa akeyi mesaj li voye ban nou yo. Konsa nou rejte lwil an lò li ta vide nan nanm nou pou l ta pase bay moun ki nan tenèb yo. Lè apèl la vini: “Men marye a ap vini; soti al kontre li,” moun ki pa resevwa lwil sen an, ki pa cheri gras Kris la nan kè yo, pral dekouvri, menm jan ak vyèj sòt yo, yo pa pare pou rankontre Seyè yo. Yo pa gen, nan yo menm, pouvwa pou jwenn lwil la, epi lavi yo vin kraze. Men si yo mande Sentespri Bondye a, si nou sipliye, menm jan Moyiz te fè a: “Montre m glwa ou,” lanmou Bondye pral gaye nan kè nou. Atravè tiyo an lò yo, lwil an lò a pral pase vin jwenn nou. “Se pa avèk fòs, ni avèk pouvwa, men se avèk Lespri mwen, di Seyè ki gen tout lame yo.” Lè yo resevwa reyon klere Solèy Jistis la, pitit Bondye yo klere tankou limyè nan lemonn. Review and Herald, July 20, 1897.</w:t>
      </w:r>
    </w:p>
    <w:p>
      <w:pPr>
        <w:pStyle w:val="ArticleBody"/>
        <w:jc w:val="left"/>
      </w:pPr>
      <w:r>
        <w:rPr>
          <w:rFonts w:ascii="Times New Roman" w:hAnsi="Times New Roman" w:eastAsia="Times New Roman" w:cs="Times New Roman"/>
        </w:rPr>
        <w:t>Nan istwa Jakòb la, nou jwenn istwa Milerit yo. Gen yon tan reta, epi li wè nechèl la ki reprezante kominikasyon ant Syèl la ak tè a.</w:t>
      </w:r>
    </w:p>
    <w:p>
      <w:pPr>
        <w:pStyle w:val="ArticleBody"/>
        <w:jc w:val="left"/>
      </w:pPr>
      <w:r>
        <w:rPr>
          <w:rFonts w:ascii="Times New Roman" w:hAnsi="Times New Roman" w:eastAsia="Times New Roman" w:cs="Times New Roman"/>
        </w:rPr>
        <w:t>Zakari pale nou konsènan de tiyo an lò. Yon nechèl gen de ray prensipal, men Zakari rele yo de tiyo an lò.</w:t>
      </w:r>
    </w:p>
    <w:p>
      <w:pPr>
        <w:pStyle w:val="ArticleBody"/>
        <w:jc w:val="left"/>
      </w:pPr>
      <w:r>
        <w:rPr>
          <w:rFonts w:ascii="Times New Roman" w:hAnsi="Times New Roman" w:eastAsia="Times New Roman" w:cs="Times New Roman"/>
        </w:rPr>
        <w:t>Nou dwe resevwa mesaj ki desann pa nechèl Syèl la epi kominike yo bay lòt moun. Si nou fè sa, nou vin fè pati nechèl la, yon pati nan pwosesis kominikasyon an.</w:t>
      </w:r>
    </w:p>
    <w:p>
      <w:pPr>
        <w:pStyle w:val="ArticleBody"/>
        <w:jc w:val="left"/>
      </w:pPr>
      <w:r>
        <w:rPr>
          <w:rFonts w:ascii="Times New Roman" w:hAnsi="Times New Roman" w:eastAsia="Times New Roman" w:cs="Times New Roman"/>
        </w:rPr>
        <w:t>Sè White lye sa ak parabòl Dis Vyèj yo.</w:t>
      </w:r>
    </w:p>
    <w:p>
      <w:pPr>
        <w:pStyle w:val="ArticleBody"/>
        <w:jc w:val="left"/>
      </w:pPr>
      <w:r>
        <w:rPr>
          <w:rFonts w:ascii="Times New Roman" w:hAnsi="Times New Roman" w:eastAsia="Times New Roman" w:cs="Times New Roman"/>
        </w:rPr>
        <w:t>Nan Istwa Millerit la, yo t ap akonpli parabòl Dis Vyèj yo. Tan reta Jakòb la se menm tan reta Matye 25 la ak Abakouk 2 a: «Menm si vizyon an ta pran reta, tann li.»</w:t>
      </w:r>
    </w:p>
    <w:p>
      <w:pPr>
        <w:pStyle w:val="ArticleBody"/>
        <w:jc w:val="left"/>
      </w:pPr>
      <w:r>
        <w:rPr>
          <w:rFonts w:ascii="Times New Roman" w:hAnsi="Times New Roman" w:eastAsia="Times New Roman" w:cs="Times New Roman"/>
        </w:rPr>
        <w:t>Istwa Jakòb ak Zakari a se menm tan reta yo.</w:t>
      </w:r>
    </w:p>
    <w:p>
      <w:pPr>
        <w:pStyle w:val="ArticleBody"/>
        <w:jc w:val="left"/>
      </w:pPr>
      <w:r>
        <w:rPr>
          <w:rFonts w:ascii="Times New Roman" w:hAnsi="Times New Roman" w:eastAsia="Times New Roman" w:cs="Times New Roman"/>
        </w:rPr>
        <w:t>Tan rete a make, pami lòt bagay, ke Senyè a pral ogmante konpreyansyon disip Li yo sou Pawòl Bondye a. Si ou pa resevwa Lwil Sen sa a, ou se yon vyèj sòt.</w:t>
      </w:r>
    </w:p>
    <w:p>
      <w:pPr>
        <w:pStyle w:val="ArticleBody"/>
        <w:jc w:val="left"/>
      </w:pPr>
      <w:r>
        <w:rPr>
          <w:rFonts w:ascii="Times New Roman" w:hAnsi="Times New Roman" w:eastAsia="Times New Roman" w:cs="Times New Roman"/>
        </w:rPr>
        <w:t>Lè w rive nan istwa sa a, lè pòt la fèmen epi ou se yon vyèj sòt, Sè White di: “Pawòl ki pi tris yo te janm tande: ‘Mwen pa t konnen nou.’”</w:t>
      </w:r>
    </w:p>
    <w:p>
      <w:pPr>
        <w:pStyle w:val="ArticleBody"/>
        <w:jc w:val="left"/>
      </w:pPr>
      <w:r>
        <w:rPr>
          <w:rFonts w:ascii="Times New Roman" w:hAnsi="Times New Roman" w:eastAsia="Times New Roman" w:cs="Times New Roman"/>
        </w:rPr>
        <w:t>Ou pa ka separe tan reta a ak Kri a Minui a. Tan reta a pwodui vide Lespri Sen an, ki louvri konpreyansyon pèp Bondye a sou Pawòl la nan Kri a Minui a epi li bay lwil la ki fè diferans ant vyèj saj yo ak vyèj sòt yo.</w:t>
      </w:r>
    </w:p>
    <w:p>
      <w:pPr>
        <w:pStyle w:val="ArticleHeading"/>
        <w:jc w:val="left"/>
      </w:pPr>
      <w:r>
        <w:rPr>
          <w:rFonts w:ascii="Arial" w:hAnsi="Arial" w:eastAsia="Arial" w:cs="Arial"/>
        </w:rPr>
        <w:t>Tan Ap tann ak Pi Gwo Mirak Kris la</w:t>
      </w:r>
    </w:p>
    <w:p>
      <w:pPr>
        <w:pStyle w:val="ArticleBody"/>
        <w:jc w:val="left"/>
      </w:pPr>
      <w:r>
        <w:rPr>
          <w:rFonts w:ascii="Times New Roman" w:hAnsi="Times New Roman" w:eastAsia="Times New Roman" w:cs="Times New Roman"/>
        </w:rPr>
        <w:t>Gen yon tan kote Kris la te ret tann lè Li te akonpli aksyon ki te kouwone tout lòt yo a—leve Laza.</w:t>
      </w:r>
    </w:p>
    <w:p>
      <w:pPr>
        <w:pStyle w:val="ArticleBody"/>
        <w:jc w:val="left"/>
      </w:pPr>
      <w:r>
        <w:rPr>
          <w:rFonts w:ascii="Times New Roman" w:hAnsi="Times New Roman" w:eastAsia="Times New Roman" w:cs="Times New Roman"/>
        </w:rPr>
        <w:t>Jezi resevwa mesaj la: «Laza malad. Vini pran swen li.» Men, Jezi pa t ale tousuit.</w:t>
      </w:r>
    </w:p>
    <w:p>
      <w:pPr>
        <w:pStyle w:val="ArticleBody"/>
        <w:jc w:val="left"/>
      </w:pPr>
      <w:r>
        <w:rPr>
          <w:rFonts w:ascii="Times New Roman" w:hAnsi="Times New Roman" w:eastAsia="Times New Roman" w:cs="Times New Roman"/>
        </w:rPr>
        <w:t>Sè White di disip yo te bite sou sa. Yo t ap mande poukisa Li pa t pral ede zanmi Li a, ni montre pouvwa Li kòm Mesi a. Men, Li te rete tann.</w:t>
      </w:r>
    </w:p>
    <w:p>
      <w:pPr>
        <w:pStyle w:val="ArticleScripture"/>
        <w:jc w:val="left"/>
      </w:pPr>
      <w:r>
        <w:rPr>
          <w:rFonts w:ascii="Times New Roman" w:hAnsi="Times New Roman" w:eastAsia="Times New Roman" w:cs="Times New Roman"/>
        </w:rPr>
        <w:t>“Lè Kris te pran reta pou vini bò kote Laza a, Li te gen yon plan mizèrikòd anvè sila yo ki pa t resevwa Li. Li te rete tann, pou lè Li ta leve Laza soti vivan nan lanmò, Li ta ka bay pèp Li a, ki te tèt di e ki pa t kwè, yon lòt prèv ankò ke Li te vrèman ‘rezireksyon an, ak lavi a.’ Li pa t vle abandone tout espwa pou pèp la, pòv mouton ki t ap mache pèdi nan kay Izrayèl la. Kè Li t ap fann poutèt enpenitans yo. Nan mizèrikòd Li, Li te fè lide bay yo yon lòt prèv ankò ke Li se Restoratè a, Sila a ki sèl kapab fè lavi ak imòtalite parèt aklè. Sa te dwe yon prèv ke prèt yo pa t kapab mal entèprete. Se sa ki te rezon reta Li te pran pou ale Betani.” The Desire of Ages, 529.</w:t>
      </w:r>
    </w:p>
    <w:p>
      <w:pPr>
        <w:pStyle w:val="ArticleBody"/>
        <w:jc w:val="left"/>
      </w:pPr>
      <w:r>
        <w:rPr>
          <w:rFonts w:ascii="Times New Roman" w:hAnsi="Times New Roman" w:eastAsia="Times New Roman" w:cs="Times New Roman"/>
        </w:rPr>
        <w:t>Li te pran reta pou l te ba yo yon lòt prèv ankò ke Li te gen pouvwa pou fè mò yo retounen viv. Mirak siprèm sa a, leve Laza a soti nan lanmò, te poze sele Bondye sou travay Li ak sou pretansyon Li kòm Bondye. Nan Kri a Minwi, Seyè a ap leve vyèj saj yo. Sa a se yon ilistrasyon pwosesis sele a. Milerit yo t ap resevwa sele a, e sa te bay yon ilistrasyon sou sele 144,000 yo. Leson Laza a se ke Kris la kapab pran yon moun ki mouri nan fot ak nan peche, epi fè l viv. Nan pasaj Laza a, Kris la defini lanmò kòm dòmi. Yo tout ap dòmi. Li ap pran reta. Li pral resisite Laza, fè yo viv epi mete sele Li sou yo. Sa a se mirak siprèm Li. Nan listwa nou an, lè Li sele 144,000 yo, Li leve yo kòm yon drapo. Zakari di drapo sa a tankou bijou nan yon kouwòn. Sa a se zak kouwònman Li.</w:t>
      </w:r>
    </w:p>
    <w:p>
      <w:pPr>
        <w:pStyle w:val="ArticleBody"/>
        <w:jc w:val="left"/>
      </w:pPr>
      <w:r>
        <w:rPr>
          <w:rFonts w:ascii="Times New Roman" w:hAnsi="Times New Roman" w:eastAsia="Times New Roman" w:cs="Times New Roman"/>
        </w:rPr>
        <w:t>Avèk efizyon ak ouvèti verite a nan istwa Millerit la, tan reta a make moman kote Seyè a louvri verite a. Nechèl la, avèk zanj k ap monte epi k ap desann, se kote pwosesis sele a fèt.</w:t>
      </w:r>
    </w:p>
    <w:p>
      <w:pPr>
        <w:pStyle w:val="ArticleHeading"/>
        <w:jc w:val="left"/>
      </w:pPr>
      <w:r>
        <w:rPr>
          <w:rFonts w:ascii="Arial" w:hAnsi="Arial" w:eastAsia="Arial" w:cs="Arial"/>
        </w:rPr>
        <w:t>Antre triyonfal la ak rèl minwi a</w:t>
      </w:r>
    </w:p>
    <w:p>
      <w:pPr>
        <w:pStyle w:val="ArticleBody"/>
        <w:jc w:val="left"/>
      </w:pPr>
      <w:r>
        <w:rPr>
          <w:rFonts w:ascii="Times New Roman" w:hAnsi="Times New Roman" w:eastAsia="Times New Roman" w:cs="Times New Roman"/>
        </w:rPr>
        <w:t>Kounye a, n ap gade Antre Trionfal la. Remake ak kisa Sè White konpare Antre Trionfal la nan Lespri Pwofesi a, volim 4, paj 250.</w:t>
      </w:r>
    </w:p>
    <w:p>
      <w:pPr>
        <w:pStyle w:val="ArticleScripture"/>
        <w:jc w:val="left"/>
      </w:pPr>
      <w:r>
        <w:rPr>
          <w:rFonts w:ascii="Times New Roman" w:hAnsi="Times New Roman" w:eastAsia="Times New Roman" w:cs="Times New Roman"/>
        </w:rPr>
        <w:t>“Rèl minui a pa tèlman te pote pa agiman, byenke prèv ki soti nan Ekriti yo te klè e konklizan. Te gen yon pouvwa irezistib ki t ap mache avèk li, yon pouvwa ki te touche nanm nan. Pa t gen okenn dout, okenn kestyonman. Lè Kris la te fè antre triyonfal li nan Jerizalèm, pèp la ki te rasanble soti toupatou nan peyi a pou selebre fèt la, te kouri al sou Mòn Oliv la; epi pandan yo t ap mete tèt yo ansanm ak foul moun ki t ap akonpaye Jezi a, yo te pran enspirasyon moman an, epi yo te ede fè kri a vin pi fò: ‘Benediksyon pou sila a ki vini nan non Senyè a!’ [Matthew 21:9.] Menm jan an tou, moun ki pa t kwè yo, ki te vin nan reyinyon Adventis yo—kèk pa kiryozite, kèk lòt sèlman pou pase yo nan rizib—te santi pouvwa konvenkan ki t ap akonpaye mesaj la: ‘Men, Veteren an ap vini!’”</w:t>
      </w:r>
    </w:p>
    <w:p>
      <w:pPr>
        <w:pStyle w:val="ArticleBody"/>
        <w:jc w:val="left"/>
      </w:pPr>
      <w:r>
        <w:rPr>
          <w:rFonts w:ascii="Times New Roman" w:hAnsi="Times New Roman" w:eastAsia="Times New Roman" w:cs="Times New Roman"/>
        </w:rPr>
        <w:t>Antre triyonfal la reprezante Kri a minwi a.</w:t>
      </w:r>
    </w:p>
    <w:p>
      <w:pPr>
        <w:pStyle w:val="ArticleBody"/>
        <w:jc w:val="left"/>
      </w:pPr>
      <w:r>
        <w:rPr>
          <w:rFonts w:ascii="Times New Roman" w:hAnsi="Times New Roman" w:eastAsia="Times New Roman" w:cs="Times New Roman"/>
        </w:rPr>
        <w:t>Ann li sa Sè White di konsènan Antre Triyonfal la nan The Youth Instructor, 21 fevriye 1901.</w:t>
      </w:r>
    </w:p>
    <w:p>
      <w:pPr>
        <w:pStyle w:val="ArticleScripture"/>
        <w:jc w:val="left"/>
      </w:pPr>
      <w:r>
        <w:rPr>
          <w:rFonts w:ascii="Times New Roman" w:hAnsi="Times New Roman" w:eastAsia="Times New Roman" w:cs="Times New Roman"/>
        </w:rPr>
        <w:t>Lè Kris te antre Jerizalèm, se te nan pi bèl sezon nan ane a. Mòn Oliv la te kouvri ak yon tapi vèt, epi bwa yo te bèl ak feyaj divès koulè. Soti nan tout zòn ki te antoure Jerizalèm, anpil moun te vini nan fèt la ak yon dezi sensè pou yo wè Jezi.</w:t>
      </w:r>
    </w:p>
    <w:p>
      <w:pPr>
        <w:pStyle w:val="ArticleBody"/>
        <w:jc w:val="left"/>
      </w:pPr>
      <w:r>
        <w:rPr>
          <w:rFonts w:ascii="Times New Roman" w:hAnsi="Times New Roman" w:eastAsia="Times New Roman" w:cs="Times New Roman"/>
        </w:rPr>
        <w:t>Poukisa? Paske yo te tande pale de Laza.</w:t>
      </w:r>
    </w:p>
    <w:p>
      <w:pPr>
        <w:pStyle w:val="ArticleScripture"/>
        <w:jc w:val="left"/>
      </w:pPr>
      <w:r>
        <w:rPr>
          <w:rFonts w:ascii="Times New Roman" w:hAnsi="Times New Roman" w:eastAsia="Times New Roman" w:cs="Times New Roman"/>
        </w:rPr>
        <w:t>“Mirak ki te pi gran glwa Sovè a, lè l te leve Laza nan lanmò, te fè yon efè mèvèye sou pèp la, e yon gwo foul moun, plen antouzyasm, te rasanble kote Jezi t ap rete a.”</w:t>
      </w:r>
    </w:p>
    <w:p>
      <w:pPr>
        <w:pStyle w:val="ArticleBody"/>
        <w:jc w:val="left"/>
      </w:pPr>
      <w:r>
        <w:rPr>
          <w:rFonts w:ascii="Times New Roman" w:hAnsi="Times New Roman" w:eastAsia="Times New Roman" w:cs="Times New Roman"/>
        </w:rPr>
        <w:t>Konsa, Li retade nan Bètani anvan Antre triyonfal la.</w:t>
      </w:r>
    </w:p>
    <w:p>
      <w:pPr>
        <w:pStyle w:val="ArticleBody"/>
        <w:jc w:val="left"/>
      </w:pPr>
      <w:r>
        <w:rPr>
          <w:rFonts w:ascii="Times New Roman" w:hAnsi="Times New Roman" w:eastAsia="Times New Roman" w:cs="Times New Roman"/>
        </w:rPr>
        <w:t>Sa a fè referans ak Tan Reta a.</w:t>
      </w:r>
    </w:p>
    <w:p>
      <w:pPr>
        <w:pStyle w:val="ArticleScripture"/>
        <w:jc w:val="left"/>
      </w:pPr>
      <w:r>
        <w:rPr>
          <w:rFonts w:ascii="Times New Roman" w:hAnsi="Times New Roman" w:eastAsia="Times New Roman" w:cs="Times New Roman"/>
        </w:rPr>
        <w:t>Apremidi a te rive nan mitan lè Jezi voye disip li yo nan bouk Betfaje a, li di: “Ale nan bouk ki anfas nou an, e tousuit n ap jwenn yon manman bourik mare, ak yon ti bourik ansanm avè l: demare yo, epi mennen yo ban mwen. Men, si yon moun ta di nou kichòy, n a di: Seyè a bezwen yo; e tousuit l ap voye yo.”</w:t>
      </w:r>
    </w:p>
    <w:p>
      <w:pPr>
        <w:pStyle w:val="ArticleScripture"/>
        <w:jc w:val="left"/>
      </w:pPr>
      <w:r>
        <w:rPr>
          <w:rFonts w:ascii="Times New Roman" w:hAnsi="Times New Roman" w:eastAsia="Times New Roman" w:cs="Times New Roman"/>
        </w:rPr>
        <w:t>Sa a se te premye fwa pandan ministè Li a ke Kris la te dakò monte sou yon bèt, e disip yo te entèprete sa kòm yon siy ke Li te prèt pou afime pouvwa ak otorite wayal Li, epi pran plas Li sou twòn David la. Avèk kè kontan yo te egzekite misyon an. Yo te jwenn ti bourik la, yo te lage l, epi yo te mennen l bay Jezi, ki te chita sou li. Lè Jezi te pran plas Li sou bèt la, lè a te ranpli ak aklamasyon louwanj ak triyonf. Li pa t pote okenn siy ekstèn wayote, Li pa t mete okenn rad deta, ni sòlda pa t ap swiv Li. Men, Li te antoure ak yon gwoup moun ki te eksite ak lespwa. Li te fèk resisite yon mò. Pèp la te panse Li t ap vini pou l vin Sovè Izrayèl la. Ki moun moun sa yo te ye?</w:t>
      </w:r>
    </w:p>
    <w:p>
      <w:pPr>
        <w:pStyle w:val="ArticleScripture"/>
        <w:jc w:val="left"/>
      </w:pPr>
      <w:r>
        <w:rPr>
          <w:rFonts w:ascii="Times New Roman" w:hAnsi="Times New Roman" w:eastAsia="Times New Roman" w:cs="Times New Roman"/>
        </w:rPr>
        <w:t>Anpil ap twonpe tèt yo, yo kwè lè liberasyon Izrayèl la rive. Nan imajinasyon yo, yo wè lame women an gaye, yo chase l kite Jerizalèm, epi nasyon jwif la vin lib ankò anba jouk opresè a. Soti nan bouch an bouch kesyon an ap pase: “Èske se kounye a l ap retabli wayòm nan pou Izrayèl ankò?” Anpil nan foul la sonje pawòl pwofèt la: “Rejwi nou anpil, o pitit fi Siyon; rele byen fò, o pitit fi Jerizalèm: gade, wa ou a ap vini jwenn ou: li jis, li pote delivrans; li enb, li monte sou yon bourik.” Chak moun ap fè efò pou depase lòt la nan repons li bay akonplisman pwofesi a. Rèl la ap fè eko nan mòn ak nan vale, “Ozana pou Pitit David la:” —Rèl a Minui a— “Benedi se li ki vini nan non Senyè a; ozana nan pi wo syèl la.”</w:t>
      </w:r>
    </w:p>
    <w:p>
      <w:pPr>
        <w:pStyle w:val="ArticleBody"/>
        <w:jc w:val="left"/>
      </w:pPr>
      <w:r>
        <w:rPr>
          <w:rFonts w:ascii="Times New Roman" w:hAnsi="Times New Roman" w:eastAsia="Times New Roman" w:cs="Times New Roman"/>
        </w:rPr>
        <w:t>Nan pwosesyon sa a, pa t gen okenn lapenn ni rèl ki te tande. Moun ki te yon lè avèg, men ki te resevwa gerizon nan je yo pa Pitit Bondye a, t ap mache devan.</w:t>
      </w:r>
    </w:p>
    <w:p>
      <w:pPr>
        <w:pStyle w:val="ArticleBody"/>
        <w:jc w:val="left"/>
      </w:pPr>
      <w:r>
        <w:rPr>
          <w:rFonts w:ascii="Times New Roman" w:hAnsi="Times New Roman" w:eastAsia="Times New Roman" w:cs="Times New Roman"/>
        </w:rPr>
        <w:t>Kilès k ap mennen chemen an? Se moun ki te konn fè pati Laodise yo.</w:t>
      </w:r>
    </w:p>
    <w:p>
      <w:pPr>
        <w:pStyle w:val="ArticleScripture"/>
        <w:jc w:val="left"/>
      </w:pPr>
      <w:r>
        <w:rPr>
          <w:rFonts w:ascii="Times New Roman" w:hAnsi="Times New Roman" w:eastAsia="Times New Roman" w:cs="Times New Roman"/>
        </w:rPr>
        <w:t>Yo te peze bò kote Jezi, pandan youn li te resisite pami mò yo t ap mennen bèt li t ap monte a. Moun ki te ansyen soud ak bèbè yo, kounye a geri, te kontribye pou fè hosanna lajwa yo vin pi fò. Enfim yo, kounye a ap mache, te kase branch palmis epi gaye yo sou chemen li.</w:t>
      </w:r>
    </w:p>
    <w:p>
      <w:pPr>
        <w:pStyle w:val="ArticleScripture"/>
        <w:jc w:val="left"/>
      </w:pPr>
      <w:r>
        <w:rPr>
          <w:rFonts w:ascii="Times New Roman" w:hAnsi="Times New Roman" w:eastAsia="Times New Roman" w:cs="Times New Roman"/>
        </w:rPr>
        <w:t>"Maladi lep la, ki te yon lè egzile deyò sosyete a, te la, netwaye pa pouvwa Sovè a. Li te lonje rad li sou chemen Sovè a, pandan li t ap di byen fò: 'Lwanj pou Seyè a; paske li bon: paske mizèrikòd li dire pou tout tan.'"</w:t>
      </w:r>
    </w:p>
    <w:p>
      <w:pPr>
        <w:pStyle w:val="ArticleScripture"/>
        <w:jc w:val="left"/>
      </w:pPr>
      <w:r>
        <w:rPr>
          <w:rFonts w:ascii="Times New Roman" w:hAnsi="Times New Roman" w:eastAsia="Times New Roman" w:cs="Times New Roman"/>
        </w:rPr>
        <w:t>Moun demon ki te geri a te la a te la kounye a, li te nan bon sans li ankò, t ap ajoute temwayaj pa li a: “Seyè a fè gwo bagay pou mwen, sa ki fè kè m kontan.”</w:t>
      </w:r>
    </w:p>
    <w:p>
      <w:pPr>
        <w:pStyle w:val="ArticleScripture"/>
        <w:jc w:val="left"/>
      </w:pPr>
      <w:r>
        <w:rPr>
          <w:rFonts w:ascii="Times New Roman" w:hAnsi="Times New Roman" w:eastAsia="Times New Roman" w:cs="Times New Roman"/>
        </w:rPr>
        <w:t>Moun ki te resisite yo te la, yo t ap fè louwanj pou Li. Vèv la ak òfelen an t ap rakonte mèvèy Li yo. Ti timoun yo, moun ki te geri anba maladi yo, ak moun yo te fè retounen soti nan tonm nan, te kouvri chemen Redanmtè a ak branch palmis ak flè.</w:t>
      </w:r>
    </w:p>
    <w:p>
      <w:pPr>
        <w:pStyle w:val="ArticleBody"/>
        <w:jc w:val="left"/>
      </w:pPr>
      <w:r>
        <w:rPr>
          <w:rFonts w:ascii="Times New Roman" w:hAnsi="Times New Roman" w:eastAsia="Times New Roman" w:cs="Times New Roman"/>
        </w:rPr>
        <w:t>Se konsa, Jezi rete tann nan Kay Pòv la, sa ki fè referans ak Tan Rete Tann lan.</w:t>
      </w:r>
    </w:p>
    <w:p>
      <w:pPr>
        <w:pStyle w:val="ArticleBody"/>
        <w:jc w:val="left"/>
      </w:pPr>
      <w:r>
        <w:rPr>
          <w:rFonts w:ascii="Times New Roman" w:hAnsi="Times New Roman" w:eastAsia="Times New Roman" w:cs="Times New Roman"/>
        </w:rPr>
        <w:t>Poukisa? Paske Li prèt pou vide Sentespri Li a epi louvri konpreyansyon yo, sa ki fè referans ak Kri a Minwi.</w:t>
      </w:r>
    </w:p>
    <w:p>
      <w:pPr>
        <w:pStyle w:val="ArticleBody"/>
        <w:jc w:val="left"/>
      </w:pPr>
      <w:r>
        <w:rPr>
          <w:rFonts w:ascii="Times New Roman" w:hAnsi="Times New Roman" w:eastAsia="Times New Roman" w:cs="Times New Roman"/>
        </w:rPr>
        <w:t>Nan istwa sa a, Li ap vini kòm yon Wa, sa ki fè referans ak 22 oktòb 1844. Èske Jezi vini pou resevwa yon wayòm nan 22 oktòb 1844? Wi.</w:t>
      </w:r>
    </w:p>
    <w:p>
      <w:pPr>
        <w:pStyle w:val="ArticleBody"/>
        <w:jc w:val="left"/>
      </w:pPr>
      <w:r>
        <w:rPr>
          <w:rFonts w:ascii="Times New Roman" w:hAnsi="Times New Roman" w:eastAsia="Times New Roman" w:cs="Times New Roman"/>
        </w:rPr>
        <w:t>Sa a se Antre Trionfal la, e gen moun ki pral leve Kri Minwi a.</w:t>
      </w:r>
    </w:p>
    <w:p>
      <w:pPr>
        <w:pStyle w:val="ArticleBody"/>
        <w:jc w:val="left"/>
      </w:pPr>
      <w:r>
        <w:rPr>
          <w:rFonts w:ascii="Times New Roman" w:hAnsi="Times New Roman" w:eastAsia="Times New Roman" w:cs="Times New Roman"/>
        </w:rPr>
        <w:t>Ki moun sa yo ye? Se moun sa yo ki transfòme pa pouvwa Kris la.</w:t>
      </w:r>
    </w:p>
    <w:p>
      <w:pPr>
        <w:pStyle w:val="ArticleBody"/>
        <w:jc w:val="left"/>
      </w:pPr>
      <w:r>
        <w:rPr>
          <w:rFonts w:ascii="Times New Roman" w:hAnsi="Times New Roman" w:eastAsia="Times New Roman" w:cs="Times New Roman"/>
        </w:rPr>
        <w:t>Mesaj lajistis Kris la, pouvwa Li genyen pou chanje nou soti nan avèg pou nou wè, soti nan mò pou nou viv, soti nan lèp pou nou vin pwòp, pote nan istwa Antre Triyonfal la, ki prefigire Kri Mitanuit la. Ki sa ki pote mesaj sa a?</w:t>
      </w:r>
    </w:p>
    <w:p>
      <w:pPr>
        <w:pStyle w:val="ArticleBody"/>
        <w:jc w:val="left"/>
      </w:pPr>
      <w:r>
        <w:rPr>
          <w:rFonts w:ascii="Times New Roman" w:hAnsi="Times New Roman" w:eastAsia="Times New Roman" w:cs="Times New Roman"/>
        </w:rPr>
        <w:t>Sou kisa Kris ap monte? Sou yon bourik. Se Mesaj Islam nan ki pote mesaj jistis Kris la.</w:t>
      </w:r>
    </w:p>
    <w:p>
      <w:pPr>
        <w:pStyle w:val="ArticleBody"/>
        <w:jc w:val="left"/>
      </w:pPr>
      <w:r>
        <w:rPr>
          <w:rFonts w:ascii="Times New Roman" w:hAnsi="Times New Roman" w:eastAsia="Times New Roman" w:cs="Times New Roman"/>
        </w:rPr>
        <w:t>Nan ane 1840, ranfòsman Mesaj Premye Zanj lan te lye ak frenman Islam. Premye Mesaj la mennen nan Dezyèm Mesaj la; yo pa ka separe.</w:t>
      </w:r>
    </w:p>
    <w:p>
      <w:pPr>
        <w:pStyle w:val="ArticleBody"/>
        <w:jc w:val="left"/>
      </w:pPr>
      <w:r>
        <w:rPr>
          <w:rFonts w:ascii="Times New Roman" w:hAnsi="Times New Roman" w:eastAsia="Times New Roman" w:cs="Times New Roman"/>
        </w:rPr>
        <w:t>Premye Mesaj la pote Dezyèm Mesaj la.</w:t>
      </w:r>
    </w:p>
    <w:p>
      <w:pPr>
        <w:pStyle w:val="ArticleBody"/>
        <w:jc w:val="left"/>
      </w:pPr>
      <w:r>
        <w:rPr>
          <w:rFonts w:ascii="Times New Roman" w:hAnsi="Times New Roman" w:eastAsia="Times New Roman" w:cs="Times New Roman"/>
        </w:rPr>
        <w:t>Premye Mesaj la te konfime lè Islam te frennen, konsa pwofesi a te akonpli. Konfimasyon sa a te bay Mesaj Premye Zanj lan fòs e li te mennen Pwotestan yo pou yo fèmen pòt yo kont li.</w:t>
      </w:r>
    </w:p>
    <w:p>
      <w:pPr>
        <w:pStyle w:val="ArticleBody"/>
        <w:jc w:val="left"/>
      </w:pPr>
      <w:r>
        <w:rPr>
          <w:rFonts w:ascii="Times New Roman" w:hAnsi="Times New Roman" w:eastAsia="Times New Roman" w:cs="Times New Roman"/>
        </w:rPr>
        <w:t>Fèmti pòt yo pa legliz pwotestan yo se te rejè Mesaj Islam lan.</w:t>
      </w:r>
    </w:p>
    <w:p>
      <w:pPr>
        <w:pStyle w:val="ArticleBody"/>
        <w:jc w:val="left"/>
      </w:pPr>
      <w:r>
        <w:rPr>
          <w:rFonts w:ascii="Times New Roman" w:hAnsi="Times New Roman" w:eastAsia="Times New Roman" w:cs="Times New Roman"/>
        </w:rPr>
        <w:t>Istwa Millerit yo prefigire istwa pa nou an.</w:t>
      </w:r>
    </w:p>
    <w:p>
      <w:pPr>
        <w:pStyle w:val="ArticleBody"/>
        <w:jc w:val="left"/>
      </w:pPr>
      <w:r>
        <w:rPr>
          <w:rFonts w:ascii="Times New Roman" w:hAnsi="Times New Roman" w:eastAsia="Times New Roman" w:cs="Times New Roman"/>
        </w:rPr>
        <w:t>Mesaj sou jistis Kris la nan tan sele 144,000 yo, lè Senyè a vide Sentespri Li a epi louvri Ekriti yo devan Laodiseyen yo ak lèp Adventis yo, pote ankò pa bourik la—Mesaj Islam lan.</w:t>
      </w:r>
    </w:p>
    <w:p>
      <w:pPr>
        <w:pStyle w:val="ArticleScripture"/>
        <w:jc w:val="left"/>
      </w:pPr>
      <w:r>
        <w:rPr>
          <w:rFonts w:ascii="Times New Roman" w:hAnsi="Times New Roman" w:eastAsia="Times New Roman" w:cs="Times New Roman"/>
        </w:rPr>
        <w:t>Nan ete ak otòn ane 1844 la, yo te bay pwoklamasyon an: “Men Veterinè a ap vini.” Lè sa a, de kategori ki reprezante pa vyèj saj yo ak vyèj sòt yo te vin parèt aklè—yon kategori ki t ap gade ak lajwa aparisyon Seyè a, e ki te prepare yo avèk dilijans pou rankontre Li; yon lòt kategori ki, anba enfliyans laperèz epi k ap aji sou enpilsyon, te kontante yo ak yon teyori sou verite a, men ki te manke gras Bondye a. Nan parabòl la, lè Veterinè a rive, “sa yo ki te pare yo antre avè l nan nòs la.” Vini Veterinè a, jan sa prezante isit la, fèt anvan nòs la. Nòs la reprezante resepsyon Kris la fè de wayòm Li an. . . . The Great Controversy, 427</w:t>
      </w:r>
    </w:p>
    <w:p>
      <w:pPr>
        <w:pStyle w:val="ArticleBody"/>
        <w:jc w:val="left"/>
      </w:pPr>
      <w:r>
        <w:rPr>
          <w:rFonts w:ascii="Times New Roman" w:hAnsi="Times New Roman" w:eastAsia="Times New Roman" w:cs="Times New Roman"/>
        </w:rPr>
        <w:t>Antre triyonfal la se vini Wa a. Sou 22 oktòb 1844, Li resevwa Wayòm nan. Sa a se Antre triyonfal la.</w:t>
      </w:r>
    </w:p>
    <w:p>
      <w:pPr>
        <w:pStyle w:val="ArticleBody"/>
        <w:jc w:val="left"/>
      </w:pPr>
      <w:r>
        <w:rPr>
          <w:rFonts w:ascii="Times New Roman" w:hAnsi="Times New Roman" w:eastAsia="Times New Roman" w:cs="Times New Roman"/>
        </w:rPr>
        <w:t>Se nan peryòd tan sa a de klas yo ap resevwa so ki fikse sò yo.</w:t>
      </w:r>
    </w:p>
    <w:p>
      <w:pPr>
        <w:pStyle w:val="ArticleScripture"/>
        <w:jc w:val="left"/>
      </w:pPr>
      <w:r>
        <w:rPr>
          <w:rFonts w:ascii="Times New Roman" w:hAnsi="Times New Roman" w:eastAsia="Times New Roman" w:cs="Times New Roman"/>
        </w:rPr>
        <w:t>Pwoklamasyon an, “Men Marye a ap vini,” nan sezon lete 1844 la, te mennen plizyè milye moun pou yo te atann avènman imedya Senyè a. Nan tan ki te fikse a, Marye a te vini, pa sou tè a, jan pèp la te espere a, men bò kote Ansyen Jou yo nan syèl la, pou maryaj la, pou resevwa wayòm Li an. “Moun ki te pare yo antre avè l nan maryaj la; epi pòt la te”—kisa?—“fèmen.” Yo pa t dwe prezan an pèsòn nan maryaj la; paske li fèt nan syèl la, tandiske yo menm yo sou tè a. Disip Kris yo dwe “tann Seyè yo, lè l ap retounen soti nan nòs la.” Lik 12:36. Men yo dwe konprann travay Li, epi swiv Li pa lafwa pandan L ap antre devan Bondye. Se nan sans sa a yo di yo antre nan maryaj la.” The Great Controversy, 427.</w:t>
      </w:r>
    </w:p>
    <w:p>
      <w:pPr>
        <w:pStyle w:val="ArticleHeading"/>
        <w:jc w:val="left"/>
      </w:pPr>
      <w:r>
        <w:rPr>
          <w:rFonts w:ascii="Arial" w:hAnsi="Arial" w:eastAsia="Arial" w:cs="Arial"/>
        </w:rPr>
        <w:t>Referans biblik sou tan reta a</w:t>
      </w:r>
    </w:p>
    <w:p>
      <w:pPr>
        <w:pStyle w:val="ArticleBody"/>
        <w:jc w:val="left"/>
      </w:pPr>
      <w:r>
        <w:rPr>
          <w:rFonts w:ascii="Times New Roman" w:hAnsi="Times New Roman" w:eastAsia="Times New Roman" w:cs="Times New Roman"/>
        </w:rPr>
        <w:t>Kèk pasaj nan Ekriti yo mete tan retad la an limyè. N ap pase sou yo rapidman epi n ap fini ak yon deklarasyon Sè White.</w:t>
      </w:r>
    </w:p>
    <w:p>
      <w:pPr>
        <w:pStyle w:val="ArticleScripture"/>
        <w:jc w:val="left"/>
      </w:pPr>
      <w:r>
        <w:rPr>
          <w:rFonts w:ascii="Times New Roman" w:hAnsi="Times New Roman" w:eastAsia="Times New Roman" w:cs="Times New Roman"/>
        </w:rPr>
        <w:t>Pandan msye marye a t ap pran tan, yo tout pran dòmi epi yo dòmi. Matye 25:5.</w:t>
      </w:r>
    </w:p>
    <w:p>
      <w:pPr>
        <w:pStyle w:val="ArticleBody"/>
        <w:jc w:val="left"/>
      </w:pPr>
      <w:r>
        <w:rPr>
          <w:rFonts w:ascii="Times New Roman" w:hAnsi="Times New Roman" w:eastAsia="Times New Roman" w:cs="Times New Roman"/>
        </w:rPr>
        <w:t>Menm isit la, 22 Mas 1844, an referans ak Tan Reta a.</w:t>
      </w:r>
    </w:p>
    <w:p>
      <w:pPr>
        <w:pStyle w:val="ArticleBody"/>
        <w:jc w:val="left"/>
      </w:pPr>
      <w:r>
        <w:rPr>
          <w:rFonts w:ascii="Times New Roman" w:hAnsi="Times New Roman" w:eastAsia="Times New Roman" w:cs="Times New Roman"/>
        </w:rPr>
        <w:t>22 mas 1844 pa yon prediksyon pwofesi biblik. Se dat Millerit yo te mal konprann nan, men li te pwodui premye desepsyon an epi li te make tan reta a.</w:t>
      </w:r>
    </w:p>
    <w:p>
      <w:pPr>
        <w:pStyle w:val="ArticleBody"/>
        <w:jc w:val="left"/>
      </w:pPr>
      <w:r>
        <w:rPr>
          <w:rFonts w:ascii="Times New Roman" w:hAnsi="Times New Roman" w:eastAsia="Times New Roman" w:cs="Times New Roman"/>
        </w:rPr>
        <w:t>Ekriti yo pa deklare ke se Bondye ki pwodui tan reta a. Se move konpreyansyon pèp la ki pwodui li: “Menm si vizyon an ta pran reta, tann li; paske li p ap pran reta, li pa bay manti.”</w:t>
      </w:r>
    </w:p>
    <w:p>
      <w:pPr>
        <w:pStyle w:val="ArticleScripture"/>
        <w:jc w:val="left"/>
      </w:pPr>
      <w:r>
        <w:rPr>
          <w:rFonts w:ascii="Times New Roman" w:hAnsi="Times New Roman" w:eastAsia="Times New Roman" w:cs="Times New Roman"/>
        </w:rPr>
        <w:t>Benediksyon pou moun ki tann, e ki rive nan mil twasantrantsenk jou yo. Men ou menm, ale nan chemen ou jouk lafen rive; paske w ap repoze, epi w ap kanpe nan pòsyon pa ou nan fen jou yo. Dànyèl 12:12, 13.</w:t>
      </w:r>
    </w:p>
    <w:p>
      <w:pPr>
        <w:pStyle w:val="ArticleBody"/>
        <w:jc w:val="left"/>
      </w:pPr>
      <w:r>
        <w:rPr>
          <w:rFonts w:ascii="Times New Roman" w:hAnsi="Times New Roman" w:eastAsia="Times New Roman" w:cs="Times New Roman"/>
        </w:rPr>
        <w:t>Ou ka li sa nan de fason. Nenpòt fason an:</w:t>
      </w:r>
    </w:p>
    <w:p>
      <w:pPr>
        <w:pStyle w:val="ArticleBody"/>
        <w:jc w:val="left"/>
      </w:pPr>
      <w:r>
        <w:rPr>
          <w:rFonts w:ascii="Times New Roman" w:hAnsi="Times New Roman" w:eastAsia="Times New Roman" w:cs="Times New Roman"/>
        </w:rPr>
        <w:t>Benediksyon pou moun ki tann, e benediksyon pou moun ki rive nan 1335 la. Men, ou menm, ale fè wout ou jouk lafen an rive; paske ou pral repoze, epi w ap kanpe nan pati pa ou a nan fen jou yo.</w:t>
      </w:r>
    </w:p>
    <w:p>
      <w:pPr>
        <w:pStyle w:val="ArticleBody"/>
        <w:jc w:val="left"/>
      </w:pPr>
      <w:r>
        <w:rPr>
          <w:rFonts w:ascii="Times New Roman" w:hAnsi="Times New Roman" w:eastAsia="Times New Roman" w:cs="Times New Roman"/>
        </w:rPr>
        <w:t>Benediksyon pou rive nan 1335 la se pa sèlman kesyon rive nan fen pwofesi tan an. Sou Tablo a, 1335 la fini an 1843. Benediksyon an se pa sèlman fen pwofesi a, men eksperyans tan reta a. Benediksyon an rive ant Tan Reta a ak 22 oktòb 1844. Se la ou dwe tann. “Benediksyon pou sila ki tann.”</w:t>
      </w:r>
    </w:p>
    <w:p>
      <w:pPr>
        <w:pStyle w:val="ArticleScripture"/>
        <w:jc w:val="left"/>
      </w:pPr>
      <w:r>
        <w:rPr>
          <w:rFonts w:ascii="Times New Roman" w:hAnsi="Times New Roman" w:eastAsia="Times New Roman" w:cs="Times New Roman"/>
        </w:rPr>
        <w:t>Se poutèt sa Senyè a ap tann, pou l ka fè nou gras; e se poutèt sa l ap leve byen wo, pou l ka gen mizèrikòd pou nou; paske Senyè a se yon Bondye jistis: beni tout moun ki tann li. Ezayi 30:18.</w:t>
      </w:r>
    </w:p>
    <w:p>
      <w:pPr>
        <w:pStyle w:val="ArticleBody"/>
        <w:jc w:val="left"/>
      </w:pPr>
      <w:r>
        <w:rPr>
          <w:rFonts w:ascii="Times New Roman" w:hAnsi="Times New Roman" w:eastAsia="Times New Roman" w:cs="Times New Roman"/>
        </w:rPr>
        <w:t>Atant lan dire depi nan Tan Reta a rive jouk 22 Oktòb 1844. Si w ap tann Li, w ap beni.</w:t>
      </w:r>
    </w:p>
    <w:p>
      <w:pPr>
        <w:pStyle w:val="ArticleScripture"/>
        <w:jc w:val="left"/>
      </w:pPr>
      <w:r>
        <w:rPr>
          <w:rFonts w:ascii="Times New Roman" w:hAnsi="Times New Roman" w:eastAsia="Times New Roman" w:cs="Times New Roman"/>
        </w:rPr>
        <w:t>Paske vizyon an se toujou pou yon tan fikse; men nan lafen li pral pale, epi li p ap bay manti. Menmsi li pran reta, tann li; paske li pral vini sètènman, li p ap pran reta. Abakouk 2:3.</w:t>
      </w:r>
    </w:p>
    <w:p>
      <w:pPr>
        <w:pStyle w:val="ArticleBody"/>
        <w:jc w:val="left"/>
      </w:pPr>
      <w:r>
        <w:rPr>
          <w:rFonts w:ascii="Times New Roman" w:hAnsi="Times New Roman" w:eastAsia="Times New Roman" w:cs="Times New Roman"/>
        </w:rPr>
        <w:t>Se te move konprannman Millerit yo ki te lakòz tan reta a. Vizyon an se pou yon tan fikse—22 oktòb 1844. Li pap bay manti, men n ap panse li pran reta akòz move konprannman.</w:t>
      </w:r>
    </w:p>
    <w:p>
      <w:pPr>
        <w:pStyle w:val="ArticleBody"/>
        <w:jc w:val="left"/>
      </w:pPr>
      <w:r>
        <w:rPr>
          <w:rFonts w:ascii="Times New Roman" w:hAnsi="Times New Roman" w:eastAsia="Times New Roman" w:cs="Times New Roman"/>
        </w:rPr>
        <w:t>Èske Senyè a te ranje move konpreyansyon an? Wi. Sè White di sa.</w:t>
      </w:r>
    </w:p>
    <w:p>
      <w:pPr>
        <w:pStyle w:val="ArticleBody"/>
        <w:jc w:val="left"/>
      </w:pPr>
      <w:r>
        <w:rPr>
          <w:rFonts w:ascii="Times New Roman" w:hAnsi="Times New Roman" w:eastAsia="Times New Roman" w:cs="Times New Roman"/>
        </w:rPr>
        <w:t>Senyè a te pwodui move konprann nan atravè Tablo 1843 la. William Miller te di li pa t janm deklare 1843 yon fason final ak desizif; men, an 1843, frè yo te mande l pou l retire “si” a epi make 1843 kòm yon repè. Sè White di sa se yon repè pwofetik, yon akonplisman Abakik 2. Repè sa a, ki te make 1843 yon fason dogmatik, te pwodui tan reta a.</w:t>
      </w:r>
    </w:p>
    <w:p>
      <w:pPr>
        <w:pStyle w:val="ArticleScripture"/>
        <w:jc w:val="left"/>
      </w:pPr>
      <w:r>
        <w:rPr>
          <w:rFonts w:ascii="Times New Roman" w:hAnsi="Times New Roman" w:eastAsia="Times New Roman" w:cs="Times New Roman"/>
        </w:rPr>
        <w:t>“Benediksyon pou je ki te wè bagay sa yo ki te parèt an 1843 ak 1844. Yo te bay mesaj la. E pa dwe gen okenn reta pou repete mesaj la, paske siy tan yo ap akonpli; travay final la dwe fèt. Yon gwo travay pral fèt nan yon ti tan. Byento, dapre lòd Bondye, y ap bay yon mesaj ki pral vin tounen yon gwo rèl. Lè sa a, Danyèl va kanpe nan pòsyon pa li, pou l bay temwayaj li.” Manuscript Releases, volim 21, 437.</w:t>
      </w:r>
    </w:p>
    <w:p>
      <w:pPr>
        <w:pStyle w:val="ArticleBody"/>
        <w:jc w:val="left"/>
      </w:pPr>
      <w:r>
        <w:rPr>
          <w:rFonts w:ascii="Times New Roman" w:hAnsi="Times New Roman" w:eastAsia="Times New Roman" w:cs="Times New Roman"/>
        </w:rPr>
        <w:t>Remake Danyèl 12:12, 13 : « Beni se moun ki tann, epi ki rive jouk mil twasan trannsenk jou yo. » — « Beni se moun ki rive nan 1335 la. Beni se moun ki rive nan 1843, » se sa vèsè 12 la di.</w:t>
      </w:r>
    </w:p>
    <w:p>
      <w:pPr>
        <w:pStyle w:val="ArticleBody"/>
        <w:jc w:val="left"/>
      </w:pPr>
      <w:r>
        <w:rPr>
          <w:rFonts w:ascii="Times New Roman" w:hAnsi="Times New Roman" w:eastAsia="Times New Roman" w:cs="Times New Roman"/>
        </w:rPr>
        <w:t>Vèsè 13:</w:t>
      </w:r>
    </w:p>
    <w:p>
      <w:pPr>
        <w:pStyle w:val="ArticleScripture"/>
        <w:jc w:val="left"/>
      </w:pPr>
      <w:r>
        <w:rPr>
          <w:rFonts w:ascii="Times New Roman" w:hAnsi="Times New Roman" w:eastAsia="Times New Roman" w:cs="Times New Roman"/>
        </w:rPr>
        <w:t>Men, ale jouk ou jiska lafen an; paske w ap repoze, epi w ap kanpe nan pòsyon pa w nan fen jou yo. Danyèl 12:12, 13.</w:t>
      </w:r>
    </w:p>
    <w:p>
      <w:pPr>
        <w:pStyle w:val="ArticleBody"/>
        <w:jc w:val="left"/>
      </w:pPr>
      <w:r>
        <w:rPr>
          <w:rFonts w:ascii="Times New Roman" w:hAnsi="Times New Roman" w:eastAsia="Times New Roman" w:cs="Times New Roman"/>
        </w:rPr>
        <w:t>Sè White mare vèsè 12 ak 13 ansanm, li di benediksyon 1335 la akonpli an 1843 ak 1844. Li pa konsène yon pwen nan tan, men moun ki tann Antre Trionfal Kris la nan Jerizalèm, ki rekonèt zanj yo k ap monte e k ap desann sou nechèl la, epi ki antre nan alyans ak Senyè a pandan Li ba yo de tab alyans 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Lesprit de Prophétie : Le Temps d’Attente et le Cri de Minuit</dc:title>
  <dc:subject>De Tablo Abakik yo</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