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Gid pa Men Seyè a</w:t>
      </w:r>
    </w:p>
    <w:p>
      <w:pPr>
        <w:pStyle w:val="ArticleSubtitle"/>
        <w:jc w:val="left"/>
      </w:pPr>
      <w:r>
        <w:rPr>
          <w:rFonts w:ascii="Arial" w:hAnsi="Arial" w:eastAsia="Arial" w:cs="Arial"/>
        </w:rPr>
        <w:t>De tab Habakuk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De tablo Habakouk yo 4 sou 95</w:t>
      </w:r>
    </w:p>
    <w:p>
      <w:pPr>
        <w:pStyle w:val="ArticleBody"/>
        <w:jc w:val="left"/>
      </w:pPr>
      <w:r>
        <w:rPr>
          <w:rFonts w:ascii="Times New Roman" w:hAnsi="Times New Roman" w:eastAsia="Times New Roman" w:cs="Times New Roman"/>
        </w:rPr>
        <w:t>Pou mwen, li vrèman difisil pou m rive pase nan uit paj nòt nan yon prezantasyon ki dire anviwon inèdtan. E si nou remake, nou gen 20 paj; kidonk, m ap senpleman fè nou konnen ke mwen pa gen entansyon li nòt sa yo. Mwen gen entansyon li kèk nan pasaj sa yo ki la a pou moun k ap gade sou LiveStream yo, ki kapab telechaje nòt yo; epi pou moun ki pral finalman gade sa sou DVD, pou yo genyen sa nan dosye a pou tèt pa yo, si yo pa deja gen atik sa yo disponib pou yo. Sa n ap trete a se De Tab Habakouk yo, e nan pwen sa a, tout sa n ap fè se eseye demontre ke Ellen White te ann amoni ak verite ki reprezante sou Tablo 1843 sa a.</w:t>
      </w:r>
    </w:p>
    <w:p>
      <w:pPr>
        <w:pStyle w:val="ArticleBody"/>
        <w:jc w:val="left"/>
      </w:pPr>
      <w:r>
        <w:rPr>
          <w:rFonts w:ascii="Times New Roman" w:hAnsi="Times New Roman" w:eastAsia="Times New Roman" w:cs="Times New Roman"/>
        </w:rPr>
        <w:t>Twa premye prezantasyon nou te fini yè yo te montre ke Ellen White, klèman ak an patikilye, apwouve pwofesi tan 2520 la kòm valab nan Early Writings, paj 236.</w:t>
      </w:r>
    </w:p>
    <w:p>
      <w:pPr>
        <w:pStyle w:val="ArticleBody"/>
        <w:jc w:val="left"/>
      </w:pPr>
      <w:r>
        <w:rPr>
          <w:rFonts w:ascii="Times New Roman" w:hAnsi="Times New Roman" w:eastAsia="Times New Roman" w:cs="Times New Roman"/>
        </w:rPr>
        <w:t>Lè l ap pale de premye desepsyon an nan mwa mas 1844, li di ke apre desepsyon an, Millerit yo te kontinye etidye Bib la, epi yo te dekouvri ke menm prèv ki te mennen yo predi 1843 pou 2520 la, 2300 la, ak 1335 la, se menm prèv sa a yo te rekonèt lè sa a nan 1844 pou pwouve ke peryòd pwofetik sa yo te fini an 1844. Epi nou te diskite kijan sèl peryòd pwofetik li ta ka ap pale de yo se de sa yo [an referans ak 2520 la ak 2300 la sou Tablo 1843 a], pa 1335 la. 1335 la te kòmanse nan peryòd tan apre Jezikri; li te fini an 1843. Se poutèt sa, li ap mete apwobasyon li sou konpreyansyon pwofesi 2520 la ak pwofesi 2300 ane a.</w:t>
      </w:r>
    </w:p>
    <w:p>
      <w:pPr>
        <w:pStyle w:val="ArticleBody"/>
        <w:jc w:val="left"/>
      </w:pPr>
      <w:r>
        <w:rPr>
          <w:rFonts w:ascii="Times New Roman" w:hAnsi="Times New Roman" w:eastAsia="Times New Roman" w:cs="Times New Roman"/>
        </w:rPr>
        <w:t>Apre sa, li te kontinye di ke pandan peryòd sa a, lè yo te kòmanse demontre ke twa pwofesi tan yo te fini an 1844, se sa menm ki te lakòz pèsekisyon an ki te chase Millerit yo deyò legliz la. Konsa, se pa yon konyensidans ke isit la, nan fen mond lan, gason ak fanm ap sibi pèsekisyon nan Legliz Advantis la poutèt yo prezante enfòmasyon ki montre poukisa 2520 la te fini an 1844.</w:t>
      </w:r>
    </w:p>
    <w:p>
      <w:pPr>
        <w:pStyle w:val="ArticleHeading"/>
        <w:jc w:val="left"/>
      </w:pPr>
      <w:r>
        <w:rPr>
          <w:rFonts w:ascii="Arial" w:hAnsi="Arial" w:eastAsia="Arial" w:cs="Arial"/>
        </w:rPr>
        <w:t>Dirije pa Men Senyè a</w:t>
      </w:r>
    </w:p>
    <w:p>
      <w:pPr>
        <w:pStyle w:val="ArticleBody"/>
        <w:jc w:val="left"/>
      </w:pPr>
      <w:r>
        <w:rPr>
          <w:rFonts w:ascii="Times New Roman" w:hAnsi="Times New Roman" w:eastAsia="Times New Roman" w:cs="Times New Roman"/>
        </w:rPr>
        <w:t>Kidonk, kounye a nou ap pase sou yon lòt sijè, sila a menm isit la [an referans ak AD508 sou Tablo 1843 la]. N ap jwenn, si nou poko gade Tablo sa yo, Sè White di konsènan Tablo 1843 sa a: “Mwen te wè ke Senyè a te dirije nan Tablo sa a,” epi li di konsènan Tablo 1850 sa a ke Bondye te nan piblikasyon Tablo sa a. Donk, li fè nou konnen ke Bondye te patisipe nan pwodiksyon toude Tablo sa yo, e fason yo te estriktire a te entansyonèl sou plan imen. Millerit yo te fè sa espre, men se te dapre plan Bondye.</w:t>
      </w:r>
    </w:p>
    <w:p>
      <w:pPr>
        <w:pStyle w:val="ArticleBody"/>
        <w:jc w:val="left"/>
      </w:pPr>
      <w:r>
        <w:rPr>
          <w:rFonts w:ascii="Times New Roman" w:hAnsi="Times New Roman" w:eastAsia="Times New Roman" w:cs="Times New Roman"/>
        </w:rPr>
        <w:t>Isit la a, depi 677 av. J.-K. rive jis nan sa yo te kwè, an 1843 apr. J.-K., se kolòn sa a [ki fè referans ak dezyèm kolòn adwat agoch sou Tablo 1843 la] ki defini 2520 la, ki kòmanse an 677 av. J.-K. e yo te panse li te fini an 1843 apr. J.-K.</w:t>
      </w:r>
    </w:p>
    <w:p>
      <w:pPr>
        <w:pStyle w:val="ArticleBody"/>
        <w:jc w:val="left"/>
      </w:pPr>
      <w:r>
        <w:rPr>
          <w:rFonts w:ascii="Times New Roman" w:hAnsi="Times New Roman" w:eastAsia="Times New Roman" w:cs="Times New Roman"/>
        </w:rPr>
        <w:t>Epi yo te konsève ilistrasyon grafik sa a sou Tablo 1850 la, depi isit la [an referans ak twazyèm kolòn apati bò gòch la] 677 av. J.-K. rive isit la, 1844 apr. J.-K. Sa a se kolòn 2520 la ki parèt sou toude Tablo yo.</w:t>
      </w:r>
    </w:p>
    <w:p>
      <w:pPr>
        <w:pStyle w:val="ArticleBody"/>
        <w:jc w:val="left"/>
      </w:pPr>
      <w:r>
        <w:rPr>
          <w:rFonts w:ascii="Times New Roman" w:hAnsi="Times New Roman" w:eastAsia="Times New Roman" w:cs="Times New Roman"/>
        </w:rPr>
        <w:t>Epi se nan mitan menm kolòn sa yo kwa a ye, nan toude ka yo.</w:t>
      </w:r>
    </w:p>
    <w:p>
      <w:pPr>
        <w:pStyle w:val="ArticleBody"/>
        <w:jc w:val="left"/>
      </w:pPr>
      <w:r>
        <w:rPr>
          <w:rFonts w:ascii="Times New Roman" w:hAnsi="Times New Roman" w:eastAsia="Times New Roman" w:cs="Times New Roman"/>
        </w:rPr>
        <w:t>Epi jis anba kwa a se referans a sou Kontinyèl la. Epi senbòl Kontinyèl la, Paganis, rasin relijyon payen an, se pwòp tèt-yo leve anlè; epi se la nou kapab wè men Senyè a ladan l, pa nesesèman men lèzòm nan toude tablo sa yo.</w:t>
      </w:r>
    </w:p>
    <w:p>
      <w:pPr>
        <w:pStyle w:val="ArticleBody"/>
        <w:jc w:val="left"/>
      </w:pPr>
      <w:r>
        <w:rPr>
          <w:rFonts w:ascii="Times New Roman" w:hAnsi="Times New Roman" w:eastAsia="Times New Roman" w:cs="Times New Roman"/>
        </w:rPr>
        <w:t>Pou mwen menm ak ou, oswa nenpòt moun, pou pwòp egzaltasyon tèt nou wete nan men nou, fòk nou vini nan pye kwa a, jan sa reflete sou toude Tablo sa yo. Leson sa a ilistre.</w:t>
      </w:r>
    </w:p>
    <w:p>
      <w:pPr>
        <w:pStyle w:val="ArticleBody"/>
        <w:jc w:val="left"/>
      </w:pPr>
      <w:r>
        <w:rPr>
          <w:rFonts w:ascii="Times New Roman" w:hAnsi="Times New Roman" w:eastAsia="Times New Roman" w:cs="Times New Roman"/>
        </w:rPr>
        <w:t>Epi, natirèlman, lè nou pale sou kolòn 2520 yo avèk kwa a nan mitan an, nou konnen ke, nan akonplisman Danyèl 9, lè Kris la te vini pou konfime alyans lan ak anpil moun pandan yon sèl semèn, yon sèl semèn sa a egal ak 2520 jou, epi nan mitan semèn sa a Yo te kloure Li sou kwa a. Konsa, nan mitan kolòn sa yo sou chak nan Tablo sa yo nou wè kwa a, e sa yo montre pa enplikasyon 2520 jou Kris la te konfime alyans lan ak anpil moun.</w:t>
      </w:r>
    </w:p>
    <w:p>
      <w:pPr>
        <w:pStyle w:val="ArticleBody"/>
        <w:jc w:val="left"/>
      </w:pPr>
      <w:r>
        <w:rPr>
          <w:rFonts w:ascii="Times New Roman" w:hAnsi="Times New Roman" w:eastAsia="Times New Roman" w:cs="Times New Roman"/>
        </w:rPr>
        <w:t>Se konsa, kounye a nou pral pran an konsiderasyon “Daily” a ansanm ak apwobasyon Ellen White te bay li.</w:t>
      </w:r>
    </w:p>
    <w:p>
      <w:pPr>
        <w:pStyle w:val="ArticleScripture"/>
        <w:jc w:val="left"/>
      </w:pPr>
      <w:r>
        <w:rPr>
          <w:rFonts w:ascii="Times New Roman" w:hAnsi="Times New Roman" w:eastAsia="Times New Roman" w:cs="Times New Roman"/>
        </w:rPr>
        <w:t>23 septembre, le Seigneur m’a montré qu’Il avait étendu Sa main une seconde fois pour recouvrer le reste de Son peuple, et que les efforts devaient être redoublés en ce temps de rassemblement. Dans la dispersion, Israël a été frappé et déchiré, mais maintenant, au temps du rassemblement, Dieu guérira et bandera les plaies de Son peuple. Dans la dispersion, les efforts faits pour répandre la vérité n’eurent que peu d’effet, n’accomplirent que peu ou rien; mais dans le rassemblement, lorsque Dieu a mis la main à l’œuvre pour rassembler Son peuple, les efforts faits pour répandre la vérité produiront l’effet qu’ils doivent produire. Tous doivent être unis et zélés dans l’œuvre. J’ai vu qu’il était mauvais que quiconque se réfère à la dispersion pour y prendre des exemples destinés à nous gouverner maintenant dans le rassemblement; car si Dieu ne faisait pas davantage pour nous maintenant qu’Il ne fit alors, Israël ne serait jamais rassemblé. J’ai vu que le tableau de 1843 avait été dirigé par la main du Seigneur, et qu’il ne devait pas être modifié; que les chiffres étaient tels qu’Il les voulait; que Sa main était au-dessus de lui et cachait une erreur dans quelques-uns des chiffres, afin que personne ne pût la voir, jusqu’à ce que Sa main fût retirée.</w:t>
      </w:r>
    </w:p>
    <w:p>
      <w:pPr>
        <w:pStyle w:val="ArticleScripture"/>
        <w:jc w:val="left"/>
      </w:pPr>
      <w:r>
        <w:rPr>
          <w:rFonts w:ascii="Times New Roman" w:hAnsi="Times New Roman" w:eastAsia="Times New Roman" w:cs="Times New Roman"/>
        </w:rPr>
        <w:t>“Lè sa a, mwen wè konsènan —chak jou a’ (Danyèl 8:12) ke mo —sakrifis la’ se sajès lèzòm ki te mete l, e li pa fè pati tèks la, e Senyè a te bay moun ki te fè kri lè jijman an rive a bon konpreyansyon sou sa. Lè te gen inyon, anvan 1844, prèske tout moun te ini sou bon konpreyansyon konsènan —chak jou a’; men nan konfizyon ki te genyen depi 1844, lòt opinyon te aksepte, e fènwa ak konfizyon te swiv. Tan pa t yon eprèv depi 1844, e li p ap janm tounen yon eprèv ankò.”</w:t>
      </w:r>
    </w:p>
    <w:p>
      <w:pPr>
        <w:pStyle w:val="ArticleScripture"/>
        <w:jc w:val="left"/>
      </w:pPr>
      <w:r>
        <w:rPr>
          <w:rFonts w:ascii="Times New Roman" w:hAnsi="Times New Roman" w:eastAsia="Times New Roman" w:cs="Times New Roman"/>
        </w:rPr>
        <w:t>Senyè a te montre m ke mesaj twazyèm zanj lan dwe ale, e dwe pwoklame bay pitit Senyè a ki gaye yo; men li pa dwe pandye sou tan. Mwen te wè ke gen kèk moun ki t ap antre nan yon fo eksitasyon, ki leve soti nan predikasyon sou tan; men mesaj twazyèm zanj lan pi fò pase sa tan ka ye. Mwen te wè ke mesaj sa a ka kanpe sou pwòp fondasyon pa li epi li pa bezwen tan pou bay li fòs; e li pral avanse avèk gwo pisans, li pral fè travay li, epi li pral vin koupe kout nan jistis.</w:t>
      </w:r>
    </w:p>
    <w:p>
      <w:pPr>
        <w:pStyle w:val="ArticleScripture"/>
        <w:jc w:val="left"/>
      </w:pPr>
      <w:r>
        <w:rPr>
          <w:rFonts w:ascii="Times New Roman" w:hAnsi="Times New Roman" w:eastAsia="Times New Roman" w:cs="Times New Roman"/>
        </w:rPr>
        <w:t>“Lè sa a, yo te atire atansyon m sou kèk moun ki nan gwo erè lè yo kwè se devwa yo pou yo ale nan ansyen Jerizalèm, epi yo panse yo gen yon travay pou yo fè la anvan Seyè a vini. Yon opinyon konsa fèt pou detounen lespri ak enterè moun de travay prezan Seyè a anba mesaj twazyèm zanj lan; paske moun ki panse yo gen pou yo ale Jerizalèm toujou ap gen lespri yo fikse la, epi y ap kenbe mwayen yo lwen kòz verite prezan an pou yo mennen tèt yo ansanm ak lòt moun la. Mwen te wè ke yon misyon konsa pa t ap reyalize okenn byen reyèl, ke li t ap pran anpil tan pou fè yon ti kantite Jwif kwè menm nan premye avènman Kris la, e plis ankò pou yo kwè nan dezyèm avènman Li. Mwen te wè ke Satan te twonpe kèk moun anpil nan bagay sa a, e ke toutotou yo nan peyi sa a te gen nanm ki ta ka resevwa èd nan men yo epi yo ta ka mennen yo pou yo kenbe kòmandman Bondye yo, men yo t ap kite yo peri. Mwen te wè tou ke ansyen Jerizalèm pa t ap janm rebati; e ke Satan t ap fè tout efò li pou mennen lespri pitit Seyè a sou bagay sa yo kounye a, nan tan rasanbleman an, pou anpeche yo mete tout enterè yo nan travay prezan Seyè a, epi pou fè yo neglije preparasyon nesesè pou jou Seyè a.” Early Writings, 74–76.</w:t>
      </w:r>
    </w:p>
    <w:p>
      <w:pPr>
        <w:pStyle w:val="ArticleBody"/>
        <w:jc w:val="left"/>
      </w:pPr>
      <w:r>
        <w:rPr>
          <w:rFonts w:ascii="Times New Roman" w:hAnsi="Times New Roman" w:eastAsia="Times New Roman" w:cs="Times New Roman"/>
        </w:rPr>
        <w:t>Kèk bagay nou pral montre se ke nou genyen yon pasaj nan Early Writings, paj 74. Nou te deja trete sa anvan. Anpil nan bagay sa yo nou pral trete nan prezantasyon sa a, nou te deja trete yo anvan; men, pifò nan nou pa konprann ke pasaj sa a nan Early Writings te pase atravè yon evolisyon. Jan li parèt nan liv Early Writings la, gen moun ki pral sèvi ak sa ki nan Early Writings pou defòme laverite. Men, si nou retounen nan dokiman sous orijinal yo, lojik yo itilize pou yo defòme laverite a disparèt.</w:t>
      </w:r>
    </w:p>
    <w:p>
      <w:pPr>
        <w:pStyle w:val="ArticleBody"/>
        <w:jc w:val="left"/>
      </w:pPr>
      <w:r>
        <w:rPr>
          <w:rFonts w:ascii="Times New Roman" w:hAnsi="Times New Roman" w:eastAsia="Times New Roman" w:cs="Times New Roman"/>
        </w:rPr>
        <w:t>Donk, gen anpil bagay ki ka di sou sa. Mwen pral sèlman idantifye kèk pwen, paske se ak Sakrifis Kontinyèl la nou ap trete isit la. Men, nan pasaj sa a ki soti nan *Early Writings*, mwen ta vle nou pran nòt de de premye panse yo menm, 23 Septanm.</w:t>
      </w:r>
    </w:p>
    <w:p>
      <w:pPr>
        <w:pStyle w:val="ArticleBody"/>
        <w:jc w:val="left"/>
      </w:pPr>
      <w:r>
        <w:rPr>
          <w:rFonts w:ascii="Times New Roman" w:hAnsi="Times New Roman" w:eastAsia="Times New Roman" w:cs="Times New Roman"/>
        </w:rPr>
        <w:t>Dakò. 23 septanm, si nou pa abitye avèk sa, nou ka mete 1850 la; 23 septanm 1850. Sa gen yon enpak sou fason nou konprann “Daily” a kòrèkteman.</w:t>
      </w:r>
    </w:p>
    <w:p>
      <w:pPr>
        <w:pStyle w:val="ArticleBody"/>
        <w:jc w:val="left"/>
      </w:pPr>
      <w:r>
        <w:rPr>
          <w:rFonts w:ascii="Times New Roman" w:hAnsi="Times New Roman" w:eastAsia="Times New Roman" w:cs="Times New Roman"/>
        </w:rPr>
        <w:t>Fen premye paragraf la se yon deklarasyon nou deja trete isit la pandan kèk jou ki sot pase yo: “Mwen wè tablo 1843 la te dirije pa men Senyè a, e yo pa t dwe chanje li; chif yo te jan Li te vle yo; men Li te sou li epi Li te kache yon erè nan kèk nan chif yo, pou pèsonn pa t ka wè li jiskaske men Li te retire.”</w:t>
      </w:r>
    </w:p>
    <w:p>
      <w:pPr>
        <w:pStyle w:val="ArticleBody"/>
        <w:jc w:val="left"/>
      </w:pPr>
      <w:r>
        <w:rPr>
          <w:rFonts w:ascii="Times New Roman" w:hAnsi="Times New Roman" w:eastAsia="Times New Roman" w:cs="Times New Roman"/>
        </w:rPr>
        <w:t>Dezyèm paragraf la di: « Lè sa a, mwen te wè anrapò ak “kontinyèl” la (Danyèl 8:12) . . . . » Kounye a, mwen vle nou senpleman mete sa nan rezèv memwa nou—nou pral pale sou sa pita san dout, si Seyè a vle—lè yo reprezante Kontinyèl la sou Tablo 1843 a, isit la menm, li di: « retire kontinyèl la »; li di: « Danyèl 12:11 ak 12. » Sou Tablo 1850 a, lè l ap trete Kontinyèl la, li di: « dominasyon payen, oswa lè yo retire kontinyèl la, Danyèl 11:31. » Konsa, sou de Tablo sa yo, anfaz yo idantifye soti nan Danyèl 11:31 ak Danyèl 12:11 se retire Kontinyèl la. Dakò?</w:t>
      </w:r>
    </w:p>
    <w:p>
      <w:pPr>
        <w:pStyle w:val="ArticleScripture"/>
        <w:jc w:val="left"/>
      </w:pPr>
      <w:r>
        <w:rPr>
          <w:rFonts w:ascii="Times New Roman" w:hAnsi="Times New Roman" w:eastAsia="Times New Roman" w:cs="Times New Roman"/>
        </w:rPr>
        <w:t>Epi nan Danyèl 11:31 ak Danyèl 12:11, mo ebre ki tradui kòm « retire » a se sur, e li vle di « pran ale »; li vle di « retire ».</w:t>
      </w:r>
    </w:p>
    <w:p>
      <w:pPr>
        <w:pStyle w:val="ArticleBody"/>
        <w:jc w:val="left"/>
      </w:pPr>
      <w:r>
        <w:rPr>
          <w:rFonts w:ascii="Times New Roman" w:hAnsi="Times New Roman" w:eastAsia="Times New Roman" w:cs="Times New Roman"/>
        </w:rPr>
        <w:t>Men, nan Danyèl 8, nan vèsè 11, kote li di yo retire Kontinyèl la, se yon lòt mo ebre. Se rum, e li vle di “leve anlè epi egzalte.”</w:t>
      </w:r>
    </w:p>
    <w:p>
      <w:pPr>
        <w:pStyle w:val="ArticleBody"/>
        <w:jc w:val="left"/>
      </w:pPr>
      <w:r>
        <w:rPr>
          <w:rFonts w:ascii="Times New Roman" w:hAnsi="Times New Roman" w:eastAsia="Times New Roman" w:cs="Times New Roman"/>
        </w:rPr>
        <w:t>Donk, William Miller te sèvi ak *Cruden’s Concordance*, e *Cruden’s Concordance* pa ba ou okenn limyè sou lang ebre a oswa lang grèk la. Konsa, Senyè a t ap dirije Millerit yo; paske, nan twa kote yo fè referans ak “Daily” a nan Liv Danyèl la—Danyèl chapit 8, Danyèl chapit 11, ak Danyèl chapit 12—nan chapit 11 ak 12, mo ebre yo tradui pa “take away” la vle di “retire.” E se sa menm y ap mete anfas sou Tablo sa yo: lè yo te retire Paganis la, pwofesi 1290 ak 1335 yo t ap kòmanse.</w:t>
      </w:r>
    </w:p>
    <w:p>
      <w:pPr>
        <w:pStyle w:val="ArticleBody"/>
        <w:jc w:val="left"/>
      </w:pPr>
      <w:r>
        <w:rPr>
          <w:rFonts w:ascii="Times New Roman" w:hAnsi="Times New Roman" w:eastAsia="Times New Roman" w:cs="Times New Roman"/>
        </w:rPr>
        <w:t>Men, nan Dànyèl 8, lè yo wete Sakrifis Kontinyèl la, sa pa pale de retire l; sa pale de relijyon Paganis la k ap leve anlè epi yo egzalte l. Konsa, Millerit yo te gen rezon. Yo te fè referans ak de chapit ki nan Dànyèl ki pale sou Sakrifis Kontinyèl la yo wete.</w:t>
      </w:r>
    </w:p>
    <w:p>
      <w:pPr>
        <w:pStyle w:val="ArticleBody"/>
        <w:jc w:val="left"/>
      </w:pPr>
      <w:r>
        <w:rPr>
          <w:rFonts w:ascii="Times New Roman" w:hAnsi="Times New Roman" w:eastAsia="Times New Roman" w:cs="Times New Roman"/>
        </w:rPr>
        <w:t>Men, isit la nan *Early Writings*, epi pandan n ap retounen atravè dokiman sous orijinal yo, nou pral wè nan chapit sa a ke okòmansman referans sa a nan Danyèl 8:12 pa t la. Mwen pa konnen si Ellen White te di yo mete sa ladan l an 1882 lè yo te enprime *Early Writings*, oswa si youn nan editè yo te mete l. Sa pa menase m, paske isit la sa pa ap pale de retrè a.</w:t>
      </w:r>
    </w:p>
    <w:p>
      <w:pPr>
        <w:pStyle w:val="ArticleBody"/>
        <w:jc w:val="left"/>
      </w:pPr>
      <w:r>
        <w:rPr>
          <w:rFonts w:ascii="Times New Roman" w:hAnsi="Times New Roman" w:eastAsia="Times New Roman" w:cs="Times New Roman"/>
        </w:rPr>
        <w:t>Li di nan dezyèm paragraf la: “Apre sa, mwen te wè konsènan —kontinyèl’ la (Danyèl 8:12), ke mo —sakrifis’ la te ajoute pa sajès lèzòm, e li pa fè pati tèks la, e ke Senyè a te bay bon konpreyansyon sou li a sila yo ki te bay kri lè jijman an.”</w:t>
      </w:r>
    </w:p>
    <w:p>
      <w:pPr>
        <w:pStyle w:val="ArticleBody"/>
        <w:jc w:val="left"/>
      </w:pPr>
      <w:r>
        <w:rPr>
          <w:rFonts w:ascii="Times New Roman" w:hAnsi="Times New Roman" w:eastAsia="Times New Roman" w:cs="Times New Roman"/>
        </w:rPr>
        <w:t>Kounye a, sa gen plizyè ane, nou te gen yon reyinyon ann Almay avèk kèk nan pastè enpòtan yo ak kèk nan pwofesè seminè yo ki soti ann Almay, kote mwen te prezante, epi yo te voye wòch pa yo sou mesaj sa a.</w:t>
      </w:r>
    </w:p>
    <w:p>
      <w:pPr>
        <w:pStyle w:val="ArticleBody"/>
        <w:jc w:val="left"/>
      </w:pPr>
      <w:r>
        <w:rPr>
          <w:rFonts w:ascii="Times New Roman" w:hAnsi="Times New Roman" w:eastAsia="Times New Roman" w:cs="Times New Roman"/>
        </w:rPr>
        <w:t>Epi te gen yon pastè la ki te soti Itali, e li te eksprime youn nan agiman sòt yo konsènan vèsè sa a. E sa li te di a se te—epi gen plizyè agiman sòt sou “kontinyèl” la, konsa nou jwenn agiman sòt sa a souvan, e nou pral mete l nan dosye a isit la. Li di: “Lè sa a, mwen te wè konsènan ‘kontinyèl’ la (Danyèl 8:12) ke mo ‘sakrifis’ la te ajoute pa sajès lèzòm, e li pa fè pati tèks la, e ke Senyè a te bay bon konpreyansyon sou sa a bay moun ki te bay kri lè jijman an.” Men agiman sòt la: Yo di Ellen White pa ap andose “kontinyèl” la isit la; li ap andose konpreyansyon Pyonye yo selon ki mo sakrifis la te ajoute pa sajès imen e li pa fè pati tèks la. Dakò? Konsa, pastè italyen sa a ap fè agiman sa a.</w:t>
      </w:r>
    </w:p>
    <w:p>
      <w:pPr>
        <w:pStyle w:val="ArticleBody"/>
        <w:jc w:val="left"/>
      </w:pPr>
      <w:r>
        <w:rPr>
          <w:rFonts w:ascii="Times New Roman" w:hAnsi="Times New Roman" w:eastAsia="Times New Roman" w:cs="Times New Roman"/>
        </w:rPr>
        <w:t>Epi mwen di: «Bon, eksplike m pwochen fraz la, Pastè.»</w:t>
      </w:r>
    </w:p>
    <w:p>
      <w:pPr>
        <w:pStyle w:val="ArticleBody"/>
        <w:jc w:val="left"/>
      </w:pPr>
      <w:r>
        <w:rPr>
          <w:rFonts w:ascii="Times New Roman" w:hAnsi="Times New Roman" w:eastAsia="Times New Roman" w:cs="Times New Roman"/>
        </w:rPr>
        <w:t>Pwochen fraz la di: “Lè inyon te egziste, anvan 1844, prèske tout moun te ini sou bon konpreyansyon konsènan —daily’ a; . . . .” Sa pa pale de bon konpreyansyon selon ki mo sacrifice la te ajoute pa sajès imen. Ellen White isit la—epi sa a se yon pwen difisil, se yon pwen difisil pou moun sa yo k ap refize tande epi k ap refize wè nan Advantis jodi a. Paragraf sa a, petèt gen plis teyolojyen ki pèdi delivrans yo poutèt paragraf sa a pase nenpòt lòt paragraf nan Lespri Pwofesi a. Mwen pa egzajere; mwen panse sa pwobableman egzak.</w:t>
      </w:r>
    </w:p>
    <w:p>
      <w:pPr>
        <w:pStyle w:val="ArticleBody"/>
        <w:jc w:val="left"/>
      </w:pPr>
      <w:r>
        <w:rPr>
          <w:rFonts w:ascii="Times New Roman" w:hAnsi="Times New Roman" w:eastAsia="Times New Roman" w:cs="Times New Roman"/>
        </w:rPr>
        <w:t>Nan kòmansman 20yèm syèk la, lè yo t ap entwodui fo opinyon sou “Daily” a nan Advantis, tout moun ki t ap goumen sou kestyon sa a, sou toude bò yo, te konnen se sou paragraf sa a yo t ap goumen. Lè Stephen Haskell te vin pran defans pozisyon Pyonye yo, ki te fè konnen “Daily” a se te Paganis, kisa li te fè? Li te reimprime Tablo 1843 sa a, epi li te mete paragraf sa a anba li. Se poutèt sa, paragraf sa a se sant konfli a, e se isit la anpil, anpil gason tonbe sou pwòp nepe yo epi yo mouri.</w:t>
      </w:r>
    </w:p>
    <w:p>
      <w:pPr>
        <w:pStyle w:val="ArticleBody"/>
        <w:jc w:val="left"/>
      </w:pPr>
      <w:r>
        <w:rPr>
          <w:rFonts w:ascii="Times New Roman" w:hAnsi="Times New Roman" w:eastAsia="Times New Roman" w:cs="Times New Roman"/>
        </w:rPr>
        <w:t>Kidonk, nan nivo ki pi ba omwen nan sa m vle nou wè isit la, paske nou gen moun tankou dènyèman, Steve Wohlberg nan White Horse Ministries, ki te opoze mesaj sa a. E youn nan agiman li yo se: “Bon, Ellen White pa t janm gen yon pozisyon sou Daily a, kidonk mwen pa oblije genyen youn,” sa ki te senpleman yon pozisyon absoliman san sajès. Men, menm si nou ta ba li posibilite a ke Ellen White pa t gen yon pozisyon sou sa, kisa li di nan sitasyon sa a? Li di ke Pyonye yo te gen bon konpreyansyon sou li. Menm si li pa t konnen ki sa li te ye, men li menm isit la ap di ke gen yon bon konpreyansyon, sa ki vle di gen yon move konpreyansyon, petèt plizyè move konpreyansyon.</w:t>
      </w:r>
    </w:p>
    <w:p>
      <w:pPr>
        <w:pStyle w:val="ArticleBody"/>
        <w:jc w:val="left"/>
      </w:pPr>
      <w:r>
        <w:rPr>
          <w:rFonts w:ascii="Times New Roman" w:hAnsi="Times New Roman" w:eastAsia="Times New Roman" w:cs="Times New Roman"/>
        </w:rPr>
        <w:t>Nou gen moun tankou Vance Ferrell. Vance Ferrell; moun yo mete konfyans yo nan entèpretasyon pwofetik Vance Ferrell yo, e mwen pa konnen poukisa. Vance Ferrell pa sèl moun nan, men li se youn nan mesye ki di ke “Daily” a reprezante ni Pèganis ni ministè Kris la nan Tanp Sanktyè a. Dakò? Li ap di ke senbòl sa a reprezante ni Satan ni Kris.</w:t>
      </w:r>
    </w:p>
    <w:p>
      <w:pPr>
        <w:pStyle w:val="ArticleBody"/>
        <w:jc w:val="left"/>
      </w:pPr>
      <w:r>
        <w:rPr>
          <w:rFonts w:ascii="Times New Roman" w:hAnsi="Times New Roman" w:eastAsia="Times New Roman" w:cs="Times New Roman"/>
        </w:rPr>
        <w:t>Ki kalite disènman y ap sèvi ak li nan yon rezònman konsa?</w:t>
      </w:r>
    </w:p>
    <w:p>
      <w:pPr>
        <w:pStyle w:val="ArticleBody"/>
        <w:jc w:val="left"/>
      </w:pPr>
      <w:r>
        <w:rPr>
          <w:rFonts w:ascii="Times New Roman" w:hAnsi="Times New Roman" w:eastAsia="Times New Roman" w:cs="Times New Roman"/>
        </w:rPr>
        <w:t>Dakò, Sè White, kèlkeswa sa “Toujou a” reprezante isit la, li di gen yon konpreyansyon ki kòrèk. Donk, nou ka omwen dakò ak prensip sa a isit la, pa vre?</w:t>
      </w:r>
    </w:p>
    <w:p>
      <w:pPr>
        <w:pStyle w:val="ArticleScripture"/>
        <w:jc w:val="left"/>
      </w:pPr>
      <w:r>
        <w:rPr>
          <w:rFonts w:ascii="Times New Roman" w:hAnsi="Times New Roman" w:eastAsia="Times New Roman" w:cs="Times New Roman"/>
        </w:rPr>
        <w:t>"Lè sa a mwen wè konsènan —sakrifis chak jou a' (Danyèl 8:12) ke mo —sakrifis' la te ajoute pa sajès lèzòm, e li pa fè pati tèks la, epi ke Senyè a te bay bon konpreyansyon sou sa a moun ki te bay kri lè jijman an rive. Lè inyon an te egziste, anvan 1844, prèske tout moun te ini sou bon konpreyansyon de —sakrifis chak jou a'; men nan konfizyon ki genyen depi 1844, yo te adopte lòt opinyon,"</w:t>
      </w:r>
    </w:p>
    <w:p>
      <w:pPr>
        <w:pStyle w:val="ArticleBody"/>
        <w:jc w:val="left"/>
      </w:pPr>
      <w:r>
        <w:rPr>
          <w:rFonts w:ascii="Times New Roman" w:hAnsi="Times New Roman" w:eastAsia="Times New Roman" w:cs="Times New Roman"/>
        </w:rPr>
        <w:t>Men sa m te di pastè italyen an. Mwen te di: “Dakò. Èske ou ka ban mwen nenpòt referans istorik ki montre ke apre 1844 te gen lòt opinyon konsènan mo sakrifis la ki te aksepte?”</w:t>
      </w:r>
    </w:p>
    <w:p>
      <w:pPr>
        <w:pStyle w:val="ArticleBody"/>
        <w:jc w:val="left"/>
      </w:pPr>
      <w:r>
        <w:rPr>
          <w:rFonts w:ascii="Times New Roman" w:hAnsi="Times New Roman" w:eastAsia="Times New Roman" w:cs="Times New Roman"/>
        </w:rPr>
        <w:t>Epi li te retounen sou sa yon jan nan pwen sa a.</w:t>
      </w:r>
    </w:p>
    <w:p>
      <w:pPr>
        <w:pStyle w:val="ArticleBody"/>
        <w:jc w:val="left"/>
      </w:pPr>
      <w:r>
        <w:rPr>
          <w:rFonts w:ascii="Times New Roman" w:hAnsi="Times New Roman" w:eastAsia="Times New Roman" w:cs="Times New Roman"/>
        </w:rPr>
        <w:t>Depi 1844, yo te adopte lòt opinyon sou Sakrifis Kontinyèl la, e ki sa yo pwodui? Fènwa ak konfizyon.</w:t>
      </w:r>
    </w:p>
    <w:p>
      <w:pPr>
        <w:pStyle w:val="ArticleBody"/>
        <w:jc w:val="left"/>
      </w:pPr>
      <w:r>
        <w:rPr>
          <w:rFonts w:ascii="Times New Roman" w:hAnsi="Times New Roman" w:eastAsia="Times New Roman" w:cs="Times New Roman"/>
        </w:rPr>
        <w:t>Souliye “fènwa ak konfizyon,” paske lè Sè White pale pi lwen sou Sakrifis Chak Jou a, li pale sou fènwa ak konfizyon, epi nou pral montre nou kèk nan bagay sa yo maten an.</w:t>
      </w:r>
    </w:p>
    <w:p>
      <w:pPr>
        <w:pStyle w:val="ArticleHeading"/>
        <w:jc w:val="left"/>
      </w:pPr>
      <w:r>
        <w:rPr>
          <w:rFonts w:ascii="Arial" w:hAnsi="Arial" w:eastAsia="Arial" w:cs="Arial"/>
        </w:rPr>
        <w:t>Adopte yon move konpreyansyon sou Sakrifis Toupandan an, epi sa pwodui tenèb ak konfizyon.</w:t>
      </w:r>
    </w:p>
    <w:p>
      <w:pPr>
        <w:pStyle w:val="ArticleBody"/>
        <w:jc w:val="left"/>
      </w:pPr>
      <w:r>
        <w:rPr>
          <w:rFonts w:ascii="Times New Roman" w:hAnsi="Times New Roman" w:eastAsia="Times New Roman" w:cs="Times New Roman"/>
        </w:rPr>
        <w:t>“Depi 1844, tan pa t yon tès, e li pap janm tounen yon tès ankò.”</w:t>
      </w:r>
    </w:p>
    <w:p>
      <w:pPr>
        <w:pStyle w:val="ArticleBody"/>
        <w:jc w:val="left"/>
      </w:pPr>
      <w:r>
        <w:rPr>
          <w:rFonts w:ascii="Times New Roman" w:hAnsi="Times New Roman" w:eastAsia="Times New Roman" w:cs="Times New Roman"/>
        </w:rPr>
        <w:t>Kidonk, an rapò ak “Daily” ou wè la a, men agiman an. Men agiman jodi a; men agiman pitit gason Ellen White la te entwodui. Lòt moun te prezante l tou, men se li menm ki te mete l nan dosye istorik Advantis la. Sa vle di lè w ap li pasaj sa a, se kontèks fikse tan an ou bezwen konprann.</w:t>
      </w:r>
    </w:p>
    <w:p>
      <w:pPr>
        <w:pStyle w:val="ArticleBody"/>
        <w:jc w:val="left"/>
      </w:pPr>
      <w:r>
        <w:rPr>
          <w:rFonts w:ascii="Times New Roman" w:hAnsi="Times New Roman" w:eastAsia="Times New Roman" w:cs="Times New Roman"/>
        </w:rPr>
        <w:t>—«Lòt opinyon yo te anbrase,»—konsènan Sakrifis Kontinyèl la—«epi fènwa ak konfizyon te swiv. Tan pa t yon tès depi 1844, e li p ap janm tounen yon tès ankò.»</w:t>
      </w:r>
    </w:p>
    <w:p>
      <w:pPr>
        <w:pStyle w:val="ArticleBody"/>
        <w:jc w:val="left"/>
      </w:pPr>
      <w:r>
        <w:rPr>
          <w:rFonts w:ascii="Times New Roman" w:hAnsi="Times New Roman" w:eastAsia="Times New Roman" w:cs="Times New Roman"/>
        </w:rPr>
        <w:t>“Senyè a fè m wè ke mesaj twazyèm zanj lan dwe ale, epi yo dwe pwoklame li bay timoun Senyè a ki gaye yo, men li pa dwe mare ak tan.”</w:t>
      </w:r>
    </w:p>
    <w:p>
      <w:pPr>
        <w:pStyle w:val="ArticleBody"/>
        <w:jc w:val="left"/>
      </w:pPr>
      <w:r>
        <w:rPr>
          <w:rFonts w:ascii="Times New Roman" w:hAnsi="Times New Roman" w:eastAsia="Times New Roman" w:cs="Times New Roman"/>
        </w:rPr>
        <w:t>Èske ou wè poukisa Willy White ap di nou bezwen wè kontèks fikse tan an?</w:t>
      </w:r>
    </w:p>
    <w:p>
      <w:pPr>
        <w:pStyle w:val="ArticleBody"/>
        <w:jc w:val="left"/>
      </w:pPr>
      <w:r>
        <w:rPr>
          <w:rFonts w:ascii="Times New Roman" w:hAnsi="Times New Roman" w:eastAsia="Times New Roman" w:cs="Times New Roman"/>
        </w:rPr>
        <w:t>Li pale de konfizyon move opinyon sou Sèvis Kontinyèl la te pwodui; tan pa t yon tès; epi apre sa gen yon paragraf sou fikse tan.</w:t>
      </w:r>
    </w:p>
    <w:p>
      <w:pPr>
        <w:pStyle w:val="ArticleBody"/>
        <w:jc w:val="left"/>
      </w:pPr>
      <w:r>
        <w:rPr>
          <w:rFonts w:ascii="Times New Roman" w:hAnsi="Times New Roman" w:eastAsia="Times New Roman" w:cs="Times New Roman"/>
        </w:rPr>
        <w:t>Dakò, men sa nou dwe konprann: Paragraf sa a konsènan fikse tan an pa t nan dokiman sous orijinal la; epi deklarasyon ki di kesyon tan an pa t yon tès la, fraz sa a te modifye. Li mal prezante panse orijinal Ellen White la. Li pa t fè okenn koneksyon ant okenn bagay konsènan fikse tan an ak “Daily” la. Se sa nou vle egzamine maten an.</w:t>
      </w:r>
    </w:p>
    <w:p>
      <w:pPr>
        <w:pStyle w:val="ArticleBody"/>
        <w:jc w:val="left"/>
      </w:pPr>
      <w:r>
        <w:rPr>
          <w:rFonts w:ascii="Times New Roman" w:hAnsi="Times New Roman" w:eastAsia="Times New Roman" w:cs="Times New Roman"/>
        </w:rPr>
        <w:t>Kidonk, jan mwen te di sa, nou pa pral li tout paj sa yo. Mwen sèlman pral asire m ke nou genyen yo an posesyon nou pou nou ka verifye sa m ap di a; paske, antanke yon èt imen, gen posibilite pou m ap twonpe nou.</w:t>
      </w:r>
    </w:p>
    <w:p>
      <w:pPr>
        <w:pStyle w:val="ArticleBody"/>
        <w:jc w:val="left"/>
      </w:pPr>
      <w:r>
        <w:rPr>
          <w:rFonts w:ascii="Times New Roman" w:hAnsi="Times New Roman" w:eastAsia="Times New Roman" w:cs="Times New Roman"/>
        </w:rPr>
        <w:t>Arthur White — « Kontèks Fiksasyon Tan an »</w:t>
      </w:r>
    </w:p>
    <w:p>
      <w:pPr>
        <w:pStyle w:val="ArticleBody"/>
        <w:jc w:val="left"/>
      </w:pPr>
      <w:r>
        <w:rPr>
          <w:rFonts w:ascii="Times New Roman" w:hAnsi="Times New Roman" w:eastAsia="Times New Roman" w:cs="Times New Roman"/>
        </w:rPr>
        <w:t>Defansè ansyen opinyon an te soutni ke fason deklarasyon sa a te ekri a [Early Writings, 74–75.] te mete apwobasyon Syèl la sou opinyon konsènan “kontinyèl” la jan Miller te kenbe l la epi jan Uriah Smith te repete l pita.</w:t>
      </w:r>
    </w:p>
    <w:p>
      <w:pPr>
        <w:pStyle w:val="ArticleBody"/>
        <w:jc w:val="left"/>
      </w:pPr>
      <w:r>
        <w:rPr>
          <w:rFonts w:ascii="Times New Roman" w:hAnsi="Times New Roman" w:eastAsia="Times New Roman" w:cs="Times New Roman"/>
        </w:rPr>
        <w:t>Arthur White, pitit gason Willy White, nan seri sis volim li a sou istwa Ellen White, lè l ap pale sou pozisyon papa li ki te rejte bon konpreyansyon sou Kontinyèl la, li di, nan EGW, volim 6, nan paj 252,</w:t>
      </w:r>
    </w:p>
    <w:p>
      <w:pPr>
        <w:pStyle w:val="ArticleBody"/>
        <w:jc w:val="left"/>
      </w:pPr>
      <w:r>
        <w:rPr>
          <w:rFonts w:ascii="Times New Roman" w:hAnsi="Times New Roman" w:eastAsia="Times New Roman" w:cs="Times New Roman"/>
        </w:rPr>
        <w:t>« Moun ki t ap defann ansyen opinyon an »—ki te di ke « Daily » a te reprezante Paganis la—« te soutni ke fason deklarasyon sa a te ekri a [Early Writings, 74–75.] te mete apwobasyon Syèl la sou opinyon Miller te genyen konsènan “daily” a, e Uriah Smith te repete l pita. »</w:t>
      </w:r>
    </w:p>
    <w:p>
      <w:pPr>
        <w:pStyle w:val="ArticleBody"/>
        <w:jc w:val="left"/>
      </w:pPr>
      <w:r>
        <w:rPr>
          <w:rFonts w:ascii="Times New Roman" w:hAnsi="Times New Roman" w:eastAsia="Times New Roman" w:cs="Times New Roman"/>
        </w:rPr>
        <w:t>Si Arthur White te pral yon istoryen otantik e egzak, èske nou konnen kisa li ta dwe di la a? Li ta senpleman mete yon sèl mo ladan l; men Arthur White, isit la li te rate okazyon an. Li ta di konsa: “Defansè ansyen opinyon an te soutni [kòrèkteman] ke pawòl deklarasyon sa a, —te soutni ke pawòl deklarasyon sa a [Early Writings, 74-75.], te mete apwobasyon Syèl la sou opinyon konsènan ‘daily’ a jan Miller te kenbe l e Uriah Smith te repete pita.”</w:t>
      </w:r>
    </w:p>
    <w:p>
      <w:pPr>
        <w:pStyle w:val="ArticleBody"/>
        <w:jc w:val="left"/>
      </w:pPr>
      <w:r>
        <w:rPr>
          <w:rFonts w:ascii="Times New Roman" w:hAnsi="Times New Roman" w:eastAsia="Times New Roman" w:cs="Times New Roman"/>
        </w:rPr>
        <w:t>Men li pa mete sa kòrèkteman ladan. Li sèlman ap di sa yo soutni, tankou si te gen posiblite pou yo t ap soutni yon pozisyon ki pa t kòrèk. Men se pa t sa; yo te gen bon pozisyon an.</w:t>
      </w:r>
    </w:p>
    <w:p>
      <w:pPr>
        <w:pStyle w:val="ArticleBody"/>
        <w:jc w:val="left"/>
      </w:pPr>
      <w:r>
        <w:rPr>
          <w:rFonts w:ascii="Times New Roman" w:hAnsi="Times New Roman" w:eastAsia="Times New Roman" w:cs="Times New Roman"/>
        </w:rPr>
        <w:t>—« Défenseurs de la nouvelle perspective »— son père, Willy, A. G. Daniells, W. W. Prescott, et je n’aborderai pas cela maintenant — « les défenseurs de la nouvelle perspective soutenaient que la déclaration devait être comprise dans son contexte — le contexte de la fixation du temps. »</w:t>
      </w:r>
    </w:p>
    <w:p>
      <w:pPr>
        <w:pStyle w:val="ArticleBody"/>
        <w:jc w:val="left"/>
      </w:pPr>
      <w:r>
        <w:rPr>
          <w:rFonts w:ascii="Times New Roman" w:hAnsi="Times New Roman" w:eastAsia="Times New Roman" w:cs="Times New Roman"/>
        </w:rPr>
        <w:t>Nou fèk di nou agiman yo nan Early Writings, paj 74.</w:t>
      </w:r>
    </w:p>
    <w:p>
      <w:pPr>
        <w:pStyle w:val="ArticleBody"/>
        <w:jc w:val="left"/>
      </w:pPr>
      <w:r>
        <w:rPr>
          <w:rFonts w:ascii="Times New Roman" w:hAnsi="Times New Roman" w:eastAsia="Times New Roman" w:cs="Times New Roman"/>
        </w:rPr>
        <w:t>—Moun ki t ap defann nouvèl opinyon an te kenbe pozisyon ke deklarasyon an dwe pran nan kontèks li a—kontèks fikse tan an. Deklarasyon Ellen White te repete yo, ki di: “Mwen pa gen okenn limyè sou pwen an” (Letter 226, 1908) ak “Mwen pa kapab defini aklè pwen yo k ap poze kestyon yo” (Letter 250, 1908), ansanm ak enkapasite li pou fè yon deklarasyon byen presi lè kestyon an te fòse sou li, te sanble bay sipò pou konklizyon yo a. Yo te gen konviksyon tou ke mesaj yo te bay atravè Ellen White yo pa t ap ann akò avèk evènman istwa yo ki te deja etabli aklè. Arthur White, EGW, volume 6, 252.</w:t>
      </w:r>
    </w:p>
    <w:p>
      <w:pPr>
        <w:pStyle w:val="ArticleBody"/>
        <w:jc w:val="left"/>
      </w:pPr>
      <w:r>
        <w:rPr>
          <w:rFonts w:ascii="Times New Roman" w:hAnsi="Times New Roman" w:eastAsia="Times New Roman" w:cs="Times New Roman"/>
        </w:rPr>
        <w:t>Vèsyon Orijinal la—Review and Herald, 1ye novanm 1850</w:t>
      </w:r>
    </w:p>
    <w:p>
      <w:pPr>
        <w:pStyle w:val="ArticleBody"/>
        <w:jc w:val="left"/>
      </w:pPr>
      <w:r>
        <w:rPr>
          <w:rFonts w:ascii="Times New Roman" w:hAnsi="Times New Roman" w:eastAsia="Times New Roman" w:cs="Times New Roman"/>
        </w:rPr>
        <w:t>Epi Early Writings, paj 74, kilè li te enprime? An 1882; liv Early Writings la te enprime an 1882.</w:t>
      </w:r>
    </w:p>
    <w:p>
      <w:pPr>
        <w:pStyle w:val="ArticleBody"/>
        <w:jc w:val="left"/>
      </w:pPr>
      <w:r>
        <w:rPr>
          <w:rFonts w:ascii="Times New Roman" w:hAnsi="Times New Roman" w:eastAsia="Times New Roman" w:cs="Times New Roman"/>
        </w:rPr>
        <w:t>Men, kote pasaj ki nan *Early Writings* n ap konsidere a te parèt okòmansman, se nan *Review and Herald*, 1ye novanm 1850, epi nou genyen sa nan nòt nou yo. Epi li gen plizyè paragraf, e jan mwen te di a, nou pa pral li yo tout.</w:t>
      </w:r>
    </w:p>
    <w:p>
      <w:pPr>
        <w:pStyle w:val="ArticleBody"/>
        <w:jc w:val="left"/>
      </w:pPr>
      <w:r>
        <w:rPr>
          <w:rFonts w:ascii="Times New Roman" w:hAnsi="Times New Roman" w:eastAsia="Times New Roman" w:cs="Times New Roman"/>
        </w:rPr>
        <w:t>Nou wè kat paragraf nan paj 2, apre sa kat paragraf nan paj 3:</w:t>
      </w:r>
    </w:p>
    <w:p>
      <w:pPr>
        <w:pStyle w:val="ArticleScripture"/>
        <w:jc w:val="left"/>
      </w:pPr>
      <w:r>
        <w:rPr>
          <w:rFonts w:ascii="Times New Roman" w:hAnsi="Times New Roman" w:eastAsia="Times New Roman" w:cs="Times New Roman"/>
        </w:rPr>
        <w:t>“Byeneme Frè ak Sè m yo, mwen vle ba nou yon ti rale sou sa Senyè a fèk montre m nan vizyon. Yo te montre m bèlte Jezi, ak lanmou zanj yo genyen youn pou lòt. Zanj lan di: —Èske nou pa ka wè lanmou yo?— swiv li. Menm jan an tou, pèp Bondye a dwe renmen youn lòt. Pito se sou tèt pa w pou repwòch la tonbe pase sou yon frè. Mwen te wè ke mesaj la —vann sa nou genyen epi bay lachari’ pa t prezante, pa kèk moun, nan klète li; ke vrè objektif pawòl Sovè nou an pa t prezante aklè. Mwen te wè ke objektif vann lan pa t pou bay sila yo ki kapab travay epi soutni tèt yo; men pou gaye verite a. Se peche pou soutni epi ankouraje nan parès sila yo ki kapab travay. Gen kèk ki te cho pou asiste tout reyinyon yo; pa pou glorifye Bondye, men poutèt —pen ak pwason yo.’ Sila yo ta pi bon anpil si yo te lakay yo ap travay ak men yo, —sa ki bon an,’ pou satisfè bezwen fanmi yo, epi pou yo gen kichòy pou bay pou soutni chèz kòz verite prezan an.”</w:t>
      </w:r>
    </w:p>
    <w:p>
      <w:pPr>
        <w:pStyle w:val="ArticleScripture"/>
        <w:jc w:val="left"/>
      </w:pPr>
      <w:r>
        <w:rPr>
          <w:rFonts w:ascii="Times New Roman" w:hAnsi="Times New Roman" w:eastAsia="Times New Roman" w:cs="Times New Roman"/>
        </w:rPr>
        <w:t>Kèk moun, mwen te wè, te fè erè lè yo t ap priye pou malad yo geri devan moun ki pa kwè. Si gen kèk nan mitan nou ki malad, epi yo rele ansyen legliz la pou yo priye sou yo, dapre Jak 5:14, 15, nou dwe suiv egzanp Jezi. Li te fè moun ki pa t kwè yo soti nan chanm nan, apre sa li te geri malad la; konsa, nou menm tou, lè n ap priye pou malad ki nan mitan nou yo, nou dwe chèche separe tèt nou ak enkredilite moun ki pa gen lafwa yo.</w:t>
      </w:r>
    </w:p>
    <w:p>
      <w:pPr>
        <w:pStyle w:val="ArticleScripture"/>
        <w:jc w:val="left"/>
      </w:pPr>
      <w:r>
        <w:rPr>
          <w:rFonts w:ascii="Times New Roman" w:hAnsi="Times New Roman" w:eastAsia="Times New Roman" w:cs="Times New Roman"/>
        </w:rPr>
        <w:t>“Lè sa a, yo te fè m retounen sou tan lè Jezi te mennen disip li yo apa, pou kont yo, nan yon chanm anwo; epi li te premye lave pye yo, apre sa li te ba yo manje nan pen ki te kase a, pou reprezante kò li ki te kraze a, ak ji rezen an pou reprezante san li ki te koule a. Mwen te wè ke tout moun ta dwe aji avèk konpreyansyon, epi suiv egzanp Jezi nan bagay sa yo; epi lè y ap obsève òdonans sa yo, yo ta dwe rete, otank posib, separe ak moun ki pa kwè yo.”</w:t>
      </w:r>
    </w:p>
    <w:p>
      <w:pPr>
        <w:pStyle w:val="ArticleScripture"/>
        <w:jc w:val="left"/>
      </w:pPr>
      <w:r>
        <w:rPr>
          <w:rFonts w:ascii="Times New Roman" w:hAnsi="Times New Roman" w:eastAsia="Times New Roman" w:cs="Times New Roman"/>
        </w:rPr>
        <w:t>“Lè sa a, yo te montre m ke sèt dènye flewo yo pral vide apre Jezi fin kite Tanp lan. Zanj lan di—se kòlè Bondye ak Ti Mouton an ki lakòz destriksyon oswa lanmò mechan yo. Lè vwa Bondye a sonnen, sen yo pral pisan e redoutab tankou yon lame ak banyè li yo; men, lè sa a, yo p ap egzekite jijman ki ekri a. Egzekisyon jijman an pral fèt nan fen 1000 ane yo.”</w:t>
      </w:r>
    </w:p>
    <w:p>
      <w:pPr>
        <w:pStyle w:val="ArticleScripture"/>
        <w:jc w:val="left"/>
      </w:pPr>
      <w:r>
        <w:rPr>
          <w:rFonts w:ascii="Times New Roman" w:hAnsi="Times New Roman" w:eastAsia="Times New Roman" w:cs="Times New Roman"/>
        </w:rPr>
        <w:t>Apre sen yo fin chanje pou yo vin imòtèl, epi yo tout leve ansanm nan lè a, epi yo resevwa gita yo, kouwòn yo, elatriye, epi yo antre nan Vil Sen an, Jezi ak sen yo chita pou jijman. Liv yo louvri, liv lavi a ak liv lanmò a; liv lavi a gen bon zèv sen yo, epi liv lanmò a gen move zèv mechan yo. Yo te konpare liv sa yo ak liv Lalwa a, Bib la, epi se dapre sa yo te jije yo. Sen yo, an inyon ak Jezi, pwononse jijman yo sou mechan mò yo. Men gade! zanj lan di, sen yo chita pou jijman, an inyon ak Jezi, epi yo mezire pou chak nan mechan yo sa yo dwe resevwa, dapre zèv yo te fè nan kò a; epi yo make bò kote non yo sa yo dwe resevwa lè jijman an va egzekite. Sa a, mwen te wè, se te travay sen yo ak Jezi, nan Vil Sen an, anvan li desann sou tè a, pandan 1000 ane yo. Apre sa, nan fen 1000 ane yo, Jezi, zanj yo, ak tout sen yo avèk li, kite Vil Sen an; epi pandan l ap desann sou tè a avèk yo, mechan mò yo leve ankò; epi lè sa a menm moun sa yo ki te “pèse li” yo, lè yo leve, yo pral wè l byen lwen nan tout glwa li, avèk zanj yo ak sen yo ansanm avè l, epi yo pral plenn poutèt li. Yo pral wè mak klou yo nan men li ak nan pye li, epi kote yo te pouse lans lan nan bò kote li. Mak klou yo ak lans lan pral, lè sa a, glwa li. Se nan fen 1000 ane yo Jezi kanpe sou Mòn Oliv la, epi mòn nan fann an de, epi li tounen yon gran plenn; epi moun ki kouri nan moman sa a se mechan yo, ki fèk leve. Apre sa Vil Sen an desann epi li poze sou plenn nan.</w:t>
      </w:r>
    </w:p>
    <w:p>
      <w:pPr>
        <w:pStyle w:val="ArticleScripture"/>
        <w:jc w:val="left"/>
      </w:pPr>
      <w:r>
        <w:rPr>
          <w:rFonts w:ascii="Times New Roman" w:hAnsi="Times New Roman" w:eastAsia="Times New Roman" w:cs="Times New Roman"/>
        </w:rPr>
        <w:t>Apre sa, Satan ranpli mechan yo, ki te leve ankò, avèk pwòp lespri pa li. Li fè yo kwè lame ki nan Vil la piti, e ke lame pa li a gwo, e ke yo kapab venk sen yo epi pran Vil la. Pandan Satan t ap rasanble lame li a, sen yo te andedan Vil la, ap gade bote ak laglwa Paradi Bondye a. Jezi te devan yo, ap mennen yo. Menm lè a, bèl Sovè a te disparèt nan mitan nou; men tousuit nou tande bèl vwa li, ki t ap di: —Vini, nou menm ki beni pa Papa m, eritye wayòm ki te prepare pou nou depi fondasyon mond lan. Nou te rasanble bò kote Jezi, epi menm jan li te fèmen pòtay Vil la, madichon an te pwononse sou mechan yo. Pòtay yo te fèmen. Lè sa a, sen yo te sèvi ak zèl yo epi yo te monte sou tèt miray Vil la. Jezi te la tou avèk yo; kouwòn li te parèt briyan ak gloriye. Se te yon kouwòn anndan yon kouwòn, yo te sèt an tout. Kouwòn sen yo te fèt ak lò ki pi pwòp la, dekore avèk zetwal. Figi yo te klere avèk laglwa, paske yo te nan menm pòtre egzak Jezi; epi pandan yo t ap monte, e yo t ap deplase tout ansanm sou tèt Vil la, mwen te sezi nèt devan vizyon an.</w:t>
      </w:r>
    </w:p>
    <w:p>
      <w:pPr>
        <w:pStyle w:val="ArticleScripture"/>
        <w:jc w:val="left"/>
      </w:pPr>
      <w:r>
        <w:rPr>
          <w:rFonts w:ascii="Times New Roman" w:hAnsi="Times New Roman" w:eastAsia="Times New Roman" w:cs="Times New Roman"/>
        </w:rPr>
        <w:t>Lè sa a, mechan yo wè sa yo te pèdi a; epi Bondye fè dife soufle sou yo, e li devore yo. Sa a se te Egzekisyon Jijman an. Lè sa a, mechan yo te resevwa dapre sa sen yo, an inyon avèk Jezi, te mezire pou yo pandan 1000 ane yo. Menm dife Bondye a ki te devore mechan yo, te pirifye tout tè a. Mòn yo, ki te kraze e dechire, fonn ak yon chalè ki t ap boule anpil; atmosfè a tou, epi tout pay la te boule nèt. Lè sa a, eritaj nou an louvri devan nou, bèl anpil e plen glwa, epi nou te eritye tout tè a ki te vin nouvo. Nou tout te rele byen fò ak yon vwa pwisan: Glwa, Alelouya.</w:t>
      </w:r>
    </w:p>
    <w:p>
      <w:pPr>
        <w:pStyle w:val="ArticleScripture"/>
        <w:jc w:val="left"/>
      </w:pPr>
      <w:r>
        <w:rPr>
          <w:rFonts w:ascii="Times New Roman" w:hAnsi="Times New Roman" w:eastAsia="Times New Roman" w:cs="Times New Roman"/>
        </w:rPr>
        <w:t>“Mwen te wè tou ke bèje yo dwe konsilte moun sa yo gen rezon pou yo gen konfyans ladan yo, sa yo ki te patisipe nan tout mesaj yo, epi ki fèm nan tout verite prezan an, anvan yo soutni nenpòt nouvo pwen ki gen enpòtans, ke yo ta ka panse Bib la apiye. Lè sa a, bèje yo va ini nèt ale, epi inyon bèje yo va santi nan legliz la. Mwen te wè yon chemen konsa ta anpeche divizyon malere, epi lè sa a pa t ap gen okenn danje pou twoupo presye a divize, ni pou mouton yo gaye, san yon bèje.”—</w:t>
      </w:r>
    </w:p>
    <w:p>
      <w:pPr>
        <w:pStyle w:val="ArticleBody"/>
        <w:jc w:val="left"/>
      </w:pPr>
      <w:r>
        <w:rPr>
          <w:rFonts w:ascii="Times New Roman" w:hAnsi="Times New Roman" w:eastAsia="Times New Roman" w:cs="Times New Roman"/>
        </w:rPr>
        <w:t>Epi answit li fini ak senk lòt paragraf ke mwen mete nan yon bwat pou nou, paske se senk paragraf sa yo, soti nan atik la, ki pral rive antre nan Early Writings. Se poutèt sa senk dènye paragraf sa yo gen bwat la toutotou yo.</w:t>
      </w:r>
    </w:p>
    <w:p>
      <w:pPr>
        <w:pStyle w:val="ArticleScripture"/>
        <w:jc w:val="left"/>
      </w:pPr>
      <w:r>
        <w:rPr>
          <w:rFonts w:ascii="Times New Roman" w:hAnsi="Times New Roman" w:eastAsia="Times New Roman" w:cs="Times New Roman"/>
        </w:rPr>
        <w:t>23 septanm, Senyè a te montre m li te lonje men l yon dezyèm fwa pou rekipere rès pèp li a, e fòk efò yo double nan tan rasanbleman sa a. Nan tan dispèsyon an, Izrayèl te frape epi dechire; men kounye a, nan tan rasanbleman an, Bondye pral geri pèp li a epi bande blesi li yo. Nan dispèsyon an, efò yo te fè pou gaye verite a te gen trè piti efè, yo te reyalize trè piti oswa anyen ditou; men nan rasanbleman an, lè Bondye mete men l pou rasanble pèp li a, efò yo fè pou gaye verite a pral gen efè li te fèt pou l genyen. Tout moun dwe ini epi chofe osijè travay la. Mwen te wè se te yon wont pou nenpòt moun ta pran dispèsyon an kòm egzanp pou dirije nou kounye a nan rasanbleman an; paske si Bondye pa fè plis pou nou kounye a pase sa li te fè lè sa a, Izrayèl pa t ap janm rasanble. Li nesesè menm jan pou verite a pibliye nan yon jounal, menm jan yo preche li.</w:t>
      </w:r>
    </w:p>
    <w:p>
      <w:pPr>
        <w:pStyle w:val="ArticleScripture"/>
        <w:jc w:val="left"/>
      </w:pPr>
      <w:r>
        <w:rPr>
          <w:rFonts w:ascii="Times New Roman" w:hAnsi="Times New Roman" w:eastAsia="Times New Roman" w:cs="Times New Roman"/>
        </w:rPr>
        <w:t>“Seyè a te montre m ke tablo 1843 la te dirije pa men pa li, e ke okenn pati ladan pa t dwe chanje; ke chif yo te jan li te vle yo a. Ke men li te sou li epi te kache yon erè nan kèk nan chif yo, pou pèsonn pa t kapab wè sa, jouk lè men li te retire.”</w:t>
      </w:r>
    </w:p>
    <w:p>
      <w:pPr>
        <w:pStyle w:val="ArticleScripture"/>
        <w:jc w:val="left"/>
      </w:pPr>
      <w:r>
        <w:rPr>
          <w:rFonts w:ascii="Times New Roman" w:hAnsi="Times New Roman" w:eastAsia="Times New Roman" w:cs="Times New Roman"/>
        </w:rPr>
        <w:t>“Lè sa a, mwen wè konsènan —Chak Jou a,’ ke se sajès lèzòm ki te ajoute mo —sakrifis’ la, e li pa fè pati tèks la; epi ke Senyè a te bay bon konpreyansyon sou sa bay moun ki te bay kri lè jijman an. Lè te gen inyon, anvan 1844, prèske tout moun te ini sou bon konpreyansyon —Chak Jou a;’ men depi 1844, nan konfizyon an, yo te adopte lòt opinyon, e fènwa ak konfizyon te swiv.”</w:t>
      </w:r>
    </w:p>
    <w:p>
      <w:pPr>
        <w:pStyle w:val="ArticleScripture"/>
        <w:jc w:val="left"/>
      </w:pPr>
      <w:r>
        <w:rPr>
          <w:rFonts w:ascii="Times New Roman" w:hAnsi="Times New Roman" w:eastAsia="Times New Roman" w:cs="Times New Roman"/>
        </w:rPr>
        <w:t>“Seyè a te montre m ke tan pa t yon tès depi 1844, e tan p ap janm ankò yon tès.”</w:t>
      </w:r>
    </w:p>
    <w:p>
      <w:pPr>
        <w:pStyle w:val="ArticleScripture"/>
        <w:jc w:val="left"/>
      </w:pPr>
      <w:r>
        <w:rPr>
          <w:rFonts w:ascii="Times New Roman" w:hAnsi="Times New Roman" w:eastAsia="Times New Roman" w:cs="Times New Roman"/>
        </w:rPr>
        <w:t>« Lè sa a, yo te atire atansyon m sou kèk moun ki nan gwo erè sa a, ki kwè sen yo gen pou yo ale ankò nan ansyen Jerizalèm, elatriye, anvan Senyè a vini. Yon opinyon konsa gen tandans detounen lespri ak enterè yo lwen travay Bondye ap fè kounye a, anba mesaj twazyèm zanj lan; paske si nou gen pou nou ale Jerizalèm, lè sa a lespri nou pral natirèlman fikse sou kote sa a, epi mwayen nou yo pral retire nan lòt itilizasyon, pou mennen sen yo Jerizalèm. Mwen te wè rezon ki fè yo te kite yo tonbe nan gwo erè sa a, se paske yo pa t konfese ni abandone erè yo, erè kote yo te plonje pandan plizyè ane deja. » Review and Herald, 1ye novanm 1850.</w:t>
      </w:r>
    </w:p>
    <w:p>
      <w:pPr>
        <w:pStyle w:val="ArticleBody"/>
        <w:jc w:val="left"/>
      </w:pPr>
      <w:r>
        <w:rPr>
          <w:rFonts w:ascii="Times New Roman" w:hAnsi="Times New Roman" w:eastAsia="Times New Roman" w:cs="Times New Roman"/>
        </w:rPr>
        <w:t>Èske nou wè yo? Èske nou konnen sa m ap pale a?</w:t>
      </w:r>
    </w:p>
    <w:p>
      <w:pPr>
        <w:pStyle w:val="ArticleBody"/>
        <w:jc w:val="left"/>
      </w:pPr>
      <w:r>
        <w:rPr>
          <w:rFonts w:ascii="Times New Roman" w:hAnsi="Times New Roman" w:eastAsia="Times New Roman" w:cs="Times New Roman"/>
        </w:rPr>
        <w:t>Dakò. Si nou antre nan senk dènye paragraf sa yo, n ap wè kèk bagay ki diferan nan tèks orijinal la pase sa nou jwenn nan Early Writings, paj 74.</w:t>
      </w:r>
    </w:p>
    <w:p>
      <w:pPr>
        <w:pStyle w:val="ArticleBody"/>
        <w:jc w:val="left"/>
      </w:pPr>
      <w:r>
        <w:rPr>
          <w:rFonts w:ascii="Times New Roman" w:hAnsi="Times New Roman" w:eastAsia="Times New Roman" w:cs="Times New Roman"/>
        </w:rPr>
        <w:t>SOT NAN ODISYANS LAN: Donk, èske w ap di sa ki nan bwat la yo se orijinal yo?</w:t>
      </w:r>
    </w:p>
    <w:p>
      <w:pPr>
        <w:pStyle w:val="ArticleBody"/>
        <w:jc w:val="left"/>
      </w:pPr>
      <w:r>
        <w:rPr>
          <w:rFonts w:ascii="Times New Roman" w:hAnsi="Times New Roman" w:eastAsia="Times New Roman" w:cs="Times New Roman"/>
        </w:rPr>
        <w:t>Sa ki nan bwat la, sa yo se senk dènye paragraf nan atik orijinal sa a, epi bwat sa a antoure yo. Senk paragraf sa yo se sa ki finalman vin parèt nan Early Writings, paj 74.</w:t>
      </w:r>
    </w:p>
    <w:p>
      <w:pPr>
        <w:pStyle w:val="ArticleBody"/>
        <w:jc w:val="left"/>
      </w:pPr>
      <w:r>
        <w:rPr>
          <w:rFonts w:ascii="Times New Roman" w:hAnsi="Times New Roman" w:eastAsia="Times New Roman" w:cs="Times New Roman"/>
        </w:rPr>
        <w:t>Men, ki lè sa te enprime, ki lè sa te ekri? Novanm 1850.</w:t>
      </w:r>
    </w:p>
    <w:p>
      <w:pPr>
        <w:pStyle w:val="ArticleBody"/>
        <w:jc w:val="left"/>
      </w:pPr>
      <w:r>
        <w:rPr>
          <w:rFonts w:ascii="Times New Roman" w:hAnsi="Times New Roman" w:eastAsia="Times New Roman" w:cs="Times New Roman"/>
        </w:rPr>
        <w:t>Konsa, mwen mete an karaktè gra sa yo ki pral chanje nan senk paragraf sa yo. Pral gen yon metamòfoz nan sa a; paske, nan yon avni ki trè pre, an 1851, liv A Sketch of the Christian Experience and Views of Ellen G. White pral enprime, epi yo pral pran paragraf sa yo pou mete yo nan A Sketch of the Christian Experience and Views of Ellen G. White. E soti isit la [atik nan Review and Herald, Novanm 1850] rive nan A Sketch of the Christian Experience and Views of Ellen G. White, gen kèk ti chanjman editoryal ki te fèt nan senk paragraf sa yo. Epi apre sa, depi A Sketch of the Christian Experience and Views of Ellen G. White an 1851 rive nan Early Writings an 1882, gen kèk lòt chanjman editoryal ankò, e se chanjman editoryal sa yo ki fè Early Writings, paj 74, vin konplike.</w:t>
      </w:r>
    </w:p>
    <w:p>
      <w:pPr>
        <w:pStyle w:val="ArticleBody"/>
        <w:jc w:val="left"/>
      </w:pPr>
      <w:r>
        <w:rPr>
          <w:rFonts w:ascii="Times New Roman" w:hAnsi="Times New Roman" w:eastAsia="Times New Roman" w:cs="Times New Roman"/>
        </w:rPr>
        <w:t>Kidonk, nan senk paragraf sa yo ki fè konklizyon an nan maniskri orijinal la, nan premye paragraf la, “23 septanm, Senyè a te montre m . . . ,” sa pral chanje.</w:t>
      </w:r>
    </w:p>
    <w:p>
      <w:pPr>
        <w:pStyle w:val="ArticleBody"/>
        <w:jc w:val="left"/>
      </w:pPr>
      <w:r>
        <w:rPr>
          <w:rFonts w:ascii="Times New Roman" w:hAnsi="Times New Roman" w:eastAsia="Times New Roman" w:cs="Times New Roman"/>
        </w:rPr>
        <w:t>Nan paragraf ki vini yo: “Apre sa mwen wè . . .”; “Apre sa mwen wè . . .”; “Senyè a te montre m . . .”; epi, “Apre sa yo te atire atansyon m sou . . .”; bagay sa yo resevwa kèk ti ajisteman minè.</w:t>
      </w:r>
    </w:p>
    <w:p>
      <w:pPr>
        <w:pStyle w:val="ArticleBody"/>
        <w:jc w:val="left"/>
      </w:pPr>
      <w:r>
        <w:rPr>
          <w:rFonts w:ascii="Times New Roman" w:hAnsi="Times New Roman" w:eastAsia="Times New Roman" w:cs="Times New Roman"/>
        </w:rPr>
        <w:t>Dis verite prensipal yo prezante nan trèz paragraf</w:t>
      </w:r>
    </w:p>
    <w:p>
      <w:pPr>
        <w:pStyle w:val="ArticleBody"/>
        <w:jc w:val="left"/>
      </w:pPr>
      <w:r>
        <w:rPr>
          <w:rFonts w:ascii="Times New Roman" w:hAnsi="Times New Roman" w:eastAsia="Times New Roman" w:cs="Times New Roman"/>
        </w:rPr>
        <w:t>Men, sa m vle nou wè nan trèz paragraf sa yo ki soti nan atik orijinal la, se ke li te montre dis bagay prensipal.</w:t>
      </w:r>
    </w:p>
    <w:p>
      <w:pPr>
        <w:pStyle w:val="ArticleBody"/>
        <w:jc w:val="left"/>
      </w:pPr>
      <w:r>
        <w:rPr>
          <w:rFonts w:ascii="Times New Roman" w:hAnsi="Times New Roman" w:eastAsia="Times New Roman" w:cs="Times New Roman"/>
        </w:rPr>
        <w:t>E kounye a mwen sonje poukisa mwen mete bagay sa yo an karaktè gra. Se pa paske yo pral chanje. Mwen ap mete anfaz sou yon bagay pou nou, si nou vle wè l, ke nan trèz paragraf sa yo yo te montre li sa . . . , yo te montre li sa . . . , yo te montre li sa . . . , yo te montre li sa. E lè yo te montre li yon bagay, apre li fin rakonte nou sa, yo montre li yon lòt bagay ki pa nesesèman gen rapò ak sa yo te fèk montre li a: “Yo te montre m sa . . . ; yo te montre m sa . . . ; yo te montre m sa . . . .”</w:t>
      </w:r>
    </w:p>
    <w:p>
      <w:pPr>
        <w:pStyle w:val="ArticleBody"/>
        <w:jc w:val="left"/>
      </w:pPr>
      <w:r>
        <w:rPr>
          <w:rFonts w:ascii="Times New Roman" w:hAnsi="Times New Roman" w:eastAsia="Times New Roman" w:cs="Times New Roman"/>
        </w:rPr>
        <w:t>Ou ka verifye sa m ap di a epi li l pou tèt ou, men yo te montre li dis verite prensipal nan trèz paragraf sa yo.</w:t>
      </w:r>
    </w:p>
    <w:p>
      <w:pPr>
        <w:pStyle w:val="ArticleBody"/>
        <w:jc w:val="left"/>
      </w:pPr>
      <w:r>
        <w:rPr>
          <w:rFonts w:ascii="Times New Roman" w:hAnsi="Times New Roman" w:eastAsia="Times New Roman" w:cs="Times New Roman"/>
        </w:rPr>
        <w:t>Men sa yo te montre l. Yo te montre l konsènan lanmou Bondye, konsènan ofrann, konsènan lapriyè pou malad yo, konsènan sèvis kominyon an, konsènan Sèt Dènye Flewo yo an rapò ak Milenyòm nan, konsènan nouvo limyè, konsènan rasanbleman apre 1844, konsènan travay piblikasyon an, konsènan Tablo 1843 a, konsènan “Daily” a, konsènan “tan” kòm yon tès, epi konsènan pelerinaj pou Jerizalèm. E si nou li sa avèk atansyon, sa pa yon koule panse. Sa se yon bagay ki trè konsa: “Yo te montre m sa,” epi li anrejistre sa yo te montre l; epi yo te montre l yon bagay ki pa nesesèman konekte. Nou dwe wè sa; paske, lè yo kòmanse rasanble paragraf sa yo ansanm, yo kòmanse kreye lide ke li ap di yon bagay li, an reyalite, pa t vrèman di.</w:t>
      </w:r>
    </w:p>
    <w:p>
      <w:pPr>
        <w:pStyle w:val="ArticleBody"/>
        <w:jc w:val="left"/>
      </w:pPr>
      <w:r>
        <w:rPr>
          <w:rFonts w:ascii="Times New Roman" w:hAnsi="Times New Roman" w:eastAsia="Times New Roman" w:cs="Times New Roman"/>
        </w:rPr>
        <w:t>Review and Herald, 1ye novanm 1850</w:t>
      </w:r>
    </w:p>
    <w:p>
      <w:pPr>
        <w:pStyle w:val="ArticleBody"/>
        <w:jc w:val="left"/>
      </w:pPr>
      <w:r>
        <w:rPr>
          <w:rFonts w:ascii="Times New Roman" w:hAnsi="Times New Roman" w:eastAsia="Times New Roman" w:cs="Times New Roman"/>
        </w:rPr>
        <w:t>Dakò. Remake premye paragraf senk paragraf n ap egzamine yo, ki soti nan mwa novanm 1850 la.</w:t>
      </w:r>
    </w:p>
    <w:p>
      <w:pPr>
        <w:pStyle w:val="ArticleScripture"/>
        <w:jc w:val="left"/>
      </w:pPr>
      <w:r>
        <w:rPr>
          <w:rFonts w:ascii="Times New Roman" w:hAnsi="Times New Roman" w:eastAsia="Times New Roman" w:cs="Times New Roman"/>
        </w:rPr>
        <w:t>23 septanm, Senyè a te montre m li te lonje men li yon dezyèm fwa pou rekipere rès pèp li a, e ke efò yo dwe double nan tan rasanbleman sa a. Nan tan dispèsyon an, Izrayèl te frape epi dechire; men kounye a, nan tan rasanbleman an, Bondye pral geri pèp li a epi bande blesi li yo. Nan dispèsyon an, efò yo te fè pou gaye verite a te gen trè piti efè, yo te akonpli trè piti oswa anyen menm; men nan rasanbleman an, lè Bondye mete men li pou rasanble pèp li a, efò yo fè pou gaye verite a pral gen efè yo te fèt pou yo genyen. Tout moun dwe ini epi chofe nan travay la. Mwen te wè se te yon wont pou nenpòt moun ta pran dispèsyon an kòm egzanp pou dirije nou kounye a nan rasanbleman an; paske si Bondye pa fè plis pou nou kounye a pase sa li te fè lè sa a, Izrayèl pa t ap janm rasanble. Li nesesè menm jan pou verite a pibliye nan yon jounal, tankou pou yo preche li.”—</w:t>
      </w:r>
    </w:p>
    <w:p>
      <w:pPr>
        <w:pStyle w:val="ArticleBody"/>
        <w:jc w:val="left"/>
      </w:pPr>
      <w:r>
        <w:rPr>
          <w:rFonts w:ascii="Times New Roman" w:hAnsi="Times New Roman" w:eastAsia="Times New Roman" w:cs="Times New Roman"/>
        </w:rPr>
        <w:t>Dènye fraz paragraf sa a di: “Li nesesè menm jan pou verite a pibliye nan yon jounal, menm jan li nesesè pou yo preche li.” Dakò. Panse sa a pral abandone.</w:t>
      </w:r>
    </w:p>
    <w:p>
      <w:pPr>
        <w:pStyle w:val="ArticleBody"/>
        <w:jc w:val="left"/>
      </w:pPr>
      <w:r>
        <w:rPr>
          <w:rFonts w:ascii="Times New Roman" w:hAnsi="Times New Roman" w:eastAsia="Times New Roman" w:cs="Times New Roman"/>
        </w:rPr>
        <w:t>Dezyèm paragraf nan senk sa yo n ap konsidere yo, kote li di: «Senyè a te montre m», nou wè mwen souliye li.</w:t>
      </w:r>
    </w:p>
    <w:p>
      <w:pPr>
        <w:pStyle w:val="ArticleBody"/>
        <w:jc w:val="left"/>
      </w:pPr>
      <w:r>
        <w:rPr>
          <w:rFonts w:ascii="Times New Roman" w:hAnsi="Times New Roman" w:eastAsia="Times New Roman" w:cs="Times New Roman"/>
        </w:rPr>
        <w:t>—«Seyè a te montre m ke tablo 1843 la te dirije pa men li, e ke okenn pati ladan li pa t dwe chanje; ke chif yo te jan li te vle yo a. Ke men li te sou li epi li te kache yon erè nan kèk nan chif yo, konsa pèsonn pa t kapab wè li, jouk lè men li te wete.»—</w:t>
      </w:r>
    </w:p>
    <w:p>
      <w:pPr>
        <w:pStyle w:val="ArticleBody"/>
        <w:jc w:val="left"/>
      </w:pPr>
      <w:r>
        <w:rPr>
          <w:rFonts w:ascii="Times New Roman" w:hAnsi="Times New Roman" w:eastAsia="Times New Roman" w:cs="Times New Roman"/>
        </w:rPr>
        <w:t>Rezon ki fè mwen gen kèk bagay souliye nan kat paragraf sa yo anlè paj la, se paske y ap fè chanjman editoryal ladan yo lè yo va reimprime l nan A Sketch of the Christian Experience and Views of Ellen G. White an 1851.</w:t>
      </w:r>
    </w:p>
    <w:p>
      <w:pPr>
        <w:pStyle w:val="ArticleBody"/>
        <w:jc w:val="left"/>
      </w:pPr>
      <w:r>
        <w:rPr>
          <w:rFonts w:ascii="Times New Roman" w:hAnsi="Times New Roman" w:eastAsia="Times New Roman" w:cs="Times New Roman"/>
        </w:rPr>
        <w:t>Dakò. “Seyè a te montre m” pral chanje; “pa men li” pral chanje; “pou okenn pati ladan l pa ta dwe chanje” pral chanje.</w:t>
      </w:r>
    </w:p>
    <w:p>
      <w:pPr>
        <w:pStyle w:val="ArticleBody"/>
        <w:jc w:val="left"/>
      </w:pPr>
      <w:r>
        <w:rPr>
          <w:rFonts w:ascii="Times New Roman" w:hAnsi="Times New Roman" w:eastAsia="Times New Roman" w:cs="Times New Roman"/>
        </w:rPr>
        <w:t>Apre sa, nan pwochen paragraf an karaktè gra [katriyèm paragraf la] sou paj la, li di,</w:t>
      </w:r>
    </w:p>
    <w:p>
      <w:pPr>
        <w:pStyle w:val="ArticleBody"/>
        <w:jc w:val="left"/>
      </w:pPr>
      <w:r>
        <w:rPr>
          <w:rFonts w:ascii="Times New Roman" w:hAnsi="Times New Roman" w:eastAsia="Times New Roman" w:cs="Times New Roman"/>
        </w:rPr>
        <w:t>—«Le Seigneur m’a montré que le Temps n’avait pas été une épreuve depuis 1844, et que le temps ne sera plus jamais une épreuve.»—</w:t>
      </w:r>
    </w:p>
    <w:p>
      <w:pPr>
        <w:pStyle w:val="ArticleBody"/>
        <w:jc w:val="left"/>
      </w:pPr>
      <w:r>
        <w:rPr>
          <w:rFonts w:ascii="Times New Roman" w:hAnsi="Times New Roman" w:eastAsia="Times New Roman" w:cs="Times New Roman"/>
        </w:rPr>
        <w:t>«Senyè a te montre m», sa pral chanje. Sa yo pral fè ane annapre a nan A Sketch of the Christian Experience and Views of Ellen G. White, se pran paragraf sa a ki gen yon sèl fraz epi mete l ansanm ak paragraf ki vini anvan an. Yo pral fè l tounen yon sèl paragraf.</w:t>
      </w:r>
    </w:p>
    <w:p>
      <w:pPr>
        <w:pStyle w:val="ArticleBody"/>
        <w:jc w:val="left"/>
      </w:pPr>
      <w:r>
        <w:rPr>
          <w:rFonts w:ascii="Times New Roman" w:hAnsi="Times New Roman" w:eastAsia="Times New Roman" w:cs="Times New Roman"/>
        </w:rPr>
        <w:t>Men, tou, si yon mo oswa kèk mo ekri an gra, ap gen kèk lòt kalite chanjman tou; epi, m ap ba ou yon egzanp sou sa m vle di.</w:t>
      </w:r>
    </w:p>
    <w:p>
      <w:pPr>
        <w:pStyle w:val="ArticleBody"/>
        <w:jc w:val="left"/>
      </w:pPr>
      <w:r>
        <w:rPr>
          <w:rFonts w:ascii="Times New Roman" w:hAnsi="Times New Roman" w:eastAsia="Times New Roman" w:cs="Times New Roman"/>
        </w:rPr>
        <w:t>Epi nan twazyèm paragraf la, li di,</w:t>
      </w:r>
    </w:p>
    <w:p>
      <w:pPr>
        <w:pStyle w:val="ArticleBody"/>
        <w:jc w:val="left"/>
      </w:pPr>
      <w:r>
        <w:rPr>
          <w:rFonts w:ascii="Times New Roman" w:hAnsi="Times New Roman" w:eastAsia="Times New Roman" w:cs="Times New Roman"/>
        </w:rPr>
        <w:t>—“Lè sa a, mwen te wè konsènan —Kontinyèl la,’ ke mo —sakrifis’ la se sajès lèzòm ki te mete l la, e li pa fè pati tèks la; e ke Senyè a te bay bon konpreyansyon sou sa bay moun ki te pwoklame kri lè jijman an. Lè te gen inyon, anvan 1844, prèske tout moun te ini sou bon konpreyansyon —Kontinyèl la;’ men depi 1844, nan konfizyon an, yo te adopte lòt opinyon, e fènwa ak konfizyon te vin swiv.”</w:t>
      </w:r>
    </w:p>
    <w:p>
      <w:pPr>
        <w:pStyle w:val="ArticleBody"/>
        <w:jc w:val="left"/>
      </w:pPr>
      <w:r>
        <w:rPr>
          <w:rFonts w:ascii="Times New Roman" w:hAnsi="Times New Roman" w:eastAsia="Times New Roman" w:cs="Times New Roman"/>
        </w:rPr>
        <w:t>Lè sa a, nan pwochen paragraf an karaktè gra [katriyèm paragraf la] sou paj la, li di,</w:t>
      </w:r>
    </w:p>
    <w:p>
      <w:pPr>
        <w:pStyle w:val="ArticleBody"/>
        <w:jc w:val="left"/>
      </w:pPr>
      <w:r>
        <w:rPr>
          <w:rFonts w:ascii="Times New Roman" w:hAnsi="Times New Roman" w:eastAsia="Times New Roman" w:cs="Times New Roman"/>
        </w:rPr>
        <w:t>"Seyè a te montre m ke Tan pa t yon tès depi 1844, e tan p ap janm tounen yon tès ankò."—</w:t>
      </w:r>
    </w:p>
    <w:p>
      <w:pPr>
        <w:pStyle w:val="ArticleBody"/>
        <w:jc w:val="left"/>
      </w:pPr>
      <w:r>
        <w:rPr>
          <w:rFonts w:ascii="Times New Roman" w:hAnsi="Times New Roman" w:eastAsia="Times New Roman" w:cs="Times New Roman"/>
        </w:rPr>
        <w:t>“Seyè a te montre m,” sa pral chanje.</w:t>
      </w:r>
    </w:p>
    <w:p>
      <w:pPr>
        <w:pStyle w:val="ArticleBody"/>
        <w:jc w:val="left"/>
      </w:pPr>
      <w:r>
        <w:rPr>
          <w:rFonts w:ascii="Times New Roman" w:hAnsi="Times New Roman" w:eastAsia="Times New Roman" w:cs="Times New Roman"/>
        </w:rPr>
        <w:t>Sa yo pral fè ane annapre a nan A Sketch of the Christian Experience and Views of Ellen G. White, se pran paragraf yon sèl fraz sa a epi yo pral mete l ansanm ak paragraf ki vin anvan an. Yo pral fè l tounen yon sèl paragraf.</w:t>
      </w:r>
    </w:p>
    <w:p>
      <w:pPr>
        <w:pStyle w:val="ArticleBody"/>
        <w:jc w:val="left"/>
      </w:pPr>
      <w:r>
        <w:rPr>
          <w:rFonts w:ascii="Times New Roman" w:hAnsi="Times New Roman" w:eastAsia="Times New Roman" w:cs="Times New Roman"/>
        </w:rPr>
        <w:t>Epi yo pral chanje “Senyè a te montre m” pou “Yo te montre m sa tou.” Dakò? Yo pral fè de paragraf sa yo tounen yon sèl paragraf, epi yo pral chanje sa pou l di, “Yo te montre m sa tou,” an 1851.</w:t>
      </w:r>
    </w:p>
    <w:p>
      <w:pPr>
        <w:pStyle w:val="ArticleBody"/>
        <w:jc w:val="left"/>
      </w:pPr>
      <w:r>
        <w:rPr>
          <w:rFonts w:ascii="Times New Roman" w:hAnsi="Times New Roman" w:eastAsia="Times New Roman" w:cs="Times New Roman"/>
        </w:rPr>
        <w:t>—«Lè sa a, yo te montre m kèk moun ki nan gwo erè sa a, ki kwè sen yo gen pou yo ale nan Ansyen Jerizalèm, elatriye, anvan Seyè a vini. Yon pwennvi konsa fèt pou detounen lespri a ak enterè a anba travay Bondye ap fè kounye a, anba mesaj twazyèm zanj lan; paske si nou gen pou nou ale Jerizalèm, lè sa a lespri nou pral natirèlman fikse la, epi mwayen nou yo pral retni pou lòt itilizasyon, pou mennen sen yo Jerizalèm. Mwen te wè rezon ki fè yo te kite yo tonbe nan gwo erè sa a, se paske yo pa t konfese epi abandone erè yo, erè kote yo te ye pandan yon kantite ane ki sot pase yo.» Review and Herald, 1ye novanm 1850.</w:t>
      </w:r>
    </w:p>
    <w:p>
      <w:pPr>
        <w:pStyle w:val="ArticleBody"/>
        <w:jc w:val="left"/>
      </w:pPr>
      <w:r>
        <w:rPr>
          <w:rFonts w:ascii="Times New Roman" w:hAnsi="Times New Roman" w:eastAsia="Times New Roman" w:cs="Times New Roman"/>
        </w:rPr>
        <w:t>Men, lè nou rive nan *Early Writings*, èske nou konnen sa yo fè? Yo retire pawòl la: “I was also shown,” kote, nan *Early Writings*, paragraf sa a pral di: “When union existed before 1844, nearly all were united on the correct view of the —Daily,’ but since 1844, in the confusion, other views have been embraced, and darkness and confusion has followed.” Yo retire “I was also shown,” epi fraz ki vin apre a se: “time had not been a test since 1844.” Toudenkou, ou pa konnen ankò ke panse sa a konsènan tan ki pa t yon tès depi 1844 se youn nan bagay yo te montre li espesyalman. Ou kwè ke sa te fè pati limyè li te resevwa sou Daily la nan lide fo a ki pwodui konfizyon.</w:t>
      </w:r>
    </w:p>
    <w:p>
      <w:pPr>
        <w:pStyle w:val="ArticleBody"/>
        <w:jc w:val="left"/>
      </w:pPr>
      <w:r>
        <w:rPr>
          <w:rFonts w:ascii="Times New Roman" w:hAnsi="Times New Roman" w:eastAsia="Times New Roman" w:cs="Times New Roman"/>
        </w:rPr>
        <w:t>Sa pa orijinal la. Ou gen orijinal la. Verifye li.</w:t>
      </w:r>
    </w:p>
    <w:p>
      <w:pPr>
        <w:pStyle w:val="ArticleBody"/>
        <w:jc w:val="left"/>
      </w:pPr>
      <w:r>
        <w:rPr>
          <w:rFonts w:ascii="Times New Roman" w:hAnsi="Times New Roman" w:eastAsia="Times New Roman" w:cs="Times New Roman"/>
        </w:rPr>
        <w:t>Pwochen Etap la (Dezyèm Etap la)—1851 Yon Rezime sou Eksperyans Kretyen an ak Vizyon Ellen G. White yo</w:t>
      </w:r>
    </w:p>
    <w:p>
      <w:pPr>
        <w:pStyle w:val="ArticleBody"/>
        <w:jc w:val="left"/>
      </w:pPr>
      <w:r>
        <w:rPr>
          <w:rFonts w:ascii="Times New Roman" w:hAnsi="Times New Roman" w:eastAsia="Times New Roman" w:cs="Times New Roman"/>
        </w:rPr>
        <w:t>Apre sa, ou genyen *A Sketch of the Christian Experience and View of Ellen G. White*, ki te enprime an 1851; epi ou genyen analiz detaye sou chanjman ki te fèt yo, e gen yon chanjman ki trè, trè enpòtan.</w:t>
      </w:r>
    </w:p>
    <w:p>
      <w:pPr>
        <w:pStyle w:val="ArticleBody"/>
        <w:jc w:val="left"/>
      </w:pPr>
      <w:r>
        <w:rPr>
          <w:rFonts w:ascii="Times New Roman" w:hAnsi="Times New Roman" w:eastAsia="Times New Roman" w:cs="Times New Roman"/>
        </w:rPr>
        <w:t>Nan dat 23 septanm, Senyè a te montre m [anvan—“showed”] ke li te lonje men li yon dezyèm fwa pou rekipere rès pèp li a, e ke efò yo dwe double nan tan rasanbleman sa a. Nan dispèsyon an, Izrayèl te frape epi dechire; men kounye a, nan tan rasanbleman an, Bondye pral geri epi pansman pèp li a. Nan dispèsyon an, efò ki te fèt pou gaye verite a te gen sèlman yon ti efè, yo te akonpli ti kras oswa anyen; men nan rasanbleman an, lè Bondye mete men li pou rasanble pèp li a, efò pou gaye verite a pral gen efè yo te fèt pou yo genyen. Tout moun ta dwe ini epi plen zèl nan travay la. Mwen te wè ke li pa t kòrèk pou pèsonn pran dispèsyon an kòm egzanp pou dirije nou kounye a nan rasanbleman an; paske si Bondye pa fè plis pou nou kounye a pase sa li te fè lè sa a, Izrayèl pa t ap janm rasanble. [Retire: Li menm nesesè pou verite a pibliye nan yon jounal, menm jan li preche.] [Paragraf yo konbine] Mwen te wè [anvan—“Senyè a te montre m”] ke tablo 1843 a te dirije pa men Senyè a, [anvan—“pa men Li”] e ke li pa ta dwe chanje; [anvan—“okenn pati ladan li pa ta dwe chanje”] ke chif yo te jan li te vle yo a. Ke men li te sou li, e li te kache yon erè nan kèk nan chif yo, pou pèsonn pa t kapab wè li, jiskaske men li te retire.</w:t>
      </w:r>
    </w:p>
    <w:p>
      <w:pPr>
        <w:pStyle w:val="ArticleBody"/>
        <w:jc w:val="left"/>
      </w:pPr>
      <w:r>
        <w:rPr>
          <w:rFonts w:ascii="Times New Roman" w:hAnsi="Times New Roman" w:eastAsia="Times New Roman" w:cs="Times New Roman"/>
        </w:rPr>
        <w:t>"Lè sa a mwen wè, an rapò ak —Chak jou a,' ke mo —sakrifis' la te ajoute pa sajès lèzòm, e li pa fè pati tèks la; e ke Senyè a te bay bon konpreyansyon sou sa bay moun ki te bay kri lè jijman an. Lè inyon te egziste, anvan 1844, prèske tout moun te ini sou bon konpreyansyon de —Chak jou a;' men depi 1844, nan konfizyon an, lòt opinyon yo te anbrase, e tenèb ak konfizyon te swiv. [Paragraf yo konbine] Mwen wè tou [Anvan sa—"Senyè a te montre m"] ke tan pa t yon eprèv depi 1844, e ke tan pap janm ankò yon eprèv.]" A Sketch of the Christian Experience and Views of Ellen G. White, ExV 61–62.</w:t>
      </w:r>
    </w:p>
    <w:p>
      <w:pPr>
        <w:pStyle w:val="ArticleBody"/>
        <w:jc w:val="left"/>
      </w:pPr>
      <w:r>
        <w:rPr>
          <w:rFonts w:ascii="Times New Roman" w:hAnsi="Times New Roman" w:eastAsia="Times New Roman" w:cs="Times New Roman"/>
        </w:rPr>
        <w:t>Tan ki pa Gen Rapò ak Mesaj Twazyèm Zanj lan</w:t>
      </w:r>
    </w:p>
    <w:p>
      <w:pPr>
        <w:pStyle w:val="ArticleBody"/>
        <w:jc w:val="left"/>
      </w:pPr>
      <w:r>
        <w:rPr>
          <w:rFonts w:ascii="Times New Roman" w:hAnsi="Times New Roman" w:eastAsia="Times New Roman" w:cs="Times New Roman"/>
        </w:rPr>
        <w:t>Ellen White te gen yon vizyon diferan de vizyon li te genyen ki finalman te vin parèt nan *Early Writings*. Li te gen plizyè vizyon; men, li te gen yon vizyon kote yo te di li yon bagay; yo te di li yon paragraf, epi li te ekri l.</w:t>
      </w:r>
    </w:p>
    <w:p>
      <w:pPr>
        <w:pStyle w:val="ArticleBody"/>
        <w:jc w:val="left"/>
      </w:pPr>
      <w:r>
        <w:rPr>
          <w:rFonts w:ascii="Times New Roman" w:hAnsi="Times New Roman" w:eastAsia="Times New Roman" w:cs="Times New Roman"/>
        </w:rPr>
        <w:t>“Seyè a te montre m ke mesaj twazyèm zanj lan dwe ale, e dwe pwoklame bay timoun Seyè a ki gaye yo, epi li pa dwe mare ak tan; paske tan p ap janm yon tès ankò. Mwen te wè ke kèk moun t ap pran yon fo eksitasyon ki soti nan predikasyon sou tan; mesaj twazyèm zanj lan te pi fò pase sa tan ka ye. Mwen te wè ke mesaj sa a ka kanpe sou pwòp fondasyon pa li, e li pa bezwen tan pou ranfòse li, e li pral ale avèk gwo pisans, li pral fè travay li, epi li pral fini vit nan jistis.” A Sketch of the Christian Experience and Views of Ellen G. White, ExV 48.</w:t>
      </w:r>
    </w:p>
    <w:p>
      <w:pPr>
        <w:pStyle w:val="ArticleBody"/>
        <w:jc w:val="left"/>
      </w:pPr>
      <w:r>
        <w:rPr>
          <w:rFonts w:ascii="Times New Roman" w:hAnsi="Times New Roman" w:eastAsia="Times New Roman" w:cs="Times New Roman"/>
        </w:rPr>
        <w:t>De quoi parle-t-elle ici ? Que nous ne devrions plus jamais relier le message du troisième ange au temps, n’est-ce pas ?</w:t>
      </w:r>
    </w:p>
    <w:p>
      <w:pPr>
        <w:pStyle w:val="ArticleBody"/>
        <w:jc w:val="left"/>
      </w:pPr>
      <w:r>
        <w:rPr>
          <w:rFonts w:ascii="Times New Roman" w:hAnsi="Times New Roman" w:eastAsia="Times New Roman" w:cs="Times New Roman"/>
        </w:rPr>
        <w:t>Amèn? Èske nou avè m?</w:t>
      </w:r>
    </w:p>
    <w:p>
      <w:pPr>
        <w:pStyle w:val="ArticleBody"/>
        <w:jc w:val="left"/>
      </w:pPr>
      <w:r>
        <w:rPr>
          <w:rFonts w:ascii="Times New Roman" w:hAnsi="Times New Roman" w:eastAsia="Times New Roman" w:cs="Times New Roman"/>
        </w:rPr>
        <w:t>Ki kote ou jwenn sa? Ki kote li ye?</w:t>
      </w:r>
    </w:p>
    <w:p>
      <w:pPr>
        <w:pStyle w:val="ArticleBody"/>
        <w:jc w:val="left"/>
      </w:pPr>
      <w:r>
        <w:rPr>
          <w:rFonts w:ascii="Times New Roman" w:hAnsi="Times New Roman" w:eastAsia="Times New Roman" w:cs="Times New Roman"/>
        </w:rPr>
        <w:t>SOT NAN ODISYANS LAN: (Pa gen repons.)</w:t>
      </w:r>
    </w:p>
    <w:p>
      <w:pPr>
        <w:pStyle w:val="ArticleBody"/>
        <w:jc w:val="left"/>
      </w:pPr>
      <w:r>
        <w:rPr>
          <w:rFonts w:ascii="Times New Roman" w:hAnsi="Times New Roman" w:eastAsia="Times New Roman" w:cs="Times New Roman"/>
        </w:rPr>
        <w:t>SOTI NAN ASISTANS LAN: Yon Deskripsyon Eksperyans ak Opinyon Kretyen yo.</w:t>
      </w:r>
    </w:p>
    <w:p>
      <w:pPr>
        <w:pStyle w:val="ArticleBody"/>
        <w:jc w:val="left"/>
      </w:pPr>
      <w:r>
        <w:rPr>
          <w:rFonts w:ascii="Times New Roman" w:hAnsi="Times New Roman" w:eastAsia="Times New Roman" w:cs="Times New Roman"/>
        </w:rPr>
        <w:t>Yon Deskripsyon sou Eksperyans Kretyen ak Opinyon Ellen G. White, paj 48, paj 48.</w:t>
      </w:r>
    </w:p>
    <w:p>
      <w:pPr>
        <w:pStyle w:val="ArticleBody"/>
        <w:jc w:val="left"/>
      </w:pPr>
      <w:r>
        <w:rPr>
          <w:rFonts w:ascii="Times New Roman" w:hAnsi="Times New Roman" w:eastAsia="Times New Roman" w:cs="Times New Roman"/>
        </w:rPr>
        <w:t>Dakò. Ki kote nou jwenn pasaj n ap diskite a, ki sòti nan Review and Herald, Novanm 1850; ki kote sa ye nan A Sketch of the Christian Experience and Views of Ellen G. White? Bon, li chita, si nou retounen yon ti kras nan nòt nou yo, li chita nan A Sketch of the Christian Experience and Views of Ellen G. White, paj 61 ak paj 62.</w:t>
      </w:r>
    </w:p>
    <w:p>
      <w:pPr>
        <w:pStyle w:val="ArticleBody"/>
        <w:jc w:val="left"/>
      </w:pPr>
      <w:r>
        <w:rPr>
          <w:rFonts w:ascii="Times New Roman" w:hAnsi="Times New Roman" w:eastAsia="Times New Roman" w:cs="Times New Roman"/>
        </w:rPr>
        <w:t>Ou gen yon vizyon nan A Sketch of the Christian Experience and Views of Ellen G. White ki anrejistre nan paj 48; epi apre sa ou gen vizyon an ki, finalman, pral parèt nan Early Writings, nan paj 61 ak 62. Yo separe pa 13 oswa 14 paj, pa vre?</w:t>
      </w:r>
    </w:p>
    <w:p>
      <w:pPr>
        <w:pStyle w:val="ArticleBody"/>
        <w:jc w:val="left"/>
      </w:pPr>
      <w:r>
        <w:rPr>
          <w:rFonts w:ascii="Times New Roman" w:hAnsi="Times New Roman" w:eastAsia="Times New Roman" w:cs="Times New Roman"/>
        </w:rPr>
        <w:t>E kisa yo pral fè lè sa rive nan Early Writings? Yo pral pran paragraf sa a nan paj 48, epi yo pral mete l tousuit apre deklarasyon pa li a ki di tan pa yon tès ankò. Yo pral mete de vizyon ansanm.</w:t>
      </w:r>
    </w:p>
    <w:p>
      <w:pPr>
        <w:pStyle w:val="ArticleBody"/>
        <w:jc w:val="left"/>
      </w:pPr>
      <w:r>
        <w:rPr>
          <w:rFonts w:ascii="Times New Roman" w:hAnsi="Times New Roman" w:eastAsia="Times New Roman" w:cs="Times New Roman"/>
        </w:rPr>
        <w:t>Èske nou suiv sa m vle di a?</w:t>
      </w:r>
    </w:p>
    <w:p>
      <w:pPr>
        <w:pStyle w:val="ArticleBody"/>
        <w:jc w:val="left"/>
      </w:pPr>
      <w:r>
        <w:rPr>
          <w:rFonts w:ascii="Times New Roman" w:hAnsi="Times New Roman" w:eastAsia="Times New Roman" w:cs="Times New Roman"/>
        </w:rPr>
        <w:t>NONM KI NAN ODYANS LAN: Wi.</w:t>
      </w:r>
    </w:p>
    <w:p>
      <w:pPr>
        <w:pStyle w:val="ArticleBody"/>
        <w:jc w:val="left"/>
      </w:pPr>
      <w:r>
        <w:rPr>
          <w:rFonts w:ascii="Times New Roman" w:hAnsi="Times New Roman" w:eastAsia="Times New Roman" w:cs="Times New Roman"/>
        </w:rPr>
        <w:t>Èske n ap suiv sa m vle di a?</w:t>
      </w:r>
    </w:p>
    <w:p>
      <w:pPr>
        <w:pStyle w:val="ArticleBody"/>
        <w:jc w:val="left"/>
      </w:pPr>
      <w:r>
        <w:rPr>
          <w:rFonts w:ascii="Times New Roman" w:hAnsi="Times New Roman" w:eastAsia="Times New Roman" w:cs="Times New Roman"/>
        </w:rPr>
        <w:t>MOUN YO AP ADRESE NAN ODITWA A: (Afirmasyon.)</w:t>
      </w:r>
    </w:p>
    <w:p>
      <w:pPr>
        <w:pStyle w:val="ArticleBody"/>
        <w:jc w:val="left"/>
      </w:pPr>
      <w:r>
        <w:rPr>
          <w:rFonts w:ascii="Times New Roman" w:hAnsi="Times New Roman" w:eastAsia="Times New Roman" w:cs="Times New Roman"/>
        </w:rPr>
        <w:t>Dakò, paske se ou menm mwen wè mwens konfimasyon avèk.</w:t>
      </w:r>
    </w:p>
    <w:p>
      <w:pPr>
        <w:pStyle w:val="ArticleBody"/>
        <w:jc w:val="left"/>
      </w:pPr>
      <w:r>
        <w:rPr>
          <w:rFonts w:ascii="Times New Roman" w:hAnsi="Times New Roman" w:eastAsia="Times New Roman" w:cs="Times New Roman"/>
        </w:rPr>
        <w:t>Dènye Etap la (Twazyèm Etap)—Ekri Bonè 1882</w:t>
      </w:r>
    </w:p>
    <w:p>
      <w:pPr>
        <w:pStyle w:val="ArticleBody"/>
        <w:jc w:val="left"/>
      </w:pPr>
      <w:r>
        <w:rPr>
          <w:rFonts w:ascii="Times New Roman" w:hAnsi="Times New Roman" w:eastAsia="Times New Roman" w:cs="Times New Roman"/>
        </w:rPr>
        <w:t>Dakò. Kounye a, mwen retounen nan paj 6 nan nòt ou yo; e, kounye a, ou gen Early Writings ankò.</w:t>
      </w:r>
    </w:p>
    <w:p>
      <w:pPr>
        <w:pStyle w:val="ArticleScripture"/>
        <w:jc w:val="left"/>
      </w:pPr>
      <w:r>
        <w:rPr>
          <w:rFonts w:ascii="Times New Roman" w:hAnsi="Times New Roman" w:eastAsia="Times New Roman" w:cs="Times New Roman"/>
        </w:rPr>
        <w:t>“23 septembre, . . . Mwen wè ke tablo 1843 a te dirije pa men Seyè a, e ke li pa t dwe chanje; ke chif yo te jan Li te vle yo a; ke men Li te sou li epi li te kache yon erè nan kèk nan chif yo, pou pèsonn pa t kapab wè li, jouk lè men Li te retire.”</w:t>
      </w:r>
    </w:p>
    <w:p>
      <w:pPr>
        <w:pStyle w:val="ArticleScripture"/>
        <w:jc w:val="left"/>
      </w:pPr>
      <w:r>
        <w:rPr>
          <w:rFonts w:ascii="Times New Roman" w:hAnsi="Times New Roman" w:eastAsia="Times New Roman" w:cs="Times New Roman"/>
        </w:rPr>
        <w:t>“Apre sa, mwen wè konsènan ‘kontinyèl’ la (Daniel 8:12) ke se sajès lèzòm ki te ajoute mo ‘sakrifis’ la, e li pa fè pati tèks la, e ke Seyè a te bay bon konpreyansyon sou li a moun ki te pwoklame kri sou lè jijman an. Lè inyon te egziste, anvan 1844, prèske tout moun te ini sou bon konpreyansyon ‘kontinyèl’ la; men nan konfizyon ki gen depi 1844 la, lòt opinyon yo te adopte, e fènwa ak konfizyon te swiv. Tan pa t yon tès depi 1844, e li p ap janm yon tès ankò.</w:t>
      </w:r>
    </w:p>
    <w:p>
      <w:pPr>
        <w:pStyle w:val="ArticleScripture"/>
        <w:jc w:val="left"/>
      </w:pPr>
      <w:r>
        <w:rPr>
          <w:rFonts w:ascii="Times New Roman" w:hAnsi="Times New Roman" w:eastAsia="Times New Roman" w:cs="Times New Roman"/>
        </w:rPr>
        <w:t>Seyè a fè m wè ke mesaj twazyèm zanj lan dwe ale, e dwe pwoklame bay pitit Seyè a ki gaye yo; men li pa dwe mare sou tan. Mwen wè ke kèk moun t ap pran yon fo eksitasyon ki te soti nan predikasyon sou tan; men mesaj twazyèm zanj lan pi fò pase nenpòt tan ka ye. Mwen wè ke mesaj sa a kapab kanpe sou pwòp fondasyon pa li e li pa bezwen tan pou bay li fòs; e li pral avanse avèk gwo puisans, li pral fè travay li, epi yo pral kout travay la nan jistis.</w:t>
      </w:r>
    </w:p>
    <w:p>
      <w:pPr>
        <w:pStyle w:val="ArticleScripture"/>
        <w:jc w:val="left"/>
      </w:pPr>
      <w:r>
        <w:rPr>
          <w:rFonts w:ascii="Times New Roman" w:hAnsi="Times New Roman" w:eastAsia="Times New Roman" w:cs="Times New Roman"/>
        </w:rPr>
        <w:t>“Lè sa a, yo te atire atansyon m sou kèk moun ki nan gwo erè sa a, ki kwè se devwa yo pou yo ale nan ansyen Jerizalèm . . .” Early Writings, 74-76.</w:t>
      </w:r>
    </w:p>
    <w:p>
      <w:pPr>
        <w:pStyle w:val="ArticleBody"/>
        <w:jc w:val="left"/>
      </w:pPr>
      <w:r>
        <w:rPr>
          <w:rFonts w:ascii="Times New Roman" w:hAnsi="Times New Roman" w:eastAsia="Times New Roman" w:cs="Times New Roman"/>
        </w:rPr>
        <w:t>Epi rezon ki fè sa a an karaktè gra, se paragraf sa a isit la kote li di: “. . . Lè inyon te egziste, anvan 1844, prèske tout moun te ini sou konpreyansyon kòrèk sou ‘kontinyèl’ la; men nan konfizyon ki te genyen depi 1844, lòt opinyon te adopte, e fènwa ak konfizyon te swiv. Tan pa t yon tès depi 1844, e li p ap janm ankò yon tès.” Ou bezwen sonje ke okòmansman, nan premye rapò li te fè sou vizyon sa a, li te di: “Yo te montre m ke tan pa t yon tès depi 1844,” e sa te yon paragraf diferan. Li te pran swen pou te gen yon distenksyon ant sa yo te montre l konsènan Kontinyèl la ak sa yo te montre l konsènan tan kòm yon tès; epi paragraf ki vin apre a, ki pale sou pa gen okenn tan ki konekte ak Mesaj Twazyèm Zanj lan, pa t nan vizyon orijinal la. Sa te nan paj 48 nan Life Sketches, pa nan paj 61 ak 62.</w:t>
      </w:r>
    </w:p>
    <w:p>
      <w:pPr>
        <w:pStyle w:val="ArticleBody"/>
        <w:jc w:val="left"/>
      </w:pPr>
      <w:r>
        <w:rPr>
          <w:rFonts w:ascii="Times New Roman" w:hAnsi="Times New Roman" w:eastAsia="Times New Roman" w:cs="Times New Roman"/>
        </w:rPr>
        <w:t>Men, lè nou rive nan *Early Writings* an 1882, yo mete yo ansanm; e, konsa, lè nou rive nan ane 1930 yo epi n ap antre nan tenèb pwofon nan Advantis la, epi Willie White di ke lè n ap etidye “Daily” a nou dwe etidye li nan kontèks tan an—“Padon, Willie, responsablite ou te genyen se te pou ou menm ki bay dosye istorik egzak Lespri Pwofesi a. Se te pou ou menm ki ta kraze Lespri Pwofesi a. E nan prezantasyon ou fè de *Early Writings*, paj 75, ou neglije sous orijinal yo, e sous orijinal sa yo di ke lè ou te pran agiman an ki di ke “Daily” a dwe konsidere nan kontèks tan an nan *Early Writings*, 74, sa se absoliman pa vre.”—Sa pa vre! Dosye ki nan Lespri Pwofesi a pa ka soutni sa. Istwa peryòd sa a pa ka soutni sa nonplis.</w:t>
      </w:r>
    </w:p>
    <w:p>
      <w:pPr>
        <w:pStyle w:val="ArticleBody"/>
        <w:jc w:val="left"/>
      </w:pPr>
      <w:r>
        <w:rPr>
          <w:rFonts w:ascii="Times New Roman" w:hAnsi="Times New Roman" w:eastAsia="Times New Roman" w:cs="Times New Roman"/>
        </w:rPr>
        <w:t>Dakò. Premye pwen an, Sè White di ke gen yon bon konpreyansyon sou “Kontinyèl la” a, nan Early Writings, 74. Agiman prensipal yo te fòse sou kestyon an pi ta nan listwa se ke, lè w ap etidye pasaj sa a nan Early Writings, 74, fòk ou mete l nan kontèks fikse tan an. Agiman sa a se yon fo agiman; li pa valab!</w:t>
      </w:r>
    </w:p>
    <w:p>
      <w:pPr>
        <w:pStyle w:val="ArticleBody"/>
        <w:jc w:val="left"/>
      </w:pPr>
      <w:r>
        <w:rPr>
          <w:rFonts w:ascii="Times New Roman" w:hAnsi="Times New Roman" w:eastAsia="Times New Roman" w:cs="Times New Roman"/>
        </w:rPr>
        <w:t>Konsa, kounye a nou rete sèlman ak pozisyon sa a, ke gen yon bon konpreyansyon sou “Chak Jou a”. Dakò? Men, nou pral pran yon lòt panse ankò nan paragraf sa a.</w:t>
      </w:r>
    </w:p>
    <w:p>
      <w:pPr>
        <w:pStyle w:val="ArticleBody"/>
        <w:jc w:val="left"/>
      </w:pPr>
      <w:r>
        <w:rPr>
          <w:rFonts w:ascii="Times New Roman" w:hAnsi="Times New Roman" w:eastAsia="Times New Roman" w:cs="Times New Roman"/>
        </w:rPr>
        <w:t>Li di: “23 septanm, Senyè a te montre m . . . .” 23 septanm, ki lè? 1850: “23 septanm 1850, Senyè a te montre m.”</w:t>
      </w:r>
    </w:p>
    <w:p>
      <w:pPr>
        <w:pStyle w:val="ArticleBody"/>
        <w:jc w:val="left"/>
      </w:pPr>
      <w:r>
        <w:rPr>
          <w:rFonts w:ascii="Times New Roman" w:hAnsi="Times New Roman" w:eastAsia="Times New Roman" w:cs="Times New Roman"/>
        </w:rPr>
        <w:t>Kisa Li te montre li?</w:t>
      </w:r>
    </w:p>
    <w:p>
      <w:pPr>
        <w:pStyle w:val="ArticleBody"/>
        <w:jc w:val="left"/>
      </w:pPr>
      <w:r>
        <w:rPr>
          <w:rFonts w:ascii="Times New Roman" w:hAnsi="Times New Roman" w:eastAsia="Times New Roman" w:cs="Times New Roman"/>
        </w:rPr>
        <w:t>Ebyen, youn nan bagay li te montre li se te ke depi 1844, lòt opinyon sou Sakrifis Kontinyèl la te adopte.</w:t>
      </w:r>
    </w:p>
    <w:p>
      <w:pPr>
        <w:pStyle w:val="ArticleBody"/>
        <w:jc w:val="left"/>
      </w:pPr>
      <w:r>
        <w:rPr>
          <w:rFonts w:ascii="Times New Roman" w:hAnsi="Times New Roman" w:eastAsia="Times New Roman" w:cs="Times New Roman"/>
        </w:rPr>
        <w:t>“Nan dat 23 septanm 1850, Seyè a te montre m . . . . Lè inyon te egziste, anvan 1844, prèske tout moun te ini sou konpreyansyon ki kòrèk la konsènan ‘Sakrifis Kontinyèl la’; men depi 1844, nan konfizyon an, yo te adopte lòt opinyon, epi tenèb ak konfizyon te swiv. The Review and Herald, novanm 1850.”</w:t>
      </w:r>
    </w:p>
    <w:p>
      <w:pPr>
        <w:pStyle w:val="ArticleBody"/>
        <w:jc w:val="left"/>
      </w:pPr>
      <w:r>
        <w:rPr>
          <w:rFonts w:ascii="Times New Roman" w:hAnsi="Times New Roman" w:eastAsia="Times New Roman" w:cs="Times New Roman"/>
        </w:rPr>
        <w:t>Mas 1850 — “Chak Jou a” se Tanp ki sou Latè</w:t>
      </w:r>
    </w:p>
    <w:p>
      <w:pPr>
        <w:pStyle w:val="ArticleBody"/>
        <w:jc w:val="left"/>
      </w:pPr>
      <w:r>
        <w:rPr>
          <w:rFonts w:ascii="Times New Roman" w:hAnsi="Times New Roman" w:eastAsia="Times New Roman" w:cs="Times New Roman"/>
        </w:rPr>
        <w:t>Konsa, nan pati anba paj 6 la, nou gen yon paragraf ki soti nan Review and Herald mwa mas 1850, e se yon atik David Arnold ekri.</w:t>
      </w:r>
    </w:p>
    <w:p>
      <w:pPr>
        <w:pStyle w:val="ArticleScripture"/>
        <w:jc w:val="left"/>
      </w:pPr>
      <w:r>
        <w:rPr>
          <w:rFonts w:ascii="Times New Roman" w:hAnsi="Times New Roman" w:eastAsia="Times New Roman" w:cs="Times New Roman"/>
        </w:rPr>
        <w:t>Li [Dànyèl] wè menm pouvwa opresif la tou —li leve kont Chèf chèf yo;’ konsa li mete fen nan legalite tout sakrifis chak jou yo ki te etabli nan Sinayi pou yo te obsève yo chak jou jiskaske Desandan an ta vini. Isit la Kris la, reyalite a menm, oswa gran sakrifis antitipik la, te touye pa sòlda women yo. Konsa, pa mwayen Wòm, —sakrifis chak jou a te retire,’ epi plas tanp li a te jete atè pa Tit, yon jeneral women, lè li te detwi lavil Jerizalèm ak tanp Bondye a, ki te genyen —tanp lan.’ Se la akonplisman deklarasyon pwofetik Kris la te kòmanse. Epi yo pral tonbe anba file nepe a, epi y ap mennen yo an kaptivite nan tout nasyon yo, epi Jerizalèm pral pilonnen anba pye moun lòt nasyon yo, JISKASKE TAN MOUN LÒT NASYON YO VA RANPLI.’ Lik 21:24.” David Arnold, Review and Herald, Mas 1850, Volim 1, Nimewo 8.</w:t>
      </w:r>
    </w:p>
    <w:p>
      <w:pPr>
        <w:pStyle w:val="ArticleBody"/>
        <w:jc w:val="left"/>
      </w:pPr>
      <w:r>
        <w:rPr>
          <w:rFonts w:ascii="Times New Roman" w:hAnsi="Times New Roman" w:eastAsia="Times New Roman" w:cs="Times New Roman"/>
        </w:rPr>
        <w:t>Nan atik sa a, David Arnold anseye ke “Kontinyèl la” nan Liv Danyèl la reprezante Tanp jwif la nan Jerizalèm, ke Wòm payen an te retire an 70 aprè Kris.</w:t>
      </w:r>
    </w:p>
    <w:p>
      <w:pPr>
        <w:pStyle w:val="ArticleBody"/>
        <w:jc w:val="left"/>
      </w:pPr>
      <w:r>
        <w:rPr>
          <w:rFonts w:ascii="Times New Roman" w:hAnsi="Times New Roman" w:eastAsia="Times New Roman" w:cs="Times New Roman"/>
        </w:rPr>
        <w:t>Septanm 1850 “Sakrifis Toutan an” se Sèvis Kris nan Tanp lan</w:t>
      </w:r>
    </w:p>
    <w:p>
      <w:pPr>
        <w:pStyle w:val="ArticleBody"/>
        <w:jc w:val="left"/>
      </w:pPr>
      <w:r>
        <w:rPr>
          <w:rFonts w:ascii="Times New Roman" w:hAnsi="Times New Roman" w:eastAsia="Times New Roman" w:cs="Times New Roman"/>
        </w:rPr>
        <w:t>Lè sa a, an septanm 1850, menm ane sa a—epi, antouka, kiyès ki editè Review and Herald la an 1850? Non li se James White.</w:t>
      </w:r>
    </w:p>
    <w:p>
      <w:pPr>
        <w:pStyle w:val="ArticleBody"/>
        <w:jc w:val="left"/>
      </w:pPr>
      <w:r>
        <w:rPr>
          <w:rFonts w:ascii="Times New Roman" w:hAnsi="Times New Roman" w:eastAsia="Times New Roman" w:cs="Times New Roman"/>
        </w:rPr>
        <w:t>Kidonk, nan mwa septanm 1850, James White pibliye yon atik pa Crosier ki anseye ke “Daily” a reprezante ministè Kris la nan Tanp lan.</w:t>
      </w:r>
    </w:p>
    <w:p>
      <w:pPr>
        <w:pStyle w:val="ArticleBody"/>
        <w:jc w:val="left"/>
      </w:pPr>
      <w:r>
        <w:rPr>
          <w:rFonts w:ascii="Times New Roman" w:hAnsi="Times New Roman" w:eastAsia="Times New Roman" w:cs="Times New Roman"/>
        </w:rPr>
        <w:t>Koulye a, James White pa anseye sa dirèkteman, men moun yo pran sa kòm yon dediksyon epi yo di se sa li menm ap anseye. E poukisa m ap di sa? M ap di sa pou rezon sa a: Nan mwa septanm 1850, Sè White di ke depi 1844 yo te anbrase lòt opinyon sou “Daily” la nan fènwa, epi konfizyon te swiv.</w:t>
      </w:r>
    </w:p>
    <w:p>
      <w:pPr>
        <w:pStyle w:val="ArticleBody"/>
        <w:jc w:val="left"/>
      </w:pPr>
      <w:r>
        <w:rPr>
          <w:rFonts w:ascii="Times New Roman" w:hAnsi="Times New Roman" w:eastAsia="Times New Roman" w:cs="Times New Roman"/>
        </w:rPr>
        <w:t>De opinyon sa yo toulède [Arnold ak Crosier] pa reprezante opinyon Pyonye yo, ki di “Kontinyèl la” se Paganis.</w:t>
      </w:r>
    </w:p>
    <w:p>
      <w:pPr>
        <w:pStyle w:val="ArticleBody"/>
        <w:jc w:val="left"/>
      </w:pPr>
      <w:r>
        <w:rPr>
          <w:rFonts w:ascii="Times New Roman" w:hAnsi="Times New Roman" w:eastAsia="Times New Roman" w:cs="Times New Roman"/>
        </w:rPr>
        <w:t>Epi nan paj 7 la, ou gen de paragraf yo soti nan atik Crosier la, kote li ap fè konprann ke “Daily” a se ministè Kris la nan Sanktyè a.</w:t>
      </w:r>
    </w:p>
    <w:p>
      <w:pPr>
        <w:pStyle w:val="ArticleScripture"/>
        <w:jc w:val="left"/>
      </w:pPr>
      <w:r>
        <w:rPr>
          <w:rFonts w:ascii="Times New Roman" w:hAnsi="Times New Roman" w:eastAsia="Times New Roman" w:cs="Times New Roman"/>
        </w:rPr>
        <w:t>«—Epi kote Tanp Li a te jete atè;» Danyèl 8:11. Jete sa a te fèt nan jou yo epi pa mwayen pouvwa women an; se poutèt sa, Tanp tèks sa a pa t Latè a, ni Palestin, paske premye a te deja jete atè depi lè sezon otòn la, plis pase 4,000 ane anvan, epi dezyèm nan nan kaptivite a, plis pase 700 ane anvan evènman pasaj sa a, e okenn ladan yo pa t fèt pa mwayen pouvwa women an.</w:t>
      </w:r>
    </w:p>
    <w:p>
      <w:pPr>
        <w:pStyle w:val="ArticleScripture"/>
        <w:jc w:val="left"/>
      </w:pPr>
      <w:r>
        <w:rPr>
          <w:rFonts w:ascii="Times New Roman" w:hAnsi="Times New Roman" w:eastAsia="Times New Roman" w:cs="Times New Roman"/>
        </w:rPr>
        <w:t>« Tanp lan yo te jete atè a se pa l’ menm moun Wòm te fè grandizè kont li a, ki te Chèf lame a, Jezi Kris la; e Pòl anseye ke Tanp li a se nan syèl la li ye. Ankò, Danyèl 11:30–31, —Paske bato Kittim yo va vini kont li; se poutèt sa li va gen lapenn, li va tounen, epi li va gen endiyasyon (baton pou chatye) kont alyans sen an (Krisyanis la); konsa li va fè; li va menm tounen epi li va gen antant ak sila yo (prèt ak evèk) ki abandone alyans sen an. Epi zam yo (sivil ak relijye) va kanpe bò kote li, epi yo (Wòm ak sila yo ki abandone alyans sen an) va pwofane Tanp fòs la.’ Ki sa sa te ye Wòm ak apotazi Krisyanis la te ansanm pwofane? Konbinezon sa a te fòme kont —alyans sen an’, e se Tanp alyans sa a yo te pwofane; sa yo te kapab fè menm jan yo te kapab pwofane non Bondye; Jeremi 34:16; Ezekyèl 20; Malachi 1:7. Sa te menm bagay ak derespekte oswa blasfeme non li. Nan sans sa a, bèt sa a —politikorelijye’ te pwofane Tanp lan, (Revelation 13:6), epi li te jete l’ desann soti nan plas li nan syèl la, (Psalms 102:19; Jeremiah 17:12; Hebrews 8:1–2) lè yo te rele Wòm vil sen an, (Revelation 21:2) epi yo te enstale Pap la la avèk tit sa yo, —Seyè Bondye Pap la’, —Papa Sen’, —Tèt Legliz la’, elatriye, epi la, nan —tanp Bondye’ kontrefè a, li pretann fè sa Jezi fè tout bon vre nan Tanp li a; 2 Thessalonians 2:1–8. Yo te foule Tanp lan anba pye (Daniel 8:13), menm jan yo te fè ak Pitit Bondye a. (Hebrews 10:29.)” O. R. L. Crosier, —The Sanctuary’, Review and Herald, September, 1850.</w:t>
      </w:r>
    </w:p>
    <w:p>
      <w:pPr>
        <w:pStyle w:val="ArticleBody"/>
        <w:jc w:val="left"/>
      </w:pPr>
      <w:r>
        <w:rPr>
          <w:rFonts w:ascii="Times New Roman" w:hAnsi="Times New Roman" w:eastAsia="Times New Roman" w:cs="Times New Roman"/>
        </w:rPr>
        <w:t>Lojik James White la</w:t>
      </w:r>
    </w:p>
    <w:p>
      <w:pPr>
        <w:pStyle w:val="ArticleBody"/>
        <w:jc w:val="left"/>
      </w:pPr>
      <w:r>
        <w:rPr>
          <w:rFonts w:ascii="Times New Roman" w:hAnsi="Times New Roman" w:eastAsia="Times New Roman" w:cs="Times New Roman"/>
        </w:rPr>
        <w:t>Poukisa James White ta enprime atik sa a si li te konnen pi byen? Rezon an se « Lojik James White » nan nòt ou yo.</w:t>
      </w:r>
    </w:p>
    <w:p>
      <w:pPr>
        <w:pStyle w:val="ArticleBody"/>
        <w:jc w:val="left"/>
      </w:pPr>
      <w:r>
        <w:rPr>
          <w:rFonts w:ascii="Times New Roman" w:hAnsi="Times New Roman" w:eastAsia="Times New Roman" w:cs="Times New Roman"/>
        </w:rPr>
        <w:t>Premye bagay ki te enprime apre Desepsyon an rele Yon Pawòl pou Ti Twoupo a, e twa moun ki te otè nan piblikasyon sa a se te James ak Ellen White ansanm ak Joseph Bates. Premye bagay moun sa yo ki t ap kontinye suiv chemen an te enprime apre 22 oktòb 1844 se te atik sa a; epi, nan atik sa a, Sè White apwouve opinyon Crosier la, pa opinyon li sou Kontinyèl la, men opinyon li sou Kris k ap pase soti nan Kote Sen an pou antre nan Kote Ki Pi Sen an.</w:t>
      </w:r>
    </w:p>
    <w:p>
      <w:pPr>
        <w:pStyle w:val="ArticleBody"/>
        <w:jc w:val="left"/>
      </w:pPr>
      <w:r>
        <w:rPr>
          <w:rFonts w:ascii="Times New Roman" w:hAnsi="Times New Roman" w:eastAsia="Times New Roman" w:cs="Times New Roman"/>
        </w:rPr>
        <w:t>Remake, se Sè White. Se poutèt sa James White ta dispoze enprime atik Crosier la; li di,</w:t>
      </w:r>
    </w:p>
    <w:p>
      <w:pPr>
        <w:pStyle w:val="ArticleBody"/>
        <w:jc w:val="left"/>
      </w:pPr>
      <w:r>
        <w:rPr>
          <w:rFonts w:ascii="Times New Roman" w:hAnsi="Times New Roman" w:eastAsia="Times New Roman" w:cs="Times New Roman"/>
        </w:rPr>
        <w:t>Mwen kwè Tanp lan, ki dwe pirifye nan fen 2300 jou yo, se Tanp Nouvo Jerizalèm nan, kote Kris la se yon minis.” — Men sa Ellen White di — “Senyè a te montre m nan vizyon, plis pase yon ane de sa, ke Frè Crosier te gen vrè limyè a konsènan pirifikasyon Tanp lan, elatriye; e ke se te volonte li pou Frè C. te ekri opinyon li te ban nou nan Day-Star, Extra, 7 fevriye 1846 la. Mwen santi m totalman otorize pa Senyè a pou m rekòmande Extra sa a bay tout sen yo.</w:t>
      </w:r>
    </w:p>
    <w:p>
      <w:pPr>
        <w:pStyle w:val="ArticleBody"/>
        <w:jc w:val="left"/>
      </w:pPr>
      <w:r>
        <w:rPr>
          <w:rFonts w:ascii="Times New Roman" w:hAnsi="Times New Roman" w:eastAsia="Times New Roman" w:cs="Times New Roman"/>
        </w:rPr>
        <w:t>“Mwen priye pou liy sa yo kapab tounen yon benediksyon pou nou, ak tout chè timoun yo ki kapab li yo.” A Word to the Little Flock, 12 me 1847.</w:t>
      </w:r>
    </w:p>
    <w:p>
      <w:pPr>
        <w:pStyle w:val="ArticleBody"/>
        <w:jc w:val="left"/>
      </w:pPr>
      <w:r>
        <w:rPr>
          <w:rFonts w:ascii="Times New Roman" w:hAnsi="Times New Roman" w:eastAsia="Times New Roman" w:cs="Times New Roman"/>
        </w:rPr>
        <w:t>Konsa, jiska a ziska jounen jodi a, kèk nan istoryen modèn yo nan Adantis la di: “Gade la. Ellen White ap bay apwobasyon jeneral li sou atik Crosier la; e, poutèt sa, sa Crosier te di konsènan Daily a kòm ministè Kris la nan Tanp lan dwe vre.” E lè yo di sa, yo ap prezante listwa a yon fason ki pa fidèl; paske atik Crosier la te gen uit seksyon ladan l, epi depi nan kòmansman an, Advantis yo te konprann ke kat nan seksyon sa yo te fènwa nèt, e yo pa janm, janm, janm reimprime yo nan Adantis la.</w:t>
      </w:r>
    </w:p>
    <w:p>
      <w:pPr>
        <w:pStyle w:val="ArticleBody"/>
        <w:jc w:val="left"/>
      </w:pPr>
      <w:r>
        <w:rPr>
          <w:rFonts w:ascii="Times New Roman" w:hAnsi="Times New Roman" w:eastAsia="Times New Roman" w:cs="Times New Roman"/>
        </w:rPr>
        <w:t>Pa egzanp, youn nan pozisyon li te pran nan atik sa a se te ke lè Jezi retounen, pral gen yon mil ane lapè. Advantis yo pa kwè sa, e yo pa t janm kwè sa. Konpreyansyon sa a se yon konpreyansyon William Miller te rejte, e sa mete William Miller sou bon chemen pou konprann verite a. Ansèyman sa a se youn nan ansèyman ki dirèkteman opoze ak konpreyansyon Millerit la.</w:t>
      </w:r>
    </w:p>
    <w:p>
      <w:pPr>
        <w:pStyle w:val="ArticleBody"/>
        <w:jc w:val="left"/>
      </w:pPr>
      <w:r>
        <w:rPr>
          <w:rFonts w:ascii="Times New Roman" w:hAnsi="Times New Roman" w:eastAsia="Times New Roman" w:cs="Times New Roman"/>
        </w:rPr>
        <w:t>Donk, lè Crosier pibliye atik sa a an uit pati, yo te konnen depi nan kòmansman ke kat nan pati sa yo pa t kapab repwodui.</w:t>
      </w:r>
    </w:p>
    <w:p>
      <w:pPr>
        <w:pStyle w:val="ArticleBody"/>
        <w:jc w:val="left"/>
      </w:pPr>
      <w:r>
        <w:rPr>
          <w:rFonts w:ascii="Times New Roman" w:hAnsi="Times New Roman" w:eastAsia="Times New Roman" w:cs="Times New Roman"/>
        </w:rPr>
        <w:t>Men, James White enprime pati kote Crosier fè konprann ke “Daily” a se ministè Kris la nan Tanp lan; men li pral sèlman reimprime kat pati sa yo. Li pa pral reimprime kat lòt yo. Men, pou James White te ka reimprime kat pati Crosier yo, li te oblije enprime yo nan de nimewo. Li te oblije enprime sa de fwa nan mwa septanm 1850.</w:t>
      </w:r>
    </w:p>
    <w:p>
      <w:pPr>
        <w:pStyle w:val="ArticleBody"/>
        <w:jc w:val="left"/>
      </w:pPr>
      <w:r>
        <w:rPr>
          <w:rFonts w:ascii="Times New Roman" w:hAnsi="Times New Roman" w:eastAsia="Times New Roman" w:cs="Times New Roman"/>
        </w:rPr>
        <w:t>Pa t gen ase plas nan nimewo Review and Herald li a nan mwa septanm 1850 la; se poutèt sa, li te enprime de nimewo Review and Herald nan mwa septanm 1850, pou li te kapab mete tout atik Crosier la sou Kris k ap pase soti nan Kote Sen an pou antre nan Kote ki Trè Sen an.</w:t>
      </w:r>
    </w:p>
    <w:p>
      <w:pPr>
        <w:pStyle w:val="ArticleBody"/>
        <w:jc w:val="left"/>
      </w:pPr>
      <w:r>
        <w:rPr>
          <w:rFonts w:ascii="Times New Roman" w:hAnsi="Times New Roman" w:eastAsia="Times New Roman" w:cs="Times New Roman"/>
        </w:rPr>
        <w:t>Kounye a, w ap remake dapre Gerard Damsteegt ke li ap bay evalyasyon istorik la selon ki Advantis yo te toujou konnen te gen kèk pati nan atik Crosier yo ki te pa kòrèk e yo pa t kapab reimprime yo.</w:t>
      </w:r>
    </w:p>
    <w:p>
      <w:pPr>
        <w:pStyle w:val="ArticleBody"/>
        <w:jc w:val="left"/>
      </w:pPr>
      <w:r>
        <w:rPr>
          <w:rFonts w:ascii="Times New Roman" w:hAnsi="Times New Roman" w:eastAsia="Times New Roman" w:cs="Times New Roman"/>
        </w:rPr>
        <w:t>Li [Ellen Harmon] te di: —Senyè a te montre m nan vizyon, sa fè plis pase yon ane, ke Frè Crosier te gen vrè limyè a konsènan netwayaj Tanp lan, elatriye; e ke se te volonte Li pou Frè C. te ekri opinyon li te ban nou an nan Day Star Extra, 7 fevriye 1846. Mwen santi m gen tout otorizasyon Senyè a, pou m rekòmande Extra sa a bay chak sen’ (Lèt. E. G. White bay Curtis, Word to the Little Flock, 12). Advantis Setyèm Jou yo, anjeneral, te entèprete deklarasyon sa a pou vle di ke prezantasyon Crosier yo pa t san erè, men ke prensipal agimantasyon tipolojik li a te kòrèk. Reenpresyon atik la te omèt aspè yo te santi ki pa t egzat yo.” P. Gerard Damsteegt, Foundations of the Seventh-day Adventist Message and Mission, 125.</w:t>
      </w:r>
    </w:p>
    <w:p>
      <w:pPr>
        <w:pStyle w:val="ArticleBody"/>
        <w:jc w:val="left"/>
      </w:pPr>
      <w:r>
        <w:rPr>
          <w:rFonts w:ascii="Times New Roman" w:hAnsi="Times New Roman" w:eastAsia="Times New Roman" w:cs="Times New Roman"/>
        </w:rPr>
        <w:t>Li pa t janm kapab re-enprime dokiman konplè li a.</w:t>
      </w:r>
    </w:p>
    <w:p>
      <w:pPr>
        <w:pStyle w:val="ArticleBody"/>
        <w:jc w:val="left"/>
      </w:pPr>
      <w:r>
        <w:rPr>
          <w:rFonts w:ascii="Times New Roman" w:hAnsi="Times New Roman" w:eastAsia="Times New Roman" w:cs="Times New Roman"/>
        </w:rPr>
        <w:t>Koulye a, nan paj ki vin apre a, nou jwenn W. A. Spicer k ap rann temwayaj sou menm pwen an: Yo te toujou konnen atik Crosier yo te genyen erè ladan yo, e yo pa t janm reimprime kat seksyon sa yo.</w:t>
      </w:r>
    </w:p>
    <w:p>
      <w:pPr>
        <w:pStyle w:val="ArticleBody"/>
        <w:jc w:val="left"/>
      </w:pPr>
      <w:r>
        <w:rPr>
          <w:rFonts w:ascii="Times New Roman" w:hAnsi="Times New Roman" w:eastAsia="Times New Roman" w:cs="Times New Roman"/>
        </w:rPr>
        <w:t>"Sa fè lapenn pou nou di sa, jèn Crosier te mache nan limyè verite Saba a sèlman pou yon trè kout tan. Apre sa, li te rejte ansèyman sou sanktyè a ke li te ede etabli. Frè pyonye nou yo te repibliye plizyè fwa ekspozisyon li sou sanktyè a nan premye jounal yo, men yo pa t janm kapab repibliye dokiman li an antye. Nan li menm, li te ajoute ak ekspozisyon sou sanktyè a kèk ide sou tan k ap vini an, yon milenyòm tanporèl, avèk yon epòk gloriye sou tè sa a nan Dezyèm Avènman an. Bagay sa yo, frè nou yo te toujou omèt yo. Ansèyman sa yo konsènan tan k ap vini an te gaye toupatou nan jou sa yo. Doktrin nan pa t janm ann amoni ak mesaj avènman an ki te byen defini; e san dout ledven erè sa a te ede mennen jèn gason yo lwen verite Saba a ak verite sanktyè a. Byento li te tounen yon opozan anmè kont mouvman nou an nan kòmansman li." W. A. Spicer, Review and Herald, 14 desanm 1939</w:t>
      </w:r>
    </w:p>
    <w:p>
      <w:pPr>
        <w:pStyle w:val="ArticleBody"/>
        <w:jc w:val="left"/>
      </w:pPr>
      <w:r>
        <w:rPr>
          <w:rFonts w:ascii="Times New Roman" w:hAnsi="Times New Roman" w:eastAsia="Times New Roman" w:cs="Times New Roman"/>
        </w:rPr>
        <w:t>Sa vle di, gen moun jodi a ki pran apwobasyon Sister White te bay atik Crosier la nan *A Word to the Little Flock*, moun tankou Heidi Heikes, Heidi Heikes ak liv san sajès li sou kesyon “Daily” a kòm ministè Kris nan Tanp li. Sa a se youn nan agiman li yo.</w:t>
      </w:r>
    </w:p>
    <w:p>
      <w:pPr>
        <w:pStyle w:val="ArticleBody"/>
        <w:jc w:val="left"/>
      </w:pPr>
      <w:r>
        <w:rPr>
          <w:rFonts w:ascii="Times New Roman" w:hAnsi="Times New Roman" w:eastAsia="Times New Roman" w:cs="Times New Roman"/>
        </w:rPr>
        <w:t>Moun ki fè sa ap neglije reyalite istorik yo. Yo pa t janm kapab reimprime tout atik Crosier yo. Epi pou ensiste ke apwobasyon Ellen White te bay nan A Word to the Little Flock la se yon apwobasyon san rezèv pou pozisyon Crosier la, se tankou ensiste ke Advantis yo kwè pral gen mil ane lapè. Sa se yon agiman san sajès.</w:t>
      </w:r>
    </w:p>
    <w:p>
      <w:pPr>
        <w:pStyle w:val="ArticleBody"/>
        <w:jc w:val="left"/>
      </w:pPr>
      <w:r>
        <w:rPr>
          <w:rFonts w:ascii="Times New Roman" w:hAnsi="Times New Roman" w:eastAsia="Times New Roman" w:cs="Times New Roman"/>
        </w:rPr>
        <w:t>Se yon fo prezantasyon listwa, e sa fèt pou twonpe moun epi pou pwodui konfizyon ak fènwa.</w:t>
      </w:r>
    </w:p>
    <w:p>
      <w:pPr>
        <w:pStyle w:val="ArticleBody"/>
        <w:jc w:val="left"/>
      </w:pPr>
      <w:r>
        <w:rPr>
          <w:rFonts w:ascii="Times New Roman" w:hAnsi="Times New Roman" w:eastAsia="Times New Roman" w:cs="Times New Roman"/>
        </w:rPr>
        <w:t>Donk, ou gen de istoryen, Spicer ki mouri ak Damsteegt ki toujou vivan; men, mwen garanti nou, ni Spicer ni Damsteegt, youn ladan yo pa t ap dakò avè m sou sa m ap prezante a. Dakò, yo pa t ap dakò. Konsa, ou gen de istoryen opozan ki dakò ak sa m ap di nou an. Pa gen okenn jistifikasyon ditou pou pran apwobasyon Ellen White te bay atik Crosier la kòm siyifi ke tout sa ki ladan l te pafè.</w:t>
      </w:r>
    </w:p>
    <w:p>
      <w:pPr>
        <w:pStyle w:val="ArticleBody"/>
        <w:jc w:val="left"/>
      </w:pPr>
      <w:r>
        <w:rPr>
          <w:rFonts w:ascii="Times New Roman" w:hAnsi="Times New Roman" w:eastAsia="Times New Roman" w:cs="Times New Roman"/>
        </w:rPr>
        <w:t>Revi Adventis la—Volim 1, Auburn, NY, Nimewo 3</w:t>
      </w:r>
    </w:p>
    <w:p>
      <w:pPr>
        <w:pStyle w:val="ArticleBody"/>
        <w:jc w:val="left"/>
      </w:pPr>
      <w:r>
        <w:rPr>
          <w:rFonts w:ascii="Times New Roman" w:hAnsi="Times New Roman" w:eastAsia="Times New Roman" w:cs="Times New Roman"/>
        </w:rPr>
        <w:t>Advent Review—Volim 1, Auburn, NY, Nimewo 4</w:t>
      </w:r>
    </w:p>
    <w:p>
      <w:pPr>
        <w:pStyle w:val="ArticleBody"/>
        <w:jc w:val="left"/>
      </w:pPr>
      <w:r>
        <w:rPr>
          <w:rFonts w:ascii="Times New Roman" w:hAnsi="Times New Roman" w:eastAsia="Times New Roman" w:cs="Times New Roman"/>
        </w:rPr>
        <w:t>Advent Review la—Volim 1, Auburn, NY, Nimewo espesyal</w:t>
      </w:r>
    </w:p>
    <w:p>
      <w:pPr>
        <w:pStyle w:val="ArticleBody"/>
        <w:jc w:val="left"/>
      </w:pPr>
      <w:r>
        <w:rPr>
          <w:rFonts w:ascii="Times New Roman" w:hAnsi="Times New Roman" w:eastAsia="Times New Roman" w:cs="Times New Roman"/>
        </w:rPr>
        <w:t>Lè James White te kòmanse enprime atik Crosier la nan mwa septanm 1850, nan The Review and Herald, se te Volim 1, Nimewo 3.</w:t>
      </w:r>
    </w:p>
    <w:p>
      <w:pPr>
        <w:pStyle w:val="ArticleBody"/>
        <w:jc w:val="left"/>
      </w:pPr>
      <w:r>
        <w:rPr>
          <w:rFonts w:ascii="Times New Roman" w:hAnsi="Times New Roman" w:eastAsia="Times New Roman" w:cs="Times New Roman"/>
        </w:rPr>
        <w:t>Men, li pa t kapab mete tout bagay nan Volim 1, Nimewo 3; konsa, li te fini atik la nan Volim 1 The Review and Herald,, Nimewo 4. E kilè li te fè sa? Nan mwa septanm 1850.</w:t>
      </w:r>
    </w:p>
    <w:p>
      <w:pPr>
        <w:pStyle w:val="ArticleBody"/>
        <w:jc w:val="left"/>
      </w:pPr>
      <w:r>
        <w:rPr>
          <w:rFonts w:ascii="Times New Roman" w:hAnsi="Times New Roman" w:eastAsia="Times New Roman" w:cs="Times New Roman"/>
        </w:rPr>
        <w:t>Bon, ki sa ki te pase nan mwa septanm 1850? Sè White te resevwa yon vizyon ki di konsa: “23 septanm 1850, Senyè a te montre m . . . . Lè inyon te egziste, anvan 1844, prèske tout moun te ini sou bon konpreyansyon konsènan ‘Sakrifis tout tan an’; men depi 1844, nan konfizyon an, yo te anbrase lòt opinyon, e fènwa ak konfizyon te swiv. The Review and Herald, novanm 1850.”</w:t>
      </w:r>
    </w:p>
    <w:p>
      <w:pPr>
        <w:pStyle w:val="ArticleBody"/>
        <w:jc w:val="left"/>
      </w:pPr>
      <w:r>
        <w:rPr>
          <w:rFonts w:ascii="Times New Roman" w:hAnsi="Times New Roman" w:eastAsia="Times New Roman" w:cs="Times New Roman"/>
        </w:rPr>
        <w:t>Kilès ki te mari li? Se li menm ki te editè The Review and Herald.</w:t>
      </w:r>
    </w:p>
    <w:p>
      <w:pPr>
        <w:pStyle w:val="ArticleBody"/>
        <w:jc w:val="left"/>
      </w:pPr>
      <w:r>
        <w:rPr>
          <w:rFonts w:ascii="Times New Roman" w:hAnsi="Times New Roman" w:eastAsia="Times New Roman" w:cs="Times New Roman"/>
        </w:rPr>
        <w:t>Kidonk, kisa li te fè lè madanm li te di: «Èske w konnen sa Senyè a fèk di m, James? Yo te di m ke nou pa t sipoze ap prezante opinyon sou “Daily” a ki kontredi konpreyansyon Pyonye yo, selon ki “Daily” a se Paganis, paske sa ap pote fènwa ak konfizyon.»</w:t>
      </w:r>
    </w:p>
    <w:p>
      <w:pPr>
        <w:pStyle w:val="ArticleBody"/>
        <w:jc w:val="left"/>
      </w:pPr>
      <w:r>
        <w:rPr>
          <w:rFonts w:ascii="Times New Roman" w:hAnsi="Times New Roman" w:eastAsia="Times New Roman" w:cs="Times New Roman"/>
        </w:rPr>
        <w:t>Kidonk, ki sa James White te fè? Nan mwa septanm 1850, li te enprime yon lòt Review and Herald, twa nan yon sèl mwa. Yo rele l Volim 1, Edisyon Espesyal.</w:t>
      </w:r>
    </w:p>
    <w:p>
      <w:pPr>
        <w:pStyle w:val="ArticleBody"/>
        <w:jc w:val="left"/>
      </w:pPr>
      <w:r>
        <w:rPr>
          <w:rFonts w:ascii="Times New Roman" w:hAnsi="Times New Roman" w:eastAsia="Times New Roman" w:cs="Times New Roman"/>
        </w:rPr>
        <w:t>Epi ki sa li te fè? Li te repibliye atik Crosier la epi li te retire sa Crosier te di konsènan Sakrifis Kontinyèl la!</w:t>
      </w:r>
    </w:p>
    <w:p>
      <w:pPr>
        <w:pStyle w:val="ArticleBody"/>
        <w:jc w:val="left"/>
      </w:pPr>
      <w:r>
        <w:rPr>
          <w:rFonts w:ascii="Times New Roman" w:hAnsi="Times New Roman" w:eastAsia="Times New Roman" w:cs="Times New Roman"/>
        </w:rPr>
        <w:t>Frè ak Sè, sa a se yon prèv istorik ki montre Jak ak Ellen White te konprann opinyon Crosier sou Sakrifis Kontinyèl la te erè, e li te pote tenèb ak konfizyon.</w:t>
      </w:r>
    </w:p>
    <w:p>
      <w:pPr>
        <w:pStyle w:val="ArticleBody"/>
        <w:jc w:val="left"/>
      </w:pPr>
      <w:r>
        <w:rPr>
          <w:rFonts w:ascii="Times New Roman" w:hAnsi="Times New Roman" w:eastAsia="Times New Roman" w:cs="Times New Roman"/>
        </w:rPr>
        <w:t>E ki pwennvi Crosier te genyen konsènan “sakrifis tout tan an”? Se te sèvis Kris la nan Tanp li a.</w:t>
      </w:r>
    </w:p>
    <w:p>
      <w:pPr>
        <w:pStyle w:val="ArticleBody"/>
        <w:jc w:val="left"/>
      </w:pPr>
      <w:r>
        <w:rPr>
          <w:rFonts w:ascii="Times New Roman" w:hAnsi="Times New Roman" w:eastAsia="Times New Roman" w:cs="Times New Roman"/>
        </w:rPr>
        <w:t>Konsa, nan Early Writings, 74, lè li di: “23 Septanm, Senyè a te montre m ke Millerites yo te gen bon konpreyansyon sou Daily a,” prèv istorik la se ke Millerites yo te konprann—</w:t>
      </w:r>
    </w:p>
    <w:p>
      <w:pPr>
        <w:pStyle w:val="ArticleBody"/>
        <w:jc w:val="left"/>
      </w:pPr>
      <w:r>
        <w:rPr>
          <w:rFonts w:ascii="Times New Roman" w:hAnsi="Times New Roman" w:eastAsia="Times New Roman" w:cs="Times New Roman"/>
        </w:rPr>
        <w:t>Koulye a, Frè m ak Sè m yo, Frè m ak Sè m yo, pa rate reyalite sa a: Kisa sa vle di: Nan mwa septanm 1850, yo montre Sè White ke depi 1844 yo te deja adopte lòt opinyon sou Daily a; nan mwa me 1850, Arnold prezante Daily a kòm Tanp jwif la; nan mwa septanm 1850, pati 1 sou 2 nan atik Crosier la pibliye, sa ki gen ladan prezantasyon li sou Daily a kòm ministè Kris la nan Tanp lan; nan mwa septanm 1850, pati 2 sou 2 nan atik Crosier la pibliye; nan mwa septanm 1850, yo repibliye atik Crosier la, men yo retire opinyon li sou Daily a? Kisa k ap fèt?</w:t>
      </w:r>
    </w:p>
    <w:p>
      <w:pPr>
        <w:pStyle w:val="ArticleBody"/>
        <w:jc w:val="left"/>
      </w:pPr>
      <w:r>
        <w:rPr>
          <w:rFonts w:ascii="Times New Roman" w:hAnsi="Times New Roman" w:eastAsia="Times New Roman" w:cs="Times New Roman"/>
        </w:rPr>
        <w:t>Nou wè menm ane sa a yo pwodui Tablo 1850 sa a, e ki sa Tablo sa a di konsènan Chak Jou a? “Dominasyon payen oswa SAKRIFIS CHAK JOU a retire. Dan. 11:31 508.”</w:t>
      </w:r>
    </w:p>
    <w:p>
      <w:pPr>
        <w:pStyle w:val="ArticleBody"/>
        <w:jc w:val="left"/>
      </w:pPr>
      <w:r>
        <w:rPr>
          <w:rFonts w:ascii="Times New Roman" w:hAnsi="Times New Roman" w:eastAsia="Times New Roman" w:cs="Times New Roman"/>
        </w:rPr>
        <w:t>Ellen White te konnen ki sa pozisyon sou “chak jou a” te ye lakay sila yo ki te bay kri Lè Jijman an. Lè li di yo te gen bon konpreyansyon an, li te konnen bon konpreyansyon an se te ke sa a te reprezante dominasyon payen an k ap retire; “chak jou a” te reprezante paganism.</w:t>
      </w:r>
    </w:p>
    <w:p>
      <w:pPr>
        <w:pStyle w:val="ArticleBody"/>
        <w:jc w:val="left"/>
      </w:pPr>
      <w:r>
        <w:rPr>
          <w:rFonts w:ascii="Times New Roman" w:hAnsi="Times New Roman" w:eastAsia="Times New Roman" w:cs="Times New Roman"/>
        </w:rPr>
        <w:t>Epi nan ane sa a, 1850, dosye istorik la pwouve ke li te rejte epi mari li te rejte ansèyman ki di ke “Daily” a reprezante ministè Kris nan Tanp lan, ki se ansèyman Enstiti Rechèch Biblik Legliz Advantis Setyèm Jou a soutni. Se ansèyman ministè oto-sipòte yo, tankou Heartland ak Steps to Life, soutni. Se ansèyman ki pote fènwa ak konfizyon.</w:t>
      </w:r>
    </w:p>
    <w:p>
      <w:pPr>
        <w:pStyle w:val="ArticleBody"/>
        <w:jc w:val="left"/>
      </w:pPr>
      <w:r>
        <w:rPr>
          <w:rFonts w:ascii="Times New Roman" w:hAnsi="Times New Roman" w:eastAsia="Times New Roman" w:cs="Times New Roman"/>
        </w:rPr>
        <w:t>Koulye a, remake sa konsènan Tablo 1850 la. Sa se nan mwa novanm 1850. Se menm mwa sa a li resevwa vizyon li ekri a, vizyon ki finalman pase atravè devlopman li an 1851, epi apre sa, an 1882, li rive nan Early Writing, nan menm mwa sa a menm, nan mwa novanm 1850. Li di,</w:t>
      </w:r>
    </w:p>
    <w:p>
      <w:pPr>
        <w:pStyle w:val="ArticleBody"/>
        <w:jc w:val="left"/>
      </w:pPr>
      <w:r>
        <w:rPr>
          <w:rFonts w:ascii="Times New Roman" w:hAnsi="Times New Roman" w:eastAsia="Times New Roman" w:cs="Times New Roman"/>
        </w:rPr>
        <w:t>«Lendi nou tounen Dorchester kote chè Frè Nichols nou an ak fanmi li rete.»</w:t>
      </w:r>
    </w:p>
    <w:p>
      <w:pPr>
        <w:pStyle w:val="ArticleBody"/>
        <w:jc w:val="left"/>
      </w:pPr>
      <w:r>
        <w:rPr>
          <w:rFonts w:ascii="Times New Roman" w:hAnsi="Times New Roman" w:eastAsia="Times New Roman" w:cs="Times New Roman"/>
        </w:rPr>
        <w:t>Jis anlè la a [an referans ak Tablo 1850 la, nan kwen anwo adwat la], “Published by Otis Nichols, Dorchester, Massachusetts.” Dakò? Se de sa l ap pale a, pa vre? Èske nou wè li, Tablo sa a?</w:t>
      </w:r>
    </w:p>
    <w:p>
      <w:pPr>
        <w:pStyle w:val="ArticleBody"/>
        <w:jc w:val="left"/>
      </w:pPr>
      <w:r>
        <w:rPr>
          <w:rFonts w:ascii="Times New Roman" w:hAnsi="Times New Roman" w:eastAsia="Times New Roman" w:cs="Times New Roman"/>
        </w:rPr>
        <w:t>—«Là, durant la nuit, Dieu me donna une vision très intéressante, dont vous verrez la plus grande partie dans le document. Dieu me montra la nécessité de publier un tableau. Je vis que cela était nécessaire et que la vérité rendue claire sur des tables produirait beaucoup d’effet et amènerait des âmes à la connaissance de la vérité.» Manuscript Releases, numéro 15, 210, novembre 1850.</w:t>
      </w:r>
    </w:p>
    <w:p>
      <w:pPr>
        <w:pStyle w:val="ArticleBody"/>
        <w:jc w:val="left"/>
      </w:pPr>
      <w:r>
        <w:rPr>
          <w:rFonts w:ascii="Times New Roman" w:hAnsi="Times New Roman" w:eastAsia="Times New Roman" w:cs="Times New Roman"/>
        </w:rPr>
        <w:t>Li te resevwa yon vizyon lakay Nichols nan Dorchester—se tout sa ki sou Tablo sa a—ki t ap di: “Nou bezwen fè yon tablo.”</w:t>
      </w:r>
    </w:p>
    <w:p>
      <w:pPr>
        <w:pStyle w:val="ArticleBody"/>
        <w:jc w:val="left"/>
      </w:pPr>
      <w:r>
        <w:rPr>
          <w:rFonts w:ascii="Times New Roman" w:hAnsi="Times New Roman" w:eastAsia="Times New Roman" w:cs="Times New Roman"/>
        </w:rPr>
        <w:t>Epi ki sa li di konsènan tablo a? Ki jan li dekri li?</w:t>
      </w:r>
    </w:p>
    <w:p>
      <w:pPr>
        <w:pStyle w:val="ArticleBody"/>
        <w:jc w:val="left"/>
      </w:pPr>
      <w:r>
        <w:rPr>
          <w:rFonts w:ascii="Times New Roman" w:hAnsi="Times New Roman" w:eastAsia="Times New Roman" w:cs="Times New Roman"/>
        </w:rPr>
        <w:t>Ale nan Abakik 2, “Mwen te wè nesesite pou yo pibliye yon tablo,” e kisa sa t ap fè? Li te nesesè, “pou verite a vin klè sou tablo.” Abakik 2, vèsè 2, di: “Epi Seyè a reponn mwen, li di: Ekri vizyon an, epi fè l klè sou tablo, . . . .” Li ap di ke Tablo Otis Nichols 1850 sa a, ki te enprime nan Dorchester, Massachusetts, se yon akonplisman Abakik, menm jan li di nan The Great Controversy ke Tablo 1843 a se yon akonplisman Abakik.</w:t>
      </w:r>
    </w:p>
    <w:p>
      <w:pPr>
        <w:pStyle w:val="ArticleBody"/>
        <w:jc w:val="left"/>
      </w:pPr>
      <w:r>
        <w:rPr>
          <w:rFonts w:ascii="Times New Roman" w:hAnsi="Times New Roman" w:eastAsia="Times New Roman" w:cs="Times New Roman"/>
        </w:rPr>
        <w:t>Dakò, èske nou wè sa? Èske nou wè ki lè li te resevwa vizyon sa a? Nan menm tan kote sa t ap pase a: “23 septanm, Senyè a te montre m . . . . ke ansèyman sou Chak Jou a kòm ministè Kris nan Tanp li a pote tenèb ak konfizyon,” epi mari li te imedyatman reimprime atik la epi li te retire de paragraf sa yo. Yo pa t janm reimprime li ankò nan Advenis la jouk an 1931, lè Willie White te reimprime li; e, lè li te fè sa, te gen yon fo temwayaj nan menm ti liv li te enprime a. Sa kapab demontre.</w:t>
      </w:r>
    </w:p>
    <w:p>
      <w:pPr>
        <w:pStyle w:val="ArticleBody"/>
        <w:jc w:val="left"/>
      </w:pPr>
      <w:r>
        <w:rPr>
          <w:rFonts w:ascii="Times New Roman" w:hAnsi="Times New Roman" w:eastAsia="Times New Roman" w:cs="Times New Roman"/>
        </w:rPr>
        <w:t>Koulye a, mwen vle li yon bagay isit la pou nou, yon sitasyon ki pi long, konsènan menm peryòd tan sa a. Sa soti 27 novanm 1850.</w:t>
      </w:r>
    </w:p>
    <w:p>
      <w:pPr>
        <w:pStyle w:val="ArticleBody"/>
        <w:jc w:val="left"/>
      </w:pPr>
      <w:r>
        <w:rPr>
          <w:rFonts w:ascii="Times New Roman" w:hAnsi="Times New Roman" w:eastAsia="Times New Roman" w:cs="Times New Roman"/>
        </w:rPr>
        <w:t>“Mwen pa t ekri nou depi kèk tan. Kounye a, m ap ban nou rezon mwen. Premyèman, pandan plizyè semèn apre m te resevwa lèt janti ak byenveni Sè Arabella a, mwen pa t gen tan ekri; sinon, mwen ta deja satisfè demann li te fè pou yo te reponn li nan de semèn. Mwen te renmen lèt la anpil. Nou tout te enterese nan lèt la, e nou espere reta mwen an p ap anpeche nou reponn sa a tousuit lè nou fin li li; epi pwochen fwa a, mwen p ap fè nou tann konsa lontan.”</w:t>
      </w:r>
    </w:p>
    <w:p>
      <w:pPr>
        <w:pStyle w:val="ArticleBody"/>
        <w:jc w:val="left"/>
      </w:pPr>
      <w:r>
        <w:rPr>
          <w:rFonts w:ascii="Times New Roman" w:hAnsi="Times New Roman" w:eastAsia="Times New Roman" w:cs="Times New Roman"/>
        </w:rPr>
        <w:t>Sante James ak pa m byen bon kounye a. Kay nou se nan Pari, lakay Frè Andrews, kèk pa sèlman depi biwo lapòs la ak biwo enprime a. N ap rete isit la pou yon ti tan. Sa a se yon fanmi ki gen anpil bonte, men ki byen pòv. Tout bagay isit la gratis, dapre sa yo genyen. Nou pa kwè li dwat pou nou ta lakòz yo okenn depans pandan nou isit la. Mwen anvi wè nou tout anpil, ansanm ak chè Sè Gorham.</w:t>
      </w:r>
    </w:p>
    <w:p>
      <w:pPr>
        <w:pStyle w:val="ArticleBody"/>
        <w:jc w:val="left"/>
      </w:pPr>
      <w:r>
        <w:rPr>
          <w:rFonts w:ascii="Times New Roman" w:hAnsi="Times New Roman" w:eastAsia="Times New Roman" w:cs="Times New Roman"/>
        </w:rPr>
        <w:t>“Konferans nou an nan Topsham te youn ki te gen yon enterè pwofon. Venndwit moun te prezan; tout te patisipe nan reyinyon an.</w:t>
      </w:r>
    </w:p>
    <w:p>
      <w:pPr>
        <w:pStyle w:val="ArticleBody"/>
        <w:jc w:val="left"/>
      </w:pPr>
      <w:r>
        <w:rPr>
          <w:rFonts w:ascii="Times New Roman" w:hAnsi="Times New Roman" w:eastAsia="Times New Roman" w:cs="Times New Roman"/>
        </w:rPr>
        <w:t>Dimanch, pouvwa Bondye te desann sou nou tankou yon van fò k ap soufle avèk fòs. Tout moun leve kanpe sou pye yo epi yo t ap fè lwanj Bondye ak yon vwa fò; se te yon bagay menm jan ak lè yo te poze fondasyon kay Bondye a. Yo pa t ka distenge vwa moun k ap kriye a ak vwa moun k ap rele byen fò a. Se te yon tan triyonfan; tout moun te vin ranfòse epi rafrechi. Mwen pa t janm temwen yon tan ki tèlman pisan konsa anvan.</w:t>
      </w:r>
    </w:p>
    <w:p>
      <w:pPr>
        <w:pStyle w:val="ArticleBody"/>
        <w:jc w:val="left"/>
      </w:pPr>
      <w:r>
        <w:rPr>
          <w:rFonts w:ascii="Times New Roman" w:hAnsi="Times New Roman" w:eastAsia="Times New Roman" w:cs="Times New Roman"/>
        </w:rPr>
        <w:t>“Konferans pa nou ki te vini apre a te fèt Fairhaven. Frè Bates ak madanm li te la. Se te yon reyinyon ki te vrèman bon. Lè nou t ap retounen lakay Frè Nichols, Seyè a te ban m yon vizyon e li te montre m verite a dwe prezante klè sou tablo, e sa t ap fè anpil moun pran desizyon pou laverite grasa mesaj twa zanj yo, ak de premye yo ki te rann klè sou tablo.”—</w:t>
      </w:r>
    </w:p>
    <w:p>
      <w:pPr>
        <w:pStyle w:val="ArticleBody"/>
        <w:jc w:val="left"/>
      </w:pPr>
      <w:r>
        <w:rPr>
          <w:rFonts w:ascii="Times New Roman" w:hAnsi="Times New Roman" w:eastAsia="Times New Roman" w:cs="Times New Roman"/>
        </w:rPr>
        <w:t>Sa se la, jis anba isit la, [ki montre kwen anba bò gòch Tablo 1850 la]. Dakò? Yo sou Tablo sa a, se de sa li ap pale.</w:t>
      </w:r>
    </w:p>
    <w:p>
      <w:pPr>
        <w:pStyle w:val="ArticleBody"/>
        <w:jc w:val="left"/>
      </w:pPr>
      <w:r>
        <w:rPr>
          <w:rFonts w:ascii="Times New Roman" w:hAnsi="Times New Roman" w:eastAsia="Times New Roman" w:cs="Times New Roman"/>
        </w:rPr>
        <w:t>—“Mwen te wè tou li te nesesè menm jan pou jounal la pibliye tankou sa te nesesè pou mesaje yo ale, paske mesaje yo bezwen yon jounal pou pote avèk yo, ki gen verite pou tan sa a, pou mete nan men moun ki tande yo, epi konsa verite a pa t ap efase nan lespri yo, epi jounal la t ap rive kote mesaje yo pa t kapab rive. Lòt bagay mwen te wè yo pral parèt nan jounal la.</w:t>
      </w:r>
    </w:p>
    <w:p>
      <w:pPr>
        <w:pStyle w:val="ArticleBody"/>
        <w:jc w:val="left"/>
      </w:pPr>
      <w:r>
        <w:rPr>
          <w:rFonts w:ascii="Times New Roman" w:hAnsi="Times New Roman" w:eastAsia="Times New Roman" w:cs="Times New Roman"/>
        </w:rPr>
        <w:t>“Kijan nou tout ap dewoule? Èske nou tout ap fè efò pou lavi etènèl? Mwen anvi wè nou anpil, anpil, e mwen kwè sa pap pran lontan ankò. Kounye a se tan preparasyon an, e mwen espere nou tout pral fè yon travay ki sèten pou letènite. Tan an sanble trè kout, e sa nou gen pou nou fè, nou dwe fè l vit.”</w:t>
      </w:r>
    </w:p>
    <w:p>
      <w:pPr>
        <w:pStyle w:val="ArticleBody"/>
        <w:jc w:val="left"/>
      </w:pPr>
      <w:r>
        <w:rPr>
          <w:rFonts w:ascii="Times New Roman" w:hAnsi="Times New Roman" w:eastAsia="Times New Roman" w:cs="Times New Roman"/>
        </w:rPr>
        <w:t>“Le 20 novanm, sa fè yon semèn, Frè Henry Nichols ak mwen te ale Topsham. Nou te fèk leve sot bò tab dine a jedi [21 nov.], lè youn nan pitit Frè Foey yo antre epi li di manman yo te san konesans. Nou prese travèse rivyè a pou yon distans yon mil, epi nou jwenn chè Sè Foey nou an ap mouri. Gwo lapenn te anvayi m lè mwen wè li pa t rekonèt mwen. Li te kontinye pandan lontan nan gwo soufrans jouk ant twazè ak katrè, epi apre sa li rann dènye souf li. Li kite yon mari ak twa pitit pou yo kriye pèt yo.”</w:t>
      </w:r>
    </w:p>
    <w:p>
      <w:pPr>
        <w:pStyle w:val="ArticleBody"/>
        <w:jc w:val="left"/>
      </w:pPr>
      <w:r>
        <w:rPr>
          <w:rFonts w:ascii="Times New Roman" w:hAnsi="Times New Roman" w:eastAsia="Times New Roman" w:cs="Times New Roman"/>
        </w:rPr>
        <w:t>"Vandredi maten [22 novanm], Frè Henry te vini Pari pou James te raze l pou l te ale nan fineray la. Nou te pase yon tan ki te trè solanèl e ki te touche anpil. Senyè a pa t kite nou, men Li te fè Lespri Li repoze sou nou. Dènye jou Sè Foey yo te san mank jou ki te pi espirityèl li yo e pi bon jou li yo. Frè Foey gen sa pou konsole l, se ke li te mouri antanke yon kretyèn. Li kenbe fèm byen. Bondye ba li gras pou l sipòte aflìksyon an. O, jan sa bon pou gen yon espwa nan Bondye ki va soutni nan tout sèn eprèv ak aflìksyon. Lwanj pou Bondye pou yon espwa, yon bon espwa. Kisa ou menm, nenpòt nan nou, nou ta bay pou espwa nou an?"</w:t>
      </w:r>
    </w:p>
    <w:p>
      <w:pPr>
        <w:pStyle w:val="ArticleBody"/>
        <w:jc w:val="left"/>
      </w:pPr>
      <w:r>
        <w:rPr>
          <w:rFonts w:ascii="Times New Roman" w:hAnsi="Times New Roman" w:eastAsia="Times New Roman" w:cs="Times New Roman"/>
        </w:rPr>
        <w:t>“Se pou nou kenbe lafwa fèm. Se pou nou gen fòs nan Bondye epi apiye nou sou bra etènèl li. Li p ap janm fè nou fayit, men l ap soutni nou anba tout afliksyon. Mwen espere nou tout ap vin pi djanm toujou nan verite a. Pa febli, men kontinye avanse sou chemen nou pou rive nan wayòm nan.”—</w:t>
      </w:r>
    </w:p>
    <w:p>
      <w:pPr>
        <w:pStyle w:val="ArticleBody"/>
        <w:jc w:val="left"/>
      </w:pPr>
      <w:r>
        <w:rPr>
          <w:rFonts w:ascii="Times New Roman" w:hAnsi="Times New Roman" w:eastAsia="Times New Roman" w:cs="Times New Roman"/>
        </w:rPr>
        <w:t>Men nou. Men sa mwen vle ou wè.</w:t>
      </w:r>
    </w:p>
    <w:p>
      <w:pPr>
        <w:pStyle w:val="ArticleBody"/>
        <w:jc w:val="left"/>
      </w:pPr>
      <w:r>
        <w:rPr>
          <w:rFonts w:ascii="Times New Roman" w:hAnsi="Times New Roman" w:eastAsia="Times New Roman" w:cs="Times New Roman"/>
        </w:rPr>
        <w:t>—«Sa fè yon semèn, dènye jou saba a, nou te gen yon reyinyon ki te trè enteresan. Frè Hewit soti Dead River te la. Li te vini ak yon mesaj ki te di an rezime ke destriksyon mechan yo ak dòmi mò yo se te yon abominasyon anndan yon pòt fèmen, yon fanm Jezabèl, yon pwofetès, te fè antre; epi li te kwè se mwen menm ki te fanm sa a, Jezabèl.»—</w:t>
      </w:r>
    </w:p>
    <w:p>
      <w:pPr>
        <w:pStyle w:val="ArticleBody"/>
        <w:jc w:val="left"/>
      </w:pPr>
      <w:r>
        <w:rPr>
          <w:rFonts w:ascii="Times New Roman" w:hAnsi="Times New Roman" w:eastAsia="Times New Roman" w:cs="Times New Roman"/>
        </w:rPr>
        <w:t>Dakò? Frè Hewit ap di ke Ellen White se Jezabèl e li te entwodui twa erè.</w:t>
      </w:r>
    </w:p>
    <w:p>
      <w:pPr>
        <w:pStyle w:val="ArticleBody"/>
        <w:jc w:val="left"/>
      </w:pPr>
      <w:r>
        <w:rPr>
          <w:rFonts w:ascii="Times New Roman" w:hAnsi="Times New Roman" w:eastAsia="Times New Roman" w:cs="Times New Roman"/>
        </w:rPr>
        <w:t>«—Nou te pale avè l sou kèk nan erè li te fè nan tan pase a, ke 1335 jou yo te fini, ansanm ak anpil lòt erè pa li yo. Sa te gen trè piti efè. Fènwa li te santi sou reyinyon an, e li te trennen.»</w:t>
      </w:r>
    </w:p>
    <w:p>
      <w:pPr>
        <w:pStyle w:val="ArticleBody"/>
        <w:jc w:val="left"/>
      </w:pPr>
      <w:r>
        <w:rPr>
          <w:rFonts w:ascii="Times New Roman" w:hAnsi="Times New Roman" w:eastAsia="Times New Roman" w:cs="Times New Roman"/>
        </w:rPr>
        <w:t>Koulye a, mwen vle nou wè sa. Mwen gen yon bagay pou m di konsènan paragraf sa a ke mwen vle nou swiv, si nou kapab.</w:t>
      </w:r>
    </w:p>
    <w:p>
      <w:pPr>
        <w:pStyle w:val="ArticleBody"/>
        <w:jc w:val="left"/>
      </w:pPr>
      <w:r>
        <w:rPr>
          <w:rFonts w:ascii="Times New Roman" w:hAnsi="Times New Roman" w:eastAsia="Times New Roman" w:cs="Times New Roman"/>
        </w:rPr>
        <w:t>Si nou janm gen pou nou fè fas ak moun nan Advantis ki reaplike pwofesi tan yo nan fen mond lan, yo sèlman gen twa sitasyon yo sèvi avè yo—yo sèvi ak anpil sitasyon, men yo gen twa sitasyon prensipal yo sèvi avè yo. Men youn ladan yo; paske y ap ale la epi y ap di: “Nou te fè l konnen kèk nan erè li yo nan tan pase a,” epi y ap pretann ke lè li di “ke 1335 jou yo te fini,” sa te youn nan erè li yo. Èske nou wè kijan yon moun ka tòde gramè sa a yon ti jan: “Nou te fè l konnen kèk nan erè li yo nan tan pase a”? Nou te di l tou ke 1335 jou yo te fini; men sila yo k ap fikse tan yo di nou te fè l konnen kèk nan erè li yo nan tan pase a, epi youn nan erè sa yo se te ke w ap anseye 1335 jou yo fini, e sa se yon erè. Donk, ou ka tòde l nan nenpòt nan de sans yo.</w:t>
      </w:r>
    </w:p>
    <w:p>
      <w:pPr>
        <w:pStyle w:val="ArticleBody"/>
        <w:jc w:val="left"/>
      </w:pPr>
      <w:r>
        <w:rPr>
          <w:rFonts w:ascii="Times New Roman" w:hAnsi="Times New Roman" w:eastAsia="Times New Roman" w:cs="Times New Roman"/>
        </w:rPr>
        <w:t>Premye fwa mwen te gen yon konfwontasyon fasafas ak Eugene Prewitt se te nan Oklahoma, e li t ap diskite ke Istwa Millerit la pa repete nan fen mond lan, epi mwen ba li kèk sitasyon nan Lespri Pwofesi a.</w:t>
      </w:r>
    </w:p>
    <w:p>
      <w:pPr>
        <w:pStyle w:val="ArticleBody"/>
        <w:jc w:val="left"/>
      </w:pPr>
      <w:r>
        <w:rPr>
          <w:rFonts w:ascii="Times New Roman" w:hAnsi="Times New Roman" w:eastAsia="Times New Roman" w:cs="Times New Roman"/>
        </w:rPr>
        <w:t>Epi li di: “Jeff, ou konnen Ellen White te yon ekriven neglijan.”</w:t>
      </w:r>
    </w:p>
    <w:p>
      <w:pPr>
        <w:pStyle w:val="ArticleBody"/>
        <w:jc w:val="left"/>
      </w:pPr>
      <w:r>
        <w:rPr>
          <w:rFonts w:ascii="Times New Roman" w:hAnsi="Times New Roman" w:eastAsia="Times New Roman" w:cs="Times New Roman"/>
        </w:rPr>
        <w:t>Epi mwen di: “Kisa ou vle di?”</w:t>
      </w:r>
    </w:p>
    <w:p>
      <w:pPr>
        <w:pStyle w:val="ArticleBody"/>
        <w:jc w:val="left"/>
      </w:pPr>
      <w:r>
        <w:rPr>
          <w:rFonts w:ascii="Times New Roman" w:hAnsi="Times New Roman" w:eastAsia="Times New Roman" w:cs="Times New Roman"/>
        </w:rPr>
        <w:t>Epi li ale nan sitasyon sa a. Li di sitasyon sa a pwouve li se yon ekriven ki neglijan; paske li konnen mwen konnen moun k ap fikse dat yo ka tòde sitasyon sa a, si yo vle.</w:t>
      </w:r>
    </w:p>
    <w:p>
      <w:pPr>
        <w:pStyle w:val="ArticleBody"/>
        <w:jc w:val="left"/>
      </w:pPr>
      <w:r>
        <w:rPr>
          <w:rFonts w:ascii="Times New Roman" w:hAnsi="Times New Roman" w:eastAsia="Times New Roman" w:cs="Times New Roman"/>
        </w:rPr>
        <w:t>Koulye a, lefètke yon kote tankou Washita gen enfliyans ki anseye etidyan li yo ke Ellen White se yon ekriven neglijan, se yon bagay; men, èske li se yon ekriven neglijan isit la?</w:t>
      </w:r>
    </w:p>
    <w:p>
      <w:pPr>
        <w:pStyle w:val="ArticleBody"/>
        <w:jc w:val="left"/>
      </w:pPr>
      <w:r>
        <w:rPr>
          <w:rFonts w:ascii="Times New Roman" w:hAnsi="Times New Roman" w:eastAsia="Times New Roman" w:cs="Times New Roman"/>
        </w:rPr>
        <w:t>—«Mwen te santi mwen dwe di kèk mo. Nan non Jezi, mwen leve kanpe, e nan anviwon senk minit reyinyon an chanje. Tout moun te santi sa menm lè a. Tout figi te vin klere. Prezans Bondye te ranpli plas la. Frè Hewit tonbe ajenou e li kòmanse kriye ak lapriyè. Mwen te pran an vizyon e mwen wè anpil bagay mwen pa ka ekri. Sa te gen yon gwo efè sou Frè Hewit. Li te rekonèt sa soti nan Bondye e li te imilye jouk nan pousyè a. Depi reyinyon sa a li ap ekri san rete, e kounye a li menm ap ekri soti sou menm tab la pou renonse tout erè li te soutni yo. Mwen kwè Bondye ap leve l, e li fèt pou fè byen, si Bondye aji atravè li. »</w:t>
      </w:r>
    </w:p>
    <w:p>
      <w:pPr>
        <w:pStyle w:val="ArticleBody"/>
        <w:jc w:val="left"/>
      </w:pPr>
      <w:r>
        <w:rPr>
          <w:rFonts w:ascii="Times New Roman" w:hAnsi="Times New Roman" w:eastAsia="Times New Roman" w:cs="Times New Roman"/>
        </w:rPr>
        <w:t>« Anpil lanmou pou chè Sè Gorham. Di li pou l rete djanm. Bondye avèk li e Li p ap abandone li. Anpil lanmou pou nou tout. Mwen espere timoun yo p ap vin anvi dòmi, men yo va enterese nan verite a epi yo va dilijan pou rann apèl yo ak eleksyon yo sèten. Ekri, wi, pa manke ekri, epi pa fè jan mwen te fè a. Mwen renmen nou, nou tout. Ekri. » Manuscript Releases, volim 16, 206–209. Ekri depi Paris, Maine, 27 novanm 1850.</w:t>
      </w:r>
    </w:p>
    <w:p>
      <w:pPr>
        <w:pStyle w:val="ArticleBody"/>
        <w:jc w:val="left"/>
      </w:pPr>
      <w:r>
        <w:rPr>
          <w:rFonts w:ascii="Times New Roman" w:hAnsi="Times New Roman" w:eastAsia="Times New Roman" w:cs="Times New Roman"/>
        </w:rPr>
        <w:t>Frè ak Sè yo, ki kontèks istorik sa a ye; ki kote li ap ekri sa? Li ap ekri sa an 1850, lakay Frè Nichols.</w:t>
      </w:r>
    </w:p>
    <w:p>
      <w:pPr>
        <w:pStyle w:val="ArticleBody"/>
        <w:jc w:val="left"/>
      </w:pPr>
      <w:r>
        <w:rPr>
          <w:rFonts w:ascii="Times New Roman" w:hAnsi="Times New Roman" w:eastAsia="Times New Roman" w:cs="Times New Roman"/>
        </w:rPr>
        <w:t>Nan peryòd tan sa a, kisa Seyè a ap fè? Li ap montre ke Pyonye yo gen bon konpreyansyon sou “Chak Jou” a, epi li ap trete kesyon sa a. Li ap di ke ministè Kris la nan Tanp Sanktyè a se fo opinyon sou “Chak Jou” a.</w:t>
      </w:r>
    </w:p>
    <w:p>
      <w:pPr>
        <w:pStyle w:val="ArticleBody"/>
        <w:jc w:val="left"/>
      </w:pPr>
      <w:r>
        <w:rPr>
          <w:rFonts w:ascii="Times New Roman" w:hAnsi="Times New Roman" w:eastAsia="Times New Roman" w:cs="Times New Roman"/>
        </w:rPr>
        <w:t>Nan istwa sa a, se istwa sa a menm—pa sèlman istwa sa a menm, e pa sèlman ane sa a menm, men menm mwa nan ane a kote li ap resevwa vizyon yo e li ap klarifye verite sa a konsènan pozisyon Pyonye yo sou “Daily” a, li di ke sila yo ki te bay Rèl Lè Jijman an te gen bon konpreyansyon sou “Daily” a; epi, nan menm paragraf la, li di: “Mwen te wè ke Tablo 1843 a te dirije pa men Senyè a e li pa t dwe chanje, e ke sila yo ki te bay Rèl Lè Jijman an te gen bon konpreyansyon sou ‘Daily’ a.”</w:t>
      </w:r>
    </w:p>
    <w:p>
      <w:pPr>
        <w:pStyle w:val="ArticleBody"/>
        <w:jc w:val="left"/>
      </w:pPr>
      <w:r>
        <w:rPr>
          <w:rFonts w:ascii="Times New Roman" w:hAnsi="Times New Roman" w:eastAsia="Times New Roman" w:cs="Times New Roman"/>
        </w:rPr>
        <w:t>E kisa li di konsènan Sakrifis Kontinyèl la sou Tablo 1843 sa a? Ebyen, li di ke yo te retire l an 508 aprè Jezikri; epi, 1335 ane pi ta sa mennen w rive an 1843, e ke 1335 la se yon bagay ki deja pase.</w:t>
      </w:r>
    </w:p>
    <w:p>
      <w:pPr>
        <w:pStyle w:val="ArticleBody"/>
        <w:jc w:val="left"/>
      </w:pPr>
      <w:r>
        <w:rPr>
          <w:rFonts w:ascii="Times New Roman" w:hAnsi="Times New Roman" w:eastAsia="Times New Roman" w:cs="Times New Roman"/>
        </w:rPr>
        <w:t>Èske nou ka imajine, nan menm mwa a, nan menm ane a, ke li t ap di Frè Hewit, ki soti Dead River, ke sa te toujou gen pou vini?</w:t>
      </w:r>
    </w:p>
    <w:p>
      <w:pPr>
        <w:pStyle w:val="ArticleBody"/>
        <w:jc w:val="left"/>
      </w:pPr>
      <w:r>
        <w:rPr>
          <w:rFonts w:ascii="Times New Roman" w:hAnsi="Times New Roman" w:eastAsia="Times New Roman" w:cs="Times New Roman"/>
        </w:rPr>
        <w:t>Dakò, moun sa yo k ap fikse dat yo, moun sa yo k ap fikse dat yo, ansanm ak moun sa yo ki kwè Sè White se yon ekriven neglijan. Istwa pa soutni sa.</w:t>
      </w:r>
    </w:p>
    <w:p>
      <w:pPr>
        <w:pStyle w:val="ArticleBody"/>
        <w:jc w:val="left"/>
      </w:pPr>
      <w:r>
        <w:rPr>
          <w:rFonts w:ascii="Times New Roman" w:hAnsi="Times New Roman" w:eastAsia="Times New Roman" w:cs="Times New Roman"/>
        </w:rPr>
        <w:t>Se konsa, mwen vle nou wè ke, an rapò ak Sakrifis Chak Jou a, Ellen White te menm konprann 1335 la.</w:t>
      </w:r>
    </w:p>
    <w:p>
      <w:pPr>
        <w:pStyle w:val="ArticleBody"/>
        <w:jc w:val="left"/>
      </w:pPr>
      <w:r>
        <w:rPr>
          <w:rFonts w:ascii="Times New Roman" w:hAnsi="Times New Roman" w:eastAsia="Times New Roman" w:cs="Times New Roman"/>
        </w:rPr>
        <w:t>Ellen White pa t sèlman mete so apwobasyon li sou lefèt ke « Daily » a se te Paganis; li te konprann tou ke sa te make kòmansman pwofesi 1335 ane a, ki te fini an 1843, epi li te defann pozisyon sa a an piblik kont Frè Hewit ki soti Dead River. Èske ou wè sa?</w:t>
      </w:r>
    </w:p>
    <w:p>
      <w:pPr>
        <w:pStyle w:val="ArticleBody"/>
        <w:jc w:val="left"/>
      </w:pPr>
      <w:r>
        <w:rPr>
          <w:rFonts w:ascii="Times New Roman" w:hAnsi="Times New Roman" w:eastAsia="Times New Roman" w:cs="Times New Roman"/>
        </w:rPr>
        <w:t>Epi nan menm mwa a, pandan li ap di ke ministè Kris la nan Tanp li kòm Sakrifis Toutan an sèlman pote fènwa ak konfizyon; epi mari li, an repons a vizyon sa a, retire ansèyman sa a nan Review and Herald.</w:t>
      </w:r>
    </w:p>
    <w:p>
      <w:pPr>
        <w:pStyle w:val="ArticleBody"/>
        <w:jc w:val="left"/>
      </w:pPr>
      <w:r>
        <w:rPr>
          <w:rFonts w:ascii="Times New Roman" w:hAnsi="Times New Roman" w:eastAsia="Times New Roman" w:cs="Times New Roman"/>
        </w:rPr>
        <w:t>Anwo nan nòt nou yo, kote li di «Tablo 1850», men sa li di la a menm [li fè referans ak twazyèm kolòn nan apati bò gòch sou Tablo 1850 la, tèks ki vini apre Jezi sou kwa a nan AD31]. Mwen te vle pou nou kapab genyen sa nan nòt nou yo.</w:t>
      </w:r>
    </w:p>
    <w:p>
      <w:pPr>
        <w:pStyle w:val="ArticleScripture"/>
        <w:jc w:val="left"/>
      </w:pPr>
      <w:r>
        <w:rPr>
          <w:rFonts w:ascii="Times New Roman" w:hAnsi="Times New Roman" w:eastAsia="Times New Roman" w:cs="Times New Roman"/>
        </w:rPr>
        <w:t>Lwen Danyèl 11:31 508</w:t>
      </w:r>
    </w:p>
    <w:p>
      <w:pPr>
        <w:pStyle w:val="ArticleBody"/>
        <w:jc w:val="left"/>
      </w:pPr>
      <w:r>
        <w:rPr>
          <w:rFonts w:ascii="Times New Roman" w:hAnsi="Times New Roman" w:eastAsia="Times New Roman" w:cs="Times New Roman"/>
        </w:rPr>
        <w:t>Epi answit sou Tablo 1843 la isit la [li ap fè referans ak kolòn ki nan mitan an, anba Jezi sou kwa a nan AD31]:</w:t>
      </w:r>
    </w:p>
    <w:p>
      <w:pPr>
        <w:pStyle w:val="ArticleBody"/>
        <w:jc w:val="left"/>
      </w:pPr>
      <w:r>
        <w:rPr>
          <w:rFonts w:ascii="Times New Roman" w:hAnsi="Times New Roman" w:eastAsia="Times New Roman" w:cs="Times New Roman"/>
        </w:rPr>
        <w:t>Retire sakrifis chak jou a. Dàn. 12:11, 12</w:t>
      </w:r>
    </w:p>
    <w:p>
      <w:pPr>
        <w:pStyle w:val="ArticleBody"/>
        <w:jc w:val="left"/>
      </w:pPr>
      <w:r>
        <w:rPr>
          <w:rFonts w:ascii="Times New Roman" w:hAnsi="Times New Roman" w:eastAsia="Times New Roman" w:cs="Times New Roman"/>
        </w:rPr>
        <w:t>Dakò, men de Tablo sa yo.</w:t>
      </w:r>
    </w:p>
    <w:p>
      <w:pPr>
        <w:pStyle w:val="ArticleBody"/>
        <w:jc w:val="left"/>
      </w:pPr>
      <w:r>
        <w:rPr>
          <w:rFonts w:ascii="Times New Roman" w:hAnsi="Times New Roman" w:eastAsia="Times New Roman" w:cs="Times New Roman"/>
        </w:rPr>
        <w:t>Sè White te konprann ke mesye sa yo te gen opinyon ki kòrèk la, epi li te konprann ke sa te inisye pwofesi 1335 ane a ki te fini an 1843; epi, li te konprann ke sa te reprezante dominasyon payen an ki te retire an 508.</w:t>
      </w:r>
    </w:p>
    <w:p>
      <w:pPr>
        <w:pStyle w:val="ArticleBody"/>
        <w:jc w:val="left"/>
      </w:pPr>
      <w:r>
        <w:rPr>
          <w:rFonts w:ascii="Times New Roman" w:hAnsi="Times New Roman" w:eastAsia="Times New Roman" w:cs="Times New Roman"/>
        </w:rPr>
        <w:t>Anba de referans sa yo a Tablo yo, nou gen yon lòt sitasyon nan peryòd tan Frè Nichols la, e li ap reprimande moun paske yo t ap fè lòt tablo, paske travay atistik yo a se satanik; tandiske, li di ke travay atistik ki sou de Tablo sa yo se selès. Li di,</w:t>
      </w:r>
    </w:p>
    <w:p>
      <w:pPr>
        <w:pStyle w:val="ArticleBody"/>
        <w:jc w:val="left"/>
      </w:pPr>
      <w:r>
        <w:rPr>
          <w:rFonts w:ascii="Times New Roman" w:hAnsi="Times New Roman" w:eastAsia="Times New Roman" w:cs="Times New Roman"/>
        </w:rPr>
        <w:t>“Mwen te wè zafè fè tablo yo te toutafè nan erè. Sa te soti lakay Frè Rhodes, epi Frè Case te suiv li nan sa. Yo depanse mwayen pou fè tablo ak fòme imaj brit, degoutan, pou reprezante zanj yo ak Jezi gloriye a. Mwen te wè bagay konsa pa t fè Bondye plezi. Mwen te wè Bondye te nan piblikasyon tablo a pa Frè Nichols.”</w:t>
      </w:r>
    </w:p>
    <w:p>
      <w:pPr>
        <w:pStyle w:val="ArticleBody"/>
        <w:jc w:val="left"/>
      </w:pPr>
      <w:r>
        <w:rPr>
          <w:rFonts w:ascii="Times New Roman" w:hAnsi="Times New Roman" w:eastAsia="Times New Roman" w:cs="Times New Roman"/>
        </w:rPr>
        <w:t>Kiyès ki te nan piblikasyon Tablo 1850 sa a? Bondye!</w:t>
      </w:r>
    </w:p>
    <w:p>
      <w:pPr>
        <w:pStyle w:val="ArticleBody"/>
        <w:jc w:val="left"/>
      </w:pPr>
      <w:r>
        <w:rPr>
          <w:rFonts w:ascii="Times New Roman" w:hAnsi="Times New Roman" w:eastAsia="Times New Roman" w:cs="Times New Roman"/>
        </w:rPr>
        <w:t>—« Mwen te wè ke te gen »—kisa?—« yon pwofesi sou tablo sa a nan Bib la, e si tablo sa a fèt pou pèp Bondye a, si li ase pou youn, li ase pou yon lòt tou, epi si youn te bezwen yon nouvo tablo pentire sou yon echèl ki pi laj, tout moun bezwen li menm jan an. »</w:t>
      </w:r>
    </w:p>
    <w:p>
      <w:pPr>
        <w:pStyle w:val="ArticleBody"/>
        <w:jc w:val="left"/>
      </w:pPr>
      <w:r>
        <w:rPr>
          <w:rFonts w:ascii="Times New Roman" w:hAnsi="Times New Roman" w:eastAsia="Times New Roman" w:cs="Times New Roman"/>
        </w:rPr>
        <w:t>Mwen te wè se te yon santiman ajite, malèz, pa satisfè, engra nan Frè Case ki t ap anvi yon lòt tablo. Mwen te wè tablo sa yo ki te pentire yo te gen yon move efè sou kongregasyon an. Sa te lakòz yon lespri lejè, frivòl, plen rizib, prezan nan reyinyon an."—</w:t>
      </w:r>
    </w:p>
    <w:p>
      <w:pPr>
        <w:pStyle w:val="ArticleBody"/>
        <w:jc w:val="left"/>
      </w:pPr>
      <w:r>
        <w:rPr>
          <w:rFonts w:ascii="Times New Roman" w:hAnsi="Times New Roman" w:eastAsia="Times New Roman" w:cs="Times New Roman"/>
        </w:rPr>
        <w:t>Kounye a, se sou pwen sa a mwen vle nou reflechi byen.</w:t>
      </w:r>
    </w:p>
    <w:p>
      <w:pPr>
        <w:pStyle w:val="ArticleBody"/>
        <w:jc w:val="left"/>
      </w:pPr>
      <w:r>
        <w:rPr>
          <w:rFonts w:ascii="Times New Roman" w:hAnsi="Times New Roman" w:eastAsia="Times New Roman" w:cs="Times New Roman"/>
        </w:rPr>
        <w:t>—«Mwen te wè ke tablo Bondye te bay lòd pou fèt yo te frape lespri a yon fason favorab, menm san okenn eksplikasyon.»—</w:t>
      </w:r>
    </w:p>
    <w:p>
      <w:pPr>
        <w:pStyle w:val="ArticleBody"/>
        <w:jc w:val="left"/>
      </w:pPr>
      <w:r>
        <w:rPr>
          <w:rFonts w:ascii="Times New Roman" w:hAnsi="Times New Roman" w:eastAsia="Times New Roman" w:cs="Times New Roman"/>
        </w:rPr>
        <w:t>“Mwen wè se tablo yo,” nan pliryèl, “Bondye te òdone . . . .” Ki tablo, nan pliryèl, Bondye te òdone? Se de tablo sa yo [Tablo 1843 ak 1850] Bondye te òdone.</w:t>
      </w:r>
    </w:p>
    <w:p>
      <w:pPr>
        <w:pStyle w:val="ArticleScripture"/>
        <w:jc w:val="left"/>
      </w:pPr>
      <w:r>
        <w:rPr>
          <w:rFonts w:ascii="Times New Roman" w:hAnsi="Times New Roman" w:eastAsia="Times New Roman" w:cs="Times New Roman"/>
        </w:rPr>
        <w:t>De Tablo sa yo se yon akonplisman Abakik 2.</w:t>
      </w:r>
    </w:p>
    <w:p>
      <w:pPr>
        <w:pStyle w:val="ArticleBody"/>
        <w:jc w:val="left"/>
      </w:pPr>
      <w:r>
        <w:rPr>
          <w:rFonts w:ascii="Times New Roman" w:hAnsi="Times New Roman" w:eastAsia="Times New Roman" w:cs="Times New Roman"/>
        </w:rPr>
        <w:t>—“Gen yon bagay ki lejè, bèl, epi selès nan fason zanj yo reprezante sou tablo yo. Lespri a prèske san l pa remake sa, vin dirije vè Bondye ak syèl la. Men lòt tablo yo ki te prepare yo fè lespri a degoute, epi yo fè lespri a rete plis sou tè a pase sou syèl la. Imaj ki reprezante zanj yo sanble plis ak demon pase ak èt ki soti nan syèl la. Mwen te wè ke pandan plizyè jou ak plizyè semèn tablo yo te okipe lespri Frè Case, alòske li te dwe ap chèche sajès selès nan men Bondye, e li te dwe ap grandi nan gras Lespri a ak nan konesans laverite a.”</w:t>
      </w:r>
    </w:p>
    <w:p>
      <w:pPr>
        <w:pStyle w:val="ArticleBody"/>
        <w:jc w:val="left"/>
      </w:pPr>
      <w:r>
        <w:rPr>
          <w:rFonts w:ascii="Times New Roman" w:hAnsi="Times New Roman" w:eastAsia="Times New Roman" w:cs="Times New Roman"/>
        </w:rPr>
        <w:t>Mwen te wè ke si mwayen yo ki te gaspiye pou fè soti tablo yo te depanse pou fè verite a parèt klè devan frè yo nan pibliye ti liv, elatriye, sa t ap fè anpil byen e li t ap sove nanm. Mwen te wè ke zafè fè tablo a gaye tankou lafyèv. Manuscript Releases, nimewo 13, 359; 1853.</w:t>
      </w:r>
    </w:p>
    <w:p>
      <w:pPr>
        <w:pStyle w:val="ArticleBody"/>
        <w:jc w:val="left"/>
      </w:pPr>
      <w:r>
        <w:rPr>
          <w:rFonts w:ascii="Times New Roman" w:hAnsi="Times New Roman" w:eastAsia="Times New Roman" w:cs="Times New Roman"/>
        </w:rPr>
        <w:t>1290 ak 1335 Jou yo</w:t>
      </w:r>
    </w:p>
    <w:p>
      <w:pPr>
        <w:pStyle w:val="ArticleBody"/>
        <w:jc w:val="left"/>
      </w:pPr>
      <w:r>
        <w:rPr>
          <w:rFonts w:ascii="Times New Roman" w:hAnsi="Times New Roman" w:eastAsia="Times New Roman" w:cs="Times New Roman"/>
        </w:rPr>
        <w:t>Mwen genyen atik sa a ki soti nan Review and Herald, 28 janvye 1858. Rezon ki fè mwen mete l nan nòt nou yo se paske nou kapab wè ke, an 1858, yo te toujou ap anseye ke “Daily” a se Paganis. Nou genyen l nan referans nou an: uit ane apre 1850, yo te toujou konprann ke “Daily” a se Paganis.</w:t>
      </w:r>
    </w:p>
    <w:p>
      <w:pPr>
        <w:pStyle w:val="ArticleScripture"/>
        <w:jc w:val="left"/>
      </w:pPr>
      <w:r>
        <w:rPr>
          <w:rFonts w:ascii="Times New Roman" w:hAnsi="Times New Roman" w:eastAsia="Times New Roman" w:cs="Times New Roman"/>
        </w:rPr>
        <w:t>“YON LÒT peryòd pwofetik enpòtan sou ki doktrin Advantis la baze, se 1335 jou yo nan Danyèl 12 la, avèk ki 1290 jou yo mare tèlman sere. De peryòd sa yo prezante devan nou konsa:”</w:t>
      </w:r>
    </w:p>
    <w:p>
      <w:pPr>
        <w:pStyle w:val="ArticleScripture"/>
        <w:jc w:val="left"/>
      </w:pPr>
      <w:r>
        <w:rPr>
          <w:rFonts w:ascii="Times New Roman" w:hAnsi="Times New Roman" w:eastAsia="Times New Roman" w:cs="Times New Roman"/>
        </w:rPr>
        <w:t>“—E depi lè yo va wete sakrifis kontinyèl la, epi mete kanpe abominasyon ki fè dezolasyon an, va gen mil de san katrevendis jou. Benediksyon pou moun ki tann, e ki rive jouk nan mil twasan trantsenk jou yo. Men, ou menm, ale fè chemen ou jouk lafen an rive; paske ou va repoze, epi ou va kanpe nan pòsyon pa ou nan fen jou yo.” Danyèl 12:11–13.</w:t>
      </w:r>
    </w:p>
    <w:p>
      <w:pPr>
        <w:pStyle w:val="ArticleBody"/>
        <w:jc w:val="left"/>
      </w:pPr>
      <w:r>
        <w:rPr>
          <w:rFonts w:ascii="Times New Roman" w:hAnsi="Times New Roman" w:eastAsia="Times New Roman" w:cs="Times New Roman"/>
        </w:rPr>
        <w:t>Kesyon yo leve tousuit: Èske nou kapab di ki evènman sa yo ye, apati de yo menm peryòd sa yo dwe kòmanse konte; e si se konsa, èske nou kapab di ki lè yo te rive? Nou premye poze kesyon sa a: Kisa “chak jou a” (sakrifis la) ye, e kisa “abominasyon ki lakòz dezolasyon an” ye? N ap remake mo sakrifis la ekri an italik, sa ki montre se yon mo yo ajoute. Menm bagay la ap remake nan lòt kote li parèt nan liv Danyèl la, sètadi chapit 11:31 ak 8:11–13. Ann fè yon ti referans tou kout ak dènye chapit sa a. Nan vèsè 13 la, n ap wè yo mete devan nou de dezolasyon: “chak jou a” (dezolasyon an), ak transgresyon dezolasyon an. Josiah Litch fè reyalite sa a tèlman klè, nou pa ta ka fè miyò pase site pawòl li yo:*</w:t>
      </w:r>
    </w:p>
    <w:p>
      <w:pPr>
        <w:pStyle w:val="ArticleBody"/>
        <w:jc w:val="left"/>
      </w:pPr>
      <w:r>
        <w:rPr>
          <w:rFonts w:ascii="Times New Roman" w:hAnsi="Times New Roman" w:eastAsia="Times New Roman" w:cs="Times New Roman"/>
        </w:rPr>
        <w:t>—Sakrifis chak jou a se lekti tèks la jan li parèt kounye a; men pa gen anyen tankou sakrifis nan tèks orijinal la. Sa rekonèt toupatou. Se yon glòs oubyen yon entèpretasyon tradiktè yo mete sou li. Vrè lekti a se: “sa ki chak jou a ak transgresyon dezolasyon an”; “sa ki chak jou a” ak “transgresyon” yo mare ansanm pa “ak” la: dezolasyon chak jou a ak transgresyon dezolasyon an. Se de pouvwa k ap dezole ki te dwe dezole Tanp lan ak lame a.</w:t>
      </w:r>
    </w:p>
    <w:p>
      <w:pPr>
        <w:pStyle w:val="ArticleBody"/>
        <w:jc w:val="left"/>
      </w:pPr>
      <w:r>
        <w:rPr>
          <w:rFonts w:ascii="Times New Roman" w:hAnsi="Times New Roman" w:eastAsia="Times New Roman" w:cs="Times New Roman"/>
        </w:rPr>
        <w:t>Soti nan sa a, li klè ke “chak jou a” pa ka gen okenn rapò ak adorasyon jwif la, jan ansyen opinyon ki pi gaye a te aplike l la; e sa vin pi klè toujou lè nou konsidere ke si peryòd sa yo, kit yo pran yo literalman oswa senbolikman, ta kòmanse depi nenpòt retire adorasyon sa a, yo pa mennen nou rive nan okenn evènman ditou ki merite pou yo remake.</w:t>
      </w:r>
    </w:p>
    <w:p>
      <w:pPr>
        <w:pStyle w:val="ArticleBody"/>
        <w:jc w:val="left"/>
      </w:pPr>
      <w:r>
        <w:rPr>
          <w:rFonts w:ascii="Times New Roman" w:hAnsi="Times New Roman" w:eastAsia="Times New Roman" w:cs="Times New Roman"/>
        </w:rPr>
        <w:t>“Lè sa a, sèvis chak jou a ansanm ak abominasyon an se de pouvwa k ap fè dezolasyon ki te dwe peze legliz la: èske nou ka detèmine ki sa pouvwa sa yo ye? Nou pa bezwen fè lòt bagay pase adopte metòd rezònman William Miller sou pwen sa a pou nou rive nan menm konklizyon avè l. Li di:”</w:t>
      </w:r>
    </w:p>
    <w:p>
      <w:pPr>
        <w:pStyle w:val="ArticleScripture"/>
        <w:jc w:val="left"/>
      </w:pPr>
      <w:r>
        <w:rPr>
          <w:rFonts w:ascii="Times New Roman" w:hAnsi="Times New Roman" w:eastAsia="Times New Roman" w:cs="Times New Roman"/>
        </w:rPr>
        <w:t>"—Mwen kontinye li, epi mwen pa t ka jwenn okenn lòt ka kote si [sakrifis kontinyèl la] te parèt, eksepte sèlman nan Danyèl. Lè sa a, [avèk èd yon konkòdans] mwen pran mo ki te parèt an koneksyon avèk li yo, —retire;’ —l ap retire sakrifis kontinyèl la’; —depi lè yo va retire sakrifis kontinyèl la’; elatriye. Mwen te kontinye li, epi mwen te panse mwen pa t ap jwenn okenn limyè sou tèks la. Finalman mwen rive nan 2 Tesalonisyen 2:7, 8, —Paske mistè inikite a deja ap aji; sèlman, sila a ki kounye a anpeche a ap kontinye anpeche jiskaske yo retire l nan chemen an, epi lè sa a mechan sa a va parèt.’ elatriye. E lè mwen te rive nan tèks sa a, o, jan verite a te parèt klè e gloriyeu! Men li! Se sa ki —sakrifis kontinyèl la!’ Bon, kounye a, kisa Pòl vle di pa —sila a ki kounye a anpeche’ oubyen mete obstak? Pa —Nonm Peche a,’ ak —mechan an,’ se Papis la yo vle di. Bon, kisa li ye ki anpeche Papis la parèt? Poukisa, se Paganis. Donk, —sakrifis kontinyèl la’ dwe vle di Paganis.’+"</w:t>
      </w:r>
    </w:p>
    <w:p>
      <w:pPr>
        <w:pStyle w:val="ArticleScripture"/>
        <w:jc w:val="left"/>
      </w:pPr>
      <w:r>
        <w:rPr>
          <w:rFonts w:ascii="Times New Roman" w:hAnsi="Times New Roman" w:eastAsia="Times New Roman" w:cs="Times New Roman"/>
        </w:rPr>
        <w:t>“Nou wè nan Danyèl 8 ke se ti kòn nan, ki te vin apre bouk la, oswa anpi grèk la, ki retire —sakrifis tout tan an;’ e se sèl pouvwa yo mete devan je nou apre divizyon wayòm Aleksann nan jouk rive nan tan kote Tanp lan ta dwe pirifye nan fen 2300 jou yo. Ti kòn sa a, nou te montre nan plas ki apwopriye pa li, se Wòm pran kòm yon inite, ki koresponn ak katriyèm wayòm nan lòt vizyon Danyèl yo. Kounye a, se yon reyalite ke yon chanjman te fèt nan pouvwa women an, soti nan Paganis pou rive nan Papote. Paganis, depi nan jou wa Lasiri yo jouk rive nan tan lè li te modifye pou tounen Papis, te sakrifis tout tan an, oswa, jan Pwofesè Whiting tradui li, —dezolasyon kontinyèl la,’ pa mwayen ki Satan te leve kont kòz Jewova a. Nan prèt li yo, lotèl li yo ak sakrifis li yo, li te pote yon resanblans ak fòm levitik adorasyon Jewova a; men lè fòm levitik la te bay plas li bay fòm kretyen adorasyon an, Satan, pou l te ka avèk siksè opoze travay la, te dwe chanje fòm opozisyon pa li tou; se poutèt sa tanp, lotèl ak estati Paganis yo te batize nan blasfèm Papote yo.</w:t>
      </w:r>
    </w:p>
    <w:p>
      <w:pPr>
        <w:pStyle w:val="ArticleScripture"/>
        <w:jc w:val="left"/>
      </w:pPr>
      <w:r>
        <w:rPr>
          <w:rFonts w:ascii="Times New Roman" w:hAnsi="Times New Roman" w:eastAsia="Times New Roman" w:cs="Times New Roman"/>
        </w:rPr>
        <w:t>“Men, dapre pwofesi a, yo di sou sèvis kontinyèl la, Pèganis la, ke li te gen yon sanktyè, e plas sanktyè li a te dwe jete atè. Ke yon sanktyè souvan lye ak idolatri ak payanis, kòm kote devouman ak adorasyon li yo, sa parèt klè nan pasaj sa yo nan Ekriti yo: Ezayi 16:12; Amòs 7:9, 13, maj. Ezekyèl 28:18. Konsènan sanktyè sèvis kontinyèl la nan Danyèl 8 la, nou prezante sa ki annapre yo soti nan Apollos Hale:*”</w:t>
      </w:r>
    </w:p>
    <w:p>
      <w:pPr>
        <w:pStyle w:val="ArticleBody"/>
        <w:jc w:val="left"/>
      </w:pPr>
      <w:r>
        <w:rPr>
          <w:rFonts w:ascii="Times New Roman" w:hAnsi="Times New Roman" w:eastAsia="Times New Roman" w:cs="Times New Roman"/>
        </w:rPr>
        <w:t>"—Ki sa yo ka vle di pa —Tanp lan' nan Paganis la? Paganis la, ansanm ak erè tout kalite, gen tanp pa yo menm jan ak verite a. Sa yo se tanp oswa azil yo konsakre pou sèvis yo. Se poutèt sa, yo ka sipoze se de yon tanp patikilye ak byen renome nan Paganis la yo ap pale isit la. Kilès, pami anpil tanp distenge li yo, sa ta ka ye? Youn nan pi bèl egzanp achitekti klasik yo rele Panteyon an. Non li vle di —tanp oswa azil tout bondye yo.' Kote li ye se lavil Wòm.+ Zidòl nasyon Women yo te konkeri yo te depoze avèk respè sakre nan kèk nich oswa depatman nan tanp sa a, e nan anpil ka yo te vin tounen objè adorasyon pou Women yo menm. Èske nou ta ka jwenn yon tanp nan Paganis ki ta pi frapan kòm —tanp pa li a.'"</w:t>
      </w:r>
    </w:p>
    <w:p>
      <w:pPr>
        <w:pStyle w:val="ArticleBody"/>
        <w:jc w:val="left"/>
      </w:pPr>
      <w:r>
        <w:rPr>
          <w:rFonts w:ascii="Times New Roman" w:hAnsi="Times New Roman" w:eastAsia="Times New Roman" w:cs="Times New Roman"/>
        </w:rPr>
        <w:t>“Kounyeya a, etan nou fin tabli ke sakrifis chak jou a se Pèganis, epi transgresyon dezolasyon an, oswa —abominasyon ki lakòz dezolasyon an,— se Papote a, epi ke tanp espesyal Pèganis la te Panteyon an, e ke —plas— kote li te chita a se te Wòm, nou pousuiv ankèt nou pi lwen.”</w:t>
      </w:r>
    </w:p>
    <w:p>
      <w:pPr>
        <w:pStyle w:val="ArticleBody"/>
        <w:jc w:val="left"/>
      </w:pPr>
      <w:r>
        <w:rPr>
          <w:rFonts w:ascii="Times New Roman" w:hAnsi="Times New Roman" w:eastAsia="Times New Roman" w:cs="Times New Roman"/>
        </w:rPr>
        <w:t>“1. Èske Pèganis te —retire’ pa pouvwa sivil Women an? Nou panse deklarasyon sa a konsènan yon reyalite enpòtan e byen koni nan listwa legliz la ak nan listwa mond lan, reponn pwofesi a. Li fè referans ak Konstanten, premye anperè kretyen an, epi li di:”</w:t>
      </w:r>
    </w:p>
    <w:p>
      <w:pPr>
        <w:pStyle w:val="ArticleBody"/>
        <w:jc w:val="left"/>
      </w:pPr>
      <w:r>
        <w:rPr>
          <w:rFonts w:ascii="Times New Roman" w:hAnsi="Times New Roman" w:eastAsia="Times New Roman" w:cs="Times New Roman"/>
        </w:rPr>
        <w:t>—Premye zak gouvènman li te poze se te pibliye yon edik nan tout anpi a, k ap egzòte sijè li yo pou yo anbrase Krisyanis la.'++</w:t>
      </w:r>
    </w:p>
    <w:p>
      <w:pPr>
        <w:pStyle w:val="ArticleBody"/>
        <w:jc w:val="left"/>
      </w:pPr>
      <w:r>
        <w:rPr>
          <w:rFonts w:ascii="Times New Roman" w:hAnsi="Times New Roman" w:eastAsia="Times New Roman" w:cs="Times New Roman"/>
        </w:rPr>
        <w:t>2. Èske Wòm te vil la oswa plas tanp li a, (Pantheon an), yo te jete l atè pa otorite Leta a? Ekstrè ki vin apre a bay repons lan:</w:t>
      </w:r>
    </w:p>
    <w:p>
      <w:pPr>
        <w:pStyle w:val="ArticleBody"/>
        <w:jc w:val="left"/>
      </w:pPr>
      <w:r>
        <w:rPr>
          <w:rFonts w:ascii="Times New Roman" w:hAnsi="Times New Roman" w:eastAsia="Times New Roman" w:cs="Times New Roman"/>
        </w:rPr>
        <w:t>«—Lanmò dènye rival Konstanten an te sele lapè anpi a. Wòm te vin ankò larenn nasyon yo san okenn kontestasyon. Men, nan lè elevasyon ak bèlte sa a, yo te leve li jis bò rebò yon presipis. Pwochen pa li te dwe fèt desann, epi san okenn retou. Chanjman gouvènman an pou Konstantinòp kontinye lage istoryen an nan tèt chaje. Se te yon zak ki te an opozisyon dirèk ak tout kou ansyen ak onorab prejije lespri women an. Se pa t travay yon Azyatik delika, ki te livre tèt li bay plezi koutim ak klima lès yo, men travay yon konkeran an fè, ki te fèt nan lwès la, e ki te meprize, tankou tout Women, abitid oryantal yo; se te travay yon politisyen byen file, epoutan li te manke sajès politik nan degre ki pi parèt la. Men, Konstanten te abandone Wòm, gran sitadèl la ak twòn Seza yo, pou yon kwen fènwa nan Tras, epi li te depanse rès lavi li ki te toujou plen fòs ak anbisyon nan doub travay sa a: leve yon koloni pou fè l tounen kapital anpi li a, epi degrade kapital la pou mennen l nan onè fèb ak fòs imilye yon koloni.»*</w:t>
      </w:r>
    </w:p>
    <w:p>
      <w:pPr>
        <w:pStyle w:val="ArticleBody"/>
        <w:jc w:val="left"/>
      </w:pPr>
      <w:r>
        <w:rPr>
          <w:rFonts w:ascii="Times New Roman" w:hAnsi="Times New Roman" w:eastAsia="Times New Roman" w:cs="Times New Roman"/>
        </w:rPr>
        <w:t>“Dosye sa a, ki soti anba plim istoryen an, twò klè pou li bezwen kòmantè. Pwofesi a di: yo te jete atè plas sanktyè li a; epi apre yon deklarasyon sou reyalite tankou sa ki anlè yo, menm moun ki pi egzijan nan entèpretasyon pwofetik la dwe satisfè konsènan aplikasyon li.”</w:t>
      </w:r>
    </w:p>
    <w:p>
      <w:pPr>
        <w:pStyle w:val="ArticleBody"/>
        <w:jc w:val="left"/>
      </w:pPr>
      <w:r>
        <w:rPr>
          <w:rFonts w:ascii="Times New Roman" w:hAnsi="Times New Roman" w:eastAsia="Times New Roman" w:cs="Times New Roman"/>
        </w:rPr>
        <w:t>“Depi lè sèvis kontinyèl la va wete, epi abominasyon ki fè dezolasyon an va tabli, pral gen mil desan katrevendis jou. Benediksyon pou moun ki tann e ki rive nan mil twasan trannsenk jou yo.” Avèk reyalite ki devan nou yo, sètadi ke sèvis kontinyèl la se payanis, ke abominasyon ki fè dezolasyon an se Papote a, ke te gen yon chanjman soti nan premye a pou rive nan dezyèm nan nan pouvwa women an, e sa pa otorite Leta, nou pa gen anyen pou nou fè ankò pase pousuiv rechèch la pou konnen ki lè sa te rive yon fason pou akonpli pwofesi a; paske si nou kapab detèmine sa, nou genyen pwen depa kote peryòd pwofetik yo nan tèks ki devan nou an dwe kòmanse konte. Se poutèt sa,</w:t>
      </w:r>
    </w:p>
    <w:p>
      <w:pPr>
        <w:pStyle w:val="ArticleScripture"/>
        <w:jc w:val="left"/>
      </w:pPr>
      <w:r>
        <w:rPr>
          <w:rFonts w:ascii="Times New Roman" w:hAnsi="Times New Roman" w:eastAsia="Times New Roman" w:cs="Times New Roman"/>
        </w:rPr>
        <w:t>“3. Kilè evènman yo mansyone nan pwofesi a te fèt? Se pou nou remake byen, kestyon an se pa, kilè sen yo te lage nan men Papote a, men kilè chanjman relijyon an soti nan Paganis pou rive nan Papote a te fin fèt ase pou fè dènye a vin relijyon nasyonal la, epi mete li nan yon kondisyon pou l kòmanse karyè pa li. Sa a, menm jan ak tout lòt gwo revolisyon yo, pa t travay yon sèl moman. Premye mouvman li yo te parèt klè byen lontan anvan sa. Pòl te di menm nan epòk pa li a, mistè inikite a, Nonm Peche a, ‘abominasyon ki lakòz dezolasyon an,’ te deja ap travay. E se nan limyè ekriti sa a nou dwe konprann pawòl Seyè nou an nan Matye 24:15, konsènan abominasyon dezolasyon an, kote li fè yon referans klè ak Danyèl 9:27. Paske, byenke Paganis pa t ankò bay plas li bay Papote a nan ane 70 la, lè Wòm te detwi Jerizalèm, nou konprann ke pisans ki te parèt lè sa a, menm si li te chanje yon ti jan nan non ak nan fòm, se te menm pisans lan ki ta dwe, antanke abominasyon dezolasyon an, fatige sen yo epi ravaje legliz Trèwo a.”</w:t>
      </w:r>
    </w:p>
    <w:p>
      <w:pPr>
        <w:pStyle w:val="ArticleBody"/>
        <w:jc w:val="left"/>
      </w:pPr>
      <w:r>
        <w:rPr>
          <w:rFonts w:ascii="Times New Roman" w:hAnsi="Times New Roman" w:eastAsia="Times New Roman" w:cs="Times New Roman"/>
        </w:rPr>
        <w:t>Jiska nan tan konvèsyon Klovis, wa Lafrans, ki te fèt an 496, Franse yo ansanm ak lòt nasyon nan lwès Anpi Wòm nan te payen; men apre evènman sa a, efò yo te fè pou konvèti adoratè zidòl yo bay Kris la te kouwone ak yon gwo siksè. Yo di konvèsyon Klovis la te bay nesans ak koutim pou yo adrese monak franse a ak tit Trè Kretyen Majeste ak Pi Gran Pitit Legliz la.+ Ant epòk sa a ak ane 508 aprè Jezikri, pa mwayen “alyans,” “kapitilasyon” ak konkèt, “Avborici yo,” “garnizon women yo nan lwès la,” Bretay, Burgondyen yo ak Vizigòt yo, te vin soumèt anba dominasyon li.'++</w:t>
      </w:r>
    </w:p>
    <w:p>
      <w:pPr>
        <w:pStyle w:val="ArticleBody"/>
        <w:jc w:val="left"/>
      </w:pPr>
      <w:r>
        <w:rPr>
          <w:rFonts w:ascii="Times New Roman" w:hAnsi="Times New Roman" w:eastAsia="Times New Roman" w:cs="Times New Roman"/>
        </w:rPr>
        <w:t>—Paganis nan Anpi Wòm oksidantal la, byenke san dout li te ralanti pwogrè lafwa kretyèn nan, sitou nan nasyon sa yo ki te sibi zak deranjman, tankou nan ka Angletè, akoz envazyon tribi barbar yo, ki te kontinye ap pratike idolatri, depi lè sa a li pa t gen pouvwa a, menm si li te gen dispozisyon an, pou siprime lafwa katolik la, oswa pou anpeche anpyètman Pontif Wòm nan.</w:t>
      </w:r>
    </w:p>
    <w:p>
      <w:pPr>
        <w:pStyle w:val="ArticleBody"/>
        <w:jc w:val="left"/>
      </w:pPr>
      <w:r>
        <w:rPr>
          <w:rFonts w:ascii="Times New Roman" w:hAnsi="Times New Roman" w:eastAsia="Times New Roman" w:cs="Times New Roman"/>
        </w:rPr>
        <w:t>Depi lè sa a, abominasyon Papal la te triyonfan, anrapò ak Paganis la. Konba li yo, alavni, te ak lòt sèkt kretyen yo, yo menm yo te toujou trete kòm eretik; epi ak chèf yo, ki te toujou trete kòm rebèl oswa moun k ap divize kò Kris la. Pouvwa prensipal Ewòp yo te abandone atachman yo pou Paganis la sèlman pou yo te perpétue abominasyon li yo nan yon lòt fòm; paske Paganis la te bezwen sèlman resevwa batèm pou l tounen kretyen nan sans Katolik la; epi lè enterè oswa vanjans minis prezidan li a te fè demand lan, byen yo ak twòn yo,—petèt lavi yo menm,—te dwe depoze sou lotèl la. SS</w:t>
      </w:r>
    </w:p>
    <w:p>
      <w:pPr>
        <w:pStyle w:val="ArticleBody"/>
        <w:jc w:val="left"/>
      </w:pPr>
      <w:r>
        <w:rPr>
          <w:rFonts w:ascii="Times New Roman" w:hAnsi="Times New Roman" w:eastAsia="Times New Roman" w:cs="Times New Roman"/>
        </w:rPr>
        <w:t>* Ekspozisyon pwofetik, Volim 1, 127.</w:t>
      </w:r>
    </w:p>
    <w:p>
      <w:pPr>
        <w:pStyle w:val="ArticleBody"/>
        <w:jc w:val="left"/>
      </w:pPr>
      <w:r>
        <w:rPr>
          <w:rFonts w:ascii="Times New Roman" w:hAnsi="Times New Roman" w:eastAsia="Times New Roman" w:cs="Times New Roman"/>
        </w:rPr>
        <w:t>+ Istwa Inivèsèl Goodrich la ak Jewografi Gutherie a.</w:t>
      </w:r>
    </w:p>
    <w:p>
      <w:pPr>
        <w:pStyle w:val="ArticleBody"/>
        <w:jc w:val="left"/>
      </w:pPr>
      <w:r>
        <w:rPr>
          <w:rFonts w:ascii="Times New Roman" w:hAnsi="Times New Roman" w:eastAsia="Times New Roman" w:cs="Times New Roman"/>
        </w:rPr>
        <w:t>+ Istwa Kretyen Mosheim, Volim 1, 132, 133.</w:t>
      </w:r>
    </w:p>
    <w:p>
      <w:pPr>
        <w:pStyle w:val="ArticleBody"/>
        <w:jc w:val="left"/>
      </w:pPr>
      <w:r>
        <w:rPr>
          <w:rFonts w:ascii="Times New Roman" w:hAnsi="Times New Roman" w:eastAsia="Times New Roman" w:cs="Times New Roman"/>
        </w:rPr>
        <w:t>“An Angletè, Arthur, premye wa kretyen an, te tabli adorasyon kretyen an sou debri adorasyon payen an.* Rapin, ki pretann li pi egzak nan kwonoloji evènman yo nan istwa li a, deklare ke yo te eli li kòm monak Bretay an 508. Liv 2, 129.</w:t>
      </w:r>
    </w:p>
    <w:p>
      <w:pPr>
        <w:pStyle w:val="ArticleBody"/>
        <w:jc w:val="left"/>
      </w:pPr>
      <w:r>
        <w:rPr>
          <w:rFonts w:ascii="Times New Roman" w:hAnsi="Times New Roman" w:eastAsia="Times New Roman" w:cs="Times New Roman"/>
        </w:rPr>
        <w:t>“Ki kondisyon Sije Wòm nan te ye nan epòk sa a? — Symmachus te Pap depi 498 oswa 499 rive 514. Pontifika li te make pa sikonstans ak evènman remakab sa yo:”</w:t>
      </w:r>
    </w:p>
    <w:p>
      <w:pPr>
        <w:pStyle w:val="ArticleBody"/>
        <w:jc w:val="left"/>
      </w:pPr>
      <w:r>
        <w:rPr>
          <w:rFonts w:ascii="Times New Roman" w:hAnsi="Times New Roman" w:eastAsia="Times New Roman" w:cs="Times New Roman"/>
        </w:rPr>
        <w:t>1. Li te —kite Pèganis la' lè li te antre nan —legliz Wòm nan.'</w:t>
      </w:r>
    </w:p>
    <w:p>
      <w:pPr>
        <w:pStyle w:val="ArticleBody"/>
        <w:jc w:val="left"/>
      </w:pPr>
      <w:r>
        <w:rPr>
          <w:rFonts w:ascii="Times New Roman" w:hAnsi="Times New Roman" w:eastAsia="Times New Roman" w:cs="Times New Roman"/>
        </w:rPr>
        <w:t>2. Li te rive sou chèz papal la lè li t ap lite ak konpetitè li a, menm jouk san. Du Pin.</w:t>
      </w:r>
    </w:p>
    <w:p>
      <w:pPr>
        <w:pStyle w:val="ArticleBody"/>
        <w:jc w:val="left"/>
      </w:pPr>
      <w:r>
        <w:rPr>
          <w:rFonts w:ascii="Times New Roman" w:hAnsi="Times New Roman" w:eastAsia="Times New Roman" w:cs="Times New Roman"/>
        </w:rPr>
        <w:t>3. Pa louwanj yo rann li kòm siksesè Sen Pyè a.</w:t>
      </w:r>
    </w:p>
    <w:p>
      <w:pPr>
        <w:pStyle w:val="ArticleBody"/>
        <w:jc w:val="left"/>
      </w:pPr>
      <w:r>
        <w:rPr>
          <w:rFonts w:ascii="Times New Roman" w:hAnsi="Times New Roman" w:eastAsia="Times New Roman" w:cs="Times New Roman"/>
        </w:rPr>
        <w:t>"4. Pa èkskominikasyon Anperè Anastaz."</w:t>
      </w:r>
    </w:p>
    <w:p>
      <w:pPr>
        <w:pStyle w:val="ArticleBody"/>
        <w:jc w:val="left"/>
      </w:pPr>
      <w:r>
        <w:rPr>
          <w:rFonts w:ascii="Times New Roman" w:hAnsi="Times New Roman" w:eastAsia="Times New Roman" w:cs="Times New Roman"/>
        </w:rPr>
        <w:t>"—Konbyen," Mosheim di, "opinyon kèk moun te favorab a egzijans dominatè Pontif women yo, sa ka fasil pou yo imajine dapre yon pawòl Ennodius, sa a flaterè enfam e ekzajere Symmachus la, ki te yon prelà ki te gen yon repitasyon anbigi. Panegiris parazitè sa a, pami lòt deklarasyon san sans, te soutni ke Pontif la te etabli kòm jij nan plas Bondye, plas li te okipe kòm Reprezantan Sila ki anwo nan syèl la."++</w:t>
      </w:r>
    </w:p>
    <w:p>
      <w:pPr>
        <w:pStyle w:val="ArticleBody"/>
        <w:jc w:val="left"/>
      </w:pPr>
      <w:r>
        <w:rPr>
          <w:rFonts w:ascii="Times New Roman" w:hAnsi="Times New Roman" w:eastAsia="Times New Roman" w:cs="Times New Roman"/>
        </w:rPr>
        <w:t>“Pa fòs ki te vin asire kòz katolik la nan lwès la, pa siksè sa yo, ansanm ak aksyon vikè yo ak lòt ajan Syèj Wòm nan, pati papal la nan Konstantinòp te —‘tabli’— nan yon pozisyon ki te pèmèt li jistifye ostilite ouvèt an favè mèt pa yo ki te nan Wòm. An 508, toubiyon fanatism ak lagè sivil la te pase avèk dife ak san nan lari kapital lès la.”</w:t>
      </w:r>
    </w:p>
    <w:p>
      <w:pPr>
        <w:pStyle w:val="ArticleBody"/>
        <w:jc w:val="left"/>
      </w:pPr>
      <w:r>
        <w:rPr>
          <w:rFonts w:ascii="Times New Roman" w:hAnsi="Times New Roman" w:eastAsia="Times New Roman" w:cs="Times New Roman"/>
        </w:rPr>
        <w:t>Gibbon, anba ane 508–514 yo, pandan l ap pale sou boulvèsman ki te fèt Konstantinòp, li di konsa — Estati anperè a te kraze, epi yo te kache moun pa li nan yon katye andeyò lavil, jouk lè, apre twa jou, li te pran odas pou sipliye mizèrikòd sijè li yo. [Papote a triyonfan.] San dyadèm li, e nan pòz yon moun k ap sipliye, Anastasius parèt sou twòn sirk la. Katolik yo, devan figi li, repete Trisagion otantik la; yo te rejwi poutèt òf li te pwoklame pa vwa yon èra ki t ap anonse li, pou l abdike pourp la; yo te koute avètisman an, ke, depi tout moun pa t kapab renye, yo te dwe davans dakò sou chwa yon souveren; epi yo te aksepte san de minis enpopilè, mèt yo a, san ezitasyon, te kondane bay lyon yo. Sedisyon sa yo, ki te fewòs men pasajè, te ankouraje pa siksè Vitalian, ki ansanm ak lame li a ki te fòme ak Hun ak Bilgà, pou pifò yo te adoratè zidòl, te deklare tèt li chanpyon lafwa Katolik la. Nan rebelyon relijye sa a, li te depopile Trasi, li te sènen Konstantinòp, li te ekstèmine swasant-senk mil nan kretyen parèy li yo, jouk li te jwenn rapèl evèk yo, satisfaksyon Pap la, ak etablisman konsèy Chalcedon an, yon trete òtodòks, Anastasius k ap mouri a te siyen ak repiyans, epi tonton Justinien an te egzekite avèk plis fidelite. E se konsa fen premye nan lagè relijye yo ki te mennen nan non, e pa disip, Bondye Lapè a, te ye. SS</w:t>
      </w:r>
    </w:p>
    <w:p>
      <w:pPr>
        <w:pStyle w:val="ArticleBody"/>
        <w:jc w:val="left"/>
      </w:pPr>
      <w:r>
        <w:rPr>
          <w:rFonts w:ascii="Times New Roman" w:hAnsi="Times New Roman" w:eastAsia="Times New Roman" w:cs="Times New Roman"/>
        </w:rPr>
        <w:t>“Ak ekstrè sa a ki soti nan Appollos Hale, nou fèmen temwayaj la sou pwen sa a: —Kounye a nou envite Gamalyèl modèn nou yo pran pozisyon ansanm avèk nou nan plas sanktyè Pèganis la (yo deklare depi lè sa a se “eritaj Sen Pyè”) an 508. Nou gade kèk ane tounen nan tan pase a, epi britalite Pèganis sovaj barbar nò yo ap vide desann sou anpi Wòm oksidantal la ki te sèlman kretyen nan non—li ap triyonfe toupatou—epi triyonf li yo toupatou make pa mechanste ki pi sovaj la. . . . Anpi a tonbe epi li kraze an moso. Youn apre lòt, chèf ak dirijan moso sa yo abandone Pèganis yo epi yo deklare lafwa kretyèn nan. Nan relijyon, konkeran yo ap rann yo bay moun yo te konkeri yo. Men, Pèganis la toujou ap triyonfe. Pami moun k ap soutni li yo, gen yon konkeran sevè e ki gen anpil siksè. (Clovis.) Men byento, li menm tou li bese devan pouvwa nouvo lafwa a epi li vin chanpyon li. Li toujou ap triyonfe, men, antanke ewo ak konkeran, li rive nan pi wo somè li nan pwen kote nou kanpe a, A.D. 508.”</w:t>
      </w:r>
    </w:p>
    <w:p>
      <w:pPr>
        <w:pStyle w:val="ArticleBody"/>
        <w:jc w:val="left"/>
      </w:pPr>
      <w:r>
        <w:rPr>
          <w:rFonts w:ascii="Times New Roman" w:hAnsi="Times New Roman" w:eastAsia="Times New Roman" w:cs="Times New Roman"/>
        </w:rPr>
        <w:t>—Nan menm ane sa a, oswa toupre li, dènye gwo soudivizyon enpòtan an nan anpi ki te tonbe a vin ofisyèlman kretyenize, e sa fèt atravè kouwònman monak triyonfan li a.</w:t>
      </w:r>
    </w:p>
    <w:p>
      <w:pPr>
        <w:pStyle w:val="ArticleBody"/>
        <w:jc w:val="left"/>
      </w:pPr>
      <w:r>
        <w:rPr>
          <w:rFonts w:ascii="Times New Roman" w:hAnsi="Times New Roman" w:eastAsia="Times New Roman" w:cs="Times New Roman"/>
        </w:rPr>
        <w:t>"—Pontif la pou peryòd kote nou kanpe a se yon payen ki fèk konvèti. Gwo konba sanglan ki te mete l sou chèz la te deside pa entèvansyon yon wa aryen. Yo bese devan li epi yo salye l kòm moun k ap ranpli —plas Bondye sou tè a.' Sena a tèlman anba pouvwa li, ke, sou senp sispisyon enterè Syèj Wòm nan mande sa, yo ekskominye anperè a. . . . An 508, min nan pete anba twòn Anpi Lès la. Rezilta konfizyon ak konfli sa a lakòz se imilyasyon mèt lejitim li a. Kounye a, kesyon an se: nan ki moman payanis te tèlman siprime, pou l te fè plas pou ranplasan ak siksesè li, abominasyon papal la? Kilè yo te mete abominasyon sa a nan yon pozisyon pou l kòmanse karyè blasfèm ak san li? Èske gen nenpòt lòt dat pou li te "plase," oswa "etabli" nan plas payanis, si se pa 508? Si anchantèz mistik sa a poko mennen tout viktim li yo anba pouvwa li, li deja pran pozisyon li, epi kèk ladan yo deja sede devan fascinasyon an.</w:t>
      </w:r>
    </w:p>
    <w:p>
      <w:pPr>
        <w:pStyle w:val="ArticleBody"/>
        <w:jc w:val="left"/>
      </w:pPr>
      <w:r>
        <w:rPr>
          <w:rFonts w:ascii="Times New Roman" w:hAnsi="Times New Roman" w:eastAsia="Times New Roman" w:cs="Times New Roman"/>
        </w:rPr>
        <w:t>“Lòt yo finalman soumèt, —epi wa yo, ak pèp yo, ak foul moun yo, ak nasyon yo, ak lang yo,’ vin tonbe anba anchantman ki prepare yo, menm pandan y ap —sou avèk san mati Jezi yo,’ pou —kwè y ap rann Bondye sèvis,’ epi pou imajine tèt yo kòm sèl moun syèl la chwazi ak favè li, pandan y ap vin tounen yon pi fasil ak pi rich priz pou kondanasyon lanfè a.”*</w:t>
      </w:r>
    </w:p>
    <w:p>
      <w:pPr>
        <w:pStyle w:val="ArticleBody"/>
        <w:jc w:val="left"/>
      </w:pPr>
      <w:r>
        <w:rPr>
          <w:rFonts w:ascii="Times New Roman" w:hAnsi="Times New Roman" w:eastAsia="Times New Roman" w:cs="Times New Roman"/>
        </w:rPr>
        <w:t>“Nou gen dat la. Yo te retire ‘chak jou’ a, epi yo te tabli abominasyon ki lakòz dezolasyon an nan ane 508. Lè nou konte apati pwen sa a, 1290 jou oswa ane yo fini an 1798 kote, jan sa deja te montre, pouvwa sivil la te rache nan men Pap la pa bra Buonaparte. 1335 jou yo mennen nou 45 ane antye pi lwen pase evènman sa a.”</w:t>
      </w:r>
    </w:p>
    <w:p>
      <w:pPr>
        <w:pStyle w:val="ArticleBody"/>
        <w:jc w:val="left"/>
      </w:pPr>
      <w:r>
        <w:rPr>
          <w:rFonts w:ascii="Times New Roman" w:hAnsi="Times New Roman" w:eastAsia="Times New Roman" w:cs="Times New Roman"/>
        </w:rPr>
        <w:t>“Men, gen kèk ka di: Ki jan fè nou fè peryòd yo fini nan tan pase a? Èske sa pa ekri ke Danyèl ta dwe repoze epi kanpe nan pati pa li nan fen jou yo? Sètènman; e nou kwè sa. Men, kisa sa vle di pou Danyèl kanpe nan pati pa li? Pwen sa a ap vin anba konsiderasyon lè n ap rive nan yon eksplikasyon sou pase tan an, ak yon egzamen sou evènman ki te vrèman rive nan fen jou yo. Pandanstan, isit la nou lage lank jiska yon lòt semèn.” Review and Herald, 28 janvye 1858.</w:t>
      </w:r>
    </w:p>
    <w:p>
      <w:pPr>
        <w:pStyle w:val="ArticleBody"/>
        <w:jc w:val="left"/>
      </w:pPr>
      <w:r>
        <w:rPr>
          <w:rFonts w:ascii="Times New Roman" w:hAnsi="Times New Roman" w:eastAsia="Times New Roman" w:cs="Times New Roman"/>
        </w:rPr>
        <w:t>Erè ak Danje konsènan Prescott ak Daniells; Vil yo ki Dwe Travay ladan yo</w:t>
      </w:r>
    </w:p>
    <w:p>
      <w:pPr>
        <w:pStyle w:val="ArticleBody"/>
        <w:jc w:val="left"/>
      </w:pPr>
      <w:r>
        <w:rPr>
          <w:rFonts w:ascii="Times New Roman" w:hAnsi="Times New Roman" w:eastAsia="Times New Roman" w:cs="Times New Roman"/>
        </w:rPr>
        <w:t>(A. G. Daniells te eli prezidan Konferans Jeneral la an 1901. Sa fè konprann ke dokiman sa a te ekri an 1910, yon epòk kote Madan White te gen anpil enkyetid konsènan neglijans Daniells te genyen anvè vil yo ak patisipasyon li nan konfli sou “Daily” la.)</w:t>
      </w:r>
    </w:p>
    <w:p>
      <w:pPr>
        <w:pStyle w:val="ArticleBody"/>
        <w:jc w:val="left"/>
      </w:pPr>
      <w:r>
        <w:rPr>
          <w:rFonts w:ascii="Times New Roman" w:hAnsi="Times New Roman" w:eastAsia="Times New Roman" w:cs="Times New Roman"/>
        </w:rPr>
        <w:t>Koulye a, dènyèman Steve Wohlberg t ap di li pa oblije pran pozisyon sou “the Daily” a, paske Ellen White pa t janm gen yon pozisyon sou “the Daily” a; epi si sa te ase bon pou pwofètès la pran pozisyon sa a, sa ase bon pou li tou.</w:t>
      </w:r>
    </w:p>
    <w:p>
      <w:pPr>
        <w:pStyle w:val="ArticleBody"/>
        <w:jc w:val="left"/>
      </w:pPr>
      <w:r>
        <w:rPr>
          <w:rFonts w:ascii="Times New Roman" w:hAnsi="Times New Roman" w:eastAsia="Times New Roman" w:cs="Times New Roman"/>
        </w:rPr>
        <w:t>Ebyen, Ellen White te gen yon pozisyon sou “le Kontinyèl” la. Li te di ke Millerit yo te gen bon konpreyansyon sou li, e li te konprann se te Pèganis. Li te konprann ke lè yo te retire Pèganis la, 1335 la te kòmanse; epi, li te konprann ke lòt opinyon pase sa sèlman te pwodui tenèb ak konfizyon.</w:t>
      </w:r>
    </w:p>
    <w:p>
      <w:pPr>
        <w:pStyle w:val="ArticleBody"/>
        <w:jc w:val="left"/>
      </w:pPr>
      <w:r>
        <w:rPr>
          <w:rFonts w:ascii="Times New Roman" w:hAnsi="Times New Roman" w:eastAsia="Times New Roman" w:cs="Times New Roman"/>
        </w:rPr>
        <w:t>Epi sa ou kapab demontre apati listwa ane 1850 la kòm sa ki te vrèman izole kòm sa ki te pote fènwa ak konfizyon, se opinyon Crosier la ki te di ke “Perpétuel” la te reprezante ministè Kris nan Sanktyè a; konsa, mwen panse li te gen yon konpreyansyon sou sa “Perpétuel” la te ye a, non sèlman sou sa li te ye, men tou sou sa li te reprezante, paske si ou te kite pozisyon sa a, ou antre nan fènwa ak konfizyon.</w:t>
      </w:r>
    </w:p>
    <w:p>
      <w:pPr>
        <w:pStyle w:val="ArticleBody"/>
        <w:jc w:val="left"/>
      </w:pPr>
      <w:r>
        <w:rPr>
          <w:rFonts w:ascii="Times New Roman" w:hAnsi="Times New Roman" w:eastAsia="Times New Roman" w:cs="Times New Roman"/>
        </w:rPr>
        <w:t>Men, an 1910, Ellen White te reprimande tou Prezidan Konferans Jeneral la ak W. W. Prescott paske yo t ap pouse menm pwennvi sa a tankou pa Crosier la.</w:t>
      </w:r>
    </w:p>
    <w:p>
      <w:pPr>
        <w:pStyle w:val="ArticleBody"/>
        <w:jc w:val="left"/>
      </w:pPr>
      <w:r>
        <w:rPr>
          <w:rFonts w:ascii="Times New Roman" w:hAnsi="Times New Roman" w:eastAsia="Times New Roman" w:cs="Times New Roman"/>
        </w:rPr>
        <w:t>E okenn istoryen pap diskite pou di Prescott ak Willie White ak A. G. Daniells, lè yo t ap defann “Daily” a, yo t ap defann lide ke “Daily” a te reprezante ministè Kris la nan Tanp Senyè a. Tout moun konnen sa.</w:t>
      </w:r>
    </w:p>
    <w:p>
      <w:pPr>
        <w:pStyle w:val="ArticleBody"/>
        <w:jc w:val="left"/>
      </w:pPr>
      <w:r>
        <w:rPr>
          <w:rFonts w:ascii="Times New Roman" w:hAnsi="Times New Roman" w:eastAsia="Times New Roman" w:cs="Times New Roman"/>
        </w:rPr>
        <w:t>Men, nou genyen tout atik la isit la, ki soti nan Manuscript Releases, volim 20.</w:t>
      </w:r>
    </w:p>
    <w:p>
      <w:pPr>
        <w:pStyle w:val="ArticleBody"/>
        <w:jc w:val="left"/>
      </w:pPr>
      <w:r>
        <w:rPr>
          <w:rFonts w:ascii="Times New Roman" w:hAnsi="Times New Roman" w:eastAsia="Times New Roman" w:cs="Times New Roman"/>
        </w:rPr>
        <w:t>Kilè sa te pibliye? Ebyen, li te pibliye an 1988; kidonk, li disponib pou etidyan Advantis yo konsidere an 1988.</w:t>
      </w:r>
    </w:p>
    <w:p>
      <w:pPr>
        <w:pStyle w:val="ArticleBody"/>
        <w:jc w:val="left"/>
      </w:pPr>
      <w:r>
        <w:rPr>
          <w:rFonts w:ascii="Times New Roman" w:hAnsi="Times New Roman" w:eastAsia="Times New Roman" w:cs="Times New Roman"/>
        </w:rPr>
        <w:t>Kilè Willie White, Prescott ak Daniells te etabli fo konsèpsyon sou “Daily” a nan Adventis la? Se soti 1919 rive 1931 yo te akonpli travay yo. An 1931, bliye sa nèt!! Adventis la pral anseye ke “Daily” a reprezante ministè Kris la nan Tanp li a, paske yo te aksepte entèpretasyon Ekriti yo ki soti nan Pwotestantis aposta ak Katolis. E depi pwen sa a, “Daily” a idantifye kòm ministè Kris la nan Tanp li a.</w:t>
      </w:r>
    </w:p>
    <w:p>
      <w:pPr>
        <w:pStyle w:val="ArticleBody"/>
        <w:jc w:val="left"/>
      </w:pPr>
      <w:r>
        <w:rPr>
          <w:rFonts w:ascii="Times New Roman" w:hAnsi="Times New Roman" w:eastAsia="Times New Roman" w:cs="Times New Roman"/>
        </w:rPr>
        <w:t>Malerezman, gen kèk vwa k ap opoze sa a ki konnen miyò, men depi moman sa a, mare a chanje nèt.</w:t>
      </w:r>
    </w:p>
    <w:p>
      <w:pPr>
        <w:pStyle w:val="ArticleBody"/>
        <w:jc w:val="left"/>
      </w:pPr>
      <w:r>
        <w:rPr>
          <w:rFonts w:ascii="Times New Roman" w:hAnsi="Times New Roman" w:eastAsia="Times New Roman" w:cs="Times New Roman"/>
        </w:rPr>
        <w:t>Epi answit, an 1988, Ellen White Estate te pibliye pou nou deklarasyon sa a ki soti nan ane 1910, nan menm moman kote kestyon sou “the Daily” t ap brase pa Prescott, Daniells, ak Willie White.</w:t>
      </w:r>
    </w:p>
    <w:p>
      <w:pPr>
        <w:pStyle w:val="ArticleScripture"/>
        <w:jc w:val="left"/>
      </w:pPr>
      <w:r>
        <w:rPr>
          <w:rFonts w:ascii="Times New Roman" w:hAnsi="Times New Roman" w:eastAsia="Times New Roman" w:cs="Times New Roman"/>
        </w:rPr>
        <w:t>Nan etap sa a nan eksperyans nou an, nou pa dwe kite lespri nou detounen de limyè espesyal yo te ban nou pou nou konsidere nan reyinyon enpòtan konferans nou an. Epi te gen Frè Daniells, ki gen lespri lènmi an t ap enfliyanse;</w:t>
      </w:r>
    </w:p>
    <w:p>
      <w:pPr>
        <w:pStyle w:val="ArticleBody"/>
        <w:jc w:val="left"/>
      </w:pPr>
      <w:r>
        <w:rPr>
          <w:rFonts w:ascii="Times New Roman" w:hAnsi="Times New Roman" w:eastAsia="Times New Roman" w:cs="Times New Roman"/>
        </w:rPr>
        <w:t>Kisa sa vle di? Kisa sa vle di lè lènmi an ap travay nan lespri ou? Sa vle di Sentespri a pa ap travay nan lespri ou.</w:t>
      </w:r>
    </w:p>
    <w:p>
      <w:pPr>
        <w:pStyle w:val="ArticleScripture"/>
        <w:jc w:val="left"/>
      </w:pPr>
      <w:r>
        <w:rPr>
          <w:rFonts w:ascii="Times New Roman" w:hAnsi="Times New Roman" w:eastAsia="Times New Roman" w:cs="Times New Roman"/>
        </w:rPr>
        <w:t>«…epi lespri pa ou ansanm ak lespri Frè Prescott t ap sibi enfliyans zanj ki te chase soti nan syèl la…»</w:t>
      </w:r>
    </w:p>
    <w:p>
      <w:pPr>
        <w:pStyle w:val="ArticleScripture"/>
        <w:jc w:val="left"/>
      </w:pPr>
      <w:r>
        <w:rPr>
          <w:rFonts w:ascii="Times New Roman" w:hAnsi="Times New Roman" w:eastAsia="Times New Roman" w:cs="Times New Roman"/>
        </w:rPr>
        <w:t>"Travay Satan se te detounen lespri nou pou yo te fè nou mete ti detay ak ti pwen ki Senyè a pa t enspire nou mete ladan yo. Yo pa t esansyèl. Men sa te gen anpil enpòtans pou kòz verite a. E lide lespri nou yo, si yo te ka rale nou sou ti detay oswa ti pwen, se yon travay ki soti nan konplo Satan. Pou korije ti bagay nan liv ki te ekri yo, nou panse sa t ap yon gwo travay. Men yo ban m lòd sa a: Silans se elokans."</w:t>
      </w:r>
    </w:p>
    <w:p>
      <w:pPr>
        <w:pStyle w:val="ArticleBody"/>
        <w:jc w:val="left"/>
      </w:pPr>
      <w:r>
        <w:rPr>
          <w:rFonts w:ascii="Times New Roman" w:hAnsi="Times New Roman" w:eastAsia="Times New Roman" w:cs="Times New Roman"/>
        </w:rPr>
        <w:t>Yo te vle antre nan liv Ourya Smith la, *Thoughts on Daniel and Revelation*, epi retire sa li te di konsènan “Daily” a kòm Paganis. Se poutèt sa, nan peryòd tan sa a, youn nan mesye k ap goumen kont Willie White, Prescott, ak Daniells se yon nonm yo rele Larry Smith.</w:t>
      </w:r>
    </w:p>
    <w:p>
      <w:pPr>
        <w:pStyle w:val="ArticleBody"/>
        <w:jc w:val="left"/>
      </w:pPr>
      <w:r>
        <w:rPr>
          <w:rFonts w:ascii="Times New Roman" w:hAnsi="Times New Roman" w:eastAsia="Times New Roman" w:cs="Times New Roman"/>
        </w:rPr>
        <w:t>Ki moun Larry Smith ye? Se pitit gason Ouriya a; li konnen sa yo vle fè, e li kanpe ansanm ak papa l: “The Daily” a se Paganis.</w:t>
      </w:r>
    </w:p>
    <w:p>
      <w:pPr>
        <w:pStyle w:val="ArticleScripture"/>
        <w:jc w:val="left"/>
      </w:pPr>
      <w:r>
        <w:rPr>
          <w:rFonts w:ascii="Times New Roman" w:hAnsi="Times New Roman" w:eastAsia="Times New Roman" w:cs="Times New Roman"/>
        </w:rPr>
        <w:t>“Mwen dwe di: Sispann chèche fot. Si objektif sa a nan men dyab la te ka rive akonpli sèlman, lè sa a sa parèt devan nou kòm si travay nou ta konsidere kòm yon bagay ki pi mèvèye nan konsepsyon li. Se te plan lènmi an pou mete tout sa yo te sipoze kòm aspè ki ka fè objeksyon yo la kote tout kategori lespri pa t dakò.”</w:t>
      </w:r>
    </w:p>
    <w:p>
      <w:pPr>
        <w:pStyle w:val="ArticleScripture"/>
        <w:jc w:val="left"/>
      </w:pPr>
      <w:r>
        <w:rPr>
          <w:rFonts w:ascii="Times New Roman" w:hAnsi="Times New Roman" w:eastAsia="Times New Roman" w:cs="Times New Roman"/>
        </w:rPr>
        <w:t>“Epi kisa ankò? Menmsi sa, se menm travay ki fè dyab la plezi a ki ta rive fèt. Ta gen yon reprezantasyon yo ta bay moun ki deyò yo, pa sou lafwa nou jan li ye a, men egzakteman jan sa ta konvenab pou yo, e sa ta devlope karakteristik karaktè ki ta”</w:t>
      </w:r>
    </w:p>
    <w:p>
      <w:pPr>
        <w:pStyle w:val="ArticleBody"/>
        <w:jc w:val="left"/>
      </w:pPr>
      <w:r>
        <w:rPr>
          <w:rFonts w:ascii="Times New Roman" w:hAnsi="Times New Roman" w:eastAsia="Times New Roman" w:cs="Times New Roman"/>
        </w:rPr>
        <w:t>fè kisa? “lakòz gwo konfizyon.”</w:t>
      </w:r>
    </w:p>
    <w:p>
      <w:pPr>
        <w:pStyle w:val="ArticleBody"/>
        <w:jc w:val="left"/>
      </w:pPr>
      <w:r>
        <w:rPr>
          <w:rFonts w:ascii="Times New Roman" w:hAnsi="Times New Roman" w:eastAsia="Times New Roman" w:cs="Times New Roman"/>
        </w:rPr>
        <w:t>Lòt opinyon sou Sakrifis Kontinyèl la te adopte, e sa pote konfizyon ak fènwa.</w:t>
      </w:r>
    </w:p>
    <w:p>
      <w:pPr>
        <w:pStyle w:val="ArticleScripture"/>
        <w:jc w:val="left"/>
      </w:pPr>
      <w:r>
        <w:rPr>
          <w:rFonts w:ascii="Times New Roman" w:hAnsi="Times New Roman" w:eastAsia="Times New Roman" w:cs="Times New Roman"/>
        </w:rPr>
        <w:t>“epi okipe moman an lò yo, ki ta dwe sèvi avèk anpil zèl pou pote gran mesaj la devan pèp la. Prezantasyon nou ta fè sou nenpòt sijè nou te travay sou li pa t ap ka tout ann amoni, e rezilta a t ap konfonn lespri moun ki kwè yo ansanm ak moun ki pa kwè yo. Se egzakteman bagay sa a Satan te fè plan pou l rive—nenpòt sa ki ta ka agrandi kòm yon dezakò.”</w:t>
      </w:r>
    </w:p>
    <w:p>
      <w:pPr>
        <w:pStyle w:val="ArticleBody"/>
        <w:jc w:val="left"/>
      </w:pPr>
      <w:r>
        <w:rPr>
          <w:rFonts w:ascii="Times New Roman" w:hAnsi="Times New Roman" w:eastAsia="Times New Roman" w:cs="Times New Roman"/>
        </w:rPr>
        <w:t>Si le Seigneur le veut, lorsque nous commencerons à démontrer ces doctrines à partir de notre étude de la Bible, nous examinerons Ézéchiel 28; car c’est dans Ézéchiel 28 que la racine même du Continu est identifiée. Ézéchiel 28 traite de l’exaltation de Lucifer, et elle la met en évidence; car, tandis qu’ils cherchent à dire que le Continu représente le ministère de Christ dans le Sanctuaire, non seulement ils rejetaient la véritable compréhension du Continu, symbole de l’auto-exaltation, mais ils manifestaient cette même auto-exaltation dans leur propre expérience. Elle souligne qu’ils introduiraient de la confusion dans nos rangs.</w:t>
      </w:r>
    </w:p>
    <w:p>
      <w:pPr>
        <w:pStyle w:val="ArticleScripture"/>
        <w:jc w:val="left"/>
      </w:pPr>
      <w:r>
        <w:rPr>
          <w:rFonts w:ascii="Times New Roman" w:hAnsi="Times New Roman" w:eastAsia="Times New Roman" w:cs="Times New Roman"/>
        </w:rPr>
        <w:t>“Kounye a, men yon gwo travay, kote lespri etranj yo ka pran plas yo. Men, Senyè a gen yon travay pou [fèt], pou sove nanm k ap peri yo; e plas kote Satan, degize, ta ka antre pou ranpli, pou pote konfizyon nan ran nou yo, li pral fè sa nèt ale; epi tout ti diferans sa yo ap vin elaji, ap parèt aklè.”</w:t>
      </w:r>
    </w:p>
    <w:p>
      <w:pPr>
        <w:pStyle w:val="ArticleBody"/>
        <w:jc w:val="left"/>
      </w:pPr>
      <w:r>
        <w:rPr>
          <w:rFonts w:ascii="Times New Roman" w:hAnsi="Times New Roman" w:eastAsia="Times New Roman" w:cs="Times New Roman"/>
        </w:rPr>
        <w:t>E ki sa sa vle di, “E yo te montre m”? Bondye te di li sa espesyalman.</w:t>
      </w:r>
    </w:p>
    <w:p>
      <w:pPr>
        <w:pStyle w:val="ArticleScripture"/>
        <w:jc w:val="left"/>
      </w:pPr>
      <w:r>
        <w:rPr>
          <w:rFonts w:ascii="Times New Roman" w:hAnsi="Times New Roman" w:eastAsia="Times New Roman" w:cs="Times New Roman"/>
        </w:rPr>
        <w:t>“Epi yo te fè m wè depi nan kòmansman an ke Senyè a pa t bay ni Ansyen Daniells ni Prescott chay travay sa a. Èske riz Satan yo ta dwe antre, èske ‘Sakrifis Tout Tan an’ sa a ta dwe vin yon bagay tèlman enpòtan pou yo ta prezante l pou l konfonn lespri moun epi anpeche avansman travay la nan moman tan sa a ki tèlman enpòtan? Sa pa dwe fèt, kèlkeswa sa li ta ye. Sijè sa a pa dwe prezante,”</w:t>
      </w:r>
    </w:p>
    <w:p>
      <w:pPr>
        <w:pStyle w:val="ArticleBody"/>
        <w:jc w:val="left"/>
      </w:pPr>
      <w:r>
        <w:rPr>
          <w:rFonts w:ascii="Times New Roman" w:hAnsi="Times New Roman" w:eastAsia="Times New Roman" w:cs="Times New Roman"/>
        </w:rPr>
        <w:t>Sè White te konprann “Daily” a, epi li te konprann ke anseye “Daily” a kòm ministè Kris la nan Tanp Sen an se yon bagay ki soti nan zanj ki te chase soti nan Syèl la e ke sa sèlman pote konfizyon ak fènwa; epi li te konnen pozisyon Pyonye yo, selon ki “Daily” a te reprezante payenis, e ke lè “Daily” a te retire, pwofesi tan 1335 ane a te kòmanse. Li te konnen sa. Li te konnen diferans lan, kèlkeswa sa mesye sa yo vle di.</w:t>
      </w:r>
    </w:p>
    <w:p>
      <w:pPr>
        <w:pStyle w:val="ArticleScripture"/>
        <w:jc w:val="left"/>
      </w:pPr>
      <w:r>
        <w:rPr>
          <w:rFonts w:ascii="Times New Roman" w:hAnsi="Times New Roman" w:eastAsia="Times New Roman" w:cs="Times New Roman"/>
        </w:rPr>
        <w:t>"Sa pa ta dwe fèt, kèlkeswa sa ki ta rive. Sijè sa a pa ta dwe prezante, paske lespri ki ta antre a t ap yon lespri ki entèdi, e Lisifè ap veye chak mouvman. Ajan satanik yo t ap kòmanse travay li, epi konfizyon t ap antre nan mitan nou. Ou pa resevwa okenn apèl pou al chèche diferans opinyon ki pa yon kestyon pou mete moun a leprèv; men silans ou se elokans. Mwen gen tout bagay sa a klèman devan mwen. Si dyab la te kapab angaje nenpòt nan pwòp pèp nou an nan sijè sa yo, jan li te pwopoze fè a, kòz Satan t ap triyonfe. Kounye a, travay la dwe pran san reta, epi okenn [diferans] opinyon pa dwe eksprime."</w:t>
      </w:r>
    </w:p>
    <w:p>
      <w:pPr>
        <w:pStyle w:val="ArticleScripture"/>
        <w:jc w:val="left"/>
      </w:pPr>
      <w:r>
        <w:rPr>
          <w:rFonts w:ascii="Times New Roman" w:hAnsi="Times New Roman" w:eastAsia="Times New Roman" w:cs="Times New Roman"/>
        </w:rPr>
        <w:t>“</w:t>
      </w:r>
      <w:r>
        <w:rPr>
          <w:rFonts w:ascii="Nirmala UI" w:hAnsi="Nirmala UI" w:eastAsia="Nirmala UI" w:cs="Nirmala UI"/>
        </w:rPr>
        <w:t>सातानले</w:t>
      </w:r>
      <w:r>
        <w:rPr>
          <w:rFonts w:ascii="Times New Roman" w:hAnsi="Times New Roman" w:eastAsia="Times New Roman" w:cs="Times New Roman"/>
        </w:rPr>
        <w:t xml:space="preserve"> </w:t>
      </w:r>
      <w:r>
        <w:rPr>
          <w:rFonts w:ascii="Nirmala UI" w:hAnsi="Nirmala UI" w:eastAsia="Nirmala UI" w:cs="Nirmala UI"/>
        </w:rPr>
        <w:t>हामीबाट</w:t>
      </w:r>
      <w:r>
        <w:rPr>
          <w:rFonts w:ascii="Times New Roman" w:hAnsi="Times New Roman" w:eastAsia="Times New Roman" w:cs="Times New Roman"/>
        </w:rPr>
        <w:t xml:space="preserve"> </w:t>
      </w:r>
      <w:r>
        <w:rPr>
          <w:rFonts w:ascii="Nirmala UI" w:hAnsi="Nirmala UI" w:eastAsia="Nirmala UI" w:cs="Nirmala UI"/>
        </w:rPr>
        <w:t>निस्केर</w:t>
      </w:r>
      <w:r>
        <w:rPr>
          <w:rFonts w:ascii="Times New Roman" w:hAnsi="Times New Roman" w:eastAsia="Times New Roman" w:cs="Times New Roman"/>
        </w:rPr>
        <w:t xml:space="preserve"> </w:t>
      </w:r>
      <w:r>
        <w:rPr>
          <w:rFonts w:ascii="Nirmala UI" w:hAnsi="Nirmala UI" w:eastAsia="Nirmala UI" w:cs="Nirmala UI"/>
        </w:rPr>
        <w:t>गएका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स्वर्गदूतहरूसँग</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प्रश्नहरूद्वारा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काममा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गर्नेथियो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शत्रुको</w:t>
      </w:r>
      <w:r>
        <w:rPr>
          <w:rFonts w:ascii="Times New Roman" w:hAnsi="Times New Roman" w:eastAsia="Times New Roman" w:cs="Times New Roman"/>
        </w:rPr>
        <w:t xml:space="preserve"> </w:t>
      </w:r>
      <w:r>
        <w:rPr>
          <w:rFonts w:ascii="Nirmala UI" w:hAnsi="Nirmala UI" w:eastAsia="Nirmala UI" w:cs="Nirmala UI"/>
        </w:rPr>
        <w:t>शिविरमा</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हर्षोल्लास</w:t>
      </w:r>
      <w:r>
        <w:rPr>
          <w:rFonts w:ascii="Times New Roman" w:hAnsi="Times New Roman" w:eastAsia="Times New Roman" w:cs="Times New Roman"/>
        </w:rPr>
        <w:t xml:space="preserve"> </w:t>
      </w:r>
      <w:r>
        <w:rPr>
          <w:rFonts w:ascii="Nirmala UI" w:hAnsi="Nirmala UI" w:eastAsia="Nirmala UI" w:cs="Nirmala UI"/>
        </w:rPr>
        <w:t>हुनेथियो।</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आउनुहोस्</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आउनुहोस्।</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भिन्नता</w:t>
      </w:r>
      <w:r>
        <w:rPr>
          <w:rFonts w:ascii="Times New Roman" w:hAnsi="Times New Roman" w:eastAsia="Times New Roman" w:cs="Times New Roman"/>
        </w:rPr>
        <w:t xml:space="preserve"> </w:t>
      </w:r>
      <w:r>
        <w:rPr>
          <w:rFonts w:ascii="Nirmala UI" w:hAnsi="Nirmala UI" w:eastAsia="Nirmala UI" w:cs="Nirmala UI"/>
        </w:rPr>
        <w:t>गाडिदिऊँ।</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भिन्नताहरूलाई</w:t>
      </w:r>
      <w:r>
        <w:rPr>
          <w:rFonts w:ascii="Times New Roman" w:hAnsi="Times New Roman" w:eastAsia="Times New Roman" w:cs="Times New Roman"/>
        </w:rPr>
        <w:t xml:space="preserve"> </w:t>
      </w:r>
      <w:r>
        <w:rPr>
          <w:rFonts w:ascii="Nirmala UI" w:hAnsi="Nirmala UI" w:eastAsia="Nirmala UI" w:cs="Nirmala UI"/>
        </w:rPr>
        <w:t>बाटोबाट</w:t>
      </w:r>
      <w:r>
        <w:rPr>
          <w:rFonts w:ascii="Times New Roman" w:hAnsi="Times New Roman" w:eastAsia="Times New Roman" w:cs="Times New Roman"/>
        </w:rPr>
        <w:t xml:space="preserve"> </w:t>
      </w:r>
      <w:r>
        <w:rPr>
          <w:rFonts w:ascii="Nirmala UI" w:hAnsi="Nirmala UI" w:eastAsia="Nirmala UI" w:cs="Nirmala UI"/>
        </w:rPr>
        <w:t>हटाउन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सबैलाई</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गराउन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मस्तिष्क</w:t>
      </w:r>
      <w:r>
        <w:rPr>
          <w:rFonts w:ascii="Times New Roman" w:hAnsi="Times New Roman" w:eastAsia="Times New Roman" w:cs="Times New Roman"/>
        </w:rPr>
        <w:t>-</w:t>
      </w:r>
      <w:r>
        <w:rPr>
          <w:rFonts w:ascii="Nirmala UI" w:hAnsi="Nirmala UI" w:eastAsia="Nirmala UI" w:cs="Nirmala UI"/>
        </w:rPr>
        <w:t>नसको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सातानलाई</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अपरिष्कृत</w:t>
      </w:r>
      <w:r>
        <w:rPr>
          <w:rFonts w:ascii="Times New Roman" w:hAnsi="Times New Roman" w:eastAsia="Times New Roman" w:cs="Times New Roman"/>
        </w:rPr>
        <w:t xml:space="preserve"> </w:t>
      </w:r>
      <w:r>
        <w:rPr>
          <w:rFonts w:ascii="Nirmala UI" w:hAnsi="Nirmala UI" w:eastAsia="Nirmala UI" w:cs="Nirmala UI"/>
        </w:rPr>
        <w:t>बुद्धिद्वारा</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जमाउन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हुनेथियो</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Koulye a, lè m te wè fason nou t ap travay, lespri mwen te byen konprann tout sitiyasyon an ansanm ak rezilta yo, si nou ta kontinye epi bay pati ki kite nou yo menm pi piti okazyon pou pote konfizyon nan mitan ranje nou yo. Mank sajès nou ta egzakteman sa Satan ta vle. Pwoklamasyon fò nou an pa t anba enspirasyon Sentespri a. Mwen te resevwa enstriksyon pou m di nou ke chèche fay nan ekriti mesye Bondye te dirije yo pa soti nan enspirasyon Bondye. Epi si se sajès sa a Ansyen Daniells ta bay pèp la, pa mete l nan okenn pozisyon ofisyèl, paske li pa ka rezone soti nan kòz rive nan efè. Silans nou sou sijè sa a se sajès nou. Koulye a, tout sa ki sanble ak chèche fay nan piblikasyon mesye ki pa vivan ankò yo se pa travay Bondye bay okenn nan nou pou nou fè. Paske si mesye sa yo—Ansyen Daniells ak Prescott—te swiv direksyon yo te resevwa konsènan travay nan vil yo, ta gen anpil, anpil moun ki t ap vin konvenki de verite a epi ki t ap konvèti, moun ki gen kapasite, ki [kounye a] nan pozisyon kote yo pap janm rive jwenn yo.</w:t>
      </w:r>
    </w:p>
    <w:p>
      <w:pPr>
        <w:pStyle w:val="ArticleScripture"/>
        <w:jc w:val="left"/>
      </w:pPr>
      <w:r>
        <w:rPr>
          <w:rFonts w:ascii="Times New Roman" w:hAnsi="Times New Roman" w:eastAsia="Times New Roman" w:cs="Times New Roman"/>
        </w:rPr>
        <w:t>“Tout le monde doit être considéré comme une seule grande famille. Et lorsque vous avez une telle source de connaissance où puiser, pourquoi avez-vous laissé le monde périr pendant des années, malgré les témoignages donnés par notre Seigneur Jésus-Christ ? La vraie religion nous enseigne à considérer chaque homme et chaque femme comme une personne à qui nous pouvons faire du bien. »</w:t>
      </w:r>
    </w:p>
    <w:p>
      <w:pPr>
        <w:pStyle w:val="ArticleScripture"/>
        <w:jc w:val="left"/>
      </w:pPr>
      <w:r>
        <w:rPr>
          <w:rFonts w:ascii="Times New Roman" w:hAnsi="Times New Roman" w:eastAsia="Times New Roman" w:cs="Times New Roman"/>
        </w:rPr>
        <w:t>“Sa a la nan enpresyon depi anpil ane: —Yon Lespri Ekilibre,” temwayaj pou Elder Andrews. Lespri a ka devlope pou l vin yon fòs pou konnen kilè pou pale ak ki chay pou pran sou li epi pou pote, paske Kris la se pwofesè ou. E mwen te gen anpil krent pou ou [lè mwen te wè ou] ap leve pwòp sajès pa ou anwo epi ap suiv yon chemen pou fè antre diferans opinyon. Senyè a rele moun saj ki ka kenbe lapè yo lè se sajès pou yo fè sa. Si ou ta vle vin yon nonm konplè, ou bezwen sanktifikasyon atravè Jezi Kris. Kounye a gen yon travay ki fèk kòmanse, epi se pou sajès parèt nan chak minis, nan chak prezidan yon konferans. Men, te gen yon travay isit la pou ou te mete men ladan l depi plizyè ane kote yo te bezwen ou pou leve vwa ou pou menm travay sa a. Kris la te bay tout pèp Li a direksyon espesyal sou sa yo dwe fè ak bagay yo pa dwe fè. Epi nou gen sèlman yon ti tan ki rete pou nou akonpli jistis Senyè a. Ou ka konprann chemen Senyè a. Mwen te wè entansyon ou pou mennen bagay yo dapre pwòp plan pa ou apre yo te mete ou kòm prezidan. Ou te panse ou t ap fè bagay mèvèy, ki t ap yon travay Bondye pa t mete nan men ou pou fè. Kounye a, travay ou se pa peze moun anba opresyon, men pou soulaje chak nesesite toutotan sa posib si Senyè a te aksepte ou pou sèvi. Men, byen bonè ou te bay prèv ke sajès ak jijman sanktifye pa t manifeste lakay ou. Ou te fè bagay parèt ak eklat ke yo pa t ap resevwa sof si Senyè a ta bay limyè.”</w:t>
      </w:r>
    </w:p>
    <w:p>
      <w:pPr>
        <w:pStyle w:val="ArticleScripture"/>
        <w:jc w:val="left"/>
      </w:pPr>
      <w:r>
        <w:rPr>
          <w:rFonts w:ascii="Times New Roman" w:hAnsi="Times New Roman" w:eastAsia="Times New Roman" w:cs="Times New Roman"/>
        </w:rPr>
        <w:t>Mwen resevwa enstriksyon ke yo pa t dwe fè mouvman prese konsa, tankou chwazi ou kòm prezidan konferans lan menm pou yon lòt ane. Men, Seyè a entèdi nenpòt lòt tranzaksyon prese konsa jiskaske yo prezante kesyon an devan Seyè a nan lapriyè; epi piske mesaj la te vin jwenn ou ke travay Seyè a ki poze sou prezidan an se yon responsablite ki pi solanèl, ou pa t gen okenn dwa moral pou eklate jan ou te fè a sou sijè —“Daily” la, epi sipoze enfliyans ou t ap deside kestyon an. Te gen Ansyen Haskell, ki te pote gwo responsablite yo, epi gen Ansyen Irwin ak plizyè lòt gason mwen ta ka site ki gen gwo responsablite yo.</w:t>
      </w:r>
    </w:p>
    <w:p>
      <w:pPr>
        <w:pStyle w:val="ArticleScripture"/>
        <w:jc w:val="left"/>
      </w:pPr>
      <w:r>
        <w:rPr>
          <w:rFonts w:ascii="Times New Roman" w:hAnsi="Times New Roman" w:eastAsia="Times New Roman" w:cs="Times New Roman"/>
        </w:rPr>
        <w:t>“Ki kote respè nou te genyen pou mesye ki gen laj yo? Ki otorite nou te kapab egzèse san nou pa t pran tout mesye responsab yo pou peze kestyon an? Men, annou kounye a egzamine kestyon an. Nou dwe kounye a rekonsidere si se jijman Senyè a, devan travay ki te neglije a, pou montre zèl nou pou pousuiv travay la pandan yon lòt ane ankò. Si nou ta pousuiv travay la yon lòt ane avèk èd sila yo ki pral ini avèk nou, dwe gen yon chanjman ki fèt lakay nou menm ak Ansyen Prescott. Epi imilye pwòp kè nou devan Bondye. Senyè a pral oblije wè nan nou manifestasyon yon eksperyans diferan, paske si janm te gen moun ki te bezwen rekonvèti nan moman prezan sa a, se Ansyen Daniells ak Ansyen Prescott.”</w:t>
      </w:r>
    </w:p>
    <w:p>
      <w:pPr>
        <w:pStyle w:val="ArticleScripture"/>
        <w:jc w:val="left"/>
      </w:pPr>
      <w:r>
        <w:rPr>
          <w:rFonts w:ascii="Times New Roman" w:hAnsi="Times New Roman" w:eastAsia="Times New Roman" w:cs="Times New Roman"/>
        </w:rPr>
        <w:t>« Yo ta dwe chwazi sèt gason ki se moun sajès, e ki, pa operasyon lagras Bondye a, bay prèv yon rekonvèsyon. Paske nenpòt gason ki tèlman avèg ke yo pa kapab rezone depi nan kòz rive nan efè, konsa yo ta neglije gason ki te pote responsablite travay la ak prezidan konferans sa yo; pou gason ki pote travay la pandan plis pase de zan yo ta mete sou kote, epi pou yon konsekans konsa, ki fèt sou enpilsyon, ta rive jiskaske moun neglije menm travay yo te kenbe devan yo pandan plizyè ane a—travay nan vil yo—epi yo pa bay granmoun yo okenn atansyon, oswa byen piti, pou konsèy, men yo pwoklame bagay yo menm yo chwazi bay pèp la, sa pote pwòp temwayaj pa li konsènan danje ki genyen lè yo ta konfye gason sa yo yon travay ki tèlman gran e mèvèye.»</w:t>
      </w:r>
    </w:p>
    <w:p>
      <w:pPr>
        <w:pStyle w:val="ArticleScripture"/>
        <w:jc w:val="left"/>
      </w:pPr>
      <w:r>
        <w:rPr>
          <w:rFonts w:ascii="Times New Roman" w:hAnsi="Times New Roman" w:eastAsia="Times New Roman" w:cs="Times New Roman"/>
        </w:rPr>
        <w:t>“Kris la pa mouri. Li p ap janm pèmèt yo kontinye travay Li nan fason dwòl sa a. Kite liv yo jan yo ye a. Si nenpòt chanjman vrèman nesesè, Bondye ap fè pou amoni an nan chanjman sa a rete ann akò; men lè yo konfye yon mesaj bay lèzòm ansanm ak gwo responsablite sa yo genyen ladan l, [Bondye] mande fidelite k ap aji pa lanmou e k ap pirifye nanm nan. Ansyen Daniells ak Prescott, toulede bezwen rekonvèsyon. Gen yon travay etranj ki antre, e li pa ann amoni ak travay Kris te vini nan mond nou an pou fè; epi tout moun ki vrèman konvèti yo va fè zèv Kris yo.</w:t>
      </w:r>
    </w:p>
    <w:p>
      <w:pPr>
        <w:pStyle w:val="ArticleScripture"/>
        <w:jc w:val="left"/>
      </w:pPr>
      <w:r>
        <w:rPr>
          <w:rFonts w:ascii="Times New Roman" w:hAnsi="Times New Roman" w:eastAsia="Times New Roman" w:cs="Times New Roman"/>
        </w:rPr>
        <w:t>“Nou tout dwe akonpli travay ki pral glorifye Papa a. Nou rive nan kriz la—swa pou nou konfòme karaktè nou ak karaktè Jezikri depi kounye a, nan tan preparasyon sa a, oswa pou nou pa eseye ditou. Frè Daniells, ou pa dwe santi ou gen libète pou fè vwa ou tande byen fò jan ou te fè sa nan sikonstans menm jan yo. Epi konprann byen, prezidan yon konferans pa yon chèf. Li travay an koneksyon avèk moun saj ki okipe pozisyon prezidan yo, moun Bondye te aksepte. Li pa gen libète pou mele nan sa ki ekri nan liv enprime ki soti anba plim moun Bondye te aksepte yo. Yo pa dwe kontinye gen dominasyon ankò sof si yo montre mwens nan lespri k ap dirije ak pouvwa k ap domine. Kriz la rive, paske Bondye pral dezonore.”</w:t>
      </w:r>
    </w:p>
    <w:p>
      <w:pPr>
        <w:pStyle w:val="ArticleScripture"/>
        <w:jc w:val="left"/>
      </w:pPr>
      <w:r>
        <w:rPr>
          <w:rFonts w:ascii="Times New Roman" w:hAnsi="Times New Roman" w:eastAsia="Times New Roman" w:cs="Times New Roman"/>
        </w:rPr>
        <w:t>“Kijan Seyè a gade vil ki pa janm travay yo? Kris la nan syèl la. Koulye a, rekonesans li dwe sa a, —Pa gen okenn règ wayal. E kounye a se kriz monn sa a. Kounye a, Mwen se Pouvwa a pou sove oswa pou detwi. Kounye a se tan kote sò tout moun nan men Mwen. Mwen bay lavi Mwen pou sove mond lan. E ‘Mwen menm, si yo leve Mwen anlè,’ gras delivrans Mwen pral bay la ap pwouve ke tout moun ki va fòme dapre resanblans diven an epi ki va fè youn avèk Mwen, yo va travay jan Mwen travay avèk pouvwa gras redantè Mwen an.” Nenpòt moun ki vle, [se pou li] mete men ansanm ak frè li yo pou fè travay yo te ba yo pou yo fè lè yo nan plas responsablite anba konsèy Seyè a bay, epi chèche avèk pi gran dilijans pou yo travay nan amoni konplè avèk Li menm ki te tèlman renmen mond lan, Li te bay lavi Li kòm yon sakrifis nèt ale pou delivrans mond lan. Mwen pale ak minis nou yo, pou lè y ap antre nan travay la nan vil nou yo, se pou yon sakralite kalm akonpaye ministè Pawòl la. Nou pa kapab fè enpresyon ki apwopriye sou lespri pèp la si nou . . . [Tyè anba paj sa a te rete vid.]</w:t>
      </w:r>
    </w:p>
    <w:p>
      <w:pPr>
        <w:pStyle w:val="ArticleScripture"/>
        <w:jc w:val="left"/>
      </w:pPr>
      <w:r>
        <w:rPr>
          <w:rFonts w:ascii="Times New Roman" w:hAnsi="Times New Roman" w:eastAsia="Times New Roman" w:cs="Times New Roman"/>
        </w:rPr>
        <w:t>“Mwen kopye soti nan Jounal mwen an. Verite a jan li ye nan Jezi—pale li, priye li, kwè chak mo ladan l nan senplisite li. Ki sa nou ta genyen si erè yo ta mete devan moun ki te kite lafwa a epi ki te koute lespri sediktè, moun ki pa t gen anpil tan depi yo te avèk nou nan lafwa a? Èske w ap kanpe sou bò dyab la? Bay atansyon nou a chan ki poko travay yo. Yon travay atravè lemonn antye devan nou. Yo te ban m reprezantasyon konsènan John Kellogg.”</w:t>
      </w:r>
    </w:p>
    <w:p>
      <w:pPr>
        <w:pStyle w:val="ArticleScripture"/>
        <w:jc w:val="left"/>
      </w:pPr>
      <w:r>
        <w:rPr>
          <w:rFonts w:ascii="Times New Roman" w:hAnsi="Times New Roman" w:eastAsia="Times New Roman" w:cs="Times New Roman"/>
        </w:rPr>
        <w:t>“Yon pèsonaj trè atiran t ap reprezante lide agiman twonpè li t ap prezante yo, santiman ki diferan ak verite otantik Bib la. Epi sila yo ki t ap grangou ak swaf apre yon bagay nouvo t ap avanse lide [tèlman twonpè] ke Frè Prescott te nan gwo danje. Frè Daniells te nan gwo danje [pou] vin anvlope nan yon ilizyon, kòmsi si santiman sa yo te kapab pale tout kote, sa t ap tankou yon nouvo mond.</w:t>
      </w:r>
    </w:p>
    <w:p>
      <w:pPr>
        <w:pStyle w:val="ArticleScripture"/>
        <w:jc w:val="left"/>
      </w:pPr>
      <w:r>
        <w:rPr>
          <w:rFonts w:ascii="Times New Roman" w:hAnsi="Times New Roman" w:eastAsia="Times New Roman" w:cs="Times New Roman"/>
        </w:rPr>
        <w:t>“Wi, sa t ap fè sa vre, men pandan lespri yo t ap okipe konsa, yo te montre m ke Frè Daniells ak Frè Prescott t ap tise nan eksperyans pa yo santiman ki te gen aparans espirityèl[ist], epi yo t ap atire pèp nou an bay bèl santiman ki ta twonpe, si sa te posib, menm eli yo.”</w:t>
      </w:r>
    </w:p>
    <w:p>
      <w:pPr>
        <w:pStyle w:val="ArticleBody"/>
        <w:jc w:val="left"/>
      </w:pPr>
      <w:r>
        <w:rPr>
          <w:rFonts w:ascii="Times New Roman" w:hAnsi="Times New Roman" w:eastAsia="Times New Roman" w:cs="Times New Roman"/>
        </w:rPr>
        <w:t>Vrè eli yo pa pral twonpe, men pral gen moun ki kanpe ansanm ak vrè eli yo ki pral twonpe. Vrè eli yo se vyèj saj yo. Vyèj sòt yo pral twonpe, pa vre?</w:t>
      </w:r>
    </w:p>
    <w:p>
      <w:pPr>
        <w:pStyle w:val="ArticleBody"/>
        <w:jc w:val="left"/>
      </w:pPr>
      <w:r>
        <w:rPr>
          <w:rFonts w:ascii="Times New Roman" w:hAnsi="Times New Roman" w:eastAsia="Times New Roman" w:cs="Times New Roman"/>
        </w:rPr>
        <w:t>Epi kòm vyèj saj yo nan peryòd tan sa a, lè tantasyon an la pou twonpe menm eli yo, pandan vyèj saj yo ap resevwa efizyon Sentespri a, kisa vyèj sòt yo ap resevwa? Gwo awogans 2 Tesalonisyen an. Nou pral trete sa tou, an rapò ak Sakrifis Kontinyèl la.</w:t>
      </w:r>
    </w:p>
    <w:p>
      <w:pPr>
        <w:pStyle w:val="ArticleBody"/>
        <w:jc w:val="left"/>
      </w:pPr>
      <w:r>
        <w:rPr>
          <w:rFonts w:ascii="Times New Roman" w:hAnsi="Times New Roman" w:eastAsia="Times New Roman" w:cs="Times New Roman"/>
        </w:rPr>
        <w:t>—«t ap tise nan eksperyans yo santiman ki te gen yon aparans espirityèl[is], epi yo t ap atire pèp nou an pa bèl santiman ki ta twonpe, si sa te posib, menm eli yo.»</w:t>
      </w:r>
    </w:p>
    <w:p>
      <w:pPr>
        <w:pStyle w:val="ArticleBody"/>
        <w:jc w:val="left"/>
      </w:pPr>
      <w:r>
        <w:rPr>
          <w:rFonts w:ascii="Times New Roman" w:hAnsi="Times New Roman" w:eastAsia="Times New Roman" w:cs="Times New Roman"/>
        </w:rPr>
        <w:t>Ki sa ki vrè pwen esansyèl espirityalis la?</w:t>
      </w:r>
    </w:p>
    <w:p>
      <w:pPr>
        <w:pStyle w:val="ArticleBody"/>
        <w:jc w:val="left"/>
      </w:pPr>
      <w:r>
        <w:rPr>
          <w:rFonts w:ascii="Times New Roman" w:hAnsi="Times New Roman" w:eastAsia="Times New Roman" w:cs="Times New Roman"/>
        </w:rPr>
        <w:t>Lè li rive nan istwa Wa Sayil la, ki sa Samyèl te di? “Rebelyon se tankou maji.” Rebelyon se maji.</w:t>
      </w:r>
    </w:p>
    <w:p>
      <w:pPr>
        <w:pStyle w:val="ArticleBody"/>
        <w:jc w:val="left"/>
      </w:pPr>
      <w:r>
        <w:rPr>
          <w:rFonts w:ascii="Times New Roman" w:hAnsi="Times New Roman" w:eastAsia="Times New Roman" w:cs="Times New Roman"/>
        </w:rPr>
        <w:t>Ki kote Sayil fini?</w:t>
      </w:r>
    </w:p>
    <w:p>
      <w:pPr>
        <w:pStyle w:val="ArticleBody"/>
        <w:jc w:val="left"/>
      </w:pPr>
      <w:r>
        <w:rPr>
          <w:rFonts w:ascii="Times New Roman" w:hAnsi="Times New Roman" w:eastAsia="Times New Roman" w:cs="Times New Roman"/>
        </w:rPr>
        <w:t>SOTI NAN ASISTANS LAN: Avèk sòsyè Endò a.</w:t>
      </w:r>
    </w:p>
    <w:p>
      <w:pPr>
        <w:pStyle w:val="ArticleBody"/>
        <w:jc w:val="left"/>
      </w:pPr>
      <w:r>
        <w:rPr>
          <w:rFonts w:ascii="Times New Roman" w:hAnsi="Times New Roman" w:eastAsia="Times New Roman" w:cs="Times New Roman"/>
        </w:rPr>
        <w:t>Ak maji Endò a.</w:t>
      </w:r>
    </w:p>
    <w:p>
      <w:pPr>
        <w:pStyle w:val="ArticleBody"/>
        <w:jc w:val="left"/>
      </w:pPr>
      <w:r>
        <w:rPr>
          <w:rFonts w:ascii="Times New Roman" w:hAnsi="Times New Roman" w:eastAsia="Times New Roman" w:cs="Times New Roman"/>
        </w:rPr>
        <w:t>Ki sa Wa Sòl te fè ki te pwodui seri evènman sa yo ki mennen li kay sòsyè Endò a? Li te mete pwòp pawòl pa l pi wo pase Pawòl Bondye a. Yo te di li sa pou l fè, men li te kontinye, e li te fè sa li te vle fè.</w:t>
      </w:r>
    </w:p>
    <w:p>
      <w:pPr>
        <w:pStyle w:val="ArticleBody"/>
        <w:jc w:val="left"/>
      </w:pPr>
      <w:r>
        <w:rPr>
          <w:rFonts w:ascii="Times New Roman" w:hAnsi="Times New Roman" w:eastAsia="Times New Roman" w:cs="Times New Roman"/>
        </w:rPr>
        <w:t>Liy prensipal menm nan espirityalis se mete pawòl pa ou pi wo pase Pawòl Bondye a. Se la tout bagay kòmanse. Se sa ki maji.</w:t>
      </w:r>
    </w:p>
    <w:p>
      <w:pPr>
        <w:pStyle w:val="ArticleBody"/>
        <w:jc w:val="left"/>
      </w:pPr>
      <w:r>
        <w:rPr>
          <w:rFonts w:ascii="Times New Roman" w:hAnsi="Times New Roman" w:eastAsia="Times New Roman" w:cs="Times New Roman"/>
        </w:rPr>
        <w:t>Majik se idantifye kijan Satan mete ou anba enfliyans li. Kijan li anchante ou, se yon tèm majik ki gen rapò ak twonpri majik.</w:t>
      </w:r>
    </w:p>
    <w:p>
      <w:pPr>
        <w:pStyle w:val="ArticleBody"/>
        <w:jc w:val="left"/>
      </w:pPr>
      <w:r>
        <w:rPr>
          <w:rFonts w:ascii="Times New Roman" w:hAnsi="Times New Roman" w:eastAsia="Times New Roman" w:cs="Times New Roman"/>
        </w:rPr>
        <w:t>Lè yo fè ou anba anchantman, kiyès ki premye moun ki vin anba anchantman an? Se moun k ap fè maji a. Tout bagay kòmanse lè mwen mete pawòl pa m anlè Pawòl Bondye a. Sa se maji, sa se rebelyon, e se mwen menm ki vin anba anchantman an. E se sa menm ki te rive Daniells ak Prescott.</w:t>
      </w:r>
    </w:p>
    <w:p>
      <w:pPr>
        <w:pStyle w:val="ArticleBody"/>
        <w:jc w:val="left"/>
      </w:pPr>
      <w:r>
        <w:rPr>
          <w:rFonts w:ascii="Times New Roman" w:hAnsi="Times New Roman" w:eastAsia="Times New Roman" w:cs="Times New Roman"/>
        </w:rPr>
        <w:t>E ki santiman Daniells ak Prescott t ap eseye fè antre pandan sa t ap pase a? Yon move konpreyansyon sou Sakrifis Kontinyèl la.</w:t>
      </w:r>
    </w:p>
    <w:p>
      <w:pPr>
        <w:pStyle w:val="ArticleBody"/>
        <w:jc w:val="left"/>
      </w:pPr>
      <w:r>
        <w:rPr>
          <w:rFonts w:ascii="Times New Roman" w:hAnsi="Times New Roman" w:eastAsia="Times New Roman" w:cs="Times New Roman"/>
        </w:rPr>
        <w:t>E kisa vrè konpreyansyon sou “Perpétuel” la? Se ke li se payanis, e payanis se relijyon egzaltasyon pwòp tèt li. Se yon relijyon ki te kòmanse nan lakou Syèl la lè Satan, lè Satan, te mete pawòl pa li pi wo pase Pawòl Bondye a, epi li te entwodui nan istwa limanite mistè mechanste a.</w:t>
      </w:r>
    </w:p>
    <w:p>
      <w:pPr>
        <w:pStyle w:val="ArticleBody"/>
        <w:jc w:val="left"/>
      </w:pPr>
      <w:r>
        <w:rPr>
          <w:rFonts w:ascii="Times New Roman" w:hAnsi="Times New Roman" w:eastAsia="Times New Roman" w:cs="Times New Roman"/>
        </w:rPr>
        <w:t>Mistè inikite a se travay Satan nan anvoute nou. Se travay Satan pou fè nou mete pawòl pa nou oswa pawòl pa li pi wo pase Pawòl Bondye a.</w:t>
      </w:r>
    </w:p>
    <w:p>
      <w:pPr>
        <w:pStyle w:val="ArticleBody"/>
        <w:jc w:val="left"/>
      </w:pPr>
      <w:r>
        <w:rPr>
          <w:rFonts w:ascii="Times New Roman" w:hAnsi="Times New Roman" w:eastAsia="Times New Roman" w:cs="Times New Roman"/>
        </w:rPr>
        <w:t>Èske ou suiv panse mwen an?</w:t>
      </w:r>
    </w:p>
    <w:p>
      <w:pPr>
        <w:pStyle w:val="ArticleBody"/>
        <w:jc w:val="left"/>
      </w:pPr>
      <w:r>
        <w:rPr>
          <w:rFonts w:ascii="Times New Roman" w:hAnsi="Times New Roman" w:eastAsia="Times New Roman" w:cs="Times New Roman"/>
        </w:rPr>
        <w:t>Chèche mo “inikite” a. Li pral defini “inikite” nan Konkòdans Strong la. E lè ou desann rive nan mo rasin nan, ki mo rasin pou “inikite” a? Alfa, alfa. Sa se Apostasya Alfa a.</w:t>
      </w:r>
    </w:p>
    <w:p>
      <w:pPr>
        <w:pStyle w:val="ArticleBody"/>
        <w:jc w:val="left"/>
      </w:pPr>
      <w:r>
        <w:rPr>
          <w:rFonts w:ascii="Times New Roman" w:hAnsi="Times New Roman" w:eastAsia="Times New Roman" w:cs="Times New Roman"/>
        </w:rPr>
        <w:t>Kilè Daniells ak Prescott t ap pouse opinyon san konprann sa a? Pandan peryòd tan Apostas Alfa a.</w:t>
      </w:r>
    </w:p>
    <w:p>
      <w:pPr>
        <w:pStyle w:val="ArticleBody"/>
        <w:jc w:val="left"/>
      </w:pPr>
      <w:r>
        <w:rPr>
          <w:rFonts w:ascii="Times New Roman" w:hAnsi="Times New Roman" w:eastAsia="Times New Roman" w:cs="Times New Roman"/>
        </w:rPr>
        <w:t>Se poutèt sa, pa neglije sa Sè White ap di la a konsènan twonpe menm eli yo ak konsènan lekti Ezekyèl 28. Li te konnen sa k t ap pase. Li te konnen ke kestyon sa a konsènan “Daily” a se yon bagay ki pa sèlman fo sou plan doktrinal, men li egzije tou pou moun ki pral preche move opinyon sou “Daily” a mete pwòp pawòl pa yo anlè Pawòl Bondye a, epi sa mete yo nan pozisyon kote yo anba anchantman; epi, kidonk, yo vin tounen yon zouti nan men Satan pou anchanter lòt moun pa mwayen rebelyon pa yo.</w:t>
      </w:r>
    </w:p>
    <w:p>
      <w:pPr>
        <w:pStyle w:val="ArticleScripture"/>
        <w:jc w:val="left"/>
      </w:pPr>
      <w:r>
        <w:rPr>
          <w:rFonts w:ascii="Times New Roman" w:hAnsi="Times New Roman" w:eastAsia="Times New Roman" w:cs="Times New Roman"/>
        </w:rPr>
        <w:t>“Mwen oblije trase ak plim mwen [reyalite a] ke frè sa yo ta wè defo nan lide twonpe yo ki ta mete verite a nan ensètitid; e [menm lè sa a] yo [ta] kanpe deyò tankou [si yo te gen] yon gwo disènman espirityèl. Kounye a, mwen dwe di yo [ke] lè yo te montre m zafè sa a,”</w:t>
      </w:r>
    </w:p>
    <w:p>
      <w:pPr>
        <w:pStyle w:val="ArticleBody"/>
        <w:jc w:val="left"/>
      </w:pPr>
      <w:r>
        <w:rPr>
          <w:rFonts w:ascii="Times New Roman" w:hAnsi="Times New Roman" w:eastAsia="Times New Roman" w:cs="Times New Roman"/>
        </w:rPr>
        <w:t>Moun di: “O, Ellen White, li pa gen okenn pozisyon sou Konsènan Kontinyèl la.”</w:t>
      </w:r>
    </w:p>
    <w:p>
      <w:pPr>
        <w:pStyle w:val="ArticleScripture"/>
        <w:jc w:val="left"/>
      </w:pPr>
      <w:r>
        <w:rPr>
          <w:rFonts w:ascii="Times New Roman" w:hAnsi="Times New Roman" w:eastAsia="Times New Roman" w:cs="Times New Roman"/>
        </w:rPr>
        <w:t>“lè yo te montre m zafè sa a, lè Frè Daniells t ap leve vwa li tankou yon twonpèt pou soutni lide pa li yo sou —Daily,’ yo te prezante konsekans ki t ap vini apre yo. Pèp nou an t ap vin nan konfizyon. Mwen te wè rezilta a, epi lè sa a yo te ban m avètisman ke si Frè Daniells, san konsiderasyon pou sa ki t ap soti ladan l, ta konsa sibi enpresyon sa a epi kite tèt li kwè li te anba enspirasyon Bondye,”</w:t>
      </w:r>
    </w:p>
    <w:p>
      <w:pPr>
        <w:pStyle w:val="ArticleBody"/>
        <w:jc w:val="left"/>
      </w:pPr>
      <w:r>
        <w:rPr>
          <w:rFonts w:ascii="Times New Roman" w:hAnsi="Times New Roman" w:eastAsia="Times New Roman" w:cs="Times New Roman"/>
        </w:rPr>
        <w:t>Sa a se espirityalis. Li mete pwòp pawòl li pi wo pase Pawòl Bondye a. Li kwè ke Bondye ap enspire li.</w:t>
      </w:r>
    </w:p>
    <w:p>
      <w:pPr>
        <w:pStyle w:val="ArticleScripture"/>
        <w:jc w:val="left"/>
      </w:pPr>
      <w:r>
        <w:rPr>
          <w:rFonts w:ascii="Times New Roman" w:hAnsi="Times New Roman" w:eastAsia="Times New Roman" w:cs="Times New Roman"/>
        </w:rPr>
        <w:t>«que si le Frè Daniells, san konsidere rezilta a, ta konsa vin anba yon enpresyon e ta kite tèt li kwè li te anba enspirasyon Bondye, dout ak lespri kritik ta simen toupatou nan mitan nou, e nou t ap rive kote Satan t ap pote mesaj pa li yo. Enkredilite ak dout byen tabli t ap simen nan lespri imen, e rekòt etranj mechanste t ap pran plas verite a. Ms 67, 1910, 1–8. Manuscript Release, volim 20, 17–22. »</w:t>
      </w:r>
    </w:p>
    <w:p>
      <w:pPr>
        <w:pStyle w:val="ArticleBody"/>
        <w:jc w:val="left"/>
      </w:pPr>
      <w:r>
        <w:rPr>
          <w:rFonts w:ascii="Times New Roman" w:hAnsi="Times New Roman" w:eastAsia="Times New Roman" w:cs="Times New Roman"/>
        </w:rPr>
        <w:t>Rekòt etranj mechanste yo ap pouse toupatou nan Advantis jodi a.</w:t>
      </w:r>
    </w:p>
    <w:p>
      <w:pPr>
        <w:pStyle w:val="ArticleBody"/>
        <w:jc w:val="left"/>
      </w:pPr>
      <w:r>
        <w:rPr>
          <w:rFonts w:ascii="Times New Roman" w:hAnsi="Times New Roman" w:eastAsia="Times New Roman" w:cs="Times New Roman"/>
        </w:rPr>
        <w:t>Ellen White mete apwobasyon li sou konpreyansyon Pyonye yo konsènan 2520 la.</w:t>
      </w:r>
    </w:p>
    <w:p>
      <w:pPr>
        <w:pStyle w:val="ArticleBody"/>
        <w:jc w:val="left"/>
      </w:pPr>
      <w:r>
        <w:rPr>
          <w:rFonts w:ascii="Times New Roman" w:hAnsi="Times New Roman" w:eastAsia="Times New Roman" w:cs="Times New Roman"/>
        </w:rPr>
        <w:t>Ellen White mete apwobasyon li sou konpreyansyon Pyonye yo ke “Sakrifis Kontinyèl” la nan liv Danyèl la reprezante Paganis.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Gid pa Men Seyè a</dc:title>
  <dc:subject>De tab Habakuk yo</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