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En</w:t>
      </w:r>
    </w:p>
    <w:p>
      <w:pPr>
        <w:pStyle w:val="ArticleSubtitle"/>
        <w:jc w:val="left"/>
      </w:pPr>
      <w:r>
        <w:rPr>
          <w:rFonts w:ascii="Arial" w:hAnsi="Arial" w:eastAsia="Arial" w:cs="Arial"/>
        </w:rPr>
        <w:t>Descellement des prophéties : les derniers jours, le Lion de Juda, et les mouvements finals de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Nan Revelasyon chapit senk, Lyon nan branch fanmi Jida a reprezante pozisyon Kris kòm sèl moun ki te genyen batay la pou sele epi deseleyè Pawòl Bondye a dapre volonte Li. An 1989, san vennsis ane apre rebelyon 1863 la, Lyon nan branch fanmi Jida a te deseleyè sis dènye vèsè chapit onz nan Danyèl. Vèsè sa yo kòmanse ak blesi mòtèl papòt la an 1798, epi yo prezante temwayaj sou fason blesi papal la dwe geri, epi pi lwen pase sa, rive jouk nan dènye blesi mòtèl papòt la. Vèsè sa yo kòmanse kote yo fini a: ak jijman Wòm papal la.</w:t>
      </w:r>
    </w:p>
    <w:p>
      <w:pPr>
        <w:pStyle w:val="ArticleBody"/>
        <w:jc w:val="left"/>
      </w:pPr>
      <w:r>
        <w:rPr>
          <w:rFonts w:ascii="Times New Roman" w:hAnsi="Times New Roman" w:eastAsia="Times New Roman" w:cs="Times New Roman"/>
        </w:rPr>
        <w:t>Sis vèsè sa yo dekri gerizon blesi mòtèl papote a, epi yo montre tou kijan inyon a twa ant dragon an, bèt la ak fo pwofèt la mennen lemonn rive Amagedon, ki idantifye nan vèsè karannsenk kòm “ant lanmè yo ak bèl mòn sen an.”</w:t>
      </w:r>
    </w:p>
    <w:p>
      <w:pPr>
        <w:pStyle w:val="ArticleBody"/>
        <w:jc w:val="left"/>
      </w:pPr>
      <w:r>
        <w:rPr>
          <w:rFonts w:ascii="Times New Roman" w:hAnsi="Times New Roman" w:eastAsia="Times New Roman" w:cs="Times New Roman"/>
        </w:rPr>
        <w:t>Alfa ak Omega reprezante karaktè Kris la ki toujou montre fen an avèk kòmansman an. Mouvman refòm san karannkat mil yo se mouvman twazyèm zanj lan, ki se mouvman final la, e ki te prefigire pa kòmansman li, ki te mouvman Millerit premye ak dezyèm zanj yo. Mouvman Millerit la te kòmanse nan tan lafen an an 1798, ki se kote sis dènye vèsè Danyèl onz la kòmanse, epi mouvman an te fini nan ouvèti jijman an, 22 oktòb 1844. Mouvman san karannkat mil yo fini nan lwa dimanch Ozetazini.</w:t>
      </w:r>
    </w:p>
    <w:p>
      <w:pPr>
        <w:pStyle w:val="ArticleBody"/>
        <w:jc w:val="left"/>
      </w:pPr>
      <w:r>
        <w:rPr>
          <w:rFonts w:ascii="Times New Roman" w:hAnsi="Times New Roman" w:eastAsia="Times New Roman" w:cs="Times New Roman"/>
        </w:rPr>
        <w:t>Nan kòmansman mouvman an nan tan lafen an an 1989, Lyon tribi Jida a te louvri sele sou sis dènye vèsè Danyèl onz yo; epi nan fen mouvman an, jis anvan lwa dimanch lan, Li louvri sele sou istwa kache vèsè karant nan Danyèl onz lan. Kòmantè Sè White la sou ki pati nan Danyèl ki louvri sele a pale ni de ouvèti sele ki te fèt an 1989 la, ni de ouvèti sele ki te kòmanse an Jiyè 2023 a.</w:t>
      </w:r>
    </w:p>
    <w:p>
      <w:pPr>
        <w:pStyle w:val="ArticleScripture"/>
        <w:jc w:val="left"/>
      </w:pPr>
      <w:r>
        <w:rPr>
          <w:rFonts w:ascii="Times New Roman" w:hAnsi="Times New Roman" w:eastAsia="Times New Roman" w:cs="Times New Roman"/>
        </w:rPr>
        <w:t>“Liv ki te sele a pa t liv Revelasyon an, men se pati nan pwofesi Danyèl la ki te gen rapò ak dènye jou yo. Ekriti a di: ‘Men ou menm, O Danyèl, fèmen pawòl yo, epi sele liv la, jis rive nan tan lafen an: anpil moun pral kouri ale vini, epi konesans pral ogmante’ (Daniel 12:4). Lè liv la te louvri, yo te fè pwoklamasyon sa a: ‘P ap gen tan ankò.’ (Gade Revelation 10:6.) Liv Danyèl la kounye a pa sele ankò, epi revelasyon Kris la te bay Jan an dwe rive jwenn tout abitan latè yo. Pa ogmantasyon konesans lan, yon pèp dwe prepare pou kanpe nan dènye jou yo. . . .”</w:t>
      </w:r>
    </w:p>
    <w:p>
      <w:pPr>
        <w:pStyle w:val="ArticleScripture"/>
        <w:jc w:val="left"/>
      </w:pPr>
      <w:r>
        <w:rPr>
          <w:rFonts w:ascii="Times New Roman" w:hAnsi="Times New Roman" w:eastAsia="Times New Roman" w:cs="Times New Roman"/>
        </w:rPr>
        <w:t>“Nan mesaj premye zanj lan, yo rele lèzòm pou yo adore Bondye, Kreyatè nou an, ki te fè lemonn ak tout bagay ki ladan l. Yo rann omaj a yon enstitisyon Pap la, konsa yo fè lalwa Jewova a vin san efè; men konesans sou sijè sa a gen pou ogmante.” Selected Messages, liv 2, 105, 106.</w:t>
      </w:r>
    </w:p>
    <w:p>
      <w:pPr>
        <w:pStyle w:val="ArticleBody"/>
        <w:jc w:val="left"/>
      </w:pPr>
      <w:r>
        <w:rPr>
          <w:rFonts w:ascii="Times New Roman" w:hAnsi="Times New Roman" w:eastAsia="Times New Roman" w:cs="Times New Roman"/>
        </w:rPr>
        <w:t>Pati liv Danyèl la ki te gen rapò ak dènye jou yo an 1989 se te sis dènye vèsè chapit onz la; epi pandan mouvman san karant-kat mil yo ap rive nan fen mouvman yo a, pati liv Danyèl la ki ap devwale se istwa kache vèsè karant lan, ki reprezante istwa soti 1989 rive jis nan lwa dimanch Ozetazini. Istwa kache vèsè karant lan se istwa san karant-kat mil yo. Chak pwofèt rann temwayaj sou peryòd sa a.</w:t>
      </w:r>
    </w:p>
    <w:p>
      <w:pPr>
        <w:pStyle w:val="ArticleBody"/>
        <w:jc w:val="left"/>
      </w:pPr>
      <w:r>
        <w:rPr>
          <w:rFonts w:ascii="Times New Roman" w:hAnsi="Times New Roman" w:eastAsia="Times New Roman" w:cs="Times New Roman"/>
        </w:rPr>
        <w:t>Nan pasaj la, yon ogmantasyon nan konesans ki “gen pou prepare yon pèp pou kanpe nan dènye jou yo,” reprezante ouvèti sele sis dènye vèsè yo an 1989, epi ankò li reprezante ouvèti sele istwa kache vèsè karant lan. Nan toude istwa sa yo, enspirasyon an idantifye ke gen pou gen yon ogmantasyon nan konesans konsènan pouvwa papal la ak lwa dimanch lan. Ni nan kòmansman an ni nan fen mouvman san karannkat mil yo, ogmantasyon konesans lan pwodui yon pwosesis tès an twa etap, jan sa reprezante nan chapit douz liv Dànyèl la.</w:t>
      </w:r>
    </w:p>
    <w:p>
      <w:pPr>
        <w:pStyle w:val="ArticleScripture"/>
        <w:jc w:val="left"/>
      </w:pPr>
      <w:r>
        <w:rPr>
          <w:rFonts w:ascii="Times New Roman" w:hAnsi="Times New Roman" w:eastAsia="Times New Roman" w:cs="Times New Roman"/>
        </w:rPr>
        <w:t>Epi li di: Ale wout ou, Danyèl; paske pawòl yo fèmen e sele jouk tan lafen an. Anpil moun pral pirifye, yo pral vin blan, epi yo pral pase nan eprèv; men mechan yo pral aji avèk mechanste; e okenn nan mechan yo p ap konprann; men saj yo va konprann. Danyèl 12:9, 10.</w:t>
      </w:r>
    </w:p>
    <w:p>
      <w:pPr>
        <w:pStyle w:val="ArticleBody"/>
        <w:jc w:val="left"/>
      </w:pPr>
      <w:r>
        <w:rPr>
          <w:rFonts w:ascii="Times New Roman" w:hAnsi="Times New Roman" w:eastAsia="Times New Roman" w:cs="Times New Roman"/>
        </w:rPr>
        <w:t>Menm jan ak tout mouvman refòm sakre yo, twa etap Danyèl prezante kòm “pirifye, blanchi, epi eprouve” yo reprezante siy chemen desant yon senbòl Diven, ki vin swiv pa tès yon prediksyon ki te echwe, epi apre sa pa yon twazyèm tès lakmis ki manifeste karaktè de klas yo ki devlope selon yo aksepte, oswa yo rejte, ogmantasyon konesans ki te deseleyi a. Avèk kòmansman mouvman san karant-kat mil yo, twa etap yo te 11 septanm 2001, ki te swiv pa 18 jiyè 2020, epi apre sa lwa dimanch la. Nan fen menm mouvman sa a menm, twa etap yo se jiyè 2023, rive mesaj Rèl Minwi a, ak lwa dimanch la.</w:t>
      </w:r>
    </w:p>
    <w:p>
      <w:pPr>
        <w:pStyle w:val="ArticleBody"/>
        <w:jc w:val="left"/>
      </w:pPr>
      <w:r>
        <w:rPr>
          <w:rFonts w:ascii="Times New Roman" w:hAnsi="Times New Roman" w:eastAsia="Times New Roman" w:cs="Times New Roman"/>
        </w:rPr>
        <w:t>Mesaj ki prepare pèp Bondye a pou yo kanpe a, ki te debloke an Jiyè 2023, genyen plizyè liy verite pwofetik; e pami liy sa yo gen vizyon zo sèch ki mouri Ezekyèl la nan chapit trannsèt la. Ezekyèl prezante de mesaj. Premye mesaj la reyini zo yo ankò, men se pa t jis nan dezyèm mesaj la Izrayèl te kanpe sou pye li kòm yon gwo lame vanyan. De temwen yo nan Revelasyon chapit onz la te leve kanpe lè yo te ranpli ak Sentespri a.</w:t>
      </w:r>
    </w:p>
    <w:p>
      <w:pPr>
        <w:pStyle w:val="ArticleScripture"/>
        <w:jc w:val="left"/>
      </w:pPr>
      <w:r>
        <w:rPr>
          <w:rFonts w:ascii="Times New Roman" w:hAnsi="Times New Roman" w:eastAsia="Times New Roman" w:cs="Times New Roman"/>
        </w:rPr>
        <w:t>Apre twa jou edmi, Lespri lavi ki soti nan Bondye a antre nan yo, epi yo kanpe sou pye yo; epi yon gwo laperèz tonbe sou moun ki t ap gade yo. Revelasyon 11:11.</w:t>
      </w:r>
    </w:p>
    <w:p>
      <w:pPr>
        <w:pStyle w:val="ArticleBody"/>
        <w:jc w:val="left"/>
      </w:pPr>
      <w:r>
        <w:rPr>
          <w:rFonts w:ascii="Times New Roman" w:hAnsi="Times New Roman" w:eastAsia="Times New Roman" w:cs="Times New Roman"/>
        </w:rPr>
        <w:t>Ezekyèl anseye menm verite a.</w:t>
      </w:r>
    </w:p>
    <w:p>
      <w:pPr>
        <w:pStyle w:val="ArticleScripture"/>
        <w:jc w:val="left"/>
      </w:pPr>
      <w:r>
        <w:rPr>
          <w:rFonts w:ascii="Times New Roman" w:hAnsi="Times New Roman" w:eastAsia="Times New Roman" w:cs="Times New Roman"/>
        </w:rPr>
        <w:t>Epi li di m: Pitit lòm, kanpe sou pye w, epi m ap pale avè w. Epi lespri a antre nan mwen lè li t ap pale avè m, epi li mete m kanpe sou pye m, pou m te tande sila a ki t ap pale avè m nan. Ezekyèl 2:1, 2.</w:t>
      </w:r>
    </w:p>
    <w:p>
      <w:pPr>
        <w:pStyle w:val="ArticleBody"/>
        <w:jc w:val="left"/>
      </w:pPr>
      <w:r>
        <w:rPr>
          <w:rFonts w:ascii="Times New Roman" w:hAnsi="Times New Roman" w:eastAsia="Times New Roman" w:cs="Times New Roman"/>
        </w:rPr>
        <w:t>Lè Sè White di: “pa ogmantasyon konesans, yon pèp dwe prepare pou kanpe nan dènye jou yo.” Ogmantasyon konesans lan idantifye kòm “lwil” nan parabòl dis vyèj yo, epi “lwil” la reprezante “mesaj Lespri Bondye a” epi tou “Sentespri a,” ansanm ak “karaktè.”</w:t>
      </w:r>
    </w:p>
    <w:p>
      <w:pPr>
        <w:pStyle w:val="ArticleBody"/>
        <w:jc w:val="left"/>
      </w:pPr>
      <w:r>
        <w:rPr>
          <w:rFonts w:ascii="Times New Roman" w:hAnsi="Times New Roman" w:eastAsia="Times New Roman" w:cs="Times New Roman"/>
        </w:rPr>
        <w:t>Ant jiyè 2023 ak lwa dimanch ki pral vini talè a, gen yon ogmantasyon konesans ki pote pèp Bondye a nan lavi, epi yo leve kanpe. Yo leve kanpe, sa ki reprezante ke yo gen “lwil” mesaj la ki te de-sele nan moman sa a. Yo leve kanpe lè yo gen Sentespri a anndan veso yo, epi yo leve kanpe lè yo gen yon karaktè ki prepare pou sele Bondye a.</w:t>
      </w:r>
    </w:p>
    <w:p>
      <w:pPr>
        <w:pStyle w:val="ArticleBody"/>
        <w:jc w:val="left"/>
      </w:pPr>
      <w:r>
        <w:rPr>
          <w:rFonts w:ascii="Times New Roman" w:hAnsi="Times New Roman" w:eastAsia="Times New Roman" w:cs="Times New Roman"/>
        </w:rPr>
        <w:t>Premye etap tès la ki te kòmanse an jiyè 2023 te swiv pa yon peryòd ki pèmèt kandida sa yo aksepte oswa rejte lwil la. Moun ki aksepte li yo sele, epi ansuit yo leve kòm yon drapo nan lwa dimanch ki pral vini byento. Moun ki rejte lwil la resevwa yon gwo ilizyon.</w:t>
      </w:r>
    </w:p>
    <w:p>
      <w:pPr>
        <w:pStyle w:val="ArticleBody"/>
        <w:jc w:val="left"/>
      </w:pPr>
      <w:r>
        <w:rPr>
          <w:rFonts w:ascii="Times New Roman" w:hAnsi="Times New Roman" w:eastAsia="Times New Roman" w:cs="Times New Roman"/>
        </w:rPr>
        <w:t>Kandida sa yo te reveye soti nan dòmi espirityèl an Jiyè 2023, epi apre sa yo te vin fas ak pwosesis final egzamen anvan fen pwobasyon endividyèl pa yo. Pwosesis egzamen sa a te tabli nan kontèks yon tès pwofetik ki asosye ak fòmasyon imaj bèt la, pandan tan kote menm kandida sa yo te dwe retounen viv ankò epi fòme imaj Kris la anndan yo. Estrikti pwofetik kote tès la dwe akonpli a se istwa 1989 rive jis nan lwa dimanch la. Enkapasite kandida sa yo pou yo reveye te mennen Senyè a pou pèmèt erezi antre.</w:t>
      </w:r>
    </w:p>
    <w:p>
      <w:pPr>
        <w:pStyle w:val="ArticleScripture"/>
        <w:jc w:val="left"/>
      </w:pPr>
      <w:r>
        <w:rPr>
          <w:rFonts w:ascii="Times New Roman" w:hAnsi="Times New Roman" w:eastAsia="Times New Roman" w:cs="Times New Roman"/>
        </w:rPr>
        <w:t>“Bondye pral leve pèp Li a; si lòt mwayen echwe, erezi pral antre pami yo, ki va pase yo nan Van, pou separe pay la ak ble a. Seyè a rele tout moun ki kwè pawòl Li a pou yo reveye sòti nan dòmi. Limyè presye vini, ki apwopriye pou tan sa a. Se verite Bib la, ki montre danje ki deja sou nou. Limyè sa a ta dwe mennen nou nan yon etid dilijan de Ekriti yo ak nan yon egzamen ki pi sevè sou pozisyon nou kenbe yo. Bondye ta vle pou tout aspè ak tout pozisyon verite a fouye nèt ale avèk pèseverans, ak lapriyè ak jèn.” Testimonies, volim 5, 708.</w:t>
      </w:r>
    </w:p>
    <w:p>
      <w:pPr>
        <w:pStyle w:val="ArticleBody"/>
        <w:jc w:val="left"/>
      </w:pPr>
      <w:r>
        <w:rPr>
          <w:rFonts w:ascii="Times New Roman" w:hAnsi="Times New Roman" w:eastAsia="Times New Roman" w:cs="Times New Roman"/>
        </w:rPr>
        <w:t>Tout prophète s’adresse aux derniers jours; ainsi, en ces derniers jours, en juillet 2023, le Seigneur a tenté de « réveiller » son peuple, mais ses efforts ont échoué, et il a permis que la première controverse au sujet d’un symbole de Rome dans l’histoire adventiste se répète comme un avertissement de la proximité de la fin. Il l’a fait, bien que « une précieuse lumière » fût « venue, appropriée pour ce temps ». La lumière qui est arrivée en juillet 2023 est « la vérité biblique, montrant les périls qui sont juste devant nous ». Cette lumière aurait dû conduire « à une étude diligente des Écritures et à l’examen le plus critique des positions que nous soutenons ».</w:t>
      </w:r>
    </w:p>
    <w:p>
      <w:pPr>
        <w:pStyle w:val="ArticleBody"/>
        <w:jc w:val="left"/>
      </w:pPr>
      <w:r>
        <w:rPr>
          <w:rFonts w:ascii="Times New Roman" w:hAnsi="Times New Roman" w:eastAsia="Times New Roman" w:cs="Times New Roman"/>
        </w:rPr>
        <w:t>Istwa kache vès karant lan reprezante nan vès dis rive kenz nan Danyèl onz, paske Alfa ak Omega te ilistre fen dènye pwofesi Danyèl la ansanm ak kòmansman li. Nan tan ki t ap mennen rive nan desepsyon 18 Jiyè 2020 la, Satan te entwodui konfizyon sou vès dis rive kenz yo, paske li te konnen kòmansman chapit la te kle pou reprezante fen chapit la. Apre sa, yo te entwodui premye kontwovès vès katòz la.</w:t>
      </w:r>
    </w:p>
    <w:p>
      <w:pPr>
        <w:pStyle w:val="ArticleScripture"/>
        <w:jc w:val="left"/>
      </w:pPr>
      <w:r>
        <w:rPr>
          <w:rFonts w:ascii="Times New Roman" w:hAnsi="Times New Roman" w:eastAsia="Times New Roman" w:cs="Times New Roman"/>
        </w:rPr>
        <w:t>“Pa gen anyen gran twonpè a pè plis pase sa, se pou nou vin konnen riz li yo.” The Great Controversy, 516.</w:t>
      </w:r>
    </w:p>
    <w:p>
      <w:pPr>
        <w:pStyle w:val="ArticleBody"/>
        <w:jc w:val="left"/>
      </w:pPr>
      <w:r>
        <w:rPr>
          <w:rFonts w:ascii="Times New Roman" w:hAnsi="Times New Roman" w:eastAsia="Times New Roman" w:cs="Times New Roman"/>
        </w:rPr>
        <w:t>Sa klè, dapre tantativ satanik yo pou fè sans ak objektif vèsè sa yo vin konfonn, ke yo se yon pati enpòtan nan pwosesis eprèv la k ap kounye a separe kandida yo pou yo ka pami san karannkat mil yo. Sè White mete anfaz sou lefèt ke istwa ki reprezante nan Danyèl onz la, ki te akonpli anvan tan lafen an nan 1798, repete nan dènye sis vèsè yo.</w:t>
      </w:r>
    </w:p>
    <w:p>
      <w:pPr>
        <w:pStyle w:val="ArticleScripture"/>
        <w:jc w:val="left"/>
      </w:pPr>
      <w:r>
        <w:rPr>
          <w:rFonts w:ascii="Times New Roman" w:hAnsi="Times New Roman" w:eastAsia="Times New Roman" w:cs="Times New Roman"/>
        </w:rPr>
        <w:t>«Nou pa gen tan pou n pèdi. Tan difisil yo devan nou. Lespri lagè ap souke mond lan. Talè konsa, sèn detrès yo pale de yo nan pwofesi yo pral rive. Pwofesi ki nan onzyèm chapit Danyèl la prèske rive nan akonplisman total li. Anpil nan istwa ki te deja rive kòm akonplisman pwofesi sa a pral repete ankò.» Manuscript Releases, nimewo 13, 394.</w:t>
      </w:r>
    </w:p>
    <w:p>
      <w:pPr>
        <w:pStyle w:val="ArticleBody"/>
        <w:jc w:val="left"/>
      </w:pPr>
      <w:r>
        <w:rPr>
          <w:rFonts w:ascii="Times New Roman" w:hAnsi="Times New Roman" w:eastAsia="Times New Roman" w:cs="Times New Roman"/>
        </w:rPr>
        <w:t>Mwen soutni ke tout listwa ki reprezante nan vèsè youn rive trantnèf yo repete ankò nan sis dènye vèsè chapit la. Mwen soutni tou ke listwa dènye jou yo, ki se listwa konklizyon jijman ki te kòmanse nan 22 oktòb 1844 la, reprezante avèk de peryòd pwofetik prensipal. Premye peryòd la reprezante jijman ki akonpli sou kay Bondye a; apre sa, gen yon peryòd kote jijman an akonpli pou moun ki andeyò kay Bondye a. Premye peryòd la te kòmanse an 1989 epi li fini nan lwa dimanch Ozetazini, ki, an retou, make kòmansman dezyèm peryòd la, ki fini lè Mikaèl leve kanpe epi tan gras lèzòm fèmen. Listwa kache vèsè karant lan kòmanse tou an 1989, epi li fini nan vèsè karanteyen an, ki se lwa dimanch Ozetazini.</w:t>
      </w:r>
    </w:p>
    <w:p>
      <w:pPr>
        <w:pStyle w:val="ArticleBody"/>
        <w:jc w:val="left"/>
      </w:pPr>
      <w:r>
        <w:rPr>
          <w:rFonts w:ascii="Times New Roman" w:hAnsi="Times New Roman" w:eastAsia="Times New Roman" w:cs="Times New Roman"/>
        </w:rPr>
        <w:t>Sa se menm istwa ak vèsè dis rive kenz nan menm chapit la. Istwa sa a mache an paralèl ak istwa Milerit yo depi tan lafen an an 1798, jouk jijman an te kòmanse 22 Oktòb 1844. De istwa sa yo mache an paralèl ak istwa pwofetik ki te kòmanse nan nesans Kris la epi ki te fini sou kwa a.</w:t>
      </w:r>
    </w:p>
    <w:p>
      <w:pPr>
        <w:pStyle w:val="ArticleBody"/>
        <w:jc w:val="left"/>
      </w:pPr>
      <w:r>
        <w:rPr>
          <w:rFonts w:ascii="Times New Roman" w:hAnsi="Times New Roman" w:eastAsia="Times New Roman" w:cs="Times New Roman"/>
        </w:rPr>
        <w:t>Istwa ki te kòmanse an 1989 la gen ladan l peryòd eprèv la ki te kòmanse 11 septanm 2001 an, jan sa te deja tipifye pa peryòd eprèv ki te kòmanse 11 dawout 1840 la ak pa peryòd eprèv ki te kòmanse nan batèm Kris la. Fòmasyon imaj bèt la te tipifye pa plizyè liy nan istwa pwofetik. Youn nan reprezantasyon peryòd tan sa a se tan sele san karannkat mil yo, ki te kòmanse 11 septanm 2001 an epi ki fini nan lwa dimanch la ki pral vini byento. Istwa kache vèsè karant la kapab tou sipèpoze ak liy 22 oktòb 1844 la jouk rive nan rebelyon 1863 la.</w:t>
      </w:r>
    </w:p>
    <w:p>
      <w:pPr>
        <w:pStyle w:val="ArticleBody"/>
        <w:jc w:val="left"/>
      </w:pPr>
      <w:r>
        <w:rPr>
          <w:rFonts w:ascii="Times New Roman" w:hAnsi="Times New Roman" w:eastAsia="Times New Roman" w:cs="Times New Roman"/>
        </w:rPr>
        <w:t>22 oktòb 1844 te make arive twazyèm zanj lan. Menm jan ak arive nenpòt zanj pwofetik, li te gen yon mesaj ki te dwe manje, men sa pa t rive; epi Milleris Filadèlfyen an te chanje pou l tounen Milleris Lawodise, anvan 1863, lè yo te pran fòmèlman non Advantis Setyèm Jou a epi yo te kòmanse moute desann nan dezè rebelyon an jouk rive jis jòdi a. Istwa 1844 rive 1863 la reprezante sila yo ki rejte apèl pou yo pami san karannkat mil yo. Se mechan Danyèl yo nan chapit douz la, asanble moun k ap pase nan rizib Jeremi an, sinagòg Satan Jan an, ak vyèj sòt Matye yo.</w:t>
      </w:r>
    </w:p>
    <w:p>
      <w:pPr>
        <w:pStyle w:val="ArticleBody"/>
        <w:jc w:val="left"/>
      </w:pPr>
      <w:r>
        <w:rPr>
          <w:rFonts w:ascii="Times New Roman" w:hAnsi="Times New Roman" w:eastAsia="Times New Roman" w:cs="Times New Roman"/>
        </w:rPr>
        <w:t>Mesaj avètisman Kris la te reprezante kòm “abominasyon dezolasyon an, pwofèt Dànyèl te pale sou li a”, se yon avètisman pou moun kouri chape davans anvan destriksyon ak dispèsyon ki gen pou vini apre a. Nan ane 66 aprè Jezikri, jeneral women Sèstis te akonpli avètisman sa a pou kretyen yo nan epòk Wòm payen an. Nan premye syèk la, apot Pòl te ekri menm avètisman an pou kretyen ki t ap soufri pandan epòk Wòm papal la. Avètisman pou moun k ap respekte Saba a soti kite vil yo pou yo al viv nan zòn riral yo te vini an 1888, menm ane ak Blair Bill la, premye tantativ pou tabli dimanch kòm Jou Nasyonal Repo a. Blair Bill la te avètisman pou kouri chape a, an akonplisman referans Kris la te fè sou abominasyon dezolasyon Dànyèl la.</w:t>
      </w:r>
    </w:p>
    <w:p>
      <w:pPr>
        <w:pStyle w:val="ArticleBody"/>
        <w:jc w:val="left"/>
      </w:pPr>
      <w:r>
        <w:rPr>
          <w:rFonts w:ascii="Times New Roman" w:hAnsi="Times New Roman" w:eastAsia="Times New Roman" w:cs="Times New Roman"/>
        </w:rPr>
        <w:t>Menm jan ak Cestius nan ane 66 aprè Jezikri a, Blair Bill la te retire grasa pwovidans diven. Ane 1888 la se yon tip Septanm 11, 2001, paske Sè White make desandan zanj Revelasyon dizwit la nan toude istwa yo. Avètisman pou kouri kite vil yo nan dènye jou yo te antre an vigè nan dat 11 Septanm 2001. Se poutèt sa, Blair Bill ane 1888 la te yon tip Patriot Act la an 2001. Zanj ki te desann nan dat 11 Septanm 2001 la pwoklame dènye mesaj avètisman an nan twa premye vèsè Revelasyon dizwit la, e dènye mesaj avètisman sa a se tou mesaj twazyèm zanj lan, menm si mesaj twazyèm zanj lan reprezante nan chapit katòz la pa menm ekspresyon verite yo ak sa yo ki nan chapit dizwit la. Liy sou liy, yo se menm mesaj avètisman an.</w:t>
      </w:r>
    </w:p>
    <w:p>
      <w:pPr>
        <w:pStyle w:val="ArticleBody"/>
        <w:jc w:val="left"/>
      </w:pPr>
      <w:r>
        <w:rPr>
          <w:rFonts w:ascii="Times New Roman" w:hAnsi="Times New Roman" w:eastAsia="Times New Roman" w:cs="Times New Roman"/>
        </w:rPr>
        <w:t>Abominasyon dezolasyon an, jan pwofèt Dànyèl te pale de li a, se te yon siy Kris te bay ki te idantifye kilè pèp Li a te dwe kouri ale pou pwoteksyon yo. Li se yon mesaj avètisman, e poutèt sa li dwe dènye mesaj avètisman an, byenke li eksprime ak pawòl ki diferan de mesaj ki reprezante nan chapit katòz la, ansanm ak chapit dizwit nan Revelasyon. Istwa ki kòmanse nan vèsè sèz la, nan Jeremi kenz, se menm peryòd pwofetik mesaj avètisman ki mete a la eprèv la. Li kòmanse lè Jeremi manje Pawòl Bondye a, e sa rive lè zanj lan desann, menm jan Li te fè lè gwo bilding vil Nouyòk yo te tonbe.</w:t>
      </w:r>
    </w:p>
    <w:p>
      <w:pPr>
        <w:pStyle w:val="ArticleBody"/>
        <w:jc w:val="left"/>
      </w:pPr>
      <w:r>
        <w:rPr>
          <w:rFonts w:ascii="Times New Roman" w:hAnsi="Times New Roman" w:eastAsia="Times New Roman" w:cs="Times New Roman"/>
        </w:rPr>
        <w:t>Lè Jeremi pwoklame: «Pawòl ou yo te jwenn, e mwen te manje yo; epi pawòl ou a te pou mwen lajwa ak kè kontan nan kè mwen», li reprezante premye eprèv Danyèl sou kesyon manje nan chapit youn, ansanm ak Jan nan chapit dis Liv Revelasyon an, k ap pran liv la nan men zanj lan epi k ap manje li. Manje mesaj la kòmanse lè yon zanj rive, epi lè zanj lan rive, gen yon pwofesi eprèv ki devwale. Lè zanj lan rive, premye peryòd eprèv la kòmanse, epi li fini lè dezyèm peryòd eprèv la kòmanse; epi lè Mikayèl leve kanpe, dezyèm peryòd eprèv la fini.</w:t>
      </w:r>
    </w:p>
    <w:p>
      <w:pPr>
        <w:pStyle w:val="ArticleBody"/>
        <w:jc w:val="left"/>
      </w:pPr>
      <w:r>
        <w:rPr>
          <w:rFonts w:ascii="Times New Roman" w:hAnsi="Times New Roman" w:eastAsia="Times New Roman" w:cs="Times New Roman"/>
        </w:rPr>
        <w:t>Lè zanj lan rive, lapli dèyè a kòmanse tonbe.</w:t>
      </w:r>
    </w:p>
    <w:p>
      <w:pPr>
        <w:pStyle w:val="ArticleScripture"/>
        <w:jc w:val="left"/>
      </w:pPr>
      <w:r>
        <w:rPr>
          <w:rFonts w:ascii="Times New Roman" w:hAnsi="Times New Roman" w:eastAsia="Times New Roman" w:cs="Times New Roman"/>
        </w:rPr>
        <w:t>“Lapli dèyè a pral tonbe sou pèp Bondye a. Yon zanj pisan pral desann soti nan syèl la, e tout tè a pral klere ak glwa li.” Review and Herald, 21 avril 1891.</w:t>
      </w:r>
    </w:p>
    <w:p>
      <w:pPr>
        <w:pStyle w:val="ArticleBody"/>
        <w:jc w:val="left"/>
      </w:pPr>
      <w:r>
        <w:rPr>
          <w:rFonts w:ascii="Times New Roman" w:hAnsi="Times New Roman" w:eastAsia="Times New Roman" w:cs="Times New Roman"/>
        </w:rPr>
        <w:t>Lapli dèyè a resevwa pa moun ki mache nan ansyen chemen Jeremi yo.</w:t>
      </w:r>
    </w:p>
    <w:p>
      <w:pPr>
        <w:pStyle w:val="ArticleScripture"/>
        <w:jc w:val="left"/>
      </w:pPr>
      <w:r>
        <w:rPr>
          <w:rFonts w:ascii="Times New Roman" w:hAnsi="Times New Roman" w:eastAsia="Times New Roman" w:cs="Times New Roman"/>
        </w:rPr>
        <w:t>Men sa Seyè a di: Kanpe sou chemen yo, gade byen, epi mande pou ansyen santye yo, kote bon chemen an ye; mache ladan li, epi n ap jwenn repo pou nanm nou. Men yo te di: Nou p ap mache ladan li. Mwen te mete gadyen tou sou nou, mwen di: Koute son twonpèt la. Men yo te di: Nou p ap koute. Jeremi 6:16, 17.</w:t>
      </w:r>
    </w:p>
    <w:p>
      <w:pPr>
        <w:pStyle w:val="ArticleBody"/>
        <w:jc w:val="left"/>
      </w:pPr>
      <w:r>
        <w:rPr>
          <w:rFonts w:ascii="Times New Roman" w:hAnsi="Times New Roman" w:eastAsia="Times New Roman" w:cs="Times New Roman"/>
        </w:rPr>
        <w:t>“twonpèt” ke “gad yo” ap sonnen an se mesaj Laodise a, sa Jones ak Waggoner te prezante an 1888.</w:t>
      </w:r>
    </w:p>
    <w:p>
      <w:pPr>
        <w:pStyle w:val="ArticleScripture"/>
        <w:jc w:val="left"/>
      </w:pPr>
      <w:r>
        <w:rPr>
          <w:rFonts w:ascii="Times New Roman" w:hAnsi="Times New Roman" w:eastAsia="Times New Roman" w:cs="Times New Roman"/>
        </w:rPr>
        <w:t>Rele fò, pa epaye, leve vwa ou tankou yon twonpèt, epi fè pèp mwen an wè transgresyon yo, epi fè kay Jakòb la wè peche li yo. Ezayi 58:1.</w:t>
      </w:r>
    </w:p>
    <w:p>
      <w:pPr>
        <w:pStyle w:val="ArticleBody"/>
        <w:jc w:val="left"/>
      </w:pPr>
      <w:r>
        <w:rPr>
          <w:rFonts w:ascii="Times New Roman" w:hAnsi="Times New Roman" w:eastAsia="Times New Roman" w:cs="Times New Roman"/>
        </w:rPr>
        <w:t>Nan dat 11 septanm 2001 an, sele san karannkat mil yo te kòmanse. Yo te pwoklame yon mesaj avètisman pou Lawodise.</w:t>
      </w:r>
    </w:p>
    <w:p>
      <w:pPr>
        <w:pStyle w:val="ArticleScripture"/>
        <w:jc w:val="left"/>
      </w:pPr>
      <w:r>
        <w:rPr>
          <w:rFonts w:ascii="Times New Roman" w:hAnsi="Times New Roman" w:eastAsia="Times New Roman" w:cs="Times New Roman"/>
        </w:rPr>
        <w:t>“Mesaj yo te ban nou pa A. T. Jones ak E. J. Waggoner la se mesaj Bondye pou legliz Lawodise a, e malè pou nenpòt moun ki fè pwofesyon kwè laverite, epi poutan li pa reflete bay lòt moun reyon Bondye bay yo.” The 1888 Materials, 1053.</w:t>
      </w:r>
    </w:p>
    <w:p>
      <w:pPr>
        <w:pStyle w:val="ArticleBody"/>
        <w:jc w:val="left"/>
      </w:pPr>
      <w:r>
        <w:rPr>
          <w:rFonts w:ascii="Times New Roman" w:hAnsi="Times New Roman" w:eastAsia="Times New Roman" w:cs="Times New Roman"/>
        </w:rPr>
        <w:t>Avètisman pou Lawodise a se son twonpèt gad Jeremi yo, twonpèt legliz Advantis Setyèm Jou Lawodise a refize tande. Se avètisman pou kouri kite vil yo pou ale sou pwopriyete andeyò lavil anvan lwa dimanch k ap vini talè a.</w:t>
      </w:r>
    </w:p>
    <w:p>
      <w:pPr>
        <w:pStyle w:val="ArticleBody"/>
        <w:jc w:val="left"/>
      </w:pPr>
      <w:r>
        <w:rPr>
          <w:rFonts w:ascii="Times New Roman" w:hAnsi="Times New Roman" w:eastAsia="Times New Roman" w:cs="Times New Roman"/>
        </w:rPr>
        <w:t>Sa m fèk deklare konsènan divès liy pwofetik sa yo, se te yon tantativ pou ankouraje disènman nou, nan lide pou pouse nou egzamine avèk verite sa m pral ekri a. Petèt karakteristik ki pi enpòtan nan imaj bèt la ak pou bèt la, se ke nan dènye jou yo gen de fòmasyon yon imaj bèt la ak pou bèt la. Premye a, Ozetazini, epi apre sa nan nasyon mond lan.</w:t>
      </w:r>
    </w:p>
    <w:p>
      <w:pPr>
        <w:pStyle w:val="ArticleBody"/>
        <w:jc w:val="left"/>
      </w:pPr>
      <w:r>
        <w:rPr>
          <w:rFonts w:ascii="Times New Roman" w:hAnsi="Times New Roman" w:eastAsia="Times New Roman" w:cs="Times New Roman"/>
        </w:rPr>
        <w:t>Gen sèten karakteristik pwofetik ki asosye ak imaj bèt la e ak bèt la menm, e li nesesè pou nou aplike yo kòrèkteman si nou vle navige atravè pwosesis tès pwofetik imaj Wòm sa a. Yon dezyèm eleman enpòtan nan peryòd tès imaj bèt la (ki kapab demontre sou plizyè temwen), se ke tan sele san karantkat mil yo rive pandan peryòd tès imaj bèt la Ozetazini, e ke peryòd tès imaj bèt la nan nasyon lemonn yo se lè lòt pitit Bondye yo, ki toujou nan Babilòn nan moman lwa dimanch sa a (reprezante pa 321), rasanble antre nan bann mouton an.</w:t>
      </w:r>
    </w:p>
    <w:p>
      <w:pPr>
        <w:pStyle w:val="ArticleBody"/>
        <w:jc w:val="left"/>
      </w:pPr>
      <w:r>
        <w:rPr>
          <w:rFonts w:ascii="Times New Roman" w:hAnsi="Times New Roman" w:eastAsia="Times New Roman" w:cs="Times New Roman"/>
        </w:rPr>
        <w:t>Imaj bèt la reprezante de peryòd esè tan ki espesifik e ki lye youn ak lòt; e de tan esè sa yo reprezante tou rasanbleman final san karannkat mil yo nan Revelasyon chapit sèt, epi apre sa gran foul la nan menm chapit la.</w:t>
      </w:r>
    </w:p>
    <w:p>
      <w:pPr>
        <w:pStyle w:val="ArticleBody"/>
        <w:jc w:val="left"/>
      </w:pPr>
      <w:r>
        <w:rPr>
          <w:rFonts w:ascii="Times New Roman" w:hAnsi="Times New Roman" w:eastAsia="Times New Roman" w:cs="Times New Roman"/>
        </w:rPr>
        <w:t>Nan lwa dimanch lan, Etazini pale tankou yon dragon, jan sa parèt nan vèsè onz chapit trèz nan Revelasyon. Lè sa a, li soti pou twonpe tout nasyon sou latè, li di nasyon sa yo yo ta dwe fè yo menm tou yon imaj mondyal pou bèt la, menm jan Etazini fèk fè a. Peryòd ki kòmanse ak lwa dimanch lan, ke lwa dimanch Konstanten an nan ane 321 reprezante, fini lè dènye nasyon an mete ajenou devan Wòm papal la, kote lwa dimanch 538 la reprezante; paske nan chapit trèz la Etazini gen pouvwa pou bay imaj bèt la lavi epi fè li pale. Peryòd la kòmanse ak lwa dimanch 321 a epi li fini ak lwa dimanch 538 la.</w:t>
      </w:r>
    </w:p>
    <w:p>
      <w:pPr>
        <w:pStyle w:val="ArticleBody"/>
        <w:jc w:val="left"/>
      </w:pPr>
      <w:r>
        <w:rPr>
          <w:rFonts w:ascii="Times New Roman" w:hAnsi="Times New Roman" w:eastAsia="Times New Roman" w:cs="Times New Roman"/>
        </w:rPr>
        <w:t>Nan lane 2001, gouvènman Etazini an te “pale” Lwa Patriyòt la pou l vin lwa.</w:t>
      </w:r>
    </w:p>
    <w:p>
      <w:pPr>
        <w:pStyle w:val="ArticleBody"/>
        <w:jc w:val="left"/>
      </w:pPr>
      <w:r>
        <w:rPr>
          <w:rFonts w:ascii="Times New Roman" w:hAnsi="Times New Roman" w:eastAsia="Times New Roman" w:cs="Times New Roman"/>
        </w:rPr>
        <w:t>Nou pral kontinye etid sa a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En</dc:title>
  <dc:subject>Descellement des prophéties : les derniers jours, le Lion de Juda, et les mouvements finals de l’Apocalypse</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