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Twa</w:t>
      </w:r>
    </w:p>
    <w:p>
      <w:pPr>
        <w:pStyle w:val="ArticleSubtitle"/>
        <w:jc w:val="left"/>
      </w:pPr>
      <w:r>
        <w:rPr>
          <w:rFonts w:ascii="Arial" w:hAnsi="Arial" w:eastAsia="Arial" w:cs="Arial"/>
        </w:rPr>
        <w:t>Lwa Dimanch la ak Vwayaj Pwofetik la: Soti nan Patriot Act la rive nan Dènye Tès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“Pa dekri k ap fè respekte enstitisyon papote a an vyolasyon lalwa Bondye a, nasyon nou an ap separe tèt li nèt ak jistis. Lè Pwotestantis la va lonje men li atravè gwo twou a pou l pran men pouvwa women an, lè li va lonje men li sou abis la pou l mete men ak espirityalis, lè, anba enfliyans inyon trip sa a, peyi nou an va rejte tout prensip Konstitisyon li kòm yon gouvènman pwotestan ak repibliken, epi l ap pran dispozisyon pou pwopagasyon manti ak ilizyon papal yo, lè sa a nou ka konnen tan an rive pou aksyon mèvèye Satan an, e ke lafen an toupre.”</w:t>
      </w:r>
    </w:p>
    <w:p>
      <w:pPr>
        <w:pStyle w:val="ArticleScripture"/>
        <w:jc w:val="left"/>
      </w:pPr>
      <w:r>
        <w:rPr>
          <w:rFonts w:ascii="Times New Roman" w:hAnsi="Times New Roman" w:eastAsia="Times New Roman" w:cs="Times New Roman"/>
        </w:rPr>
        <w:t>“Menm jan pwòch lame Women yo te yon siy pou disip yo konsènan destriksyon Jerizalèm ki t ap vini an, konsa tou apostazi sa a kapab yon siy pou nou ke limit pasyans Bondye a rive, ke mezi inikite nasyon nou an plen, e ke zanj mizèrikòd la prèt pou pran vòl li, pou l pa janm retounen ankò. Lè sa a, pèp Bondye a pral plonje nan sèn afliksyon ak detrès sa yo pwofèt yo dekri kòm tan twoub Jakòb la. Kri moun fidèl yo, moun yo pèsekite yo, monte rive nan syèl la. E menm jan san Abèl la te rele soti atè a, konsa tou gen vwa k ap rele Bondye soti nan tonm mati yo, soti nan tonm lanmè a, soti nan kavèn mòn yo, soti nan kavò kouvan yo: ‘Jiska kilè, O Senyè, ou menm ki sen e ki veritab, ou p ap jije ni vanje san nou sou moun ki rete sou latè yo?’”</w:t>
      </w:r>
    </w:p>
    <w:p>
      <w:pPr>
        <w:pStyle w:val="ArticleScripture"/>
        <w:jc w:val="left"/>
      </w:pPr>
      <w:r>
        <w:rPr>
          <w:rFonts w:ascii="Times New Roman" w:hAnsi="Times New Roman" w:eastAsia="Times New Roman" w:cs="Times New Roman"/>
        </w:rPr>
        <w:t>“Senyè a ap fè travay Li. Tout syèl la an mouvman. Jij tout tè a pral leve talè pou defann otorite Li yo te meprize a. Mak delivrans lan pral mete sou moun ki kenbe kòmandman Bondye yo, ki gen lalwa Li an gwo respè, epi ki refize mak bèt la oswa mak imaj li a.</w:t>
      </w:r>
    </w:p>
    <w:p>
      <w:pPr>
        <w:pStyle w:val="ArticleScripture"/>
        <w:jc w:val="left"/>
      </w:pPr>
      <w:r>
        <w:rPr>
          <w:rFonts w:ascii="Times New Roman" w:hAnsi="Times New Roman" w:eastAsia="Times New Roman" w:cs="Times New Roman"/>
        </w:rPr>
        <w:t>“Bondye te revele sa ki gen pou rive nan dènye jou yo, pou pèp Li a ka pare pou kanpe kont tanpèt opozisyon ak kòlè a. Moun ki te resevwa avètisman konsènan evènman ki devan yo pa dwe chita ap tann tanpèt k ap vini an ak kalm, pandan y ap bay tèt yo konsolasyon ke Senyè a va pwoteje fidèl Li yo nan jou detrès la. Nou dwe tankou moun k ap tann Seyè yo, pa nan yon tann parese, men nan travay serye, avèk yon lafwa ki pa brannen. Se pa tan kounye a pou nou kite lespri nou yo vin anvayi ak bagay ki gen enpòtans segondè. Pandan lèzòm ap dòmi, Satan ap travay avèk aktivite pou ranje keksoz yon fason pou pèp Senyè a pa jwenn ni mizèrikòd ni jistis. Mouvman dimanch la kounye a ap avanse nan fènwa. Dirijan yo ap kache vrè kestyon an, e anpil nan moun ki mete tèt yo ansanm ak mouvman an pa wè poukont yo menm kote kouran kache a ap mennen. Deklarasyon li yo dou epi, an aparans, kretyen; men lè li va pale, li va revele lespri dragon an. Se devwa nou pou nou fè tout sa ki nan pouvwa nou pou anpeche danje yo menase a. Nou dwe chèche retire prejije lè nou prezante tèt nou devan pèp la nan limyè ki kòrèk la. Nou dwe mete devan yo vrè kestyon ki an litij la, konsa nou va poze pwotestasyon ki pi efikas kont mezi yo pran pou limite libète konsyans lan. Nou dwe fouye Ekriti yo epi kapab bay rezon ki fè nou gen lafwa nou an. Pwofèt la di: ‘Mechan yo va aji avèk mechanste; e okenn nan mechan yo p ap konprann; men moun saj yo va konprann.’” Temwayaj, volim 5, 451, 452.</w:t>
      </w:r>
    </w:p>
    <w:p>
      <w:pPr>
        <w:pStyle w:val="ArticleBody"/>
        <w:jc w:val="left"/>
      </w:pPr>
      <w:r>
        <w:rPr>
          <w:rFonts w:ascii="Times New Roman" w:hAnsi="Times New Roman" w:eastAsia="Times New Roman" w:cs="Times New Roman"/>
        </w:rPr>
        <w:t>Lè “mouvman dimanch” lan “pral pale, li pral revele lespri dragon an.” Kat paragraf yo idantifye ke, nan lwa dimanch lan, Etazini “pral separe tèt li nèt ak jistis.” Nan lwa dimanch lan, “tan an rive pou travay mèvèye Satan an.” Nan lwa dimanch lan, inyon an twa fwa a akonpli. Nan lwa dimanch lan, Etazini “rejeté tout prensip Konstitisyon li kòm yon gouvènman repibliken pwotestan”, epi yo tou “pran dispozisyon pou pwopagasyon fo doktrin ak alisinasyon papal yo.” Lwa dimanch sa a se yon “siy pou nou ke limit pasyans Bondye a rive, ke mezi inikite nasyon nou an plen, epi ke zanj mizèrikòd la prèt pou pran vòl li, pou l pa janm retounen ankò.” Siy sa a te prefigire pa avètisman Jezi te bay la, lè li te idantifye abominasyon dezolasyon an, jan pwofèt Dànyèl te pale de li a. Se la lapriyè mati yo anba senkyèm sele a ki mande, “Jiska kilè, O Seyè, sen e veritab, ou p ap jije epi vanje san nou sou moun ki rete sou tè a?” jwenn akonplisman li. Se tou nan etap repè sa a ke vyèj san konprann yo ak vyèj saj yo manifeste karaktè yo.</w:t>
      </w:r>
    </w:p>
    <w:p>
      <w:pPr>
        <w:pStyle w:val="ArticleBody"/>
        <w:jc w:val="left"/>
      </w:pPr>
      <w:r>
        <w:rPr>
          <w:rFonts w:ascii="Times New Roman" w:hAnsi="Times New Roman" w:eastAsia="Times New Roman" w:cs="Times New Roman"/>
        </w:rPr>
        <w:t>Nan lwa dimanch la, Etazini “rejte tout prensip Konstitisyon li a.” Peryòd tan kote travay sa a te akonpli a te kòmanse avèk Patriot Act la an 2001. Depi 2001 rive jouk nan lwa dimanch la reprezante yon travay pwogresif k ap rejte Konstitisyon an. Travay pwogresif sa a koresponn ak liy pwofesi kote fòmasyon imaj bèt la akonpli. Liy imaj bèt la ka parèt yon ti jan pi konplike, men konplikasyon an vo pou yo konprann li. Sa ki konplike liy imaj bèt la, se lefètke li reprezante de liy.</w:t>
      </w:r>
    </w:p>
    <w:p>
      <w:pPr>
        <w:pStyle w:val="ArticleBody"/>
        <w:jc w:val="left"/>
      </w:pPr>
      <w:r>
        <w:rPr>
          <w:rFonts w:ascii="Times New Roman" w:hAnsi="Times New Roman" w:eastAsia="Times New Roman" w:cs="Times New Roman"/>
        </w:rPr>
        <w:t>Pou bèt tè a, de liy yo se kòn Repiblikanis ak Pwotestantis. De kòn sa yo reyini ansanm nan yon relasyon legliz-ak-leta, epi konsa yo akonpli fòmasyon imaj bèt la. Se poutèt sa, liy fòmasyon imaj bèt la gen de liy anndan yon sèl liy, paske kòn Repibliken ak Pwotestan yo mache paralèl youn ak lòt atravè listwa; men liy endividyèl pa yo tou gen pwòp temwayaj pwofetik pa yo pou yo pote. Yon sèl liy pwofetik, avèk de sijè paralèl, pi konplike pase senpleman make pwen repè aksyon politik yo ki reprezante pale ki asosye ak Konstitisyon an.</w:t>
      </w:r>
    </w:p>
    <w:p>
      <w:pPr>
        <w:pStyle w:val="ArticleBody"/>
        <w:jc w:val="left"/>
      </w:pPr>
      <w:r>
        <w:rPr>
          <w:rFonts w:ascii="Times New Roman" w:hAnsi="Times New Roman" w:eastAsia="Times New Roman" w:cs="Times New Roman"/>
        </w:rPr>
        <w:t>De liy doub repibliken ek pwotestan kòn yo vin pi konplike toujou pa reyalite pwofetik la ki fè konnen, anndan kòn repibliken an, gen istwa lit ki te fèt ant Demokrat ki te an favè esklavaj ak Repibliken ki te kont esklavaj; epi anplis, anndan kòn pwotestan an, gen yon pwosesis tès ki kontinye san rete, ki swiv saj yo ak vyèj sòt yo andedan istwa kòn pwotestan an. Men, li gen anpil enpòtans pou nou byen tabli nou nan verite sa yo.</w:t>
      </w:r>
    </w:p>
    <w:p>
      <w:pPr>
        <w:pStyle w:val="ArticleBody"/>
        <w:jc w:val="left"/>
      </w:pPr>
      <w:r>
        <w:rPr>
          <w:rFonts w:ascii="Times New Roman" w:hAnsi="Times New Roman" w:eastAsia="Times New Roman" w:cs="Times New Roman"/>
        </w:rPr>
        <w:t>Nan liy de kòn bèt ki soti sou tè a reprezante a, gen ilistrasyon paralèl swa fòme yon karaktè Kris, swa fòme yon karaktè Satan; sa ki egal ak swa fòme yon imaj Kris, swa fòme yon imaj bèt la, paske nan kontèks sa a “bèt la” reprezante yon èt kreye an kontrast ak Kreyatè a. Fòmasyon atribi sa yo fèt andedan tout lèzòm, paske lè tan gras la fini, gen sèlman de klas. Fòmasyon an fèt tou deyò, nan alyans ki genyen ant pouvwa papal la ak Nasyonzini.</w:t>
      </w:r>
    </w:p>
    <w:p>
      <w:pPr>
        <w:pStyle w:val="ArticleBody"/>
        <w:jc w:val="left"/>
      </w:pPr>
      <w:r>
        <w:rPr>
          <w:rFonts w:ascii="Times New Roman" w:hAnsi="Times New Roman" w:eastAsia="Times New Roman" w:cs="Times New Roman"/>
        </w:rPr>
        <w:t>Se konsa, tan eprèv pou fòmasyon imaj bèt la te kòmanse an 2001, e li fini nan lwa dimanch Ozetazini. Pandan peryòd sa a, istwa pwofetik de kòn bèt tè a montre yon konfli entèn ak ekstèn anndan chak kòn pa yo, kit li relijye oswa politik, epi tou yon lit ant de kòn yo menm.</w:t>
      </w:r>
    </w:p>
    <w:p>
      <w:pPr>
        <w:pStyle w:val="ArticleBody"/>
        <w:jc w:val="left"/>
      </w:pPr>
      <w:r>
        <w:rPr>
          <w:rFonts w:ascii="Times New Roman" w:hAnsi="Times New Roman" w:eastAsia="Times New Roman" w:cs="Times New Roman"/>
        </w:rPr>
        <w:t>Lwa dimanch Ozetazini an reprezante avètisman pou nou kouri sove a, ke Jezi te idantifye kòm “abominasyon dezolasyon an.” Lwa dimanch Ozetazini an se konklizyon peryòd ki te kòmanse an 2001. Patriot Act la se te “abominasyon dezolasyon an, pwofèt Dànyèl te pale de li a”, epi Jezi te idantifye li kòm yon siy pou kouri pou chape anba yon destriksyon k ap vini.</w:t>
      </w:r>
    </w:p>
    <w:p>
      <w:pPr>
        <w:pStyle w:val="ArticleBody"/>
        <w:jc w:val="left"/>
      </w:pPr>
      <w:r>
        <w:rPr>
          <w:rFonts w:ascii="Times New Roman" w:hAnsi="Times New Roman" w:eastAsia="Times New Roman" w:cs="Times New Roman"/>
        </w:rPr>
        <w:t>Lwa Patriyòt la gen ladan li limyè pwofetik ane 1888 la, ansanm ak Blair Bill la. Konsa, Lwa Patriyòt la genyen tou, nan sans pwofetik, tipifikasyon lwa dimanch lan; se poutèt sa peryòd ki kòmanse an 2001 la kòmanse avèk yon lwa dimanch jan sa te tipifye pa 1888—Blair Bill, 2001—Patriot Act, epi li fini avèk lwa dimanch lan.</w:t>
      </w:r>
    </w:p>
    <w:p>
      <w:pPr>
        <w:pStyle w:val="ArticleBody"/>
        <w:jc w:val="left"/>
      </w:pPr>
      <w:r>
        <w:rPr>
          <w:rFonts w:ascii="Times New Roman" w:hAnsi="Times New Roman" w:eastAsia="Times New Roman" w:cs="Times New Roman"/>
        </w:rPr>
        <w:t>Avètisman pou kouri kite vil yo an 2001 la, se yon tip avètisman pou kouri soti Babilòn nan lè lwa dimanch lan vini. Jijman ki tonbe sou Etazini lè lwa dimanch lan vini se yon tip jijman ki pral tonbe sou lemonn antye lè Mikayèl leve kanpe epi tan gras limanite a fèmen. Siyati Kris la kòm Alfa ak Omega repwodui plizyè fwa nan verite yo ki reprezante pa Blair Bill la an 1888, ansanm ak tout sa 1888 reprezante, pandan sa ap repete an 2001.</w:t>
      </w:r>
    </w:p>
    <w:p>
      <w:pPr>
        <w:pStyle w:val="ArticleBody"/>
        <w:jc w:val="left"/>
      </w:pPr>
      <w:r>
        <w:rPr>
          <w:rFonts w:ascii="Times New Roman" w:hAnsi="Times New Roman" w:eastAsia="Times New Roman" w:cs="Times New Roman"/>
        </w:rPr>
        <w:t>2001, jan sa 1888 te tipifye, pa reprezante sèlman siy pou sove a jan sa abominasyon dezolasyon an te reprezante l la, men li te reprezante tou ane 66 aprè Jezikri ak syèj Sèstiyis la. Syèj Titis la nan ane 70 aprè Jezikri reprezante lwa dimanch lan Ozetazini. Lwa dimanch lan Ozetazini reprezante pa ane 321 ak premye lwa dimanch Konstanten an, epi 538 reprezante lè dènye nasyon sou tè a soumèt anba mak bèt la.</w:t>
      </w:r>
    </w:p>
    <w:p>
      <w:pPr>
        <w:pStyle w:val="ArticleBody"/>
        <w:jc w:val="left"/>
      </w:pPr>
      <w:r>
        <w:rPr>
          <w:rFonts w:ascii="Times New Roman" w:hAnsi="Times New Roman" w:eastAsia="Times New Roman" w:cs="Times New Roman"/>
        </w:rPr>
        <w:t>2001 se 1888, Cestius ak ane 66 aprè Jezikri. Lwa dimanch lan se Titus ak ane 70 ak 321. 2001 se batèm Jezi tou, ansanm ak desann Li nan Revelasyon chapit dis, nan dat 11 out 1840. Tout senbòl sa yo kontribye nan liy Konstitisyon an.</w:t>
      </w:r>
    </w:p>
    <w:p>
      <w:pPr>
        <w:pStyle w:val="ArticleBody"/>
        <w:jc w:val="left"/>
      </w:pPr>
      <w:r>
        <w:rPr>
          <w:rFonts w:ascii="Times New Roman" w:hAnsi="Times New Roman" w:eastAsia="Times New Roman" w:cs="Times New Roman"/>
        </w:rPr>
        <w:t>Istwa pwofetik Etazini mache ann paralèl ak istwa Advantis la. An 1798, papote a te resevwa blesi mòtèl li a, e 1798 te tan lafen an, lè pati nan pwofesi Danyèl yo ki te gen rapò ak istwa premye ak dezyèm zanj Revelasyon katòz la te devwale. Se la an 1798 kòmansman pwofetik Advantis la make, e an 1798 bèt ki soti sou latè a, ki te gen kòn tankou ti mouton, te vin sizyèm wayòm pwofesi Bib la.</w:t>
      </w:r>
    </w:p>
    <w:p>
      <w:pPr>
        <w:pStyle w:val="ArticleBody"/>
        <w:jc w:val="left"/>
      </w:pPr>
      <w:r>
        <w:rPr>
          <w:rFonts w:ascii="Times New Roman" w:hAnsi="Times New Roman" w:eastAsia="Times New Roman" w:cs="Times New Roman"/>
        </w:rPr>
        <w:t>1798 te vini apre twa siy pwofetik ki makonnen ak liy bèt ki soti sou tè a, e poutèt sa tou ak pawòl Etazini, ansanm ak Konstitisyon Etazini. Twa siy sa yo se te Deklarasyon Endepandans lan, yo te pwoklame an 1776, apre sa Konstitisyon an an 1789, epi ansuit Lwa sou Etranje ak Sedisyon yo an 1798.</w:t>
      </w:r>
    </w:p>
    <w:p>
      <w:pPr>
        <w:pStyle w:val="ArticleBody"/>
        <w:jc w:val="left"/>
      </w:pPr>
      <w:r>
        <w:rPr>
          <w:rFonts w:ascii="Times New Roman" w:hAnsi="Times New Roman" w:eastAsia="Times New Roman" w:cs="Times New Roman"/>
        </w:rPr>
        <w:t>Twa pwen repè sa yo konsène liy pwofetik Konstitisyon an epi yo make kòmansman sizyèm wayòm pwofesi biblik la. Lwa dimanch lan se fen rèy sizyèm wayòm pwofesi biblik la; se poutèt sa, pa nesesite pwofetik, dwe genyen twa pwen repè ki vini anvan fen an, jan sa te tipifye pa twa pwen repè ki te vini anvan kòmansman an.</w:t>
      </w:r>
    </w:p>
    <w:p>
      <w:pPr>
        <w:pStyle w:val="ArticleBody"/>
        <w:jc w:val="left"/>
      </w:pPr>
      <w:r>
        <w:rPr>
          <w:rFonts w:ascii="Times New Roman" w:hAnsi="Times New Roman" w:eastAsia="Times New Roman" w:cs="Times New Roman"/>
        </w:rPr>
        <w:t>Nan lane 2001, nan moman tonbe gwo fò won yo, Patriot Act la se yon antitip Blair Bill ane 1888 la, ansanm ak rebelyon ouvèt lidèchip Advantis la nan Konferans Jeneral Minneapolis la. Yon rebelyon ke yon zanj te fè Sè White konnen te yon antitip rebelyon Kora, Datan ak Abiram te fè kont Moyiz la, se tou yon antitip batèm Kris la nan ane 27 aprè Jezikri, restriksyon Islam nan 11 dawout 1840 ak Deklarasyon Endepandans lan nan 1776, ansanm ak “abominasyon dezolasyon an, jan pwofèt Danyèl te pale de li a” kòm yon siy pou sove anba kòlè k ap vini an, jan Cestius ak ane 66 aprè Jezikri reprezante sa.</w:t>
      </w:r>
    </w:p>
    <w:p>
      <w:pPr>
        <w:pStyle w:val="ArticleBody"/>
        <w:jc w:val="left"/>
      </w:pPr>
      <w:r>
        <w:rPr>
          <w:rFonts w:ascii="Times New Roman" w:hAnsi="Times New Roman" w:eastAsia="Times New Roman" w:cs="Times New Roman"/>
        </w:rPr>
        <w:t>Si nou ka toujou sonje ke liy pwofesi n ap konsidere kounye a se liy Konstitisyon Etazini an, tout liy pwofetik ki mansyone pi wo yo patisipe nan sa epi yo tabli tèm pwofetik ki reprezante pa liy Konstitisyon an. Men, liy ki sanble pi konekte pase tout lòt yo se liy fòmasyon imaj bèt la. Imaj bèt la se yon imaj bèt papal la, ki reprezante kòm yon bèt sou ki yon fanm ap gouvène, sa vle di konbinezon legliz ak leta, avèk legliz la ki kontwole relasyon an. Pou Etazini fòme yon imaj pou bèt la, pwotestantis apostazi a dwe rive kontwole gouvènman an tèlman, jiska pwen kote gouvènman an ap vote epi fè respekte lwa relijye yo, e finalman lwa dimanch la.</w:t>
      </w:r>
    </w:p>
    <w:p>
      <w:pPr>
        <w:pStyle w:val="ArticleBody"/>
        <w:jc w:val="left"/>
      </w:pPr>
      <w:r>
        <w:rPr>
          <w:rFonts w:ascii="Times New Roman" w:hAnsi="Times New Roman" w:eastAsia="Times New Roman" w:cs="Times New Roman"/>
        </w:rPr>
        <w:t>Lè pwosesis fòmasyon imaj bèt la rive akonpli, Konstitisyon an, ki te ekri avèk yon prensip fondamantal Thomas Jefferson te fòmile kòm “separasyon Legliz ak Leta,” dwe ranvèse. Lè kòn pwotestan an gen pouvwa pou dirije kòn repibliken an pou fè obligasyon relijye yo aplike, se kè menm Konstitisyon an yo dechire; konsa, nou genyen relasyon pwofetik ki egziste ant liy Konstitisyon an ak liy imaj bèt la.</w:t>
      </w:r>
    </w:p>
    <w:p>
      <w:pPr>
        <w:pStyle w:val="ArticleBody"/>
        <w:jc w:val="left"/>
      </w:pPr>
      <w:r>
        <w:rPr>
          <w:rFonts w:ascii="Times New Roman" w:hAnsi="Times New Roman" w:eastAsia="Times New Roman" w:cs="Times New Roman"/>
        </w:rPr>
        <w:t>Peryòd kote imaj bèt la ap fòme a te kòmanse an 2001, avèk Patriot Act la, epi li fini nan lwa dimanch lan, lè mak bèt la vin aplike ak fòs. Pandan peryòd sa a, lapli ta a ap vide sou moun, paske lapli ta a kòmanse tonbe lè zanj pwisan an nan Revelasyon dizwit la desann epi klere tè a avèk laglwa Li; sa ki, dapre Sè White, t ap rive lè gwo bilding Vil New York yo ta tonbe anba yon manyen Senyè a.</w:t>
      </w:r>
    </w:p>
    <w:p>
      <w:pPr>
        <w:pStyle w:val="ArticleScripture"/>
        <w:jc w:val="left"/>
      </w:pPr>
      <w:r>
        <w:rPr>
          <w:rFonts w:ascii="Times New Roman" w:hAnsi="Times New Roman" w:eastAsia="Times New Roman" w:cs="Times New Roman"/>
        </w:rPr>
        <w:t>“Lapli dèyè a gen pou l tonbe sou pèp Bondye a. Yon zanj pwisan gen pou l desann sot nan syèl la, epi tout tè a gen pou l klere ak laglwa li.” Review and Herald, 21 avril 1891.</w:t>
      </w:r>
    </w:p>
    <w:p>
      <w:pPr>
        <w:pStyle w:val="ArticleBody"/>
        <w:jc w:val="left"/>
      </w:pPr>
      <w:r>
        <w:rPr>
          <w:rFonts w:ascii="Times New Roman" w:hAnsi="Times New Roman" w:eastAsia="Times New Roman" w:cs="Times New Roman"/>
        </w:rPr>
        <w:t>Peryòd aspèsyon lapli dèyè a reprezante yon tan kote ble ak move zèb dènye jenerasyon Advantis yo ap sibi tami ak pirifikasyon. Tami ak pirifikasyon sa a fini nan lwa dimanch lan, epi vyèj saj yo ki posede lwil la lè kriz lwa dimanch lan rive, yo sele; apre sa, Sentespri a vide san mezi jiskaske Mikaèl leve kanpe epi tan gras limanite a fèmen.</w:t>
      </w:r>
    </w:p>
    <w:p>
      <w:pPr>
        <w:pStyle w:val="ArticleBody"/>
        <w:jc w:val="left"/>
      </w:pPr>
      <w:r>
        <w:rPr>
          <w:rFonts w:ascii="Times New Roman" w:hAnsi="Times New Roman" w:eastAsia="Times New Roman" w:cs="Times New Roman"/>
        </w:rPr>
        <w:t>Pandan fòmasyon imaj bèt la Ozetazini, lapli ta a pral ap tonbe an ti gout; epi pandan fòmasyon imaj bèt la nan lemonn, lapli ta a pral vide san mezi.</w:t>
      </w:r>
    </w:p>
    <w:p>
      <w:pPr>
        <w:pStyle w:val="ArticleBody"/>
        <w:jc w:val="left"/>
      </w:pPr>
      <w:r>
        <w:rPr>
          <w:rFonts w:ascii="Times New Roman" w:hAnsi="Times New Roman" w:eastAsia="Times New Roman" w:cs="Times New Roman"/>
        </w:rPr>
        <w:t>An 2001, tès legliz Advantis Setyèm Jou Lawodiseyen an te kòmanse, jan sa te prefigire pa Pwotestan yo nan 11 dawout 1840, epi pa ansyen Izrayèl lè Kris la te batize.</w:t>
      </w:r>
    </w:p>
    <w:p>
      <w:pPr>
        <w:pStyle w:val="ArticleScripture"/>
        <w:jc w:val="left"/>
      </w:pPr>
      <w:r>
        <w:rPr>
          <w:rFonts w:ascii="Times New Roman" w:hAnsi="Times New Roman" w:eastAsia="Times New Roman" w:cs="Times New Roman"/>
        </w:rPr>
        <w:t>“Tan eprèv la prèske rive sou nou, paske gran rèl twazyèm zanj lan deja kòmanse nan revelasyon jistis Kris la, Redanmtè ki padone peche yo. Sa a se kòmansman limyè zanj la, zanj ki gen glwa li ki pral ranpli tout tè a.” Selected Messages, liv 1, 362.</w:t>
      </w:r>
    </w:p>
    <w:p>
      <w:pPr>
        <w:pStyle w:val="ArticleBody"/>
        <w:jc w:val="left"/>
      </w:pPr>
      <w:r>
        <w:rPr>
          <w:rFonts w:ascii="Times New Roman" w:hAnsi="Times New Roman" w:eastAsia="Times New Roman" w:cs="Times New Roman"/>
        </w:rPr>
        <w:t>Dènye pwosesis tès la pou pèp ansyen alyans lan kòmanse lè limyè zanj ki nan Revelasyon dizwit la kòmanse prezante mesaj Li a. Mesaj Li a reprezante tou nan premye twa vèsè chapit dizwit nan Revelasyon an, e twa vèsè sa yo te, dapre Sè White, akonpli lè gwo batiman Vil New York yo te tonbe.</w:t>
      </w:r>
    </w:p>
    <w:p>
      <w:pPr>
        <w:pStyle w:val="ArticleBody"/>
        <w:jc w:val="left"/>
      </w:pPr>
      <w:r>
        <w:rPr>
          <w:rFonts w:ascii="Times New Roman" w:hAnsi="Times New Roman" w:eastAsia="Times New Roman" w:cs="Times New Roman"/>
        </w:rPr>
        <w:t>Apre sa, pwosesis eprèv la te kòmanse, jan Jan prezante l nan chapit dis nan Revelasyon. Tès la te sa: èske ou t ap pran ti liv ki te nan men zanj lan, epi answit manje li. Pandan peryòd eprèv sa a, pandan lapli denye sezon an ap vide sou moun yo, li tonbe sèlman sou sila yo ki chwazi pran ti liv la epi manje li.</w:t>
      </w:r>
    </w:p>
    <w:p>
      <w:pPr>
        <w:pStyle w:val="ArticleScripture"/>
        <w:jc w:val="left"/>
      </w:pPr>
      <w:r>
        <w:rPr>
          <w:rFonts w:ascii="Times New Roman" w:hAnsi="Times New Roman" w:eastAsia="Times New Roman" w:cs="Times New Roman"/>
        </w:rPr>
        <w:t>“Anpil moun, nan yon gwo mezi, pa rive resevwa premye lapli a. Yo pa t jwenn tout benediksyon Bondye te konsa prepare pou yo. Yo atann yo pou mank sa a va konble pa dènye lapli a. Lè pi gwo abondans lagras la va vide sou yo, yo gen entansyon louvri kè yo pou resevwa li. Yo ap fè yon erè terib. Travay Bondye te kòmanse nan kè lèzòm lè Li bay limyè ak konesans Li a dwe kontinye avanse san rete. Chak moun dwe rann li kont pwòp nesesite pa l. Kè a dwe vide de tout salte epi pirifye pou Lespri a rete ladan l. Se pa konfesyon ak abandònman peche, pa lapriyè sensè, ak pa konsakrasyon tèt yo bay Bondye, premye disip yo te prepare pou vide Lespri Sen an nan Jou Pannkòt la. Menm travay sa a, men nan yon pi gwo degre, dwe fèt kounye a. Lè sa a, ajan imen an te sèlman bezwen mande benediksyon an, epi tann Senyè a pou Li te fin pèfeksyone travay ki te konsène li. Se Bondye ki te kòmanse travay la, e Li va fini travay Li, fè moun vin konplè nan Jezi Kris la. Men pa dwe gen okenn neglijans anvè lagras premye lapli a reprezante a. Se sèlman sila yo k ap viv selon limyè yo resevwa ki va resevwa plis limyè. Si nou pa avanse chak jou nan manifestasyon vèti kretyèn aktif yo, nou p ap rekonèt manifestasyon Lespri Sen an nan dènye lapli a. Li ka ap tonbe sou kè toutotou nou, men nou p ap disène ni resevwa li.” Testimonies to Ministers, 506, 507.</w:t>
      </w:r>
    </w:p>
    <w:p>
      <w:pPr>
        <w:pStyle w:val="ArticleBody"/>
        <w:jc w:val="left"/>
      </w:pPr>
      <w:r>
        <w:rPr>
          <w:rFonts w:ascii="Times New Roman" w:hAnsi="Times New Roman" w:eastAsia="Times New Roman" w:cs="Times New Roman"/>
        </w:rPr>
        <w:t>Moun ki te manje mesaj 2001 la t ap resevwa yon mesaj ki te apwopriye pou peryòd sa a, men yo te dwe pase anba yon tès pou fè parèt si yo te vrèman entegre mesaj la anndan yo kòm yon eksperyans ki prepare pou sele Bondye a. Nan peryòd sa a, lapli ta a, kidonk, reprezante kòm yon ti awozaj, paske ble a ak move zèb yo toujou ansanm. Se poutèt sa, Sè White di: “Li ka ap tonbe sou kè toutotou nou, men nou p ap disène li ni resevwa li.” Lè saj yo separe ak moun sòt yo, lè sa a lapli ta a vide san mezi, jan sa te fèt nan Pannkòt la, ki se yon tip lwa dimanch lan.</w:t>
      </w:r>
    </w:p>
    <w:p>
      <w:pPr>
        <w:pStyle w:val="ArticleScripture"/>
        <w:jc w:val="left"/>
      </w:pPr>
      <w:r>
        <w:rPr>
          <w:rFonts w:ascii="Times New Roman" w:hAnsi="Times New Roman" w:eastAsia="Times New Roman" w:cs="Times New Roman"/>
        </w:rPr>
        <w:t>“Ankò, parabòl sa yo anseye ke pap gen okenn tan pwobasyon apre jijman an. Lè travay levanjil la fin akonpli, separasyon ant bon yo ak mechan yo vini tousuit apre sa, e sò chak gwoup fikse pou tout tan.” Christ’s Object Lessons, 123.</w:t>
      </w:r>
    </w:p>
    <w:p>
      <w:pPr>
        <w:pStyle w:val="ArticleBody"/>
        <w:jc w:val="left"/>
      </w:pPr>
      <w:r>
        <w:rPr>
          <w:rFonts w:ascii="Times New Roman" w:hAnsi="Times New Roman" w:eastAsia="Times New Roman" w:cs="Times New Roman"/>
        </w:rPr>
        <w:t>Peryòd aspèsyon lapli dènye a, ki swiv pa yon peryòd kote lapli dènye a vide san mezi, yo prezante tou kòm de peryòd kote jijman akonpli sou pèp Bondye a. Premye peryòd jijman sou pèp Bondye a te kòmanse ak kay Bondye a nan dat 11 septanm 2001; epi, nan jijman lwa dimanch la, jijman an vin akonpli pou lòt twoupo Bondye a ki swa ap reponn a swa ap rejte gran rèl twazyèm zanj lan, ki kòmanse nan lwa dimanch Ozetazini, epi ki fini lè Mikaèl leve kanpe, e tan gras limanite a fèmen.</w:t>
      </w:r>
    </w:p>
    <w:p>
      <w:pPr>
        <w:pStyle w:val="ArticleBody"/>
        <w:jc w:val="left"/>
      </w:pPr>
      <w:r>
        <w:rPr>
          <w:rFonts w:ascii="Times New Roman" w:hAnsi="Times New Roman" w:eastAsia="Times New Roman" w:cs="Times New Roman"/>
        </w:rPr>
        <w:t>De peryòd lapli ta a, ki se tou de peryòd jijman an ki kòmanse avèk kay Bondye a epi answit pase sou lòt twoupo Bondye a, se tou de peryòd fòmasyon imaj bèt la.</w:t>
      </w:r>
    </w:p>
    <w:p>
      <w:pPr>
        <w:pStyle w:val="ArticleBody"/>
        <w:jc w:val="left"/>
      </w:pPr>
      <w:r>
        <w:rPr>
          <w:rFonts w:ascii="Times New Roman" w:hAnsi="Times New Roman" w:eastAsia="Times New Roman" w:cs="Times New Roman"/>
        </w:rPr>
        <w:t>Nan premye nan de peryòd pwofetik sa yo, lè jijman vini sou legliz Bondye a epi tou sou Etazini, se menm istwa a menm kote tou de kòn Repibliken an ak kòn Pwotestan an resevwa jijman. Jis la kote Adventis Laodiseyen an vomi soti nan bouch Senyè a, Etazini ranpli gode pwobasyon li, epi destriksyon nasyonal tonbe sou nasyon an; epi lè sa a Satan parèt e li kòmanse travay mèvèy li a. San karant-kat mil yo sele epi yo leve kòm yon drapo nan lwa dimanch la.</w:t>
      </w:r>
    </w:p>
    <w:p>
      <w:pPr>
        <w:pStyle w:val="ArticleBody"/>
        <w:jc w:val="left"/>
      </w:pPr>
      <w:r>
        <w:rPr>
          <w:rFonts w:ascii="Times New Roman" w:hAnsi="Times New Roman" w:eastAsia="Times New Roman" w:cs="Times New Roman"/>
        </w:rPr>
        <w:t>Yo fè nou konnen li enposib pou bay okenn ide sou “eksperyans pèp Bondye a ki pral vivan sou tè a lè glwa selès ak yon repetisyon pèsekisyon tan pase yo melanje.”</w:t>
      </w:r>
    </w:p>
    <w:p>
      <w:pPr>
        <w:pStyle w:val="ArticleScripture"/>
        <w:jc w:val="left"/>
      </w:pPr>
      <w:r>
        <w:rPr>
          <w:rFonts w:ascii="Times New Roman" w:hAnsi="Times New Roman" w:eastAsia="Times New Roman" w:cs="Times New Roman"/>
        </w:rPr>
        <w:t>“Satan se yon etidyan Bib ki dilijan. Li konnen tan li kout, e li chèche nan tout pwen pou antrave travay Senyè a sou tè sa a. Li enposib pou bay yon ide sou eksperyans pèp Bondye a ki va vivan sou tè a lè glwa selès ak yon repetisyon pèsekisyon tan pase yo va melanje ansanm. Yo pral mache nan limyè k ap soti nan twòn Bondye a. Pa mwayen zanj yo, pral gen yon kominikasyon konstan ant syèl la ak tè a. Epi Satan, antoure ak zanj mechan yo, pandan l ap pretann li se Bondye, pral fè mirak tout kalite, pou twonpe, si sa posib, menm moun Bondye chwazi yo. Pèp Bondye a p ap jwenn sekirite yo nan fè mirak, paske Satan pral imite mirak ki pral fèt yo. Pèp Bondye a ki pase anba eprèv e ki fin éprouve pral jwenn fòs yo nan siy yo pale de li nan Egzòd 31:12–18. Yo dwe pran pozisyon yo sou pawòl vivan an: ‘Men sa ki ekri.’ Se sèl fondasyon sa a yo ka kanpe sou li avèk sekirite. Moun ki kraze alyans yo ak Bondye ap nan jou sa a san Bondye e san espwa.” Testimonies, volume 9, 16.</w:t>
      </w:r>
    </w:p>
    <w:p>
      <w:pPr>
        <w:pStyle w:val="ArticleBody"/>
        <w:jc w:val="left"/>
      </w:pPr>
      <w:r>
        <w:rPr>
          <w:rFonts w:ascii="Times New Roman" w:hAnsi="Times New Roman" w:eastAsia="Times New Roman" w:cs="Times New Roman"/>
        </w:rPr>
        <w:t>Repetisyon pèsekisyon tan pase yo kòmanse ak lwa dimanch Ozetazini, paske Satan kòmanse travay ekstraòdinè li nan moman sa a; epi vyèj saj yo, ki deja te “pase anba eprèv ak tès,” pral lè sa a “mache nan limyè k ap soti nan twòn Bondye a.” Sa pral akonpli atravè travay zanj yo, paske “pa mwayen zanj yo, pral gen kominikasyon konstan ant syèl la ak tè a.”</w:t>
      </w:r>
    </w:p>
    <w:p>
      <w:pPr>
        <w:pStyle w:val="ArticleScripture"/>
        <w:jc w:val="left"/>
      </w:pPr>
      <w:r>
        <w:rPr>
          <w:rFonts w:ascii="Times New Roman" w:hAnsi="Times New Roman" w:eastAsia="Times New Roman" w:cs="Times New Roman"/>
        </w:rPr>
        <w:t>“Moun Bondye chwazi yo ki kanpe bò kote Seyè tout tè a, yo gen pozisyon ki te yon fwa bay Satan kòm cheriben k ap kouvri a. Pa mwayen èt sen yo ki antoure twòn li an, Seyè a kenbe yon kominikasyon san rete ak moun ki rete sou tè a. Lwil an lò a reprezante gras Bondye sèvi pou kenbe lanp kwayan yo toujou gen sa pou alimante yo, pou yo pa batbaten epi etenn. Si se pa t pou lwil sen sa a ki vide soti nan syèl la nan mesaj Lespri Bondye a, ajan mechanste yo ta gen kontwòl nèt sou moun.”</w:t>
      </w:r>
    </w:p>
    <w:p>
      <w:pPr>
        <w:pStyle w:val="ArticleScripture"/>
        <w:jc w:val="left"/>
      </w:pPr>
      <w:r>
        <w:rPr>
          <w:rFonts w:ascii="Times New Roman" w:hAnsi="Times New Roman" w:eastAsia="Times New Roman" w:cs="Times New Roman"/>
        </w:rPr>
        <w:t>“Bondye jwenn dezonè lè nou pa resevwa kominikasyon li voye ban nou yo. Konsa, nou refize lwil an lò li ta vide nan nanm nou pou yo kominike l bay moun ki nan fènwa yo. Lè apèl la va rive: ‘Gade, Veterinè maryaj la ap vini; soti al kontre li,’ moun ki pa t resevwa lwil sen an, ki pa t pran swen gras Kris la nan kè yo, va jwenn, tankou vyèj sòt yo, yo pa pare pou al kontre Seyè yo a. Yo pa gen, nan tèt pa yo, pouvwa pou jwenn lwil la, e lavi yo kraze nèt. Men si yo mande Sentespri Bondye a, si nou sipliye, jan Moyiz te fè a: ‘Fè m wè glwa ou,’ lanmou Bondye va gaye nan kè nou. Atravè tib an lò yo, lwil an lò a va kominike ban nou. ‘Se pa avèk fòs, ni avèk pouvwa, men se avèk Lespri mwen, di Senyè Lame yo.’ Lè pitit Bondye yo resevwa reyon klere Solèy Jistis la, yo klere tankou limyè nan lemonn.” Review and Herald, 20 Jiyè 1897.</w:t>
      </w:r>
    </w:p>
    <w:p>
      <w:pPr>
        <w:pStyle w:val="ArticleBody"/>
        <w:jc w:val="left"/>
      </w:pPr>
      <w:r>
        <w:rPr>
          <w:rFonts w:ascii="Times New Roman" w:hAnsi="Times New Roman" w:eastAsia="Times New Roman" w:cs="Times New Roman"/>
        </w:rPr>
        <w:t>Saj yo se moun ki resevwa sele a nan Revelasyon chapit sèt ak Ezekyèl chapit nèf, epi yo mete yo an kontrè ak moun sòt yo ki dezonore Seyè a lè yo refize “kominikasyon li voye yo.” Moun sòt yo se sa yo “ki kase alyans yo avèk Bondye, e ki pral, nan jou sa a, san Bondye e san espwa.” De klas sa yo te pase anba eprèv e yo te mennen rive nan yon pwen kote yo te manifeste karaktè yo selon si yo te aksepte oswa rejte mesaj lè a. Mesaj lè a depi 11 septanm 2001 se mesaj lapli dèyè a.</w:t>
      </w:r>
    </w:p>
    <w:p>
      <w:pPr>
        <w:pStyle w:val="ArticleBody"/>
        <w:jc w:val="left"/>
      </w:pPr>
      <w:r>
        <w:rPr>
          <w:rFonts w:ascii="Times New Roman" w:hAnsi="Times New Roman" w:eastAsia="Times New Roman" w:cs="Times New Roman"/>
        </w:rPr>
        <w:t>Mesaj lapli dèyè a rekonèt pa metodoloji liy sou liy la jan sa prezante nan Ezayi chapit vennuit la. Metodoloji liy sou liy la se metòd Bondye tabli pou etid biblik, e se poutèt sa rejte metodoloji sa a se pa sèlman rejte mesaj ki reprezante atravè aplikasyon liy sou liy, ti kras isit la ak ti kras laba a, men se tou rejte Sila a ki bay metodoloji a.</w:t>
      </w:r>
    </w:p>
    <w:p>
      <w:pPr>
        <w:pStyle w:val="ArticleBody"/>
        <w:jc w:val="left"/>
      </w:pPr>
      <w:r>
        <w:rPr>
          <w:rFonts w:ascii="Times New Roman" w:hAnsi="Times New Roman" w:eastAsia="Times New Roman" w:cs="Times New Roman"/>
        </w:rPr>
        <w:t>Akoz paramèt enspire yo ki te revele nan pwosesis eprèv la ki mennen nan sele san karannkat mil yo, li parèt klè ke sèl fason yon pitit Bondye ka travèse listwa kote “glwa selès ak yon repetisyon pèsekisyon tan pase yo melanje ansanm,” se pou li nan yon eksperyans kote limyè ki soti nan twòn Bondye a kapab rekonèt. Li dwe rekonèt; sinon li pa sèvi anyen, epi nou pèdi.</w:t>
      </w:r>
    </w:p>
    <w:p>
      <w:pPr>
        <w:pStyle w:val="ArticleScripture"/>
        <w:jc w:val="left"/>
      </w:pPr>
      <w:r>
        <w:rPr>
          <w:rFonts w:ascii="Times New Roman" w:hAnsi="Times New Roman" w:eastAsia="Times New Roman" w:cs="Times New Roman"/>
        </w:rPr>
        <w:t>“Nou pa dwe tann lapli dènyè a. L ap vini sou tout moun ki va rekonèt epi resevwa lawouze ak gwo lapli gras ki tonbe sou nou. Lè nou ranmase moso limyè yo, lè nou apresye mizèrikòd sèten Bondye yo, li menm ki renmen wè nou mete konfyans nou nan Li, lè sa a chak pwomès ap akonpli. [Ezayi 61:11 site.] Tout tè a dwe ranpli ak laglwa Bondye.” The Seventh-day Adventist Bible Commentary, volim 7, 984.</w:t>
      </w:r>
    </w:p>
    <w:p>
      <w:pPr>
        <w:pStyle w:val="ArticleBody"/>
        <w:jc w:val="left"/>
      </w:pPr>
      <w:r>
        <w:rPr>
          <w:rFonts w:ascii="Times New Roman" w:hAnsi="Times New Roman" w:eastAsia="Times New Roman" w:cs="Times New Roman"/>
        </w:rPr>
        <w:t>Nan peryòd ki te kòmanse lè zanj Revelasyon dizwit la ranpli tout tè a avèk glwa Li, apati 11 septanm 2001, lapli dènyè a vini sèlman “sou” sila yo “ki” “rekonèt e resevwa lawouze ak gwo lapli gras la k ap” “tonbe sou nou.” “Gwo erè” Sè White te idantifye pi bonè a, se te lè vyèj sòt yo te panse yo te ka tann jiskaske lapli dènyè a ta vide san mezi, paske lè sa a yo te panse yo t ap ka ratrape. Se pa konsa; sèlman sila yo k ap grandi nan konpreyansyon yo sou Pawòl pwofetik Bondye a resevwa plis limyè.</w:t>
      </w:r>
    </w:p>
    <w:p>
      <w:pPr>
        <w:pStyle w:val="ArticleBody"/>
        <w:jc w:val="left"/>
      </w:pPr>
      <w:r>
        <w:rPr>
          <w:rFonts w:ascii="Times New Roman" w:hAnsi="Times New Roman" w:eastAsia="Times New Roman" w:cs="Times New Roman"/>
        </w:rPr>
        <w:t>Pandan n ap fini atik sa a, pwen mwen vle idantifye a se an rapò ak objektif tan eprèv n ap travèse kounye a. Si nou dwe “mache nan limyè k ap soti nan twòn Bondye a” nan tan kote pèsekisyon tan pase yo ap repete, n ap bezwen metrize Pawòl pwofetik la anvan kriz la rive.</w:t>
      </w:r>
    </w:p>
    <w:p>
      <w:pPr>
        <w:pStyle w:val="ArticleBody"/>
        <w:jc w:val="left"/>
      </w:pPr>
      <w:r>
        <w:rPr>
          <w:rFonts w:ascii="Times New Roman" w:hAnsi="Times New Roman" w:eastAsia="Times New Roman" w:cs="Times New Roman"/>
        </w:rPr>
        <w:t>Nan chapit youn nan, Danyèl ak twa diyitè yo te deja mennen fòmasyon yo rive nan pèfeksyon anvan yo te antre devan Nebikadneza pou yo pase tès la. Pandan karant jou, Kris te louvri Pawòl pwofetik la pou lespri disip yo te ka konprann li, anvan dis jou kote disip yo te mennen inite yo rive nan pèfeksyon. Apre sa te vini Pannkòt, ki se yon tip lwa dimanch la.</w:t>
      </w:r>
    </w:p>
    <w:p>
      <w:pPr>
        <w:pStyle w:val="ArticleBody"/>
        <w:jc w:val="left"/>
      </w:pPr>
      <w:r>
        <w:rPr>
          <w:rFonts w:ascii="Times New Roman" w:hAnsi="Times New Roman" w:eastAsia="Times New Roman" w:cs="Times New Roman"/>
        </w:rPr>
        <w:t>Nan Danyèl chapit twa, Chadrach, Mechak ak Abednego te fè Nebikadneza konnen yo pa t bezwen okenn tan anplis, paske yo te deja byen fikse sou sa yo te dwe fè nan tan eprèv lwa dimanch lan. Fidelite yo te vin parèt ak plis grandè lè yo te mache nan fou a ak Kris la, epi mesaj yo te deja tabli ladan l anvan eprèv la te pote bay tout mond yo te konnen lè sa a, pa tout diyitè vizitè ki te temwen mirak ki te fèt nan fou a.</w:t>
      </w:r>
    </w:p>
    <w:p>
      <w:pPr>
        <w:pStyle w:val="ArticleBody"/>
        <w:jc w:val="left"/>
      </w:pPr>
      <w:r>
        <w:rPr>
          <w:rFonts w:ascii="Times New Roman" w:hAnsi="Times New Roman" w:eastAsia="Times New Roman" w:cs="Times New Roman"/>
        </w:rPr>
        <w:t>Nou pral kontinye refleksyon sa yo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Twa</dc:title>
  <dc:subject>Lwa Dimanch la ak Vwayaj Pwofetik la: Soti nan Patriot Act la rive nan Dènye Tès la</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