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Senk</w:t>
      </w:r>
    </w:p>
    <w:p>
      <w:pPr>
        <w:pStyle w:val="ArticleSubtitle"/>
        <w:jc w:val="left"/>
      </w:pPr>
      <w:r>
        <w:rPr>
          <w:rFonts w:ascii="Arial" w:hAnsi="Arial" w:eastAsia="Arial" w:cs="Arial"/>
        </w:rPr>
        <w:t>Rafrechi Kat Premye Atik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Antanke nou retounen pou idantifye istwa kache vèsè karant lan, li sanble saj pou nou dabò revize prensip fondamantal kat premye atik yo nan seri sa a. Premye nan kat atik ki fòme seri sa a te prezante yon entèpretasyon pwofetik ki montre Kris la kòm Lyon branch fanmi Jida a (epi Alfa ak Omega), ki retire sele sou kèk pòsyon nan Danyèl chapit onz nan moman desizif yo pou dirije dènye mouvman refòm 144,000 yo. Li idantifye ke istwa premye ak dezyèm zanj yo aliyen ak istwa mesaj twazyèm zanj lan, konsa li idantifye ke an 1989, (126 ane apre rebelyon Advantis 1863 la), Lyon an te retire sele sou Danyèl 11:40–45. Vèsè sa yo ki te louvri trase blesi mòtèl papote a an 1798, gerizon li atravè yon inyon trip ant dragon an, bèt la, ak fo pwofèt la, ki mennen rive jouk Amagedon nan “bèl mòn sen an” nan vèsè karant-senk. Pandan mouvman san karannkat mil la ap pwoche bò lwa dimanch ki pral byento vini nan Etazini, istwa kache vèsè 40 lan (ki kouvri soti 1989 rive jouk lwa dimanch sa a) te kòmanse louvri an Jiyè 2023.</w:t>
      </w:r>
    </w:p>
    <w:p>
      <w:pPr>
        <w:pStyle w:val="ArticleBody"/>
        <w:jc w:val="left"/>
      </w:pPr>
      <w:r>
        <w:rPr>
          <w:rFonts w:ascii="Times New Roman" w:hAnsi="Times New Roman" w:eastAsia="Times New Roman" w:cs="Times New Roman"/>
        </w:rPr>
        <w:t>Anrapò ak kòmantè Ellen White la ki di pati nan liv Danyèl la ki pa t sele a, sa ki te gen rapò ak dènye jou yo, pwodui yon “ogmantasyon konesans” ki prepare yon pèp pou l kanpe. “Lwil” la idantifye kòm Sentespri a, mesaj diven yo ak karaktè nan parabòl dis vyèj yo. Dekouvèti sele a te deklannche pwosesis egzamen an ki gen twa aspè nan Danyèl 12:10, kote anpil moun “pirifye, blanchi, epi eprouve.” Istwa a reprezante plizyè pwen pwofetik kote pwofesi a te devwale, kòmanse avèk 1989, 11 Septanm 2001, ak Jiyè 2023. Divès devwalman sa yo reprezante yon peryòd depi 1989 rive jouk 9/11, peryòd 9/11 rive jouk lwa dimanch ki prèt pou vini an, ak peryòd tan reta a depi 18 Jiyè 2020 rive jouk 31 Desanm 2023, lè mesaj Rèl Minwi a ap devwale pwogresivman rive jouk lwa dimanch la.</w:t>
      </w:r>
    </w:p>
    <w:p>
      <w:pPr>
        <w:pStyle w:val="ArticleBody"/>
        <w:jc w:val="left"/>
      </w:pPr>
      <w:r>
        <w:rPr>
          <w:rFonts w:ascii="Times New Roman" w:hAnsi="Times New Roman" w:eastAsia="Times New Roman" w:cs="Times New Roman"/>
        </w:rPr>
        <w:t>Le réveil des candidats appelés à faire partie des cent quarante-quatre mille, représentés par les ossements desséchés d’Ézéchiel 37 et par les deux témoins d’Apocalypse 11 qui se tiennent debout lorsqu’ils sont remplis de l’Esprit, s’accomplit par le descellement. Si le peuple de Dieu ne parvient pas à s’éveiller à cette « précieuse lumière » révélant des périls tels que la puissance papale et la loi du dimanche, les hérésies le criblent (séparant l’ivraie du blé). Des jalons prophétiques antérieurs, tels que le Blair Bill de 1888 et le Patriot Act, sont identifiés comme des avertissements prophétiques. L’article établit que toutes les lignes antérieures de l’histoire prophétique représentées dans Daniel, chapitre 11, se répètent aux versets 40-45. L’article établit que l’image de la bête se forme d’abord aux États-Unis, puis dans le monde, comme le préfigurent 321 et la première loi du dimanche, suivis de l’image mondiale de la bête, préfigurée par 538, lorsque Micaël se lève et que le temps de grâce prend fin.</w:t>
      </w:r>
    </w:p>
    <w:p>
      <w:pPr>
        <w:pStyle w:val="ArticleBody"/>
        <w:jc w:val="left"/>
      </w:pPr>
      <w:r>
        <w:rPr>
          <w:rFonts w:ascii="Times New Roman" w:hAnsi="Times New Roman" w:eastAsia="Times New Roman" w:cs="Times New Roman"/>
        </w:rPr>
        <w:t>Dezyèm nan kat atik yo kontinye kad pwofetik la lè li idantifye Patriot Act ane 2001 an kòm Etazini k ap “pale” an akonplisman Revelasyon 13:11. Patriot Act la te premye nan twa repiyasyon konstitisyonèl ki mache an paralèl ak twa waymark yo nan kòmansman sizyèm wayòm pwofesi biblik la: Deklarasyon Endepandans 1776 la, Konstitisyon 1789 la, ak Alien and Sedition Acts 1798 yo. Blair Bill 1888 la ki te echwe, yon tantativ pou enpoze yon lwa dimanch nasyonal, te retire menm jan ak syèj Cestius te fè nan ane 66 la; toude sa yo prefigire ane 2001 an, lè Patriot Act la te inisye peryòd tès imaj bèt la Ozetazini. Patriot Act la koresponn ak 1776, epi li te ranplase common law anglè a ki di “inosan jiskaske yo pwouve koupab,” pa civil law women an ki di “koupab jiskaske yo pwouve inosan.” Waymark mitan an, ki reprezante pa 1789—Pwosè Pelosi yo ki te kòmanse an janvye 2022—te pilonnen dwa legal pwosediral ak dwa legal sibstansyèl atravè lawfare politik, operasyon fo drapo, ak koripsyon ajans yo, pandan yo t ap refize dwa fondamantal yo ouvètman. Twa waymark sa yo nan pale a, nan Patriot Act 2001 an, Pwosè Pelosi 2022 yo, ak lwa dimanch k ap vini an, ap repiye pwogresivman chak prensip nan Konstitisyon Etazini an.</w:t>
      </w:r>
    </w:p>
    <w:p>
      <w:pPr>
        <w:pStyle w:val="ArticleBody"/>
        <w:jc w:val="left"/>
      </w:pPr>
      <w:r>
        <w:rPr>
          <w:rFonts w:ascii="Times New Roman" w:hAnsi="Times New Roman" w:eastAsia="Times New Roman" w:cs="Times New Roman"/>
        </w:rPr>
        <w:t>Lè sa a, pwotestantis mete men ansanm ak papis ak espirityalis nan inyon twa fwa sa a; lè sa rive, Lèzetazini pale tankou yon dragon, li fòme nèt imaj bèt la, li ranpli tas tan pwobasyon li, epi li sispann egziste kòm sizyèm wayòm nan. Lè sa a, apostazi nasyonal la swiv ak destriksyon nasyonal la. Pale sa a nan lwa dimanch lan se yon tip ki montre kòmansman an ak premye lwa dimanch Konstanten an nan ane 321, epi apre sa fen an ak dènye lwa dimanch lan reprezante pa ane 538.</w:t>
      </w:r>
    </w:p>
    <w:p>
      <w:pPr>
        <w:pStyle w:val="ArticleBody"/>
        <w:jc w:val="left"/>
      </w:pPr>
      <w:r>
        <w:rPr>
          <w:rFonts w:ascii="Times New Roman" w:hAnsi="Times New Roman" w:eastAsia="Times New Roman" w:cs="Times New Roman"/>
        </w:rPr>
        <w:t>Tout événements sa yo kache nan istwa pwofetik Danyèl 11:40, ki mache an paralèl ak liy Millerit la ansanm ak liy Kris rive sou kwa a. Revelasyon 12:15–16 prezante Konstitisyon an kòm “latè” a ki yon fwa te vale inondasyon pèsekisyon dragon an, men ki finalman pale tankou dragon an nan lwa dimanch k ap vini byento a. Avètisman Ellen White bay nan Testimonies, volim 5 (paj 711 ak 451, 452), selon nenpòt lejislasyon relijye ki fè konsesyon ak pap la, epi lefètke lwa dimanch lan ap revele lespri dragon an, konfime ke twa etap 1776, 1789, ak 1798 yo se repè ki sèvi kòm tip pou dènye pwosesis eprèv twa etap la ki fini nan dènye tès la; e se pwosesis eprèv sa a ki prepare pèp Bondye a pou yo kanpe.</w:t>
      </w:r>
    </w:p>
    <w:p>
      <w:pPr>
        <w:pStyle w:val="ArticleBody"/>
        <w:jc w:val="left"/>
      </w:pPr>
      <w:r>
        <w:rPr>
          <w:rFonts w:ascii="Times New Roman" w:hAnsi="Times New Roman" w:eastAsia="Times New Roman" w:cs="Times New Roman"/>
        </w:rPr>
        <w:t>Twazyèm atik la elaji pi plis sou avètisman Ellen White yo nan *Testimonies*, volim 5, paj 451, 452, pandan li afime ke lwa dimanch ki pral vini talè a Ozetazini make moman desizif la kote nasyon an dekonekte nèt ak lajistis, li akonpli inyon twa fwa a (Pwotestantis k ap pran men ak Romanis ak espirityalis). Lè sa a, Etazini rejte tout prensip konstitisyonèl kòm yon gouvènman pwotestan ak repibliken, epi li pwopaje twonpri papal yo. Sa se siy ki montre limit pasyans Bondye a rive, konsa li ranpli koup inikite nasyon an, sa ki pouse zanj mizèrikòd la pati epi ki inisye ruin nasyonal la. Lè sa a, repons pou rèl mati yo anba senkyèm sele a, “Jiska kilè?” rive pandan yon dezyèm gwoup mati papal yo vin konplete. Lespri dragon an devwale lè “mouvman dimanch” la pale—li sèvi kòm “abominasyon devastasyon an” modèn nan (Daniel te pale de li epi Kris te fè referans avè l) kòm yon siy pou kouri kite vil yo anvan destriksyon an. Lwa dimanch la se konklizyon repidyasyon pwogresif Konstitisyon an ki te kòmanse an 2001 avèk *Patriot Act* la (ki te prefigire pa Blair Bills 1888 yo, syèj Cestius te fè an 66 aprè Jezikri, batèm Kris la, 11 out 1840, ak *The Declaration of Independence*).</w:t>
      </w:r>
    </w:p>
    <w:p>
      <w:pPr>
        <w:pStyle w:val="ArticleBody"/>
        <w:jc w:val="left"/>
      </w:pPr>
      <w:r>
        <w:rPr>
          <w:rFonts w:ascii="Times New Roman" w:hAnsi="Times New Roman" w:eastAsia="Times New Roman" w:cs="Times New Roman"/>
        </w:rPr>
        <w:t>Peryòd fòmasyon imaj bèt la Ozetazini an gen ladan l yon liy doub ki konplike, ki enplike de “kòn” paralèl Repibliken (politik) ak Pwotestan (relijye), ki finalman ini nan aplikasyon lwa dimanch pa legliz ak leta ansanm. Relasyon sa a reflete kontwòl fanm lan sou bèt la nan ka bèt papal la, e li parèt nèt ale lè yo ranvèse prensip fondamantal Konstitisyon an konsènan separasyon legliz ak leta.</w:t>
      </w:r>
    </w:p>
    <w:p>
      <w:pPr>
        <w:pStyle w:val="ArticleBody"/>
        <w:jc w:val="left"/>
      </w:pPr>
      <w:r>
        <w:rPr>
          <w:rFonts w:ascii="Times New Roman" w:hAnsi="Times New Roman" w:eastAsia="Times New Roman" w:cs="Times New Roman"/>
        </w:rPr>
        <w:t>Anndan anndan, imaj bèt la kòm yon tès tan ap teste fòmasyon karaktè a (imaj Kris la kont imaj bèt Satan an) pami tout moun, pandan li ap separe vyèj saj yo ak vyèj sòt yo; tandiske, anndan deyò, li idantifye lit politik, alyans ak trete ki kraze yo nan dènye jou yo. Peryòd 2001 rive jouk lwa dimanch lan inisye awozaj lapli dènye a (ki kòmanse lè zanj Revelasyon 18 la te desann 11 septanm 2001, e li te klere tè a atravè tonbe gwo batiman Nouyòk yo). 9/11 kòmanse triyaj Advantis Setyèm Jou Lawodise a atravè akseptasyon oswa rejè mesaj “ti liv” la ki dwe manje jan sa ye nan Revelasyon 10. Ble a ak move zèb yo rete ansanm jouk separasyon yo nan lwa dimanch lan, lè san karannkat mil yo leve kòm banyè a ansanm ak rive plen vide lapli dènye a pandan fòmasyon mondyal imaj bèt la, jan 321 rive 538 te sèvi kòm tip li. Lè sa a, rasanbleman gran foul la soti Babilòn kòmanse jouk Mikaèl leve kanpe epi tan gras la fèmen. Sa a ann amoni ak jijman ki kòmanse an premye ak kay Bondye a depi 9/11, epi apre sa li ale bay ouvriye onzyèm èdtan yo apre lwa dimanch lan.</w:t>
      </w:r>
    </w:p>
    <w:p>
      <w:pPr>
        <w:pStyle w:val="ArticleBody"/>
        <w:jc w:val="left"/>
      </w:pPr>
      <w:r>
        <w:rPr>
          <w:rFonts w:ascii="Times New Roman" w:hAnsi="Times New Roman" w:eastAsia="Times New Roman" w:cs="Times New Roman"/>
        </w:rPr>
        <w:t>Twazyèm atik la mete anfaz sou lefèt ke pou yon moun siviv peryòd kote laglwa selès ak pèsekisyon pase yo melanje ansanm epi repete, sa mande yon metriz davans sou pwofesi, atravè metodoloji liy sou liy Ezayi 28 la. Metodoloji sa a jwenn egzanplifikasyon li nan moun vanyan Dànyèl yo, nan disip Kris yo anvan Pannkòt, ak nan Chadrak, Mechak, ak Abèdnego nan fou a, ki sèvi kòm tip moun ki prepare pou yo kanpe an sekirite sou “Sa ekri,” nan mitan zèv mèveye ak fo imitasyon Satan yo.</w:t>
      </w:r>
    </w:p>
    <w:p>
      <w:pPr>
        <w:pStyle w:val="ArticleBody"/>
        <w:jc w:val="left"/>
      </w:pPr>
      <w:r>
        <w:rPr>
          <w:rFonts w:ascii="Times New Roman" w:hAnsi="Times New Roman" w:eastAsia="Times New Roman" w:cs="Times New Roman"/>
        </w:rPr>
        <w:t>Katriyèm atik la eksplike ke pwosesis tès pwofetik fòmasyon imaj bèt la Ozetazini mache an paralèl avèk epi li mele ak twa pwen repè konstitisyonèl yo (Patriot Act la an 2001 kòm premye “pale” a, Jijman Pelosi yo an 2022 kòm mitan an, epi lwa dimanch lan kòm dènye a). Pwosesis tès sa a prepare vyèj saj yo (144,000 yo) pou yo sipòte tès kouwònman pèsekisyon an ki kòmanse nan lwa dimanch lan, lè apostazi nasyonal mennen nan ruine. Lè sa a, Satan lage kontrefason mèvèye (li pretann li se Bondye ak mirak), epi glwa selès la melanje ak pèsekisyon ki te repete nan tan pase yo, sa ki pèmèt pèp Bondye a mache san yo pa brannen nan limyè k ap soti nan twòn Bondye a. Preparasyon sa a reflete estrateji Kris la nan Jan sis (jan sa kòmante nan The Desire of Ages, 394), kote Li te pèmèt yon tès sevè pou retire bonè sila yo ki t ap chèche pwòp enterè pa yo pami disip yo, konsa Li te ranfòse vrè disip yo pou dènye eprèv yo (Jetsemani, trayizon, krisifiksyon) pa prezans Li. Menm jan an tou, tès imaj-bèt la — ki anglobe fòmasyon karaktè entèn lan (imaj Kris la kont imaj bèt Satan an) ak inyon ekstèn legliz-ak-leta ki ranvèse separasyon legliz ak leta — pase Advantis Lawodise a nan van. Tès la pirifye saj yo grasa akseptasyon mesaj ki pa sele a atravè metodoloji liy sou liy lan, nan Ezayi 28.</w:t>
      </w:r>
    </w:p>
    <w:p>
      <w:pPr>
        <w:pStyle w:val="ArticleBody"/>
        <w:jc w:val="left"/>
      </w:pPr>
      <w:r>
        <w:rPr>
          <w:rFonts w:ascii="Times New Roman" w:hAnsi="Times New Roman" w:eastAsia="Times New Roman" w:cs="Times New Roman"/>
        </w:rPr>
        <w:t>Limyè ki pa sele a se limyè setyèm sele a (Revelation 8:1–5), ki manifeste kòm dife yo jete sou tè a an repons a lapriyè sen yo, jan sa te prefigire pa lang dife yo nan efizyon Pannkot la. Limyè ki pa sele a te reprezante tou pa rèl minwi Milerit la (ki te prepare antre pa lafwa nan Kote ki Trè Sen an), e ki pral akonpli nan rèl minwi modèn nan ki pa sele an jiyè 2023, anndan istwa kache Danyèl 11:40 la.</w:t>
      </w:r>
    </w:p>
    <w:p>
      <w:pPr>
        <w:pStyle w:val="ArticleBody"/>
        <w:jc w:val="left"/>
      </w:pPr>
      <w:r>
        <w:rPr>
          <w:rFonts w:ascii="Times New Roman" w:hAnsi="Times New Roman" w:eastAsia="Times New Roman" w:cs="Times New Roman"/>
        </w:rPr>
        <w:t>Mesaj “dènye lapli” a depi 9/11, ansanm ak ogmantasyon konesans sou papote a ak lwa dimanch lan, akonpaye pa ouvèti sèt loraj yo, ansanm ak istwa kache vèsè karant lan, tout sa yo antre nan ouvèti Revelasyon Jezikri a. Ekleraj pwofetik detaye sou fòmasyon imaj bèt la—ki gen ladan ni batay de kòn Repibliken an ak Pwotestan an, pati politik yo, Adventis Laodise a, aparisyon 144,000 yo, twazyèm malè Islam nan, Larisi, Nasyonzini, pouvwa papal la, ak paralèl Hasmone yo—bay moun saj yo mwayen pou yo rekonèt epi resevwa direksyon Bondye a san yo pa bliye gidans pase a (Testimonies to Ministers, 31).</w:t>
      </w:r>
    </w:p>
    <w:p>
      <w:pPr>
        <w:pStyle w:val="ArticleBody"/>
        <w:jc w:val="left"/>
      </w:pPr>
      <w:r>
        <w:rPr>
          <w:rFonts w:ascii="Times New Roman" w:hAnsi="Times New Roman" w:eastAsia="Times New Roman" w:cs="Times New Roman"/>
        </w:rPr>
        <w:t>Lè yo manje “ti liv la” (Revelasyon 10), epi yo fè listwa a antre andedan yo davans atravè etid bereyen, san karannkat mil yo resevwa disènman pou yo kanpe fèm sou pawòl sa a, “Sa ekri,” nan mitan twonpri Satan yo. Preparasyon yo pèmèt yo evite rale bak pou pèdisyon (Ebre 10:37–39; Abakik 2:4), epi apre sa yo parèt kòm moun ki genyen batay la apre yo fin pase anba eprèv epi fin pwouve, moun ki kenbe kòmandman Bondye yo (espesyalman katriyèm nan) ak lafwa Jezi. Se yo menm ki travèse kriz final la kote jis la ap viv pa lafwa, anba pwoteksyon zanj yo, pandan moun sòt yo (ki rejte metodoloji a ak mesaj la) ap fè fas ak gwo delizyon epi yo rete san espwa. Sa ann amoni ak Testimonies, volim 9 la, chapit For the Coming of the King la, (ki kòmanse nan paj 11) ak senbolis 9/11 li a, konsa sa idantifye peryòd 9/11 rive jouk lwa dimanch la kòm tan sele a kote saj yo konprann akonplisman Danyèl onz la epi yo pa pè anyen eksepte bliye kijan Bondye te mennen yo nan listwa sakre ki pase yo.</w:t>
      </w:r>
    </w:p>
    <w:p>
      <w:pPr>
        <w:pStyle w:val="ArticleBody"/>
        <w:jc w:val="left"/>
      </w:pPr>
      <w:r>
        <w:rPr>
          <w:rFonts w:ascii="Times New Roman" w:hAnsi="Times New Roman" w:eastAsia="Times New Roman" w:cs="Times New Roman"/>
        </w:rPr>
        <w:t>Kat atik yo ansanm prezante yon entèpretasyon pwofetik sou Kris la, kòm Lyon tribi Jida a, ak Alfa a ak Omega a, ki dezipe kèk pòsyon nan Danyèl chapit onz nan moman kle yo pou gide dènye mouvman refòm san karannkat mil yo. An 1989, 126 ane apre “rebelyon” Advantis 1863 la, Lyon an te dezipe Danyèl 11:40–45, li te revele gerizon blesi mòtèl papote a an 1798 nan inyon trip la (dragon an, bèt la, ak fo pwofèt la) nan vèsè karanteyen an, epi li mennen nan Amagedon, “mòn sen gloriye a” kote papote a resevwa jijman final li nan vèsè karannsenk la. Deziptaj la inisye kòmansman mouvman an, li pwodui yon “ogmantasyon konesans” (Selected Messages, liv 2) sou “papote a ak lwa dimanch la”, epi li deklannche eprèv trip la kote yo dwe “pirifye, blanchi, epi pase anba eprèv”, jan sa reprezante nan Danyèl 12:10.</w:t>
      </w:r>
    </w:p>
    <w:p>
      <w:pPr>
        <w:pStyle w:val="ArticleBody"/>
        <w:jc w:val="left"/>
      </w:pPr>
      <w:r>
        <w:rPr>
          <w:rFonts w:ascii="Times New Roman" w:hAnsi="Times New Roman" w:eastAsia="Times New Roman" w:cs="Times New Roman"/>
        </w:rPr>
        <w:t>Nou pral kontinye refleksyon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Senk</dc:title>
  <dc:subject>Rafrechi Kat Premye Atik yo</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