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Sis</w:t>
      </w:r>
    </w:p>
    <w:p>
      <w:pPr>
        <w:pStyle w:val="ArticleSubtitle"/>
        <w:jc w:val="left"/>
      </w:pPr>
      <w:r>
        <w:rPr>
          <w:rFonts w:ascii="Arial" w:hAnsi="Arial" w:eastAsia="Arial" w:cs="Arial"/>
        </w:rPr>
        <w:t>Onz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Pandan n ap antre nan etid listwa kache a, n ap konsidere ni liy entèn ni liy ekstèn pwofesi yo, ki kounye a konprann kòm aliyen ak listwa a depi tan lafen nan vèsè karant rive jouk lwa dimanch lan nan vèsè karant-e-yon. Liy entèn istwa pwofetik sa a make pa liv Revelasyon an nan chapit onz, vèsè onz. Liy ekstèn lan make pa liv Danyèl la nan chapit onz, vèsè onz. Liy ekstèn Danyèl 11—vèsè 11 la te rive nan listwa an 2014, epi liy entèn Revelasyon 11—vèsè 11 la te rive nan listwa le 31 desanm 2023. Liy ekstèn lan reprezante kòn Repibliken bèt ki soti sou tè a, epi liy entèn lan reprezante kòn Pwotestan bèt ki soti sou tè a.</w:t>
      </w:r>
    </w:p>
    <w:p>
      <w:pPr>
        <w:pStyle w:val="ArticleHeading"/>
        <w:jc w:val="left"/>
      </w:pPr>
      <w:r>
        <w:rPr>
          <w:rFonts w:ascii="Arial" w:hAnsi="Arial" w:eastAsia="Arial" w:cs="Arial"/>
        </w:rPr>
        <w:t>Etazinizini Uniti</w:t>
      </w:r>
    </w:p>
    <w:p>
      <w:pPr>
        <w:pStyle w:val="ArticleBody"/>
        <w:jc w:val="left"/>
      </w:pPr>
      <w:r>
        <w:rPr>
          <w:rFonts w:ascii="Times New Roman" w:hAnsi="Times New Roman" w:eastAsia="Times New Roman" w:cs="Times New Roman"/>
        </w:rPr>
        <w:t>Liv Revelasyon an idantifye yon sèl nasyon prensipal kòm sijè dènye jou yo. Nasyon sa a se bèt ki sòti sou tè a, ki fòse lemonn antye adore bèt papal ki sòti nan lanmè a. Liv Revelasyon an idantifye yon sèl nasyon prensipal, yon sèl konfederasyon dis nasyon, ak yon sèl fo legliz. Nasyon an se Etazini, bèt tè a nan chapit trèz la; fo legliz la se bèt lanmè a nan chapit trèz la; epi konfederasyon biblik dis wa mechan yo se Nasyonzini. Twa pouvwa sa yo, ki reprezante kòm dragon an, bèt la, ak fo pwofèt la nan Revelasyon sèz, mennen lemonn rive Amagedon.</w:t>
      </w:r>
    </w:p>
    <w:p>
      <w:pPr>
        <w:pStyle w:val="ArticleBody"/>
        <w:jc w:val="left"/>
      </w:pPr>
      <w:r>
        <w:rPr>
          <w:rFonts w:ascii="Times New Roman" w:hAnsi="Times New Roman" w:eastAsia="Times New Roman" w:cs="Times New Roman"/>
        </w:rPr>
        <w:t>Yo chak idantifye nan Danyèl 11, vèsè 40 rive 45, kote fo legliz la rive nan fen li ant lanmè yo ak bèl mòn sen an nan vèsè 45, sa ki aliyen jewografikman ak Amagedòn nan Revelasyon. Vèsè 40 kòmanse an 1798 lè bèt lanmè a, sa vle di fo legliz la, te resevwa yon blesi mòtèl; epi pasaj la fini ak bèt lanmè sa a ki resisite, ki se pwostitiye Revelasyon 17 la, k ap mouri dezyèm fwa a, konsa li mete fen nan pasaj la egzakteman kote li te kòmanse. Nasyon prensipal la ni nan liv Revelasyon an ni nan Danyèl, se Etazini, bèt tè a nan chapit rebelyon Revelasyon 13 la. Bèt tè a se tou fo pwofèt la nan chapit 16 Revelasyon an, epi nan vèsè 40 Danyèl 11 la, se li menm ki cha yo, bato yo ak kavalye yo.</w:t>
      </w:r>
    </w:p>
    <w:p>
      <w:pPr>
        <w:pStyle w:val="ArticleHeading"/>
        <w:jc w:val="left"/>
      </w:pPr>
      <w:r>
        <w:rPr>
          <w:rFonts w:ascii="Arial" w:hAnsi="Arial" w:eastAsia="Arial" w:cs="Arial"/>
        </w:rPr>
        <w:t>Mwatye verite pa verite ditou.</w:t>
      </w:r>
    </w:p>
    <w:p>
      <w:pPr>
        <w:pStyle w:val="ArticleBody"/>
        <w:jc w:val="left"/>
      </w:pPr>
      <w:r>
        <w:rPr>
          <w:rFonts w:ascii="Times New Roman" w:hAnsi="Times New Roman" w:eastAsia="Times New Roman" w:cs="Times New Roman"/>
        </w:rPr>
        <w:t>Nasyon ki se sijè toude nan Daniel ak nan Revelasyon nan dènye jou yo se Etazini, epi chapit onz nan liv Daniel la kòmanse pa idantifye avèk presizyon dènye prezidan nasyon sa a. Verite sa a se yon reyalite biblik ki byen etabli, reyalite Advantis Setyèm Jou Laodiseyen yo rejte lè yo kache dèyè yon demi-verite. Demi-verite yo kache dèyè li sou sijè sa a se akò yo ke se Etazini ki toulède bèt ki soti nan tè a nan Revelasyon trèz la, epi tou fo pwofèt la nan chapit sèz la; men yo refize wè ke Donald Trump se yon sijè prensipal nan pwofesi biblik nan dènye jou yo. Bondye pa janm chanje, epi lè Li te aji avèk Ejip, Farawon an te yon sijè prensipal nan istwa pwofetik la; apre sa avèk Babilòn, Nebikadneza ak Bèlchaza yo nonmen. Siras te nonmen. Dariyis te nonmen. Bib la idantifye avèk presizyon dènye chèf bèt ki soti sou tè a, epi sa pa yon referans aksidantèl. Advantis la konnen kiyès Etazini ye nan pwofesi tan lafen an, men li pa kapab wè ke Bondye pale sou nasyon an ansanm ak dirijan li nan chak senaryo pwofetik, epi tout istwa sakre sa yo ki te vini anvan yo sèvi pou ilistre dènye jou yo.</w:t>
      </w:r>
    </w:p>
    <w:p>
      <w:pPr>
        <w:pStyle w:val="ArticleHeading"/>
        <w:jc w:val="left"/>
      </w:pPr>
      <w:r>
        <w:rPr>
          <w:rFonts w:ascii="Arial" w:hAnsi="Arial" w:eastAsia="Arial" w:cs="Arial"/>
        </w:rPr>
        <w:t>Twonpèt nan Vizyon Final la</w:t>
      </w:r>
    </w:p>
    <w:p>
      <w:pPr>
        <w:pStyle w:val="ArticleBody"/>
        <w:jc w:val="left"/>
      </w:pPr>
      <w:r>
        <w:rPr>
          <w:rFonts w:ascii="Times New Roman" w:hAnsi="Times New Roman" w:eastAsia="Times New Roman" w:cs="Times New Roman"/>
        </w:rPr>
        <w:t>Donald Trump se premye sijè nan dènye vizyon Danyèl la, ki se pik tout vizyon pwofetik yo, pa sèlman nan liv Danyèl la, men nan tout Bib la antye.</w:t>
      </w:r>
    </w:p>
    <w:p>
      <w:pPr>
        <w:pStyle w:val="ArticleBody"/>
        <w:jc w:val="left"/>
      </w:pPr>
      <w:r>
        <w:rPr>
          <w:rFonts w:ascii="Times New Roman" w:hAnsi="Times New Roman" w:eastAsia="Times New Roman" w:cs="Times New Roman"/>
        </w:rPr>
        <w:t>Tèm dènye vizyon istwa pwofetik ki nan Pawòl Bondye a se Donald Trump. Li se senbòl ki idantifye tras pa tras pwofesi ekstèn pou dènye jou yo nan istwa kache vèsè karant lan. Li se tou lyen ki idantifye epi tabli liy entèn san karan-kat mil yo. San karan-kat mil yo se kòn pwotestan an sou bèt tè a nan Revelasyon trèz, epi Donald Trump reprezante kòn repibliken menm bèt sa a. Bèt la se Konstitisyon Etazini an jan gouvènman repibliken konstitisyonèl la reprezante li, gouvènman ki, okòmansman, te mete yon separasyon ant de kòn yo, men ki, alafen, ini kòn yo nan yon imaj bèt lanmè papal la.</w:t>
      </w:r>
    </w:p>
    <w:p>
      <w:pPr>
        <w:pStyle w:val="ArticleBody"/>
        <w:jc w:val="left"/>
      </w:pPr>
      <w:r>
        <w:rPr>
          <w:rFonts w:ascii="Times New Roman" w:hAnsi="Times New Roman" w:eastAsia="Times New Roman" w:cs="Times New Roman"/>
        </w:rPr>
        <w:t>Sè White repete souvan mete an liy estati an lò nan Danyèl chapit twa a ak lwa dimanch nan dènye jou yo; konsa, kiyès Neboukadnetsa reprezante? Adventis la ap fè w konnen se Etazini, bèt ki soti sou tè a nan chapit trèz liv Revelasyon an, sa ki egal ak idantifye se Babilòn ki te voye Chadrak, Mechak ak Abèdnego nan dife a. Se Neboukadnetsa Bib la idantifye kòm sila a ki te responsab nan moman lwa dimanch lan, kidonk kiyès Neboukadnetsa ye, si se pa prezidan an k ap dirije lè lwa dimanch k ap vini byento a rive?</w:t>
      </w:r>
    </w:p>
    <w:p>
      <w:pPr>
        <w:pStyle w:val="ArticleHeading"/>
        <w:jc w:val="left"/>
      </w:pPr>
      <w:r>
        <w:rPr>
          <w:rFonts w:ascii="Arial" w:hAnsi="Arial" w:eastAsia="Arial" w:cs="Arial"/>
        </w:rPr>
        <w:t>Twa</w:t>
      </w:r>
    </w:p>
    <w:p>
      <w:pPr>
        <w:pStyle w:val="ArticleBody"/>
        <w:jc w:val="left"/>
      </w:pPr>
      <w:r>
        <w:rPr>
          <w:rFonts w:ascii="Times New Roman" w:hAnsi="Times New Roman" w:eastAsia="Times New Roman" w:cs="Times New Roman"/>
        </w:rPr>
        <w:t>Dènye vizyon Danyèl la, ki se vizyon larivyè Hiddekel la, divize an twa chapit ki chak koresponn ak karakteristik twa zanj Revelasyon katòz yo. Twa chapit yo reprezante premye, dezyèm ak twazyèm zanj yo, men yo reprezante tou dènye mesaj Danyèl la. Premye mesaj li a nan chapit premye a reprezante tou twa zanj Revelasyon katòz yo, e konsa siyati Alfa ak Omega a mete sou chapit premye a ak sou vizyon larivyè Hiddekel la.</w:t>
      </w:r>
    </w:p>
    <w:p>
      <w:pPr>
        <w:pStyle w:val="ArticleBody"/>
        <w:jc w:val="left"/>
      </w:pPr>
      <w:r>
        <w:rPr>
          <w:rFonts w:ascii="Times New Roman" w:hAnsi="Times New Roman" w:eastAsia="Times New Roman" w:cs="Times New Roman"/>
        </w:rPr>
        <w:t>Dènye vizyon Danyèl la tabli sou kad mo ebre ki vle di “verite” a, ki fòme ak premye, trèzyèm, ak dènye, sa vle di venn-dezyèm, lèt alfabè ebre a. Chapit dis la idantifye Danyèl kòm yon etidyan pwofesi ki transfòme soti nan yon Laodiseyen pou vin yon Filadèlfyen nan venn-dezyèm jou a. Lè sa a, Danyèl resevwa pouvwa pou l konprann ogmantasyon konesans ki pa sele ankò a, jan sa reprezante nan chapit douz la. Premye ak dènye chapit vizyon an idantifye Danyèl kòm yon senbòl san karannkat mil yo, ki se vrè etidyan pwofesi.</w:t>
      </w:r>
    </w:p>
    <w:p>
      <w:pPr>
        <w:pStyle w:val="ArticleScripture"/>
        <w:jc w:val="left"/>
      </w:pPr>
      <w:r>
        <w:rPr>
          <w:rFonts w:ascii="Times New Roman" w:hAnsi="Times New Roman" w:eastAsia="Times New Roman" w:cs="Times New Roman"/>
        </w:rPr>
        <w:t>“Qualsevol que sigui el progrés intel·lectual de l’home, que no pensi ni per un moment que no hi ha necessitat d’un estudi profund i continu de les Escriptures per rebre una llum més gran. Com a poble, som cridats individualment a ser estudiants de la profecia.” Testimonis, volum 5, 708.</w:t>
      </w:r>
    </w:p>
    <w:p>
      <w:pPr>
        <w:pStyle w:val="ArticleBody"/>
        <w:jc w:val="left"/>
      </w:pPr>
      <w:r>
        <w:rPr>
          <w:rFonts w:ascii="Times New Roman" w:hAnsi="Times New Roman" w:eastAsia="Times New Roman" w:cs="Times New Roman"/>
        </w:rPr>
        <w:t>Chapit youn idantifye menm verite vizyon Rivyè Iddekèl la, epi premye chapit vizyon Rivyè Iddekèl la idantifye menm verite ak twazyèm ak dènye chapit li a. Liv Danyèl la pote siyati Alfa ak Omega a, paske chapit youn idantifye pwosesis eprèv an twa etap levanjil etènèl la, epi chapit douz fè menm bagay la. Lè sa a, anndan twa chapit ki fòme dènye vizyon Danyèl la, premye chapit la se alfa a, epi twazyèm chapit la se omega a. Sa ann amoni ak premye eprèv Danyèl la konsènan ki manje pou l te manje, ak twazyèm ak dènye eprèv li a lè Nebikadneza te jije l apre twa ane. Eprèv alfa Danyèl youn nan te sou metodoloji etid Bib la, jan sa reprezante pa manje swa manje Babilòn nan, swa manje vejetaryen an.</w:t>
      </w:r>
    </w:p>
    <w:p>
      <w:pPr>
        <w:pStyle w:val="ArticleBody"/>
        <w:jc w:val="left"/>
      </w:pPr>
      <w:r>
        <w:rPr>
          <w:rFonts w:ascii="Times New Roman" w:hAnsi="Times New Roman" w:eastAsia="Times New Roman" w:cs="Times New Roman"/>
        </w:rPr>
        <w:t>Fidélité de Daniel à la méthodologie du « précepte sur précepte » permit qu’il fût trouvé que, « dans toutes les questions de sagesse et d’intelligence au sujet desquelles le roi les interrogeait, il les trouva dix fois supérieurs à tous les magiciens et astrologues qui étaient dans tout son royaume ». Dans l’oméga du chapitre douze, ce sont les sages qui comprennent toutes les questions de sagesse, lesquelles se multiplient lorsque la Parole prophétique est descellée. Le chapitre douze est l’oméga du chapitre un, et il est aussi l’oméga du chapitre dix, l’alpha de la vision du Hiddékel. Dans cet alpha, le chapitre dix, Daniel entre dans l’expérience spirituelle, en harmonie avec les sages qui entrent dans l’expérience intellectuelle au chapitre douze. Le chapitre un souligne que c’est la méthodologie de l’étude biblique qui permet à l’étudiant de la prophétie de s’affermir dans la vérité, tant spirituellement qu’intellectuellement, afin d’être scellé.</w:t>
      </w:r>
    </w:p>
    <w:p>
      <w:pPr>
        <w:pStyle w:val="ArticleBody"/>
        <w:jc w:val="left"/>
      </w:pPr>
      <w:r>
        <w:rPr>
          <w:rFonts w:ascii="Times New Roman" w:hAnsi="Times New Roman" w:eastAsia="Times New Roman" w:cs="Times New Roman"/>
        </w:rPr>
        <w:t>Kòm reprezantan vrè etidyan pwofesi yo nan dènye jou yo, Danyèl ak twa diyitè yo se saj yo ki non sèlman konprann ogmantasyon konesans ki dezipe nan tan lafen an an 1989, men yo konprann tou ogmantasyon konesans nan 9/11. Finalman, yo konprann ogmantasyon konesans ki dezipe a nan 31 desanm 2023.</w:t>
      </w:r>
    </w:p>
    <w:p>
      <w:pPr>
        <w:pStyle w:val="ArticleBody"/>
        <w:jc w:val="left"/>
      </w:pPr>
      <w:r>
        <w:rPr>
          <w:rFonts w:ascii="Times New Roman" w:hAnsi="Times New Roman" w:eastAsia="Times New Roman" w:cs="Times New Roman"/>
        </w:rPr>
        <w:t>Nan pouswit yo dèyè limyè pwofetik Bondye a, yo chanje soti nan mouvman Lawodiseyen Advantis Setyèm Jou a, sa a ki konsène san karannkat mil yo, pou yo antre nan mouvman Filadèlfyen an, sa a ki konsène san karannkat mil yo. Lè chanjman an rive, yo separe ak sila yo ki te kouri pou yo chape anba vizyon glas la.</w:t>
      </w:r>
    </w:p>
    <w:p>
      <w:pPr>
        <w:pStyle w:val="ArticleHeading"/>
        <w:jc w:val="left"/>
      </w:pPr>
      <w:r>
        <w:rPr>
          <w:rFonts w:ascii="Arial" w:hAnsi="Arial" w:eastAsia="Arial" w:cs="Arial"/>
        </w:rPr>
        <w:t>Mesaj Rebelyon Lòm</w:t>
      </w:r>
    </w:p>
    <w:p>
      <w:pPr>
        <w:pStyle w:val="ArticleBody"/>
        <w:jc w:val="left"/>
      </w:pPr>
      <w:r>
        <w:rPr>
          <w:rFonts w:ascii="Times New Roman" w:hAnsi="Times New Roman" w:eastAsia="Times New Roman" w:cs="Times New Roman"/>
        </w:rPr>
        <w:t>Chapit dis ak douz yo pale konsènan san karannkat mil yo, paske yo se premye ak twazyèm etap nan kad verite a. Yon fwa yo resevwa pouvwa grasa eksperyans enteryè vizyon glas chapit dis la, ansanm ak lefèt ke yo resevwa limyè nan konpreyansyon Daniel douz ki pa sele ankò, yo dwe pwoklame mesaj rebelyon limanite a. Mesaj rebelyon limanite a reprezante pa liv Daniel ak Revelasyon an, epi mesaj rebelyon an plase andedan kad pwofetik wayòm pwofesi Bib la jan sa tabli nan Daniel. Senbolis pwofetik temwayaj rebelyon limanite a andedan liv Daniel la reprezante nèt ale nan chapit onz. Chapit onz se yon istwa ki kòmanse nan fen Babilòn ak nan kòmansman Mèd ak Pès yo. Se poutèt sa, li kòmanse ak blesi mòtèl Babilòn nan, ki sèvi kòm tip blesi mòtèl papote a an 1798. Lè blesi mòtèl papote a geri nan lwa dimanch ki pral vini byento a, li vin tèt inyon twa-fwa a: dragon an, bèt la ak fo pwofèt la. Lè sa a, li se fanm k ap monte sou bèt la nan Revelasyon disèt, e fanm sa a gen Babilòn Gran ekri sou fwon li. Nan lwa dimanch ki pral vini byento a, blesi mòtèl ni Babilòn ni papote a geri.</w:t>
      </w:r>
    </w:p>
    <w:p>
      <w:pPr>
        <w:pStyle w:val="ArticleBody"/>
        <w:jc w:val="left"/>
      </w:pPr>
      <w:r>
        <w:rPr>
          <w:rFonts w:ascii="Times New Roman" w:hAnsi="Times New Roman" w:eastAsia="Times New Roman" w:cs="Times New Roman"/>
        </w:rPr>
        <w:t>Rebelyon imen an, jan yo reprezante l depi tan Babilòn rive jis nan fen mond lan, se kad liv Danyèl la, epi chapit onz la se mesaj pwofetik ekstèn ki rakonte rebelyon sa a nan dènye jou yo. Temwayaj rebelyon sa a, jan li parèt nan chapit onz la, ann akò ak, e li twouve l anndan, sis dènye vèsè chapit la. Sis dènye vèsè sa yo se mesaj rebelyon imen an, epi sis dènye vèsè sa yo reprezante pa, e anndan, istwa kache vèsè karant lan. Konsa, liv Danyèl la vin redwi a yon sèl chapit, ki li menm vin redwi a sis vèsè nan menm chapit sa a, epi ki an retou vin redwi a istwa kache dènye mwatye yon sèl vèsè.</w:t>
      </w:r>
    </w:p>
    <w:p>
      <w:pPr>
        <w:pStyle w:val="ArticleBody"/>
        <w:jc w:val="left"/>
      </w:pPr>
      <w:r>
        <w:rPr>
          <w:rFonts w:ascii="Times New Roman" w:hAnsi="Times New Roman" w:eastAsia="Times New Roman" w:cs="Times New Roman"/>
        </w:rPr>
        <w:t>Chapit onz la reprezante trèzyèm lèt la ki vini apre premye a e anvan dènye lèt alfabè ebre a, epi premye ak dènye yo toujou menm bagay la. Premye chapit la idantifye saj yo kòm moun yo separe ak moun sòt yo nan vizyon glas la, epi dènye chapit la idantifye saj yo kòm moun yo separe ak moun sòt yo nan moman desèlman an. Enspirasyon fè nou konnen ke sele sant karant-kat mil yo se yon “etablisman nan verite a, ni entelektyèlman ni espirityèlman.” Chapit dis la idantifye sele sant karant-kat mil yo sou plan espirityèl, epi chapit douz la montre l sou plan entelektyèl. Chapit dis la idantifye twa manyen ak twa entèraksyon avèk èt selès yo. Chapit douz la idantifye yon pirifikasyon an twa etap pou saj yo, ki reyalize pa ogmantasyon verite pwofetik entelektyèl la kòm “pirifye, blanchi epi eprouve.” Menm jan chapit dis la gen de senbòl ki fòme ak twa, avèk twa manyen yo ak twa rankont selès yo, konsa tou chapit douz la gen pwosesis eprèv an twa etap la, ansanm ak twa pwofesi tan yo.</w:t>
      </w:r>
    </w:p>
    <w:p>
      <w:pPr>
        <w:pStyle w:val="ArticleBody"/>
        <w:jc w:val="left"/>
      </w:pPr>
      <w:r>
        <w:rPr>
          <w:rFonts w:ascii="Times New Roman" w:hAnsi="Times New Roman" w:eastAsia="Times New Roman" w:cs="Times New Roman"/>
        </w:rPr>
        <w:t>Twa rankont selès yo nan chapit dis la pote siyati laverite a, paske premye ak dènye èt selès ki te kominike avèk Danyèl la se te zanj Gabriyèl la, epi èt ki te nan mitan an se te Mikaèl. Twa zanj, men Kris la te zanj lan nan dezyèm etap la. Twa manyen yo reprezante yon ranfòsman pwogresif an twa etap pou Danyèl. Anndan pasaj la, Danyèl idantifye vizyon glas la twa fwa, epi lè li fè sa, li mete twa vizyon glas yo anndan sèt referans vizyon mareh la nan chapit dis la. De fwa mo ebre mareh la tradui kòm “aparans,” epi de fwa kòm “vizyon,” epi twa lòt fwa ankò li tradui kòm “vizyon.” “Twa lòt fwa” yo pa mareh; yo se fòm feminen mareh la, ki se marah. Chapit dis la genyen twa manyen ranfòsman pwogresif, twa rankont selès ki pote siyati laverite a, ak twa vizyon glas ki fè pati sèt referans sou aparans Kris la.</w:t>
      </w:r>
    </w:p>
    <w:p>
      <w:pPr>
        <w:pStyle w:val="ArticleHeading"/>
        <w:jc w:val="left"/>
      </w:pPr>
      <w:r>
        <w:rPr>
          <w:rFonts w:ascii="Arial" w:hAnsi="Arial" w:eastAsia="Arial" w:cs="Arial"/>
        </w:rPr>
        <w:t>Aparans</w:t>
      </w:r>
    </w:p>
    <w:p>
      <w:pPr>
        <w:pStyle w:val="ArticleBody"/>
        <w:jc w:val="left"/>
      </w:pPr>
      <w:r>
        <w:rPr>
          <w:rFonts w:ascii="Times New Roman" w:hAnsi="Times New Roman" w:eastAsia="Times New Roman" w:cs="Times New Roman"/>
        </w:rPr>
        <w:t>De fwa kote yo tradui **mareh** pa **aparans** yo koresponn ak de fwa kote yo tradui li pa **vizyon**. Ansanm, yo idantifye Kris kòm yon senbòl ki parèt tankou yon pwen-repè nan listwa pwofetik. Nan Revelasyon chapit dis, yon zanj desann epi li mete yon pye sou tè a, epi lòt la sou lanmè a. Sè White fè nou konnen zanj sa a te “pa t mwens yon pèsonaj pase Jezi Kris.” Zanj Revelasyon dis la se **aparans** Kris nan listwa pwofetik. Li parèt nan vèsè trèz nan Danyèl chapit uit kòm Palmoni, epi apati Revelasyon chapit senk Li parèt kòm Lyon tribi Jida a. Danyèl reprezante moun dènye jou yo ki suiv aparans pwofetik Kris yo, kèlkeswa kote Li ta ale. Si yo fidèl pou yo fè sa, yo mennen yo nan vizyon glas la, kote enfidèl yo pran kouri.</w:t>
      </w:r>
    </w:p>
    <w:p>
      <w:pPr>
        <w:pStyle w:val="ArticleBody"/>
        <w:jc w:val="left"/>
      </w:pPr>
      <w:r>
        <w:rPr>
          <w:rFonts w:ascii="Times New Roman" w:hAnsi="Times New Roman" w:eastAsia="Times New Roman" w:cs="Times New Roman"/>
        </w:rPr>
        <w:t>Twa etap pirifikasyon chapit douz la, ki baze sou konpreyansyon konesans ki ogmante lè yon pwofesi desegele, vini akonpaye pa twa “pwofesi tan,” ki reprezante twa akonplisman diferan pou chak nan twa vèsè yo. Mil de san swasant ane vèsè sèt la, mil de san katrevendis ane vèsè onz la, ak mil twasan trannsenk ane vèsè douz la idantifye twa vèsè ki chak genyen yon pwofesi tan ki te akonpli nan listwa, epi apre sa Millerit yo te rekonèt li kòm konfimasyon istorik mesaj yo te pwoklame a. Prediksyon ki nan vèsè a, akonplisman istorik la, ak aplikasyon Millerit yo te fè de listwa sa a rann temwayaj konsènan akonplisman nan dènye jou yo pou twa pwofesi sa yo. Men aplikasyon tan Millerit yo pa valab ankò; konsa, referans tan ki nan vèsè yo dwe aplike kòm senbòl, pa kòm tan. Senbolis la tabli nan vèsè yo atravè aplikasyon vèsè a, akonplisman istorik vèsè a, ak prezantasyon mesaj la pa Millerit yo.</w:t>
      </w:r>
    </w:p>
    <w:p>
      <w:pPr>
        <w:pStyle w:val="ArticleBody"/>
        <w:jc w:val="left"/>
      </w:pPr>
      <w:r>
        <w:rPr>
          <w:rFonts w:ascii="Times New Roman" w:hAnsi="Times New Roman" w:eastAsia="Times New Roman" w:cs="Times New Roman"/>
        </w:rPr>
        <w:t>Kwonoloji chapit onz lan nan rebelyon lèzòm mare ansanm pa lig, trete ak alyans. Alyans imen yo ki reprezante nan istwa chapit onz lan opoze ak Alyans diven an.</w:t>
      </w:r>
    </w:p>
    <w:p>
      <w:pPr>
        <w:pStyle w:val="ArticleScripture"/>
        <w:jc w:val="left"/>
      </w:pPr>
      <w:r>
        <w:rPr>
          <w:rFonts w:ascii="Times New Roman" w:hAnsi="Times New Roman" w:eastAsia="Times New Roman" w:cs="Times New Roman"/>
        </w:rPr>
        <w:t>“Nan dènye jou istwa tè sa a, alyans Bondye avèk pèp li a ki kenbe kòmandman li yo dwe renouvle.” Review and Herald, 26 fevriye 1914.</w:t>
      </w:r>
    </w:p>
    <w:p>
      <w:pPr>
        <w:pStyle w:val="ArticleBody"/>
        <w:jc w:val="left"/>
      </w:pPr>
      <w:r>
        <w:rPr>
          <w:rFonts w:ascii="Times New Roman" w:hAnsi="Times New Roman" w:eastAsia="Times New Roman" w:cs="Times New Roman"/>
        </w:rPr>
        <w:t>Wòm tabli tout vizyon an, epi lè yo fè premye referans a Wòm papal nan chapit onz la, yo idantifye l kòm “moun ki abandone alyans sen an.” Liy entèn nan Danyèl onz la, ki se tou liy entèn nan istwa kache vèsè karant lan, reprezante sila yo ki antre nan alyans avèk Bondye nan dènye jou yo, epi liy ekstèn nan idantifye sila yo ki abandone menm alyans sa a. Lè yo ap ilistre kategori moun ki pap benefisye de ogmantasyon konesans nan dènye jou yo, istwa ekstèn yo tise sou fil pwofetik trete imen ki te vyole yo.</w:t>
      </w:r>
    </w:p>
    <w:p>
      <w:pPr>
        <w:pStyle w:val="ArticleBody"/>
        <w:jc w:val="left"/>
      </w:pPr>
      <w:r>
        <w:rPr>
          <w:rFonts w:ascii="Times New Roman" w:hAnsi="Times New Roman" w:eastAsia="Times New Roman" w:cs="Times New Roman"/>
        </w:rPr>
        <w:t>Tise ansanm nan liy entèn san karant-kat mil yo genyen anpil senbòl ak ilistrasyon sou relasyon alyans Bondye avèk pèp rès Li a nan dènye jou yo. Senbòl nimewo “onz” la se youn nan verite sa yo, epi lefètke onzyèm vèsè chapit onz la idantifye vizyon ekstèn ak entèn dènye jou yo mete anfas, pa mwayen Izayi ki idantifye bi ak travay pèp alyans Bondye a nan dènye jou yo nan chapit onz, vèsè onz.</w:t>
      </w:r>
    </w:p>
    <w:p>
      <w:pPr>
        <w:pStyle w:val="ArticleScripture"/>
        <w:jc w:val="left"/>
      </w:pPr>
      <w:r>
        <w:rPr>
          <w:rFonts w:ascii="Times New Roman" w:hAnsi="Times New Roman" w:eastAsia="Times New Roman" w:cs="Times New Roman"/>
        </w:rPr>
        <w:t>Epi sa pral rive nan jou sa a, Senyè a pral lonje men li yon dezyèm fwa pou reprann rès pèp li a ki va rete, depi Asiri, depi Lejip, depi Patwòs, depi Kouch, depi Elam, depi Chinea, depi Amat, ak depi zile lanmè yo. Ezayi 11:11.</w:t>
      </w:r>
    </w:p>
    <w:p>
      <w:pPr>
        <w:pStyle w:val="ArticleHeading"/>
        <w:jc w:val="left"/>
      </w:pPr>
      <w:r>
        <w:rPr>
          <w:rFonts w:ascii="Arial" w:hAnsi="Arial" w:eastAsia="Arial" w:cs="Arial"/>
        </w:rPr>
        <w:t>Dispersyon an</w:t>
      </w:r>
    </w:p>
    <w:p>
      <w:pPr>
        <w:pStyle w:val="ArticleBody"/>
        <w:jc w:val="left"/>
      </w:pPr>
      <w:r>
        <w:rPr>
          <w:rFonts w:ascii="Times New Roman" w:hAnsi="Times New Roman" w:eastAsia="Times New Roman" w:cs="Times New Roman"/>
        </w:rPr>
        <w:t>Nan dènye jou yo, rès pèp Bondye a pral fin gaye de fwa, e yo pral bezwen rasanble. Vèsè sèt nan Danyèl douz idantifye yon dispèsyon pèp Bondye a nan dènye jou yo; konsa, li reprezante mil desan swasant jou yo kòm yon senbòl dispèsyon.</w:t>
      </w:r>
    </w:p>
    <w:p>
      <w:pPr>
        <w:pStyle w:val="ArticleScripture"/>
        <w:jc w:val="left"/>
      </w:pPr>
      <w:r>
        <w:rPr>
          <w:rFonts w:ascii="Times New Roman" w:hAnsi="Times New Roman" w:eastAsia="Times New Roman" w:cs="Times New Roman"/>
        </w:rPr>
        <w:t>Epi mwen tande nonm ki te abiye an twal fen blan an, ki te anwo dlo larivyè a; lè li leve men dwat li ak men gòch li vè syèl la, li sèmante pa Sila a ki viv pou tout tan, sa pral dire yon tan, de tan, ak yon demi; epi lè li va fin akonpli pou gaye pouvwa pèp sen an, tout bagay sa yo va fini. Daniel 12:7.</w:t>
      </w:r>
    </w:p>
    <w:p>
      <w:pPr>
        <w:pStyle w:val="ArticleBody"/>
        <w:jc w:val="left"/>
      </w:pPr>
      <w:r>
        <w:rPr>
          <w:rFonts w:ascii="Times New Roman" w:hAnsi="Times New Roman" w:eastAsia="Times New Roman" w:cs="Times New Roman"/>
        </w:rPr>
        <w:t>De temwen yo te gaye nan Revelasyon chapit onz apre yo te bay temwayaj yo.</w:t>
      </w:r>
    </w:p>
    <w:p>
      <w:pPr>
        <w:pStyle w:val="ArticleScripture"/>
        <w:jc w:val="left"/>
      </w:pPr>
      <w:r>
        <w:rPr>
          <w:rFonts w:ascii="Times New Roman" w:hAnsi="Times New Roman" w:eastAsia="Times New Roman" w:cs="Times New Roman"/>
        </w:rPr>
        <w:t>E lè yo va fini temwayaj yo, bèt ki monte sòti nan twou san fon an va fè lagè kont yo, li va genyen batay sou yo, epi li va touye yo. E kadav yo va rete kouche nan lari gwo vil la, vil yo rele nan sans espirityèl Sodòm ak Lejip, kote tou Seyè nou an te kloure sou kwa a. E moun pami pèp yo, fanmi yo, lang yo ak nasyon yo va gade kadav yo pandan twa jou edmi, epi yo p ap kite yo mete kadav yo nan tonm. E moun ki rete sou tè a va rejwi poutèt yo, y ap fete, epi y ap voye kado youn bay lòt; paske de pwofèt sa yo te tòtire moun ki rete sou tè a. Revelasyon 11:7–10.</w:t>
      </w:r>
    </w:p>
    <w:p>
      <w:pPr>
        <w:pStyle w:val="ArticleBody"/>
        <w:jc w:val="left"/>
      </w:pPr>
      <w:r>
        <w:rPr>
          <w:rFonts w:ascii="Times New Roman" w:hAnsi="Times New Roman" w:eastAsia="Times New Roman" w:cs="Times New Roman"/>
        </w:rPr>
        <w:t>Nan vèsè ki vin apre a, vèsè onz, de temwen yo resisite soti nan lanmò yo nan lari Sodòm ak Lejip. Menm lanmò sa a, Ezekyèl prezante li kòm yon vale plen zo sèk, zo mouri, ki gaye toutpatou. De temwen yo reprezante de kòn Repibliken an ak Pwotestan an ki te touye an 2020. Kòn Pwotestan an te mouri nan fo prediksyon li te fè pou 18 jiyè 2020, epi kòn Repibliken an te mouri nan eleksyon 2020 yo te vòlè a. Ezayi fè konnen ke lè temwen yo resisite, sa li idantifye kòm rasanble yo yon dezyèm fwa, temwen sa yo vin tounen banyè ki rasanble ouvriye onzyèm èdtan yo.</w:t>
      </w:r>
    </w:p>
    <w:p>
      <w:pPr>
        <w:pStyle w:val="ArticleScripture"/>
        <w:jc w:val="left"/>
      </w:pPr>
      <w:r>
        <w:rPr>
          <w:rFonts w:ascii="Times New Roman" w:hAnsi="Times New Roman" w:eastAsia="Times New Roman" w:cs="Times New Roman"/>
        </w:rPr>
        <w:t>Nan jou sa a, pral gen yon rasin Izayi, ki va kanpe kòm yon banyè pou pèp yo; se li menm nasyon yo va chèche; e repo li va plen glwa. Epi, nan jou sa a, sa pral rive konsa: Senyè a va lonje men li ankò yon dezyèm fwa pou reprann rès pèp li a ki va rete, depi Lasiri, depi Lejip, depi Patwòs, depi Kouch, depi Elam, depi Chinea, depi Amat, ak depi zile lanmè yo. E li va leve yon banyè pou nasyon yo, li va rasanble moun Izrayèl yo te chase yo, e li va reyini moun Jida yo ki te gaye toupatou, soti nan kat kwen tè a. Ezayi 11:10–12.</w:t>
      </w:r>
    </w:p>
    <w:p>
      <w:pPr>
        <w:pStyle w:val="ArticleBody"/>
        <w:jc w:val="left"/>
      </w:pPr>
      <w:r>
        <w:rPr>
          <w:rFonts w:ascii="Times New Roman" w:hAnsi="Times New Roman" w:eastAsia="Times New Roman" w:cs="Times New Roman"/>
        </w:rPr>
        <w:t>Lè Senyè a lonje men li pou yon dezyèm fwa pou rasanble, li reyini “moun Izrayèl yo te mete deyò.” “Moun Izrayèl yo te mete deyò” yo vin tounen drapo pou nasyon yo, e se poutèt sa yo dwe mete yo deyò anvan yo rasanble yo. Yo te mete yo deyò nan vale zo mò Ezekyèl la, epi apre yo te fin touye yo, yo te kouche nan lari a kote tou Seyè nou an te kloure sou kwa a, pandan lòt gwoup la t ap rejwi.</w:t>
      </w:r>
    </w:p>
    <w:p>
      <w:pPr>
        <w:pStyle w:val="ArticleScripture"/>
        <w:jc w:val="left"/>
      </w:pPr>
      <w:r>
        <w:rPr>
          <w:rFonts w:ascii="Times New Roman" w:hAnsi="Times New Roman" w:eastAsia="Times New Roman" w:cs="Times New Roman"/>
        </w:rPr>
        <w:t>Tande pawòl Senyè a, nou menm ki tranble devan pawòl li; frè nou yo ki te rayi nou, ki te mete nou deyò poutèt non mwen, te di: Se pou Senyè a jwenn glwa li. Men li va parèt pou lajwa nou, epi yo menm yo va wont. Ezayi 66:5.</w:t>
      </w:r>
    </w:p>
    <w:p>
      <w:pPr>
        <w:pStyle w:val="ArticleBody"/>
        <w:jc w:val="left"/>
      </w:pPr>
      <w:r>
        <w:rPr>
          <w:rFonts w:ascii="Times New Roman" w:hAnsi="Times New Roman" w:eastAsia="Times New Roman" w:cs="Times New Roman"/>
        </w:rPr>
        <w:t>Moun ki tranble devan Pawòl Bondye a, se frè yo menm ki te rayi yo ki mete yo deyò. Jeremi fè konnen sa k rive frè sa yo ki te rayi drapo a.</w:t>
      </w:r>
    </w:p>
    <w:p>
      <w:pPr>
        <w:pStyle w:val="ArticleScripture"/>
        <w:jc w:val="left"/>
      </w:pPr>
      <w:r>
        <w:rPr>
          <w:rFonts w:ascii="Times New Roman" w:hAnsi="Times New Roman" w:eastAsia="Times New Roman" w:cs="Times New Roman"/>
        </w:rPr>
        <w:t>Se poutèt sa, men sa Senyè a di: Gade, mwen pral fè malè vini sou yo, yon malè yo p ap kapab chape; e menm si yo rele m, mwen p ap koute yo. Jeremi 11:11.</w:t>
      </w:r>
    </w:p>
    <w:p>
      <w:pPr>
        <w:pStyle w:val="ArticleBody"/>
        <w:jc w:val="left"/>
      </w:pPr>
      <w:r>
        <w:rPr>
          <w:rFonts w:ascii="Times New Roman" w:hAnsi="Times New Roman" w:eastAsia="Times New Roman" w:cs="Times New Roman"/>
        </w:rPr>
        <w:t>Kontèks vèsè onz la se alyans Bondye a, e tout pwofèt yo pale konsènan dènye jou yo; kidonk, alyans y ap pale a se renouvèlman alyans lan avèk san karantkat mil yo.</w:t>
      </w:r>
    </w:p>
    <w:p>
      <w:pPr>
        <w:pStyle w:val="ArticleScripture"/>
        <w:jc w:val="left"/>
      </w:pPr>
      <w:r>
        <w:rPr>
          <w:rFonts w:ascii="Times New Roman" w:hAnsi="Times New Roman" w:eastAsia="Times New Roman" w:cs="Times New Roman"/>
        </w:rPr>
        <w:t>Pawòl Seyè a ki te vini jwenn Jeremi an, li di: Koute pawòl alyans sa a, epi pale ak mesye Jida yo ak ak moun ki rete Jerizalèm yo. Epi di yo: Men sa Seyè a, Bondye Izrayèl la, di: Madichon pou nonm ki pa obeyi pawòl alyans sa a, alyans mwen te kòmande zansèt nou yo jou mwen te fè yo soti kite peyi Lejip la, soti nan fou fè a, lè mwen te di: Obeyi vwa mwen, epi fè yo dapre tout sa mwen kòmande nou; konsa n ap pèp mwen, epi mwen menm m ap Bondye nou; pou m ka akonpli sèman mwen te fè bay zansèt nou yo, pou m ba yo yon peyi k ap koule ak lèt ak siwo myèl, jan sa ye jòdi a. Lè sa a, mwen reponn, mwen di: Se konsa sa ye, O Seyè.</w:t>
      </w:r>
    </w:p>
    <w:p>
      <w:pPr>
        <w:pStyle w:val="ArticleScripture"/>
        <w:jc w:val="left"/>
      </w:pPr>
      <w:r>
        <w:rPr>
          <w:rFonts w:ascii="Times New Roman" w:hAnsi="Times New Roman" w:eastAsia="Times New Roman" w:cs="Times New Roman"/>
        </w:rPr>
        <w:t>Lè sa a, Seyè a di m: Pwoklame tout pawòl sa yo nan vil Jida yo ak nan lari Jerizalèm yo, pou di: Tande pawòl alyans sa a, epi mete yo an pratik. Paske mwen te avèti zansèt nou yo avèk anpil ensistans depi jou mwen te fè yo monte soti nan peyi Lejip la jouk jòdi a, mwen te leve granmaten pou m avèti yo, mwen t ap di: Obeyi vwa mwen. Men yo pa t obeyi, ni yo pa t panche zòrèy yo, men chak moun te mache dapre imajinasyon move kè pa yo; se poutèt sa m ap fè tout pawòl alyans sa a tonbe sou yo, alyans mwen te bay lòd pou yo pratike a; men yo pa t pratike yo.</w:t>
      </w:r>
    </w:p>
    <w:p>
      <w:pPr>
        <w:pStyle w:val="ArticleScripture"/>
        <w:jc w:val="left"/>
      </w:pPr>
      <w:r>
        <w:rPr>
          <w:rFonts w:ascii="Times New Roman" w:hAnsi="Times New Roman" w:eastAsia="Times New Roman" w:cs="Times New Roman"/>
        </w:rPr>
        <w:t>Epi Senyè a di mwen: Yo jwenn yon konplo pami mesye Jida yo, epi pami moun ki rete lavil Jerizalèm yo. Yo tounen al nan mechanste zansèt yo, ki te refize koute pawòl mwen yo; epi yo ale dèyè lòt dye pou sèvi yo: kay Izrayèl la ak kay Jida a kraze alyans mwen te fè ak zansèt yo. Se poutèt sa, men sa Senyè a di: Gade, mwen pral fè malè vini sou yo, yon malè yo p ap kapab chape anba li; e menm si yo rele m, mwen p ap koute yo. Jeremi 11:1–11.</w:t>
      </w:r>
    </w:p>
    <w:p>
      <w:pPr>
        <w:pStyle w:val="ArticleBody"/>
        <w:jc w:val="left"/>
      </w:pPr>
      <w:r>
        <w:rPr>
          <w:rFonts w:ascii="Times New Roman" w:hAnsi="Times New Roman" w:eastAsia="Times New Roman" w:cs="Times New Roman"/>
        </w:rPr>
        <w:t>Sijè jijman Advantis Setyèm Jou Laodiseyen an ke Jeremi idantifye a repete pa Ezekyèl nan chapit onz, vèsè onz.</w:t>
      </w:r>
    </w:p>
    <w:p>
      <w:pPr>
        <w:pStyle w:val="ArticleScripture"/>
        <w:jc w:val="left"/>
      </w:pPr>
      <w:r>
        <w:rPr>
          <w:rFonts w:ascii="Times New Roman" w:hAnsi="Times New Roman" w:eastAsia="Times New Roman" w:cs="Times New Roman"/>
        </w:rPr>
        <w:t>Vil sa a p ap chodyè nou, ni nou p ap vyann ki nan mitan li; men mwen pral jije nou sou fwontyè Izrayèl. Ezekyèl 11:11.</w:t>
      </w:r>
    </w:p>
    <w:p>
      <w:pPr>
        <w:pStyle w:val="ArticleBody"/>
        <w:jc w:val="left"/>
      </w:pPr>
      <w:r>
        <w:rPr>
          <w:rFonts w:ascii="Times New Roman" w:hAnsi="Times New Roman" w:eastAsia="Times New Roman" w:cs="Times New Roman"/>
        </w:rPr>
        <w:t>Enspirasyon an idantifye dirèkteman sele Ezekyèl chapit nèf la kòm menm sele san karannkat mil yo nan Revelasyon sèt la. Vèsè onz nan chapit onz la se senpleman kontinyasyon narasyon kontinyèl Ezekyèl la sou jijman ki tonbe sou legliz Advantis Setyèm Jou a, legliz Sè White idantifye kòm Jerizalèm nan Ezekyèl chapit nèf la. Moun ki pa t resevwa sele a yo jije e yo detwi nan vizyon chapit nèf rive onz la.</w:t>
      </w:r>
    </w:p>
    <w:p>
      <w:pPr>
        <w:pStyle w:val="ArticleBody"/>
        <w:jc w:val="left"/>
      </w:pPr>
      <w:r>
        <w:rPr>
          <w:rFonts w:ascii="Times New Roman" w:hAnsi="Times New Roman" w:eastAsia="Times New Roman" w:cs="Times New Roman"/>
        </w:rPr>
        <w:t>Vizyon 9/11 la nan Ezekyèl la idantifye moun ki pa fidèl yo kòm yo mennen deyò Jerizalèm pou yo jije yo; konsa li idantifye separasyon final la nan mitan moun ki deklare yo fè pati dènye legliz la jan sa ilistre nan liv Revelasyon an. Senbòl “onz, onz” la se yon senbòl alyans lan Bondye fè ak san karannkat mil yo. Lè yo mete chif yo ansanm, yo bay vennde, ki se yon dizyèm de desanven, youn nan senbòl konbinezon Divinite a ak limanite.</w:t>
      </w:r>
    </w:p>
    <w:p>
      <w:pPr>
        <w:pStyle w:val="ArticleBody"/>
        <w:jc w:val="left"/>
      </w:pPr>
      <w:r>
        <w:rPr>
          <w:rFonts w:ascii="Times New Roman" w:hAnsi="Times New Roman" w:eastAsia="Times New Roman" w:cs="Times New Roman"/>
        </w:rPr>
        <w:t>Ant 220 ane ant 677 ak 457 av. J.-K. konekte pwofesi Danyèl la sou 2300 jou yo avèk pwofesi tan Moyiz la sou sèt tan yo. Anpil bagay ka idantifye nan 220 ane yo kòm yon senbòl travay ekspiyasyon an ki te kòmanse lè de pwofesi sa yo te rive ansanm an 1844. Anpil bagay ka prezante konsènan sa nimewo 22 a reprezante senbolikman kòm yon dizyèm nan 220, menm jan sa fèt ak nimewo 11 la. Sa mwen vle idantifye isit la se relasyon ki genyen ant 11 ak 22.</w:t>
      </w:r>
    </w:p>
    <w:p>
      <w:pPr>
        <w:pStyle w:val="ArticleBody"/>
        <w:jc w:val="left"/>
      </w:pPr>
      <w:r>
        <w:rPr>
          <w:rFonts w:ascii="Times New Roman" w:hAnsi="Times New Roman" w:eastAsia="Times New Roman" w:cs="Times New Roman"/>
        </w:rPr>
        <w:t>N ap kontinye refleksyon sa yo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Sis</dc:title>
  <dc:subject>Onz</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