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Istwa Kache Vèsè Karant — Nimewo Uit</w:t>
      </w:r>
    </w:p>
    <w:p>
      <w:pPr>
        <w:pStyle w:val="ArticleSubtitle"/>
        <w:jc w:val="left"/>
      </w:pPr>
      <w:r>
        <w:rPr>
          <w:rFonts w:ascii="Arial" w:hAnsi="Arial" w:eastAsia="Arial" w:cs="Arial"/>
        </w:rPr>
        <w:t>Mòn nan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2026-04-05</w:t>
      </w:r>
    </w:p>
    <w:p>
      <w:pPr>
        <w:pStyle w:val="ArticleBody"/>
        <w:jc w:val="left"/>
      </w:pPr>
      <w:r>
        <w:rPr>
          <w:rFonts w:ascii="Times New Roman" w:hAnsi="Times New Roman" w:eastAsia="Times New Roman" w:cs="Times New Roman"/>
        </w:rPr>
        <w:t>Mòn Transfigirasyon an, pou Pyè, te fèt ant Panyòm ak kwa a; epi sou yon lòt liy, Pyè sitiye ant batèm Kris la nan kòmansman ministè Li ak moman ki vini tousuit apre antre triyonfal la nan fen ministè Li. Twa repè sa yo—batèm nan, mòn nan, ak konklizyon antre triyonfal la—make pa twa fwa Papa selès la te pale. Twazyèm fwa a, nan Jan 12, se lè Grèk yo t ap chèche Jezi. Batèm nan se 9/11; mòn nan se nan istwa Panyòm rive jouk lwa dimanch la nan vèsè sèz. Pou Pyè, se te Panyòm, apre sa mòn nan rive jouk nan konklizyon antre triyonfal la, ki te jis anvan Kris la t ap glorifye yon dezyèm fwa.</w:t>
      </w:r>
    </w:p>
    <w:p>
      <w:pPr>
        <w:pStyle w:val="ArticleScripture"/>
        <w:jc w:val="left"/>
      </w:pPr>
      <w:r>
        <w:rPr>
          <w:rFonts w:ascii="Times New Roman" w:hAnsi="Times New Roman" w:eastAsia="Times New Roman" w:cs="Times New Roman"/>
        </w:rPr>
        <w:t>Koulye a, nanm mwen twouble; e kisa m’a di? Papa, sove m anba lè sa a; men se poutèt sa menm mwen te vini nan lè sa a. Papa, glorifye non ou. Lè sa a, yon vwa soti nan syèl la, li di: Mwen deja glorifye li, e m’ap glorifye li ankò. Se poutèt sa, pèp la ki te kanpe la, e ki te tande li, te di se loraj ki te fèt; lòt yo te di: Se yon zanj ki te pale avè l. Jezi reponn, li di: Vwa sa a pa t vini poutèt mwen, men poutèt nou. Koulye a se jijman mond sa a; koulye a, chèf mond sa a pral chase deyò. E mwen menm, si yo leve m anwo tè a, m’ap rale tout moun vin jwenn mwen. Li te di sa pou fè konnen ki lanmò li t’ap gen pou l mouri. Jan 12:27–33.</w:t>
      </w:r>
    </w:p>
    <w:p>
      <w:pPr>
        <w:pStyle w:val="ArticleBody"/>
        <w:jc w:val="left"/>
      </w:pPr>
      <w:r>
        <w:rPr>
          <w:rFonts w:ascii="Times New Roman" w:hAnsi="Times New Roman" w:eastAsia="Times New Roman" w:cs="Times New Roman"/>
        </w:rPr>
        <w:t>Liy ki trase pa Levitik vennkat-twa ak sezon Pannkot la gen yon waymark kòmansman ki fèt ak twa pa, epi apre sa senk jou, epi li gen yon waymark fen ki gen menm karakteristik yo egzakteman. Ant waymark sa yo, trant jou yo reprezante peryòd prèt yo, ki fini nan fèt twonpèt yo. Fèt twonpèt yo, asansyon Kris la apre karant jou Li t ap anseye disip Li yo fas a fas apre rezirèksyon Li, ak jou ekspyasyon an, reprezante twa pa yo nan fen liy lan nan Levitik vennkat-twa. Twa pa sa yo swiv pa senk jou rive ni nan Pannkot ni nan fèt Tant yo. Twazyèm fwa Papa ki nan syèl la te pale a, se te jis anvan Grèk yo, ki reprezante moun yo rele soti Babilòn nan lwa dimanch lan, t ap chèche jwenn yon odyans ak Jezi. Jis anvan lwa dimanch lan, Jezi idantifye leve drapo a sou kwa a. Tè a te klere ak glwa Li nan 9/11, epi li klere ankò nan lwa dimanch lan.</w:t>
      </w:r>
    </w:p>
    <w:p>
      <w:pPr>
        <w:pStyle w:val="ArticleBody"/>
        <w:jc w:val="left"/>
      </w:pPr>
      <w:r>
        <w:rPr>
          <w:rFonts w:ascii="Times New Roman" w:hAnsi="Times New Roman" w:eastAsia="Times New Roman" w:cs="Times New Roman"/>
        </w:rPr>
        <w:t>Césarée de Philippe, qui est Panium, correspond à la troisième heure, et Césarée Maritime à la neuvième heure de la croix, lorsque retentit l’appel à sortir de Babylone. Avant la croix, tandis que l’on se trouve dans l’histoire prophétique de Panium, Pierre est sur la montagne, mais toujours avant l’achèvement de l’entrée triomphale. Panium se prolonge jusqu’à la croix du verset seize. Pierre, à Panium, se situe juste avant l’histoire en trois étapes de la fête des trompettes, de l’ascension et de l’expiation de Lévitique vingt-trois. Pierre est dans les trente jours de l’instruction spéciale du prêtre.</w:t>
      </w:r>
    </w:p>
    <w:p>
      <w:pPr>
        <w:pStyle w:val="ArticleBody"/>
        <w:jc w:val="left"/>
      </w:pPr>
      <w:r>
        <w:rPr>
          <w:rFonts w:ascii="Times New Roman" w:hAnsi="Times New Roman" w:eastAsia="Times New Roman" w:cs="Times New Roman"/>
        </w:rPr>
        <w:t>Simon vin Pyè nan Panium, epi li fè yon sèl pa sou mòn nan anvan antre triyonfal la. Antre triyonfal la ilistre parabòl dis vyèj yo. Se sèlman senk ki antre nan maryaj la, epi senk jou ki genyen ant twa fwa mak la ak Pannkòt la se kòmansman antre triyonfal la. Li kòmanse nan fèt twonpèt yo, men fwa mak sa a konpoze de yon konbinezon twa fwa mak. Kòm yon sèl fwa mak, yo idantifye atak sou Nashville la ak fèt twonpèt yo. Mesaj Kri Minwi a ap fèk fin konfime, epi pwosesyon senk vyèj saj yo kòmanse pwosesis ki mennen nan lanmò, antèman ak rezirèksyon kwa a, ki se lwa dimanch la.</w:t>
      </w:r>
    </w:p>
    <w:p>
      <w:pPr>
        <w:pStyle w:val="ArticleBody"/>
        <w:jc w:val="left"/>
      </w:pPr>
      <w:r>
        <w:rPr>
          <w:rFonts w:ascii="Times New Roman" w:hAnsi="Times New Roman" w:eastAsia="Times New Roman" w:cs="Times New Roman"/>
        </w:rPr>
        <w:t>Pyè te nan Panyòm lè li korije prediksyon boul dife Nashville yo, e sa fèt anvan fèt twonpèt yo sonnen nan akonplisman prediksyon an. Li dwe, pa nesesite pwofetik, ale an premye sou mòn lan, paske mòn lan te vini anvan antre triyonfal la. Anvan Abraram te ale sou mòn lan, non li te chanje; e non Pyè te chanje nan Panyòm, anvan li te ale sou mòn lan. Mòn lan se tès Pyè a anvan prediksyon boul dife Nashville yo akonpli. Akonplisman an se twazyèm tès la, epi tès desizif la, kote karaktè a manifeste swa kòm lajwa swa kòm wont.</w:t>
      </w:r>
    </w:p>
    <w:p>
      <w:pPr>
        <w:pStyle w:val="ArticleBody"/>
        <w:jc w:val="left"/>
      </w:pPr>
      <w:r>
        <w:rPr>
          <w:rFonts w:ascii="Times New Roman" w:hAnsi="Times New Roman" w:eastAsia="Times New Roman" w:cs="Times New Roman"/>
        </w:rPr>
        <w:t>Liy 457 anvan Kris la fini ant Rafia ak Panyòm; alyans chapit disèt nan Jenèz la aliyen ak Rafia, epi alyans chapit sèz nan Matye sèz la aliyen ak Panyòm. Depi Panyòm, Pyè ale sou mòn lan, menm jan Abraram te ale nan sakrifis Izarak la. Mòn nan liy Pyè a aliyen ak mòn nan tan Abraram lan.</w:t>
      </w:r>
    </w:p>
    <w:p>
      <w:pPr>
        <w:pStyle w:val="ArticleBody"/>
        <w:jc w:val="left"/>
      </w:pPr>
      <w:r>
        <w:rPr>
          <w:rFonts w:ascii="Times New Roman" w:hAnsi="Times New Roman" w:eastAsia="Times New Roman" w:cs="Times New Roman"/>
        </w:rPr>
        <w:t>Balis wout Abraram te genyen an te dire twa jou. Nan antre triyonfal la, yo te voye de disip al chèche yon bourik pou pote Kris la; epi, nan liy Abraram nan, vwayaj twa jou li a kòmanse avèk chwa li fè de sèvitè ak yon bourik pou pote bwa pou ofrann Izarak la. Vwayaj Pyè a ki te dire uit oswa sis jou pou rive sou mòn lan, pou Abraram se te twa jou. Pyè nan Panium se anvan mòn lan e anvan yo lage bourik la pou kòmanse antre nan Jerizalèm nan, ki se kote twa jou Abraram yo te kòmanse. Nan antre triyonfal la, Kris la te rete sou Mòn Oliv yo e li te kriye sou Jerizalèm; konsa li te make konklizyon relasyon alyans ki te genyen ant Bondye ak ansyen Izrayèl literal la. Mòn Pyè a se anvan antre triyonfal la; mòn Kris la se pandan antre triyonfal la; epi mòn Abraram nan se nan konklizyon antre a.</w:t>
      </w:r>
    </w:p>
    <w:p>
      <w:pPr>
        <w:pStyle w:val="ArticleBody"/>
        <w:jc w:val="left"/>
      </w:pPr>
      <w:r>
        <w:rPr>
          <w:rFonts w:ascii="Times New Roman" w:hAnsi="Times New Roman" w:eastAsia="Times New Roman" w:cs="Times New Roman"/>
        </w:rPr>
        <w:t>Nan ane 2026 pral gen eleksyon mi-manda yo, lè de-san-senkantyèm ane sizyèm wayòm pwofesi Bib la ap selebre rèy gloriye li. Selebrasyon sa a, kòm yon pwen mitan pwofetik, aliyen ak Antiochus le Gran an nan 207 anvan Jezikri, pwen mitan ant Raphia ak Panium, ki make fen de san senkant ane yo apati 457 anvan Jezikri.</w:t>
      </w:r>
    </w:p>
    <w:p>
      <w:pPr>
        <w:pStyle w:val="ArticleBody"/>
        <w:jc w:val="left"/>
      </w:pPr>
      <w:r>
        <w:rPr>
          <w:rFonts w:ascii="Times New Roman" w:hAnsi="Times New Roman" w:eastAsia="Times New Roman" w:cs="Times New Roman"/>
        </w:rPr>
        <w:t>Pandan n ap konsidere kat liy yo ki gen ladan yo chapit onz rive jouk chapit vennnde ki, jiskaprezan, yo te desegele, (petèt gen lòt egzanp), kounye a nou pran chapit sa yo nan The Desire of Ages. Chapit onz se Batèm nan, epi chapit vennnde se Prizònman ak Lanmò Jan. Jan prezan nan kòmansman an ak nan fen an, epi chapit disèt la, ki se chapit ki nan mitan an, se Nikodèm.</w:t>
      </w:r>
    </w:p>
    <w:p>
      <w:pPr>
        <w:pStyle w:val="ArticleScripture"/>
        <w:jc w:val="left"/>
      </w:pPr>
      <w:r>
        <w:rPr>
          <w:rFonts w:ascii="Times New Roman" w:hAnsi="Times New Roman" w:eastAsia="Times New Roman" w:cs="Times New Roman"/>
        </w:rPr>
        <w:t>“Nikodèm te vin jwenn Senyè a avèk lide pou l antre nan yon diskisyon avè L, men Jezi te mete prensip fondamantal verite yo aklè. Li di Nikodèm: Se pa konesans teyorik ou bezwen pi plis, men renesans espirityèl. Se pa pou kiryozite ou satisfè, men pou ou resevwa yon kè nouvo. Ou dwe resevwa yon lavi nouvo ki soti anwo anvan ou kapab apresye bagay selès yo. Jiskaske chanjman sa a fèt, ki fè tout bagay vin nouvo, sa p ap pote okenn byen salvatè pou ou si ou diskite avè M sou otorite Mwen oswa sou misyon Mwen.”</w:t>
      </w:r>
    </w:p>
    <w:p>
      <w:pPr>
        <w:pStyle w:val="ArticleScripture"/>
        <w:jc w:val="left"/>
      </w:pPr>
      <w:r>
        <w:rPr>
          <w:rFonts w:ascii="Times New Roman" w:hAnsi="Times New Roman" w:eastAsia="Times New Roman" w:cs="Times New Roman"/>
        </w:rPr>
        <w:t>“Nikodèm te tande predikasyon Jan Batis la konsènan repantans ak batèm, epi kijan li t ap montre pèp la Sila a ki ta dwe batize avèk Sentespri a. Li menm, li te santi te gen yon mank espirityalite pami Jwif yo, e ke, nan yon gwo mezi, yo te sou kontwòl fanatism ak anbisyon monn lan. Li te espere yon pi bon eta de bagay lè Mesi a ta vini. Men, mesaj Jan Batis la, ki t ap sonde kè a, pa t rive pwodui nan li konviksyon sou peche. Li te yon Farizyen sevè, e li te pran ògèy nan bon zèv li yo. Yo te gen anpil konsiderasyon pou li poutèt byenveyans li ak liberalite li nan soutni sèvis tanp lan, epi li te santi li an sekirite nan favè Bondye. Li te sezi lè li te panse a yon wayòm ki tèlman pir, li pa t kapab wè li nan eta li te ye a kounye a.” The Desire of Ages, 171.</w:t>
      </w:r>
    </w:p>
    <w:p>
      <w:pPr>
        <w:pStyle w:val="ArticleBody"/>
        <w:jc w:val="left"/>
      </w:pPr>
      <w:r>
        <w:rPr>
          <w:rFonts w:ascii="Times New Roman" w:hAnsi="Times New Roman" w:eastAsia="Times New Roman" w:cs="Times New Roman"/>
        </w:rPr>
        <w:t>Pwen mitan nan *The Desire of Ages* la jwenn nan liy Nikodèm nan, ki reprezante dènye apèl pou Advantis la nan liy sele san karant-kat mil yo. Li reprezante yon klas ki te tande mesaj moun ki te vin anvan Kris la, men ki pa t okouran de kondisyon Lawodise yo.</w:t>
      </w:r>
    </w:p>
    <w:p>
      <w:pPr>
        <w:pStyle w:val="ArticleScripture"/>
        <w:jc w:val="left"/>
      </w:pPr>
      <w:r>
        <w:rPr>
          <w:rFonts w:ascii="Times New Roman" w:hAnsi="Times New Roman" w:eastAsia="Times New Roman" w:cs="Times New Roman"/>
        </w:rPr>
        <w:t>“Nanm entèvyou avèk Nikodèm nan, Jezi te devwale plan delivrans lan, ansanm ak misyon Li pou mond lan. Nan okenn nan diskou Li yo ki te vini apre sa, Li pa t esplike avèk menm degre konplè sa a, etap pa etap, travay ki nesesè pou fèt nan kè tout moun ki ta eritye wayòm syèl la. Depi nan kòmansman ministè Li a, Li te louvri verite a devan yon manm Sanedren an, devan lespri ki te pi reseptif la, epi devan yon anseyan pèp la ki te etabli pou sa. Men chèf pèp Izrayèl yo pa t akeyi limyè a. Nikodèm te kache verite a nan kè li, e pandan twa ane te gen ti kras fwi ki te parèt aklè.” The Desire of Ages, 176.</w:t>
      </w:r>
    </w:p>
    <w:p>
      <w:pPr>
        <w:pStyle w:val="ArticleBody"/>
        <w:jc w:val="left"/>
      </w:pPr>
      <w:r>
        <w:rPr>
          <w:rFonts w:ascii="Times New Roman" w:hAnsi="Times New Roman" w:eastAsia="Times New Roman" w:cs="Times New Roman"/>
        </w:rPr>
        <w:t>Mesaj Jan an ak batèm li te bay Kris la te reprezante mesaj premye zanj lan ki mande pou nou gen lakrentif pou Bondye. Mesaj Jan an se te mesaj Laodise a sou jistifikasyon pa lafwa, e mesaj sa a te resevwa puisans nan batèm Kris la, menm jan mesaj Jones ak Waggoner la, ki te mesaj pou Laodise an 1888, te resevwa puisans. Batèm Kris la ak ane 1888 la te tipifye rive mesaj la bay Laodise nan 9/11, ki fini nan mitan chemen ant Raphia ak Panium.</w:t>
      </w:r>
    </w:p>
    <w:p>
      <w:pPr>
        <w:pStyle w:val="ArticleBody"/>
        <w:jc w:val="left"/>
      </w:pPr>
      <w:r>
        <w:rPr>
          <w:rFonts w:ascii="Times New Roman" w:hAnsi="Times New Roman" w:eastAsia="Times New Roman" w:cs="Times New Roman"/>
        </w:rPr>
        <w:t>Nikodèm vle di “viktwa pèp la,” epi jistifikasyon pa lafwa se mesaj sele a ki te rive ansanm ak mesaj Jan an, ki te resevwa pouvwa nan batèm nan epi ki te defini pa rankont Nikodèm avèk Kris nan mitan lannwit. Chapit vennnde a dekri lanmò Jan ki pwodui, lakay disip li yo, yon rekonesans drapo a ki t ap leve anlè epi ki t ap rale tout moun vin jwenn Li menm. Batèm nan te ansanm 9/11 ak 18 Jiyè 2020 rive 31 Desanm 2023, paske batèm nan ilistre lanmò (2020), antèman (twa jou edmi) ak rezirèksyon an (31 Desanm 2023). Apre sa vini rankont mitan lannwit la, kote viktwa pèp la ilistre kòm yo fèt ankò, soti nan avègman Lawodise a rive nan vizyon ven-ven yon Filadèlfyen. Apre sa, zèv Kris yo prezante kòm leve drapo a anlè.</w:t>
      </w:r>
    </w:p>
    <w:p>
      <w:pPr>
        <w:pStyle w:val="ArticleBody"/>
        <w:jc w:val="left"/>
      </w:pPr>
      <w:r>
        <w:rPr>
          <w:rFonts w:ascii="Times New Roman" w:hAnsi="Times New Roman" w:eastAsia="Times New Roman" w:cs="Times New Roman"/>
        </w:rPr>
        <w:t>Pou Abraram, zèv Kris yo nan liy Jan an annamoni avèk sakrifis Izarak la. Pou Pyè, liy lan fini nan Sezare bò lanmè a, Sezare Maritima, nan nevyèm èdtan an, kote kwa a rele tout moun antre nan viktwa jistifikasyon pa lafwa, ki se mesaj twazyèm zanj lan. Mesaj twazyèm zanj lan se mesaj twazyèm malè Islam nan, ki te rive nan 9/11 nan premye rankont Balak ak bourik Islam nan, apre sa yon doubleman frap kont peyi bèl pouvwa literal la nan 7 oktòb 2023, epi ansuit dezyèm frap la nan Nashville pandan Balak ap gide bourik Islam nan nan mitan jaden rezen yo nan ansyen peyi bèl pouvwa literal la ak modèn peyi bèl pouvwa espirityèl la. Twazyèm frap la se tranblemanntè lwa dimanch ki pral byento vini an. Se la yo ofri Izarak; se la disip Jan yo, yon senbòl gwo foul la ki resevwa rad blan mati yo, te tande epi te wè zèv drapo a. Mitan liv Jenèz, Matye ak The Desire of Ages yo idantifye sele san karannkat mil yo ak apèl moun lòt nasyon yo.</w:t>
      </w:r>
    </w:p>
    <w:p>
      <w:pPr>
        <w:pStyle w:val="ArticleBody"/>
        <w:jc w:val="left"/>
      </w:pPr>
      <w:r>
        <w:rPr>
          <w:rFonts w:ascii="Times New Roman" w:hAnsi="Times New Roman" w:eastAsia="Times New Roman" w:cs="Times New Roman"/>
        </w:rPr>
        <w:t>Eksplikasyon Kris te bay Nikodèm nan te travay van an, menm si travay li pa vizib.</w:t>
      </w:r>
    </w:p>
    <w:p>
      <w:pPr>
        <w:pStyle w:val="ArticleScripture"/>
        <w:jc w:val="left"/>
      </w:pPr>
      <w:r>
        <w:rPr>
          <w:rFonts w:ascii="Times New Roman" w:hAnsi="Times New Roman" w:eastAsia="Times New Roman" w:cs="Times New Roman"/>
        </w:rPr>
        <w:t>“Nikodèm te toujou nan konfizyon, e Jezi te sèvi ak van an pou ilistre sa Li te vle di a: ‘Van an soufle kote li vle, e ou tande bri li, men ou pa ka di kote li soti, ni kote li prale: konsa se tout moun ki fèt nan Lespri a.’”</w:t>
      </w:r>
    </w:p>
    <w:p>
      <w:pPr>
        <w:pStyle w:val="ArticleScripture"/>
        <w:jc w:val="left"/>
      </w:pPr>
      <w:r>
        <w:rPr>
          <w:rFonts w:ascii="Times New Roman" w:hAnsi="Times New Roman" w:eastAsia="Times New Roman" w:cs="Times New Roman"/>
        </w:rPr>
        <w:t>Yo tande van an tande nan mitan branch pyebwa yo, k ap fè fèy ak flè yo brannen; men li envizib, e pèsonn pa konnen ki kote li soti ni ki kote li prale. Se konsa sa ye ak travay Sentespri a sou kè a. Li pa kapab esplike plis pase mouvman van an ka esplike. Yon moun ka pa kapab di lè egzak la ni kote egzak la, ni swiv tout sikonstans yo nan pwosesis konvèsyon an; men sa pa pwouve li pa konvèti. Pa yon aksyon ki envizib menm jan ak van an, Kris la ap travay san rete sou kè a. Ti kras pa ti kras, petèt san moun k ap resevwa a pa menm rann li kont, enpresyon yo fèt ki gen tandans rale nanm nan vin jwenn Kris la. Yo ka resevwa yo lè yon moun ap medite sou Li, lè li ap li Ekriti yo, oswa lè li ap tande pawòl la soti nan predikatè vivan an. Sanzatann, lè Lespri a vini ak yon apèl ki pi dirèk, nanm nan bay tèt li ak kè kontan bay Jezi. Anpil moun rele sa konvèsyon toudenkou; men se rezilta yon long kour devan Bondye pa Lespri Bondye a,—yon pwosesis pasyan, pwolonje.</w:t>
      </w:r>
    </w:p>
    <w:p>
      <w:pPr>
        <w:pStyle w:val="ArticleScripture"/>
        <w:jc w:val="left"/>
      </w:pPr>
      <w:r>
        <w:rPr>
          <w:rFonts w:ascii="Times New Roman" w:hAnsi="Times New Roman" w:eastAsia="Times New Roman" w:cs="Times New Roman"/>
        </w:rPr>
        <w:t>“Pandan van an li menm envizib, li pwodui efè ki vizib e ki santi. Konsa tou, travay Lespri a sou nanm nan ap revele tèt li nan chak zak moun ki te santi pouvwa sovè li. Lè Lespri Bondye pran posesyon kè a, li transfòme lavi a. Panse peche yo mete sou kote, move aksyon yo abandone; lanmou, imilite, ak lapè pran plas kòlè, anvye, ak konfli. Kè kontan pran plas tristès, epi figi a reflete limyè syèl la. Pèsonn pa wè men ki leve chay la, ni pa gade limyè a desann soti nan lakou anwo yo. Benediksyon an vini lè, pa lafwa, nanm nan rann tèt li bay Bondye. Lè sa a, pouvwa sa a, ke okenn je imen pa ka wè, kreye yon nouvo èt dapre imaj Bondye.” The Desire of Ages, 172, 173.</w:t>
      </w:r>
    </w:p>
    <w:p>
      <w:pPr>
        <w:pStyle w:val="ArticleBody"/>
        <w:jc w:val="left"/>
      </w:pPr>
      <w:r>
        <w:rPr>
          <w:rFonts w:ascii="Times New Roman" w:hAnsi="Times New Roman" w:eastAsia="Times New Roman" w:cs="Times New Roman"/>
        </w:rPr>
        <w:t>Nan dat 9/11 la, dènye lapli a te kòmanse tonbe an ti gout. Nan 9/11, Islam, ki reprezante kòm “van lès la” nan pwofesi biblik, te rive pandan sele san karannkat mil yo t ap kòmanse. Dènye lapli a, ki se yon mesaj yo reprezante kòm “lwil dò a” ki desann soti nan de tiyo dò Zakari yo, te kòmanse apèl Laodiseyen Advantis Setyèm Jou yo pou yo repanti. Van Sentespri a te kòmanse travay li pou anseye tout bagay ki ekri yo, epi pou sèvi ak mesaj ansyen chemen Jeremi yo pou pale ak kè Laodiseyen avèg yo. Travay Sentespri a, jan li te reprezante pou Nikodèm, esplike pi plis toujou, se “etap pa etap,” “travay ki nesesè pou fèt nan kè tout moun ki ta eritye wayòm syèl la.” Kris te konpare pwosesis la ak travay van an, epi pwosesis la fèt pandan peryòd “van lès la,” ki te rive nan 9/11. Ezayi pale sou menm peryòd sa a an tèm van brital la.</w:t>
      </w:r>
    </w:p>
    <w:p>
      <w:pPr>
        <w:pStyle w:val="ArticleScripture"/>
        <w:jc w:val="left"/>
      </w:pPr>
      <w:r>
        <w:rPr>
          <w:rFonts w:ascii="Times New Roman" w:hAnsi="Times New Roman" w:eastAsia="Times New Roman" w:cs="Times New Roman"/>
        </w:rPr>
        <w:t>Nan mezi, lè l pouse, ou pral diskite avè l: li kenbe van brit li nan jou van lès la. Se poutèt sa, se konsa yo pral pirifye inikite Jakòb la; e men tout fwi a pou retire peche li; lè li fè tout wòch lotèl la tankou wòch lakrè yo kraze an moso, pye sakre yo ak zidòl yo p ap kanpe ankò. Ezayi 27:8, 9.</w:t>
      </w:r>
    </w:p>
    <w:p>
      <w:pPr>
        <w:pStyle w:val="ArticleBody"/>
        <w:jc w:val="left"/>
      </w:pPr>
      <w:r>
        <w:rPr>
          <w:rFonts w:ascii="Times New Roman" w:hAnsi="Times New Roman" w:eastAsia="Times New Roman" w:cs="Times New Roman"/>
        </w:rPr>
        <w:t>Tout pwofèt yo ann amoni youn ak lòt konsènan dènye jou yo, epi “gwo van” Ezayi a se van konfli Jan yo, ki kenbe an fren pandan sele sant karannkat mil yo. Gwo van Ezayi a se van lès la ki “rete” nan temwayaj Ezayi a, epi ki kenbe an fren nan pa Jan an. Van konfli Jan yo kenbe pandan pèp Bondye a ap sele, epi van lès Ezayi a idantifye kòm peryòd kote “inikite Jakòb la” ap “pirifye.” Mo ebre ki tradui “pirifye” a vle di fè ekspyasyon pou. Sele Jan an se menm bagay ak Ezekyèl chapit nèf, e li se menm bagay ak pirifikasyon inikite Jakòb la. Zanj ki pase nan mitan Jerizalèm pou mete yon mak sou moun k ap soupiye epi k ap rele se zanj ki monte soti nan “lès” la.</w:t>
      </w:r>
    </w:p>
    <w:p>
      <w:pPr>
        <w:pStyle w:val="ArticleScripture"/>
        <w:jc w:val="left"/>
      </w:pPr>
      <w:r>
        <w:rPr>
          <w:rFonts w:ascii="Times New Roman" w:hAnsi="Times New Roman" w:eastAsia="Times New Roman" w:cs="Times New Roman"/>
        </w:rPr>
        <w:t>Apre bagay sa yo, mwen wè kat zanj kanpe sou kat kwen tè a, yo t ap kenbe kat van tè a, pou van an pa soufle ni sou tè a, ni sou lanmè a, ni sou okenn pyebwa. Epi mwen wè yon lòt zanj ki t ap monte soti bò solèy leve a, li te gen sele Bondye vivan an; epi li rele avèk yon vwa byen fò bay kat zanj yo, sa yo ki te resevwa pouvwa pou fè tè a ak lanmè a mal, li di: Pa fè tè a mal, ni lanmè a, ni pyebwa yo, jouk nou fin sele sèvitè Bondye nou an sou fwon yo. Revelasyon 7:1–3.</w:t>
      </w:r>
    </w:p>
    <w:p>
      <w:pPr>
        <w:pStyle w:val="ArticleBody"/>
        <w:jc w:val="left"/>
      </w:pPr>
      <w:r>
        <w:rPr>
          <w:rFonts w:ascii="Times New Roman" w:hAnsi="Times New Roman" w:eastAsia="Times New Roman" w:cs="Times New Roman"/>
        </w:rPr>
        <w:t>Anj lan se Kris, e Li te monte nan fen karant jou ansèyman Li te bay disip yo fasafas nan sezon Pannkòt la; epi Li monte nan fèt twonpèt yo nan Levitik venntwa, nan fen trant jou ansèyman fasafas avèk prèt yo, yo menm ki reprezante pa nimewo trant lan.</w:t>
      </w:r>
    </w:p>
    <w:p>
      <w:pPr>
        <w:pStyle w:val="ArticleBody"/>
        <w:jc w:val="left"/>
      </w:pPr>
      <w:r>
        <w:rPr>
          <w:rFonts w:ascii="Times New Roman" w:hAnsi="Times New Roman" w:eastAsia="Times New Roman" w:cs="Times New Roman"/>
        </w:rPr>
        <w:t>Ane 2026 se ane eleksyon a mitan manda yo, e eleksyon sa yo deja konfime kòm bòn pwofetik. San Demokrat yo pa t vòlè eleksyon 2020 an, Trump pa t ap akonpli enig Wòm nan. Enig Wòm nan se lefètke li se wityèm lan epi li soti nan sèt yo. Enig sa a idantifye Trump kòm reprezantan imaj bèt la, ki toujou monte kòm wityèm lan, men ki soti nan sèt yo. Nan Danyèl sèt, twa nan dis kòn Wòm payen an te bezwen retire pou ti kòn nan te ka monte. La a, Wòm papal la leve kòm wityèm lan pami sèt lòt kòn yo, men li sòti nan Wòm payen an, paske li te dwe soti nan sèt yo. Nan Danyèl uit, anpi Mèd ak Pès la te reprezante pa de kòn, apre sa Lagrès te yon sèl kòn, ki lè li te kase pwodui kat kòn; konsa, anvan Wòm parèt, te deja gen sèt kòn, epi ti kòn Wòm nan se wityèm lan. Gen lòt temwen tou sou lefètke Wòm toujou monte kòm wityèm lan epi li soti nan sèt yo, men pwen referans prensipal enig la se Revelasyon chapit disèt.</w:t>
      </w:r>
    </w:p>
    <w:p>
      <w:pPr>
        <w:pStyle w:val="ArticleScripture"/>
        <w:jc w:val="left"/>
      </w:pPr>
      <w:r>
        <w:rPr>
          <w:rFonts w:ascii="Times New Roman" w:hAnsi="Times New Roman" w:eastAsia="Times New Roman" w:cs="Times New Roman"/>
        </w:rPr>
        <w:t>Men sajès ki gen konprann. Sèt tèt yo se sèt mòn, kote fanm nan chita a. E gen sèt wa: senk tonbe deja, youn la kounye a, epi lòt la poko vini; e lè l vini, li dwe rete yon ti tan sèlman. E bèt la ki te la, epi ki pa la ankò, se li menm ki wityèm nan, e li soti nan pami sèt yo, epi li prale nan pèdisyon. Revelasyon 17:9–11.</w:t>
      </w:r>
    </w:p>
    <w:p>
      <w:pPr>
        <w:pStyle w:val="ArticleBody"/>
        <w:jc w:val="left"/>
      </w:pPr>
      <w:r>
        <w:rPr>
          <w:rFonts w:ascii="Times New Roman" w:hAnsi="Times New Roman" w:eastAsia="Times New Roman" w:cs="Times New Roman"/>
        </w:rPr>
        <w:t>Eleksyon vòlè 2020 la te idantifye yon eleksyon kòm yon repè pwofetik. Yon dezyèm temwen pou reyalite sa a se Prezidan Carter. Reagan te premye nan lis prezidan ki mennen rive sou Trump kòm uityèm nan ki soti nan sèt yo, pandan li fòme yon imaj Wòm. Reagan te premye nan liy uit prezidan yo depi nan tan lafen an an 1989. Ane 1989 la te akonpli nan Danyèl onz, vèsè youn rive kat, e li tabli temwayaj prezidan ki pi rich la. Reagan te vini apre pi move Prezidan nan listwa jiska moman sa a. Carter te kite pouvwa a avèk yon kriz Islam ki pa t rezoud. Karannsèt ane pi ta, Trump ap rezoud kounye a pwoblèm Demokrat Carter te kite pou Reagan. Paske premye a ak alfa a, Reagan, te yon Repibliken ki te prefigure yon Repibliken nan fen an ak omega a, Trump te dwe tou eritye yon kriz Islam prezidan Demokrat anvan an te kreye, ki, pa nesesite pwofetik, te dwe pi move prezidan nan listwa jiska moman sa a. Obama, natirèlman, te akonpli tout karakteristik pwofetik sa yo, e Biden te fè sa tou. Pou Reagan te ka prefigure dènye a, li te dwe prefigure pa sèlman uityèm nan, men tou sizyèm nan. Lè li t ap fè sa, Lyon branch fanmi Jida a te dwe kontwole eleksyon yo pou asire yon pwogresyon prezidans echwe ki te vin anvan Trump nan toude ka yo. Eleksyon yo se yon repè pwofetik, e 2026 se eleksyon mitan manda yo pou prezidan ki se uityèm nan ki soti nan sèt yo.</w:t>
      </w:r>
    </w:p>
    <w:p>
      <w:pPr>
        <w:pStyle w:val="ArticleBody"/>
        <w:jc w:val="left"/>
      </w:pPr>
      <w:r>
        <w:rPr>
          <w:rFonts w:ascii="Times New Roman" w:hAnsi="Times New Roman" w:eastAsia="Times New Roman" w:cs="Times New Roman"/>
        </w:rPr>
        <w:t>Liy desan senkant lane Etazini an te kòmanse an 1776 e li rive nan akonplisman li an 2026. Liy desan senkant lane 457 av. J.-K. la te rive nan akonplisman li an 207 av. J.-K., ant vèsè onz ak kenz yo, nan batay Rafya ak Panyòm yo. Rafya aliyen pwofetikman ak alyans sikonsizyon an nan Jenèz disèt, epi Panyòm aliyen pwofetikman ak alyans san karannkat mil yo nan Matye sèz. 2026 aliyen ak 207 av. J.-K., ant vèsè onz ak kenz yo—ant Rafya ak Panyòm, ki se tou ant premye alyans Bondye te fè ak yon pèp chwazi ak dènye alyans Bondye te fè ak yon pèp chwazi.</w:t>
      </w:r>
    </w:p>
    <w:p>
      <w:pPr>
        <w:pStyle w:val="ArticleBody"/>
        <w:jc w:val="left"/>
      </w:pPr>
      <w:r>
        <w:rPr>
          <w:rFonts w:ascii="Times New Roman" w:hAnsi="Times New Roman" w:eastAsia="Times New Roman" w:cs="Times New Roman"/>
        </w:rPr>
        <w:t>De liy 250 lane ki fini nan mitan ane 207 anvan Jezikri a ak 2026 yo aliyen avèk liy 250 lane pèsekisyon an ki te kòmanse lè vil Wòm te boule nan ane 64. Depi lè sa a, pandan sèt ane, yon nonm etranj te pwoklame bay abitan Jerizalèm yo avètisman sou destriksyon ki t ap vini an. Lè ane swasanndis la te rive epi Jerizalèm te detwi, legliz Bondye a te gaye, epi yo te simaye levanjil la nan tout monn lan. An menm tan legliz Efèz la t ap pwoklame mesaj Pannkòt rezirèksyon an, pèsekisyon legliz Smirn nan reprezante a te kòmanse, paske, pa nesesite pwofetik, de legliz sa yo t ap mache paralèl pandan yon peryòd tan. Pòl te yon dirijan nan legliz pwofetik Efèz la, men li te ekri sou toude istwa yo.</w:t>
      </w:r>
    </w:p>
    <w:p>
      <w:pPr>
        <w:pStyle w:val="ArticleScripture"/>
        <w:jc w:val="left"/>
      </w:pPr>
      <w:r>
        <w:rPr>
          <w:rFonts w:ascii="Times New Roman" w:hAnsi="Times New Roman" w:eastAsia="Times New Roman" w:cs="Times New Roman"/>
        </w:rPr>
        <w:t>Pèsekisyon yo, soufrans yo, ki te rive m nan Antiòch, nan Ikònyòm, nan Lis; ki kalite pèsekisyon mwen te andire! Men, Senyè a delivre m anba yo tout. Wi, tout moun ki vle viv avèk lakrentif pou Bondye nan Jezikri, y ap soufri pèsekisyon. 2 Timote 3:11, 12.</w:t>
      </w:r>
    </w:p>
    <w:p>
      <w:pPr>
        <w:pStyle w:val="ArticleBody"/>
        <w:jc w:val="left"/>
      </w:pPr>
      <w:r>
        <w:rPr>
          <w:rFonts w:ascii="Times New Roman" w:hAnsi="Times New Roman" w:eastAsia="Times New Roman" w:cs="Times New Roman"/>
        </w:rPr>
        <w:t>A.T. Jones idantifye peryòd desan senkant ane a ki kòmanse nan ane 64 epi ki fini ak Edik Milan an nan 313. Pandan ane sa yo, Wòm payen te mennen pèsekisyon kont pèp Bondye a; men mesaj la bay legliz ki nan Smirn lan te idantifye dis jou, ki reprezante pèsekisyon ki pi terib nan tout peryòd sa a.</w:t>
      </w:r>
    </w:p>
    <w:p>
      <w:pPr>
        <w:pStyle w:val="ArticleScripture"/>
        <w:jc w:val="left"/>
      </w:pPr>
      <w:r>
        <w:rPr>
          <w:rFonts w:ascii="Times New Roman" w:hAnsi="Times New Roman" w:eastAsia="Times New Roman" w:cs="Times New Roman"/>
        </w:rPr>
        <w:t>Nou pa bezwen pè okenn nan bagay ou pral soufri yo: gade, dyab la pral voye kèk nan nou nan prizon, pou nou ka pase anba eprèv; epi nou pral gen tribilasyon pandan dis jou: rete fidèl jouk nan lanmò, epi m ap ba ou kouwòn lavi a. Revelasyon 2:10.</w:t>
      </w:r>
    </w:p>
    <w:p>
      <w:pPr>
        <w:pStyle w:val="ArticleBody"/>
        <w:jc w:val="left"/>
      </w:pPr>
      <w:r>
        <w:rPr>
          <w:rFonts w:ascii="Times New Roman" w:hAnsi="Times New Roman" w:eastAsia="Times New Roman" w:cs="Times New Roman"/>
        </w:rPr>
        <w:t>Peryòd pèsekisyon sa a, Anperè Dyokletyen te reprezante a, te dire dis ane, li te kòmanse an 303 epi li te fini an 313, lè Anperè Konstanten Legran t ap gouvène, menm jan li t ap fè sa nan premye lwa dimanch lan an 321, epi lè li te divize Wòm an lès ak lwès an 330. Ane 313 la te make nan sans pwofetik pa maryaj diplomatik ki te fèt nan Milan an, lè Anperè Konstanten (chèf pati lwès la) te òganize maryaj demi-sè li a, Flavia Julia Constantia, ak Licinius, anperè ki te kontwole pati lès la (oswa pati ki t apral vin pati lès la) nan Anpi Women an. Maryaj la te fini sou plan senbolik lè Konstanten te divize wayòm nan an lès ak lwès an 330.</w:t>
      </w:r>
    </w:p>
    <w:p>
      <w:pPr>
        <w:pStyle w:val="ArticleBody"/>
        <w:jc w:val="left"/>
      </w:pPr>
      <w:r>
        <w:rPr>
          <w:rFonts w:ascii="Times New Roman" w:hAnsi="Times New Roman" w:eastAsia="Times New Roman" w:cs="Times New Roman"/>
        </w:rPr>
        <w:t>Peryòd 250 ane Neron an kòmanse ak yon peryòd sèt ane ki kòmanse epi fini ak yon syèj ki prefigire fen lemonn. Nan fen peryòd la te gen yon dis ane pèsekisyon ki te byen make. Peryòd la te kòmanse nan tan legliz Efèz la, apre sa li te kouvri istwa legliz Smirn lan jouk rive nan legliz konpwomi Konstanten an, lè legliz Pègam la te parèt an 313.</w:t>
      </w:r>
    </w:p>
    <w:p>
      <w:pPr>
        <w:pStyle w:val="ArticleBody"/>
        <w:jc w:val="left"/>
      </w:pPr>
      <w:r>
        <w:rPr>
          <w:rFonts w:ascii="Times New Roman" w:hAnsi="Times New Roman" w:eastAsia="Times New Roman" w:cs="Times New Roman"/>
        </w:rPr>
        <w:t>Disètan sa yo, soti nan 313 rive 330, jwenn ekivalan pa yo nan istwa Rafia ak Panyòm, kote batay 217 anvan Jezikri a ak batay 200 anvan Jezikri a separe pa disètan. Nan batay Rafia a, Ptolemey te genyen, men li t ap deja mouri e disparèt anvan batay Panyòm nan. Men, li te gouvène pandan disètan, soti nan 221 anvan Jezikri a jouk 204 anvan Jezikri a. Twa liy 250 ane mare ansanm pa twa disètan fòse nou konsidere ke 313 aliyen ak 2026.</w:t>
      </w:r>
    </w:p>
    <w:p>
      <w:pPr>
        <w:pStyle w:val="ArticleBody"/>
        <w:jc w:val="left"/>
      </w:pPr>
      <w:r>
        <w:rPr>
          <w:rFonts w:ascii="Times New Roman" w:hAnsi="Times New Roman" w:eastAsia="Times New Roman" w:cs="Times New Roman"/>
        </w:rPr>
        <w:t>313 te yon tranzisyon klè soti nan pèsekisyon pou rive nan konpwomi; konsa, li make ane 313 la kòm yon senbòl yon chanjman ki gen yon nati pwofetik, chanjman sa a te prefigure pa pasaj soti nan Smyrna pou rive Pergamos. Premye etap la te reprezante pa yon maryaj diplomatik ki te fini nan divòs disèt ane apre. Dezyèm etap la se te premye lwa dimanch lan. Enspirasyon an fè nou konnen lwa dimanch lan vin apre yon pwosesis pwogresif, etap pa etap, ki gen ladan lwa dimanch ki vini anvan lwa dimanch lan ki defini kòm fòse w obsève dimanch epi tou pèsekite w paske w ap obsève saba setyèm jou Bondye a.</w:t>
      </w:r>
    </w:p>
    <w:p>
      <w:pPr>
        <w:pStyle w:val="ArticleScripture"/>
        <w:jc w:val="left"/>
      </w:pPr>
      <w:r>
        <w:rPr>
          <w:rFonts w:ascii="Times New Roman" w:hAnsi="Times New Roman" w:eastAsia="Times New Roman" w:cs="Times New Roman"/>
        </w:rPr>
        <w:t>“Si le lecteur voulait comprendre les agents qui seront employés dans le conflit qui approche rapidement, il n’a qu’à retracer le récit des moyens que Rome a employés, dans les siècles passés, pour atteindre le même but. S’il voulait savoir comment les papistes et les protestants unis traiteront ceux qui rejettent leurs dogmes, qu’il considère l’esprit que Rome a manifesté à l’égard du sabbat et de ses défenseurs. ”</w:t>
      </w:r>
    </w:p>
    <w:p>
      <w:pPr>
        <w:pStyle w:val="ArticleScripture"/>
        <w:jc w:val="left"/>
      </w:pPr>
      <w:r>
        <w:rPr>
          <w:rFonts w:ascii="Times New Roman" w:hAnsi="Times New Roman" w:eastAsia="Times New Roman" w:cs="Times New Roman"/>
        </w:rPr>
        <w:t>“Dekrè wayal yo, konsèy jeneral yo, ak òdonans legliz yo, ki te soutni pa pouvwa sekilye, se te etap pa etap pa yo fè fèt payen an rive jwenn pozisyon onè li nan mond kretyen an. Premye mezi piblik ki te fè respekte obsèvans dimanch lan se te lwa Konstanten te pibliye a. (A.D. 321.) Dekrè sa a te egzije pou moun lavil yo repoze nan ‘jou venere solèy la,’ men li te pèmèt moun andeyò yo kontinye travay agrikòl yo. Byenke, an reyalite, se te yon lwa payen, anperè a te fè mete l an aplikasyon apre li te aksepte Krisyanis la sèlman an non.” The Great Controversy, 573, 574.</w:t>
      </w:r>
    </w:p>
    <w:p>
      <w:pPr>
        <w:pStyle w:val="ArticleBody"/>
        <w:jc w:val="left"/>
      </w:pPr>
      <w:r>
        <w:rPr>
          <w:rFonts w:ascii="Times New Roman" w:hAnsi="Times New Roman" w:eastAsia="Times New Roman" w:cs="Times New Roman"/>
        </w:rPr>
        <w:t>Édit de Milan an 313 la, se te “edik wa” ki te swiv pa “konsèy jeneral ak òdonans legliz soutni pa pouvwa sekilye, se te etap yo.” Sa yo te etap pwogresif ki mennen nan premye lwa dimanch lan an 321. Youn nan etap sa yo se “òdonans legliz,” tankou obsèvans dimanch, “soutni pa pouvwa sekilye.” Peryòd 1888 la idantifye yon seri lwa dimanch Senatè Blair te prezante nan Sena a ki pa t mennen okenn kote, men pandan menm istwa a plizyè eta t ap pase lwa dimanch ki te aplike pa eta a. De temwen sa yo idantifye 313 kòm yon baliz kote “edik wa,” tankou yon lòd egzekitif, t ap make yon tranzisyon nan istwa bèt latè a, ki destine pou l pale tankou yon dragon.</w:t>
      </w:r>
    </w:p>
    <w:p>
      <w:pPr>
        <w:pStyle w:val="ArticleBody"/>
        <w:jc w:val="left"/>
      </w:pPr>
      <w:r>
        <w:rPr>
          <w:rFonts w:ascii="Times New Roman" w:hAnsi="Times New Roman" w:eastAsia="Times New Roman" w:cs="Times New Roman"/>
        </w:rPr>
        <w:t>Lè Etazini pale tankou yon dragon, li fini kòm sizyèm wayòm pwofesi Bib la, e li fè sa lè li pale menm jan li te pale nan kòmansman rèy li kòm sizyèm wayòm nan. An 1798, Etazini te pase Lwa sou Etranje ak Sedisyon yo, ki te yon tipifikasyon lwa dimanch lan. Lwa sou Etranje ak Sedisyon 1798 yo te twazyèm nan twa etap ki te kòmanse an 1776 ak Deklarasyon Endepandans lan, epi apre sa Konstitisyon an an 1789. Twa etap sa yo aliyen avèk 313, 321, ak 330.</w:t>
      </w:r>
    </w:p>
    <w:p>
      <w:pPr>
        <w:pStyle w:val="ArticleBody"/>
        <w:jc w:val="left"/>
      </w:pPr>
      <w:r>
        <w:rPr>
          <w:rFonts w:ascii="Times New Roman" w:hAnsi="Times New Roman" w:eastAsia="Times New Roman" w:cs="Times New Roman"/>
        </w:rPr>
        <w:t>1776, 1789 ak 1798, se te tout aksyon yo defini kòm pale, paske Enspirasyon fè nou konnen ke “pale nasyon an se aksyon otorite lejislatif ak jidisyè li yo.” 313, 321 ak 330 se tout repè ki asosye ak Konstanten Legran. Fen ansyen Izrayèl literal la, ni wayòm nò a ni wayòm sid la, senbolize kòm yon divòs, e se sa 330 reprezante. Yon divòs ant lès ak lwès nan yon maryaj ki te kòmanse disèt ane anvan, nan maryaj Edik Milan an. Nan lwa dimanch lan, Etazini pral fin ranpli koup tan pwobasyon li a, epi li pral divòse ak Bondye anrapò ak objektif pwofetik li, jan sa te prefigire pa peyi k ap koule ak lèt ak siwo myèl la pou ansyen Izrayèl. Enspirasyon di apostazi nasyonal swiv pa ruinn nasyonal. Sa rive lè Bondye divòse bèl peyi a, jan ane 330 reprezante l. Depi maryaj 313 la rive jouk premye a nan yon seri lwa dimanch k ap ogmante nan 321, jouk rive nan divòs 330 la. 1776 aliyen ak 313, epi 1789 aliyen ak 321, epi 1798 aliyen ak 330.</w:t>
      </w:r>
    </w:p>
    <w:p>
      <w:pPr>
        <w:pStyle w:val="ArticleBody"/>
        <w:jc w:val="left"/>
      </w:pPr>
      <w:r>
        <w:rPr>
          <w:rFonts w:ascii="Times New Roman" w:hAnsi="Times New Roman" w:eastAsia="Times New Roman" w:cs="Times New Roman"/>
        </w:rPr>
        <w:t>330 se tou akonplisman 360 ane yo depi batay Actium nan an 31 anvan Kris. Actium te twazyèm obstak Wòm, e konsa li tipifye lwa dimanch lan kote Wòm modèn konkeri dezyèm ak twazyèm obstak li yo. Nan waymark 330 a, batay Panium nan ini ak batay Actium nan. Batay Raphia a an 217 anvan Kris aliyen ak lagè Ikrèn nan an 2014; apre sa, an 2015, Trump te lanse premye kanpay prezidansyèl li; an 2020, yo te touye toude kòn bèt ki soti sou latè a; an 2023, yo toude te resisite. An 2024, tès fondasyon yo te kòmanse, e an 2025 alyans pwofetik uityèm prezidan an ak omològ papal li a te make pa envestiti mityèl yo.</w:t>
      </w:r>
    </w:p>
    <w:p>
      <w:pPr>
        <w:pStyle w:val="ArticleBody"/>
        <w:jc w:val="left"/>
      </w:pPr>
      <w:r>
        <w:rPr>
          <w:rFonts w:ascii="Times New Roman" w:hAnsi="Times New Roman" w:eastAsia="Times New Roman" w:cs="Times New Roman"/>
        </w:rPr>
        <w:t>N ap kontinye bagay sa yo nan atik k ap vini an.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Istwa Kache Vèsè Karant — Nimewo Uit</dc:title>
  <dc:subject>Mòn nan</dc:subject>
  <dc:creator>Jeff Pippenger</dc:creator>
  <cp:keywords/>
  <dc:description>Generated by ArticleDigger from hidden_history\08_hidden_history.json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