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Dis</w:t>
      </w:r>
    </w:p>
    <w:p>
      <w:pPr>
        <w:pStyle w:val="ArticleSubtitle"/>
        <w:jc w:val="left"/>
      </w:pPr>
      <w:r>
        <w:rPr>
          <w:rFonts w:ascii="Arial" w:hAnsi="Arial" w:eastAsia="Arial" w:cs="Arial"/>
        </w:rPr>
        <w:t>Pwen Mitan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Istwa kache ki nan Danyèl onz, vèsè karant, ann amoni avèk istwa ki reprezante nan vèsè dis rive sèz nan menm chapit la. Nan vèsè dis rive sèz yo, liy bèt tè a nan Revelasyon trèz la, sètadi kòn Repibliken aposta Etazini an, reprezante pa Donald Trump; liy kòn Pwotestan aposta Etazini an reprezante pa Makabe yo; liy bèt lanmè a, sètadi papòt la, reprezante kòm “vòlè nan pèp ou a”; epi liy dragon an reprezante pa divès wa sid yo ak Filip Masedwàn. Liy san karantkat mil yo reprezante pa Pyè.</w:t>
      </w:r>
    </w:p>
    <w:p>
      <w:pPr>
        <w:pStyle w:val="ArticleHeading"/>
        <w:jc w:val="left"/>
      </w:pPr>
      <w:r>
        <w:rPr>
          <w:rFonts w:ascii="Arial" w:hAnsi="Arial" w:eastAsia="Arial" w:cs="Arial"/>
        </w:rPr>
        <w:t>Mitani an</w:t>
      </w:r>
    </w:p>
    <w:p>
      <w:pPr>
        <w:pStyle w:val="ArticleBody"/>
        <w:jc w:val="left"/>
      </w:pPr>
      <w:r>
        <w:rPr>
          <w:rFonts w:ascii="Times New Roman" w:hAnsi="Times New Roman" w:eastAsia="Times New Roman" w:cs="Times New Roman"/>
        </w:rPr>
        <w:t>Nan istwa kache sa a, yo mete aksan sou mitan an plizyè fwa. 250 ane ki te kòmanse an 457 av. J.-K. te fini an 207 av. J.-K., nan mitan batay Rafya ak Panyòm, de dènye lagè pa pwokirasyon ki nan vèsè onz rive kenz yo. 250 ane bèt tè a ki te kòmanse an 1776 fini an 2026, ane “eleksyon mitan manda” yo nan tèren politik bèt tè a. Pyè te nan Sezare Filipi (Panyòm), mitan twa fwa Kris la te pran sèlman twa disip avè l, san okenn lòt.</w:t>
      </w:r>
    </w:p>
    <w:p>
      <w:pPr>
        <w:pStyle w:val="ArticleBody"/>
        <w:jc w:val="left"/>
      </w:pPr>
      <w:r>
        <w:rPr>
          <w:rFonts w:ascii="Times New Roman" w:hAnsi="Times New Roman" w:eastAsia="Times New Roman" w:cs="Times New Roman"/>
        </w:rPr>
        <w:t>Nan istwa liy paralèl sa yo, Pyè reprezante moun ki korije epi repete avètisman sou boul dife yo sou Nashville. Non Pyè te chanje egzakteman nan mitan chapit onz rive vennnde nan Matye, menm jan chapit mitan Abraram nan seri chapit onz rive vennnde yo te idantifye sikonsizyon kòm siy alyans lan, ansanm ak chapit mitan nan seri chapit onz rive vennnde nan Revelasyon an ki make siy alyans lanmò a nan Revelasyon disèt. Pwen mitan an se kote san karannkat mil yo chanje soti nan yon eta Lawodise pou antre nan yon eta Filadèlf, epi mitan twa zanj yo se dezyèm zanj lan.</w:t>
      </w:r>
    </w:p>
    <w:p>
      <w:pPr>
        <w:pStyle w:val="ArticleBody"/>
        <w:jc w:val="left"/>
      </w:pPr>
      <w:r>
        <w:rPr>
          <w:rFonts w:ascii="Times New Roman" w:hAnsi="Times New Roman" w:eastAsia="Times New Roman" w:cs="Times New Roman"/>
        </w:rPr>
        <w:t>Dezyèm etap la, oswa mitan pwen an, se tan dezyèm tès tanp lan ki swiv premye tès fondamantal la. Premye tès ane 2024 la se te vizyon ekstèn nan ki te etabli pa senbòl Wòm nan, epi dezyèm tès la se vizyon entèn marah la (glas pou gade) konsènan Kris la nan Kote ki Pi Sen an. Nan istwa dezyèm zanj lan, mesaj rèl a minwi a vini pou bay mesaj dezyèm zanj lan pouvwa.</w:t>
      </w:r>
    </w:p>
    <w:p>
      <w:pPr>
        <w:pStyle w:val="ArticleBody"/>
        <w:jc w:val="left"/>
      </w:pPr>
      <w:r>
        <w:rPr>
          <w:rFonts w:ascii="Times New Roman" w:hAnsi="Times New Roman" w:eastAsia="Times New Roman" w:cs="Times New Roman"/>
        </w:rPr>
        <w:t>Nan listwa Millerit la an 1840, Josiah (ki vle di fondasyon Bondye) Litch te fè yon koreksyon nan idantifikasyon li te bay pwofesi sou Islam nan premye ak dezyèm malè a; epi an 1844, Samuel Snow te fè koreksyon prediksyon 1843 la nan akonplisman parabòl dis vyèj yo. Pyè an 2026 dwe korije prediksyon echwe boul dife Nashville yo, jan sa te prefigire pa desepsyon Millerit la an 1843, epi ajiste mesaj sou Islam nan, jan sa te prefigire pa travay Josiah Litch an 1840. De evènman Millerit sa yo, an 1840 ak 1844, reprezante bay puisans mesaj premye zanj lan nan 11 out 1840 ak bay puisans mesaj dezyèm zanj lan nan 17 out 1844. Ansanm, yo idantifye bay puisans rèl minwi a lè boul dife Nashville yo desann.</w:t>
      </w:r>
    </w:p>
    <w:p>
      <w:pPr>
        <w:pStyle w:val="ArticleScripture"/>
        <w:jc w:val="left"/>
      </w:pPr>
      <w:r>
        <w:rPr>
          <w:rFonts w:ascii="Times New Roman" w:hAnsi="Times New Roman" w:eastAsia="Times New Roman" w:cs="Times New Roman"/>
        </w:rPr>
        <w:t>“Zanj ki ini aklare nan pwoklamasyon mesaj twazyèm zanj lan gen pou l klere tout tè a avèk glwa li. Se yon zèv ki gen yon anvergiti mondyal ak yon puisans etranj yo anonse isit la. Mouvman adven an nan ane 1840–44 la te yon manifestasyon gloriye pouvwa Bondye; mesaj premye zanj lan te pote rive nan chak pòs misyonè nan mond lan, e nan kèk peyi te gen pi gwo enterè relijye yo te janm wè nan okenn peyi depi Refòm sèzyèm syèk la; men yo gen pou yo depase sa pa mwayen mouvman pwisan ki fèt anba dènye avètisman twazyèm zanj lan.” The Great Controversy, 611.</w:t>
      </w:r>
    </w:p>
    <w:p>
      <w:pPr>
        <w:pStyle w:val="ArticleBody"/>
        <w:jc w:val="left"/>
      </w:pPr>
      <w:r>
        <w:rPr>
          <w:rFonts w:ascii="Times New Roman" w:hAnsi="Times New Roman" w:eastAsia="Times New Roman" w:cs="Times New Roman"/>
        </w:rPr>
        <w:t>Kesyon an se poukisa, pami tout vil ki nan Etazini, pwovidans Bondye ta chwazi Nashville. Lè twazyèm malè a te rive nan dat 11 Septanm, de gwo fò won New York yo ak Pentagòn Washington, DC, te sib yo. Yon katriyèm avyon te tonbe atè. Senbòl bèt ki soti sou tè a se tè a; senbòl pisans ekonomik li se New York, epi senbòl pisans militè li se Pentagòn nan. Lè Etazini fòse lemonn aksepte mak otorite papal la ansanm ak sistèm politik legliz ak leta ki se imaj bèt la, li fè sa pa mwayen pisans militè ak ekonomik li; paske Revelasyon trèz idantifye fason bèt ki soti sou tè a sèvi ak pouvwa pou entèdi fidèl yo achte oswa vann, epi li mete tou a lanmò sila yo ki kenbe repo saba setyèm jou Bondye a. Senbolis pwofetik la reprezante kòm “cha, kavalye (pisans militè) ak bato” (pisans ekonomik) nan Danyèl onz vèsè karant.</w:t>
      </w:r>
    </w:p>
    <w:p>
      <w:pPr>
        <w:pStyle w:val="ArticleBody"/>
        <w:jc w:val="left"/>
      </w:pPr>
      <w:r>
        <w:rPr>
          <w:rFonts w:ascii="Times New Roman" w:hAnsi="Times New Roman" w:eastAsia="Times New Roman" w:cs="Times New Roman"/>
        </w:rPr>
        <w:t>Nan tan sele san karantkat mil yo, Islam frape peyi bèl pouvwa a kat fwa san atann. Premye a se te 9/11, dezyèm ak twazyèm yo se te ansyen peyi bèl pouvwa literal la epi apre sa Nashville. Katriyèm nan se tranblemanntè Revelasyon onz la, sa vle di lwa dimanch la. Nan kontèks Balaam ak twa zanj yo, de frap 7 Oktòb 2023 la ak Nashville reprezante de jaden rezen biblik pèp alyans Bondye a.</w:t>
      </w:r>
    </w:p>
    <w:p>
      <w:pPr>
        <w:pStyle w:val="ArticleBody"/>
        <w:jc w:val="left"/>
      </w:pPr>
      <w:r>
        <w:rPr>
          <w:rFonts w:ascii="Times New Roman" w:hAnsi="Times New Roman" w:eastAsia="Times New Roman" w:cs="Times New Roman"/>
        </w:rPr>
        <w:t>Lè blesi mòtèl papòt la geri anba lwa dimanch lan, dezyèm manifestasyon Mwayennaj Fènwa yo kòmanse. Premye ak twazyèm malè a se menm bagay la, paske Kris toujou sèvi ak kòmansman an pou ilistre fen an; konsa zetwal ki tonbe a, Mahomet, nan premye malè a, ki te vire kle ki te louvri twou san fon an, e yon ti tan apre 9/11, ateyis ki soti nan twou san fon an te touye de temwen yo nan Revelasyon onz. Nan lwa dimanch lan, blesi mòtèl papòt la geri, epi bèt Katolik la akonpli enigm pwofetik uityèm nan (ki reprezante rezirèksyon) lè sa a rive akonpli. Dezyèm peryòd Mwayennaj Fènwa yo kòmanse lè sa a, kòm twazyèm pwen-repè Bilam lan, lè bourik la pale, vire kle a pou louvri twou san fon an ankò. Apre 9/11, ateyis, dragon an, te soti nan twou a pou l fè lagè kont prezidan ki pi rich la, ki te souke tout domèn Lagrès la. Nan lwa dimanch lan, bèt Revelasyon disèt la monte soti nan twou san fon an, epi fènwa a efase limyè solèy la ankò.</w:t>
      </w:r>
    </w:p>
    <w:p>
      <w:pPr>
        <w:pStyle w:val="ArticleBody"/>
        <w:jc w:val="left"/>
      </w:pPr>
      <w:r>
        <w:rPr>
          <w:rFonts w:ascii="Times New Roman" w:hAnsi="Times New Roman" w:eastAsia="Times New Roman" w:cs="Times New Roman"/>
        </w:rPr>
        <w:t>Poukisa Nashville? Kesyon an ki toujou rete san rezolisyon? Nashville make kòmansman kout peryòd pwoklamasyon mesaj rèl minui a, epi li kòmanse ak yon atak destriktif inatandi pa Islam, epi li fini menm jan an. Lwa dimanch lan nan fen peryòd la reprezante ranfòsman mak bèt la Ozetazini, ak kòmansman destriksyon vil yo. “Destriksyon” se yon karakteristik pwofetik Islam.</w:t>
      </w:r>
    </w:p>
    <w:p>
      <w:pPr>
        <w:pStyle w:val="ArticleHeading"/>
        <w:jc w:val="left"/>
      </w:pPr>
      <w:r>
        <w:rPr>
          <w:rFonts w:ascii="Arial" w:hAnsi="Arial" w:eastAsia="Arial" w:cs="Arial"/>
        </w:rPr>
        <w:t>Destriksyon</w:t>
      </w:r>
    </w:p>
    <w:p>
      <w:pPr>
        <w:pStyle w:val="ArticleScripture"/>
        <w:jc w:val="left"/>
      </w:pPr>
      <w:r>
        <w:rPr>
          <w:rFonts w:ascii="Times New Roman" w:hAnsi="Times New Roman" w:eastAsia="Times New Roman" w:cs="Times New Roman"/>
        </w:rPr>
        <w:t>“Nan nuit d'avant-hier la au, ene scène bien impressionnante fine passe devant moi. Mo fine voir ene immense boule dife tomber au milieu de kèk belles demeures, causant zot destruction instantanée. Mo fine entendre certains dire: ‘Nous ti conné ki les jugements de Dieu ti pe vini lor la terre, mais nous pa ti conné ki zot ti pou vini si tôt.’ D'autres fine dire: ‘Zot ti conné! Alors pourquoi zot pa fine dire nous? Nous, nous pa ti conné.’ De tous côtés mo fine entendre bann paroles couma sa être prononcées.” Lettre 217, 1904.</w:t>
      </w:r>
    </w:p>
    <w:p>
      <w:pPr>
        <w:pStyle w:val="ArticleHeading"/>
        <w:jc w:val="left"/>
      </w:pPr>
      <w:r>
        <w:rPr>
          <w:rFonts w:ascii="Arial" w:hAnsi="Arial" w:eastAsia="Arial" w:cs="Arial"/>
        </w:rPr>
        <w:t>Onz Septanm Onorab Onorab</w:t>
      </w:r>
    </w:p>
    <w:p>
      <w:pPr>
        <w:pStyle w:val="ArticleBody"/>
        <w:jc w:val="left"/>
      </w:pPr>
      <w:r>
        <w:rPr>
          <w:rFonts w:ascii="Times New Roman" w:hAnsi="Times New Roman" w:eastAsia="Times New Roman" w:cs="Times New Roman"/>
        </w:rPr>
        <w:t>Revelasyon “Nine Eleven” idantifye karaktè wayòm Islam nan kòm lanmò ak destriksyon, paske yon non nan pwofesi reprezante karaktè.</w:t>
      </w:r>
    </w:p>
    <w:p>
      <w:pPr>
        <w:pStyle w:val="ArticleBody"/>
        <w:jc w:val="left"/>
      </w:pPr>
      <w:r>
        <w:rPr>
          <w:rFonts w:ascii="Times New Roman" w:hAnsi="Times New Roman" w:eastAsia="Times New Roman" w:cs="Times New Roman"/>
        </w:rPr>
        <w:t>Epi yo te gen yon wa sou yo, ki se zanj twou san fon an; non li nan lang ebre se Abadon, men nan lang grèk non li se Apolyon. Revelasyon 9/11.</w:t>
      </w:r>
    </w:p>
    <w:p>
      <w:pPr>
        <w:pStyle w:val="ArticleBody"/>
        <w:jc w:val="left"/>
      </w:pPr>
      <w:r>
        <w:rPr>
          <w:rFonts w:ascii="Times New Roman" w:hAnsi="Times New Roman" w:eastAsia="Times New Roman" w:cs="Times New Roman"/>
        </w:rPr>
        <w:t>Abaddon vle di “destriksyon oswa plas destriksyon,” epi Apollyon vle di “destriktè a.”</w:t>
      </w:r>
    </w:p>
    <w:p>
      <w:pPr>
        <w:pStyle w:val="ArticleScripture"/>
        <w:jc w:val="left"/>
      </w:pPr>
      <w:r>
        <w:rPr>
          <w:rFonts w:ascii="Times New Roman" w:hAnsi="Times New Roman" w:eastAsia="Times New Roman" w:cs="Times New Roman"/>
        </w:rPr>
        <w:t>“Zanj yo ap kenbe kat van yo, yo reprezante kòm yon chwal kòlè k ap chèche kase lache epi kouri travèse fas tout tè a, pote destriksyon ak lanmò sou chemen li.”</w:t>
      </w:r>
    </w:p>
    <w:p>
      <w:pPr>
        <w:pStyle w:val="ArticleScripture"/>
        <w:jc w:val="left"/>
      </w:pPr>
      <w:r>
        <w:rPr>
          <w:rFonts w:ascii="Times New Roman" w:hAnsi="Times New Roman" w:eastAsia="Times New Roman" w:cs="Times New Roman"/>
        </w:rPr>
        <w:t>“Èske n ap dòmi sou menm bòdi mond etènèl la? Èske n ap tounen moun lou, frèt, epi mouri? O, si sèlman nou ta genyen nan legliz nou yo Lespri ak souf Bondye soufle nan pèp Li a, pou yo ka kanpe sou pye yo epi viv. Nou bezwen wè chemen an etwat, e pòtay la sere. Men, pandan n ap pase nan pòtay sere a, lajè li pa gen okenn limit.” Manuscript Releases, volim 20, 217.</w:t>
      </w:r>
    </w:p>
    <w:p>
      <w:pPr>
        <w:pStyle w:val="ArticleBody"/>
        <w:jc w:val="left"/>
      </w:pPr>
      <w:r>
        <w:rPr>
          <w:rFonts w:ascii="Times New Roman" w:hAnsi="Times New Roman" w:eastAsia="Times New Roman" w:cs="Times New Roman"/>
        </w:rPr>
        <w:t>Chemen Islam twazyèm malè a se chemen Balak ak bourik la. Chemen chwal fache Islam nan, sa vle di kat van konfli Jan yo, van di Ezayi a ak “van” oswa “souf” Ezekyèl la ki soti nan kat van yo, pran yon chemen depi 9/11 ki mennen nan pòtay “etwat” ak “dwat” la. Pòtay etwat sa a se twazyèm repè Balak ak bourik la.</w:t>
      </w:r>
    </w:p>
    <w:p>
      <w:pPr>
        <w:pStyle w:val="ArticleScripture"/>
        <w:jc w:val="left"/>
      </w:pPr>
      <w:r>
        <w:rPr>
          <w:rFonts w:ascii="Times New Roman" w:hAnsi="Times New Roman" w:eastAsia="Times New Roman" w:cs="Times New Roman"/>
        </w:rPr>
        <w:t>Epi zanj Senyè a ale pi lwen toujou, epi li kanpe nan yon pas etwat, kote pa t gen okenn chemen pou vire ni adwat ni agoch. Lè manzènn lan wè zanj Senyè a, li tonbe atè anba Balaram; epi kòlè Balaram te limen, e li frape manzènn lan ak yon baton. Epi Senyè a louvri bouch manzènn lan, e li di Balaram: Kisa mwen fè ou, poukisa ou frape mwen twa fwa sa yo? Resansman 22:26–28.</w:t>
      </w:r>
    </w:p>
    <w:p>
      <w:pPr>
        <w:pStyle w:val="ArticleBody"/>
        <w:jc w:val="left"/>
      </w:pPr>
      <w:r>
        <w:rPr>
          <w:rFonts w:ascii="Times New Roman" w:hAnsi="Times New Roman" w:eastAsia="Times New Roman" w:cs="Times New Roman"/>
        </w:rPr>
        <w:t>Chemen twazyèm malè destriksyon Islam nan te kòmanse nan 11 Septanm nan, lè Revelasyon 18:1–3 te akonpli.</w:t>
      </w:r>
    </w:p>
    <w:p>
      <w:pPr>
        <w:pStyle w:val="ArticleScripture"/>
        <w:jc w:val="left"/>
      </w:pPr>
      <w:r>
        <w:rPr>
          <w:rFonts w:ascii="Times New Roman" w:hAnsi="Times New Roman" w:eastAsia="Times New Roman" w:cs="Times New Roman"/>
        </w:rPr>
        <w:t>“Èske kounye a gen pawòl mwen ta deklare ke New York dwe disparèt anba yon gwo vag lanmè? Sa, mwen pa janm di l. Mwen te di, pandan m t ap gade gwo bilding k ap monte la yo, etaj apre etaj: ‘Ki sèn terib ki pral fèt lè Seyè a va leve pou l souke tè a ak anpil fòs!’ Lè sa a, pawòl Revelasyon 18:1–3 yo pral akonpli. Tout chapit dizwityèm Revelasyon an se yon avètisman sou sa k ap vini sou tè a. Men, mwen pa gen okenn limyè an patikilye konsènan sa k ap vini sou New York, eksepte sa mwen konnen: yon jou, gwo bilding ki la yo pral jete atè pa aksyon vire-vire ak chavire nan pouvwa Bondye a. Dapre limyè ki te ban mwen an, mwen konnen destriksyon deja nan mond lan. Yon sèl pawòl soti nan Seyè a, yon sèl manyen pouvwa vanyan li a, epi gwo estrikti masif sa yo pral tonbe. Sèn ap fèt ki gen yon terè nou pa ka menm imajine.” Review and Herald, 5 jiyè 1906.</w:t>
      </w:r>
    </w:p>
    <w:p>
      <w:pPr>
        <w:pStyle w:val="ArticleBody"/>
        <w:jc w:val="left"/>
      </w:pPr>
      <w:r>
        <w:rPr>
          <w:rFonts w:ascii="Times New Roman" w:hAnsi="Times New Roman" w:eastAsia="Times New Roman" w:cs="Times New Roman"/>
        </w:rPr>
        <w:t>Kesyon an rete la: Poukisa Nashville? Boulen dife Nashville yo reprezante yon sèn pwofetik kote yon klas nan Advantis la wont e, dapre Joèl, yo “koupe nèt.” Lòt klas la reprezante kòm moun ki pa janm wont, e ki ranpli ak lajwa. Lajwa pwofetik la se pa pou jijman ki vini sou Nashville ak Etazini, men pou jistifikasyon ki reprezante ant moun ki nan parabòl la ki gen lwil la ak sila yo ki pa gen lwil la. Lwil la gen anpil sans senbolik ki mare ak li, men youn nan sans prensipal lwil la se mesaj rèl minwi a. Mesaj sa a te kòmanse ap devwale pwogresivman nan fen ane 2023, e li te reprezante ogmantasyon konesans la, konesans yo swa rejte swa aksepte. Oze klè lè li di moun ki rejte konesans la, yo rejte yo kòm prèt Bondye yo. Pyè plase nan mitan estrikti Levitik venntwa a lè li konprann boulen dife Nashville yo, e nimewo trant lan se yon senbòl prèt yo.</w:t>
      </w:r>
    </w:p>
    <w:p>
      <w:pPr>
        <w:pStyle w:val="ArticleScripture"/>
        <w:jc w:val="left"/>
      </w:pPr>
      <w:r>
        <w:rPr>
          <w:rFonts w:ascii="Times New Roman" w:hAnsi="Times New Roman" w:eastAsia="Times New Roman" w:cs="Times New Roman"/>
        </w:rPr>
        <w:t>Pèp mwen an ap peri poutèt yo manke konesans; paske ou rejte konesans, mwen menm tou m ap rejte ou, pou ou pa sèvi m kòm prèt ankò; dèske ou bliye lalwa Bondye ou a, mwen menm tou m ap bliye pitit ou yo. Oze 4:6.</w:t>
      </w:r>
    </w:p>
    <w:p>
      <w:pPr>
        <w:pStyle w:val="ArticleBody"/>
        <w:jc w:val="left"/>
      </w:pPr>
      <w:r>
        <w:rPr>
          <w:rFonts w:ascii="Times New Roman" w:hAnsi="Times New Roman" w:eastAsia="Times New Roman" w:cs="Times New Roman"/>
        </w:rPr>
        <w:t>Kesyon “konesans” lan, oswa mank li, se youn nan verite ki asosye ak rive boul dife Nashville yo. “Konesans” pwofetik la, oswa mank li, make kòmansman pwoklamasyon rèl minwi a, epi peryòd sa a fini ak kesyon obeyisans anvè Pawòl Bondye a, jan sa reprezante pa kestyon Saba ak Dimanch la. Kris toujou ilistre fen an ak kòmansman an, epi nan kòmansman an obeyisans anvè Pawòl Bondye a te mesaj avètisman yo te bay Adan ak Èv nan jaden an.</w:t>
      </w:r>
    </w:p>
    <w:p>
      <w:pPr>
        <w:pStyle w:val="ArticleBody"/>
        <w:jc w:val="left"/>
      </w:pPr>
      <w:r>
        <w:rPr>
          <w:rFonts w:ascii="Times New Roman" w:hAnsi="Times New Roman" w:eastAsia="Times New Roman" w:cs="Times New Roman"/>
        </w:rPr>
        <w:t>Kesyon obeyisans nan fen tan an pa ka limite ak yon sèl jaden si “chak nasyon pral enplike,” jan Sè White di sa. Kesyon Saba a ak dimanch lan se repetisyon premye tès Adan ak Èv te sibi nan jaden an, tès ki repete nan lemonn antye nan fen tan an. Tès sa a kòmanse ak lwa dimanch Ozetazini, ki se tou fen peryòd pwoklamasyon rèl minwi a.</w:t>
      </w:r>
    </w:p>
    <w:p>
      <w:pPr>
        <w:pStyle w:val="ArticleBody"/>
        <w:jc w:val="left"/>
      </w:pPr>
      <w:r>
        <w:rPr>
          <w:rFonts w:ascii="Times New Roman" w:hAnsi="Times New Roman" w:eastAsia="Times New Roman" w:cs="Times New Roman"/>
        </w:rPr>
        <w:t>Pwoklamasyon mesaj avètisman an ki di Kris ap vini an, se sèlman sila yo ki te aksepte ogmantasyon konesans ki soti nan ouvèti sele mesaj revelasyon Jezi Kris la, ki te kòmanse nan fen ane 2023, ki bay li. Yon tès konesans, oswa absans li, rive nan konklizyon li nan atak Nashville la. Tès desizif la, pami twa tès yo ki te kòmanse lè sele yo te louvri an 2023 a, chita sou lwil la, ki se “konesans” ki genyen nan mesaj pwofetik ki te lè sa a louvri.</w:t>
      </w:r>
    </w:p>
    <w:p>
      <w:pPr>
        <w:pStyle w:val="ArticleBody"/>
        <w:jc w:val="left"/>
      </w:pPr>
      <w:r>
        <w:rPr>
          <w:rFonts w:ascii="Times New Roman" w:hAnsi="Times New Roman" w:eastAsia="Times New Roman" w:cs="Times New Roman"/>
        </w:rPr>
        <w:t>“Konesans” ki pa sele a se tès la, epi finalman li manifeste, tankou lwil la ki se twazyèm tès la ak tès desizif la. Tès sa a kòmanse peryòd pwoklamasyon mesaj rèl minwi a, ki fini nan tès obeyisans lan. Tès obeyisans sa a akonpli sou Èv, ki reprezante legliz la, ak Adan, ki reprezante leta a. Konbinezon de antite sa yo vin finalize lè yo fè aplike mak bèt la. Tès ki te fèt nan jaden an se tès la nan lafen an. Se yon tès pou gason ak fanm, ki enplike konbinezon legliz ak leta, ki se yon gason ak yon fanm. Mesaj avètisman an ki pa sele a, ki mennen nan dènye tès obeyisans lan, reprezante pa pyebwa “konesans” byen ak mal la.</w:t>
      </w:r>
    </w:p>
    <w:p>
      <w:pPr>
        <w:pStyle w:val="ArticleBody"/>
        <w:jc w:val="left"/>
      </w:pPr>
      <w:r>
        <w:rPr>
          <w:rFonts w:ascii="Times New Roman" w:hAnsi="Times New Roman" w:eastAsia="Times New Roman" w:cs="Times New Roman"/>
        </w:rPr>
        <w:t>Nashville se senbòl edikasyon grèk nan peyi bèt ki soti sou tè a. Edikasyon grèk se fo edikasyon; li se move konesans, epi bon konesans lan se vrè edikasyon. Sèl konsèy kòporatif Ellen White te janm dakò patisipe ladan li se te Madison College, ki chita nan Nashville, yo rele l “Athens of the South.” Nashville se senbòl edikasyon grèk, oswa fo edikasyon. Fo edikasyon se fo konesans. Siyifikasyon Nashville mache an paralèl ak senbolis Vil Nouyòk ak Pentagòn lan.</w:t>
      </w:r>
    </w:p>
    <w:p>
      <w:pPr>
        <w:pStyle w:val="ArticleBody"/>
        <w:jc w:val="left"/>
      </w:pPr>
      <w:r>
        <w:rPr>
          <w:rFonts w:ascii="Times New Roman" w:hAnsi="Times New Roman" w:eastAsia="Times New Roman" w:cs="Times New Roman"/>
        </w:rPr>
        <w:t>Nou pral kontinye bagay sa yo nan atik kap vini an.</w:t>
      </w:r>
    </w:p>
    <w:p>
      <w:pPr>
        <w:pStyle w:val="ArticleHeading"/>
        <w:jc w:val="left"/>
      </w:pPr>
      <w:r>
        <w:rPr>
          <w:rFonts w:ascii="Arial" w:hAnsi="Arial" w:eastAsia="Arial" w:cs="Arial"/>
        </w:rPr>
        <w:t>Maniskri 188, 1905</w:t>
      </w:r>
    </w:p>
    <w:p>
      <w:pPr>
        <w:pStyle w:val="ArticleScripture"/>
        <w:jc w:val="left"/>
      </w:pPr>
      <w:r>
        <w:rPr>
          <w:rFonts w:ascii="Times New Roman" w:hAnsi="Times New Roman" w:eastAsia="Times New Roman" w:cs="Times New Roman"/>
        </w:rPr>
        <w:t>“Lè m te Nashville, mwen t ap pale ak pèp la, epi nan mitan lannuit, te gen yon gwo boul dife anpil ki te desann tou dwat soti nan syèl la epi ki te poze sou Nashville. Te gen flanm ki t ap soti tankou flèch soti nan boul sa a; kay yo t ap boule nèt; kay yo t ap tranble epi yo t ap tonbe. Kèk nan moun pa nou yo te kanpe la. ‘Se egzakteman jan nou te espere a,’ yo te di, ‘nou te espere sa.’ Gen lòt ki t ap tòde men yo nan agoni epi k ap rele Bondye pou mizèrikòd. ‘Nou te konnen sa,’ yo te di, ‘nou te konnen sa t ap vini, epi nou pa t janm di yon mo pou avèti nou!’ Yo te sanble tankou yo ta prèske chire yo fè moso, lè yo t ap panse yo pa t janm di yo anyen ni ba yo okenn avètisman ditou.” Manuscript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Dis</dc:title>
  <dc:subject>Pwen Mitan</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