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Onz</w:t>
      </w:r>
    </w:p>
    <w:p>
      <w:pPr>
        <w:pStyle w:val="ArticleSubtitle"/>
        <w:jc w:val="left"/>
      </w:pPr>
      <w:r>
        <w:rPr>
          <w:rFonts w:ascii="Arial" w:hAnsi="Arial" w:eastAsia="Arial" w:cs="Arial"/>
        </w:rPr>
        <w:t>Nimewo Onz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Liv Joèl la se petèt revelasyon ki pi dirèk sou dènye lapli a nan Ekriti yo, epi Joèl louvri an premye avèk yon referans sou kat jenerasyon apostazi legliz Advantis Setyèm Jou Laodiseyen an te akonpli. Kat jenerasyon destriksyon sa yo ki ap ogmante, jan yo reprezante nan vèsè ouvèti Joèl yo, aliyen ak kat abominasyon yo k ap ogmante nan chapit uit Ezekyèl la. 1863 rive 1888 reprezante premye jenerasyon an, epi li reprezante rejè mesaj fondamantal Millerit yo jan sa te reprezante sou tablo pyonye 1843 ak 1850 yo, jan sa reprezante nan chapit de Abakouk la, e sa senbolize alyans lan jan sa reprezante pa de tab Dis Kòmandman yo.</w:t>
      </w:r>
    </w:p>
    <w:p>
      <w:pPr>
        <w:pStyle w:val="ArticleBody"/>
        <w:jc w:val="left"/>
      </w:pPr>
      <w:r>
        <w:rPr>
          <w:rFonts w:ascii="Times New Roman" w:hAnsi="Times New Roman" w:eastAsia="Times New Roman" w:cs="Times New Roman"/>
        </w:rPr>
        <w:t>1888 rive 1919 reprezante jenerasyon ki te rejte eksperyans jistis pa lafwa a, ki pwodui yon eksperyans Legliz Filadèlfi a reprezante. Nan premye jenerasyon an, rebelyon an te konsantre sou travay direksyon an William Miller te reprezante a; epi nan dezyèm jenerasyon an, an 1888, se kont direksyon Lespri Pwofesi a yo te rebele. Twazyèm jenerasyon an, ki te kòmanse an 1919, te kòmanse avèk liv William Warren Prescott la, The Doctrine of Christ, e li te fini avèk liv la, Questions on Doctrine, an 1957. Twazyèm jenerasyon sa a te jenerasyon konpwomi avèk lemonn nan, pandan Advantis la t ap chèche akreditasyon pratik medikal li yo nan men American Medical Association la, ak akreditasyon kolèj li yo nan men entelektyèl akademik Pwotestantis aposta a ak Katolis Women an.</w:t>
      </w:r>
    </w:p>
    <w:p>
      <w:pPr>
        <w:pStyle w:val="ArticleBody"/>
        <w:jc w:val="left"/>
      </w:pPr>
      <w:r>
        <w:rPr>
          <w:rFonts w:ascii="Times New Roman" w:hAnsi="Times New Roman" w:eastAsia="Times New Roman" w:cs="Times New Roman"/>
        </w:rPr>
        <w:t>Nan twazyèm jenerasyon an, konsèy sou edikasyon ki te soti anba plim Ellen White yo te rejte, epi yo te ranplase yo pa fo pratik edikatif mond lan, jan sa reprezante nan filozofi edikasyon Lagrès la. Edikasyon grèk la reprezante pa deyès Athena, ki onore nan kopi tanp Parthénon an ki nan Nashville, Tennessee.</w:t>
      </w:r>
    </w:p>
    <w:p>
      <w:pPr>
        <w:pStyle w:val="ArticleBody"/>
        <w:jc w:val="left"/>
      </w:pPr>
      <w:r>
        <w:rPr>
          <w:rFonts w:ascii="Times New Roman" w:hAnsi="Times New Roman" w:eastAsia="Times New Roman" w:cs="Times New Roman"/>
        </w:rPr>
        <w:t>Vrè edikasyon an te montre nan Bib la atravè lekòl pwofèt yo ki te asosye ak pwofèt Elize. Revòlt Makabe yo an 167 anvan Jezikri e pandan peryòd ki te mennen rive jouk destriksyon Jerizalèm nan an 70 apre Jezikri, te an gwo pati yon pwotestasyon kont pénétration edikasyon grèk la nan kilti ak nasyon ansyen peyi literal gloriye a. Pwotestasyon Makabe yo te yon revòlt kont enfliyans grèk la nan tout nivo; men enfliyans edikatif Lagrès la te tèlman anvayi istwa a ak motivasyon zélòt makaben yo, li pa ka separe ak reyalite sa a: edikasyon grèk la te petèt pi gwo faktè ki te asosye ak rejè Jezi Kris pa jwif yo kòm Mesi yo. Yo ekri liv ki idantifye enfliyans negatif edikasyon grèk la sou jwif yo ak kontribisyon fo edikasyon an nan rejè ak krisifiksyon Kris la pa jwif yo.</w:t>
      </w:r>
    </w:p>
    <w:p>
      <w:pPr>
        <w:pStyle w:val="ArticleBody"/>
        <w:jc w:val="left"/>
      </w:pPr>
      <w:r>
        <w:rPr>
          <w:rFonts w:ascii="Times New Roman" w:hAnsi="Times New Roman" w:eastAsia="Times New Roman" w:cs="Times New Roman"/>
        </w:rPr>
        <w:t>Revòlt Makabe a aliyen avèk revòlt 1776 la nan peyi gloriye espirityèl modèn nan. Kounye a, gen plis pase 4,000 inivèsite ki anrejistre Ozetazini ki bati sou filozofi pratik edikatif grèk ak jezuit yo. Anachi ak ilegalite ki makonnen dis dènye ane yo ak plis toujou kapab remonte dirèkteman ak sa yo rele sant edikatif Ozetazini yo, ki pandan plizyè deseni ap andoktrine etidyan ki te deja prepare pa sous medya ak divètisman pou aksepte filozofi globalis yo ki sòti nan filozofi satanik peryòd Revolisyon franse a. Etidyan inivèsite jodi a yo te deja prepare pou aksepte mòdvi Sodòm ak Gomò te reprezante a anvan yo te antre nan sant edikatif yo ki fèt pou atake blan yo, kretyen yo, ak vrè istwa amerikèn nan. Yon sitwayen Ozetazini jodi a ki vle konprann sistèm jistis a de nivo ki toujou ap fonksyone a, ki akonpli jistis ak verite yo jete nan lari yo jan sa idantifye nan Bib la ak nan Spirit of Prophecy, dwe konprann ke sikonstans aktyèl yo ap pwodui pa yon atak ki fèt ak entansyon e avèk plan, yon atak yo andoktrine depi premye ane lavi a atravè yon sistèm edikatif ki fèt pou mete limanite anba kontwòl elit globalis yo—pouvwa dragon an!</w:t>
      </w:r>
    </w:p>
    <w:p>
      <w:pPr>
        <w:pStyle w:val="ArticleBody"/>
        <w:jc w:val="left"/>
      </w:pPr>
      <w:r>
        <w:rPr>
          <w:rFonts w:ascii="Times New Roman" w:hAnsi="Times New Roman" w:eastAsia="Times New Roman" w:cs="Times New Roman"/>
        </w:rPr>
        <w:t>Nan ekri Ellen White yo, genyen senk gwo tèm prensipal: edikasyon, refòm sante, lavi kretyen, tèm Gwo Konfli a, ak pyete pratik. Edikasyon se youn nan senk gwo tèm prensipal nan Lespri Pwofesi a, e Ellen White te yon pwofèt biblik menm jan ak tout lòt pwofèt yo mansyone nan Pawòl Bondye a. Pami lòt bagay, sa vle di lavi li se yon egzanp sou ak pou san karant-kat mil yo. Anvan nenpòt moun ta panse se Kris sèlman ki dwe egzanp nou, Pòl deklare:</w:t>
      </w:r>
    </w:p>
    <w:p>
      <w:pPr>
        <w:pStyle w:val="ArticleScripture"/>
        <w:jc w:val="left"/>
      </w:pPr>
      <w:r>
        <w:rPr>
          <w:rFonts w:ascii="Times New Roman" w:hAnsi="Times New Roman" w:eastAsia="Times New Roman" w:cs="Times New Roman"/>
        </w:rPr>
        <w:t>Paske menm si nou ta gen dimil enstriktè nan Kris la, nou pa gen anpil papa; paske se nan Kris Jezi mwen te fè nou vin nan lavi pa mwayen levanjil la. Se poutèt sa, mwen sipliye nou, suiv egzanp mwen. 1 Korentyen 4:15, 16.</w:t>
      </w:r>
    </w:p>
    <w:p>
      <w:pPr>
        <w:pStyle w:val="ArticleBody"/>
        <w:jc w:val="left"/>
      </w:pPr>
      <w:r>
        <w:rPr>
          <w:rFonts w:ascii="Times New Roman" w:hAnsi="Times New Roman" w:eastAsia="Times New Roman" w:cs="Times New Roman"/>
        </w:rPr>
        <w:t>Kòm pwofèt, Ellen White se yon egzanp. Te gen yon sèl fwa sèlman Ellen White te aksepte wòl kòm manm yon konsèy administrasyon, e fwa sa a se te nan fondasyon yon kolèj ki te anbrase prensip vrè edikasyon jan yo te tabli l kòm youn nan senk gwo tèm ministè li. Kolèj sa a, nan Madison, Tennessee, sitiye nan distri metwopolitèn Nashville, Tennessee. Non sèlman li te dakò pou l sou konsèy fondatè Madison College depi 1904 rive jouk yon ane anvan lanmò li an 1915, men li te jwe yon wòl desizif nan chwazi tè kote kolèj la te etabli. Nashville se sant sistèm edikatif grèk la ki te ede anpeche Jwif yo aksepte Mesi yo nan istwa Makabe yo, ki se yon tip pwotestantis aposta nan epòk n ap viv kounye a. Liy Makabe yo tabli avèk fèmte nan istwa kache vèsè karant lan, kòm reprezantasyon pwotestantis aposta ki kounye a fin nèt endoktrine avèk menm fwi destriktif edikasyon grèk la, menm si se yon vèsyon modèn.</w:t>
      </w:r>
    </w:p>
    <w:p>
      <w:pPr>
        <w:pStyle w:val="ArticleBody"/>
        <w:jc w:val="left"/>
      </w:pPr>
      <w:r>
        <w:rPr>
          <w:rFonts w:ascii="Times New Roman" w:hAnsi="Times New Roman" w:eastAsia="Times New Roman" w:cs="Times New Roman"/>
        </w:rPr>
        <w:t>Nan twazyèm jenerasyon Advantis la, direksyon ki te rejte Lespri Pwofesi a an 1888 la, te chwazi mete sistèm edikasyon yo anba estrikti akreditasyon mond lan. Nashville reprezante sant senbolik ni vrè ni fo edikasyon. Pwofèt la te chwazi menm vil mond lan te chwazi pou konsakre edikasyon grèk la, paske, kontrèman ak edikasyon grèk ki chita sou separe laverite an sijè izole pou detwi antye a, vrè edikasyon an se baz fondamantal kat lòt gwo tèm prensipal Sè White yo: refòm sante, pyete pratik, lavi kretyen, epi sitou tèm Gran Konfli a.</w:t>
      </w:r>
    </w:p>
    <w:p>
      <w:pPr>
        <w:pStyle w:val="ArticleBody"/>
        <w:jc w:val="left"/>
      </w:pPr>
      <w:r>
        <w:rPr>
          <w:rFonts w:ascii="Times New Roman" w:hAnsi="Times New Roman" w:eastAsia="Times New Roman" w:cs="Times New Roman"/>
        </w:rPr>
        <w:t>Jezi toujou ilistre fen an avèk kòmansman an, e tès ki te fèt nan Jaden Edenn lan ilistre tès monn nan ap konfwonte kounye a. Tès la nan fen an se menm tès la ak chak tès biblik, paske Bondye pa janm chanje. Yon tès biblik se yon pwosesis tès an twa etap ki pwodui de klas ki manifeste nan fen pwosesis tès la. Premye zanj lan eksprime twa etap sa yo kòm: gen lakrentif pou Bondye, bay Li glwa, paske lè tès jijman an rive. Premye etap la se te kòmandman pou yo pa manje nan pyebwa konesans sa ki byen ak sa ki mal la. Paske Èv pa t gen lakrentif pou Bondye ki te nesesè a, li echwe tès pyebwa a epi li manje fwi ki te reprezante alafwa sa ki byen ak sa ki mal. Lakrentif Adan te genyen pou Bondye pa t anpeche l antre nan rebelyon pyebwa a, epi jijman te tonbe sou yo toude, pandan yo te manifeste yon lavi san prezans Divinite a ki rete tout tan.</w:t>
      </w:r>
    </w:p>
    <w:p>
      <w:pPr>
        <w:pStyle w:val="ArticleBody"/>
        <w:jc w:val="left"/>
      </w:pPr>
      <w:r>
        <w:rPr>
          <w:rFonts w:ascii="Times New Roman" w:hAnsi="Times New Roman" w:eastAsia="Times New Roman" w:cs="Times New Roman"/>
        </w:rPr>
        <w:t>Tès dènye jou yo kòmanse avèk yon avètisman pou manje ogmantasyon konesans ki louvri lè sele yo retire nan revelasyon Jezi Kris la, jis anvan tan pwobasyon limanite a rive nan bout li. Kit se nan mitan Advantis yo oswa pami moun ki andeyò Advantis la, tès la chita sou resepsyon an, oswa sou rejè a, ogmantasyon “konesans” ki louvri lè sele yo retire nan tan pa nou an. Tès konesans sa a reprezante pa pyebwa tès ki te nan Jaden an, ki reprezante konesans swa de byen swa de mal. Vrè edikasyon te lokalize epi senbolize nan Nashville, Tennessee, an 1904, epi fo edikasyon te lokalize epi senbolize nan Nashville an 1897, apre sa yo te rebati li kòm yon estrikti pèmanan an 1920. Nan lavi pwofètès la, vrè edikasyon te konsakre nan Nashville, epi fo edikasyon te konsakre tou. Apre lanmò li an 1915, yo te restore fo edikasyon nan dezyèm konstriksyon tanp Parthenon an, ki te pèmanan, epi yo te rejte vrè edikasyon atravè konpwomi avèk lemonn pa lidèchip legliz Advantis Setyèm Jou Lawodise a.</w:t>
      </w:r>
    </w:p>
    <w:p>
      <w:pPr>
        <w:pStyle w:val="ArticleBody"/>
        <w:jc w:val="left"/>
      </w:pPr>
      <w:r>
        <w:rPr>
          <w:rFonts w:ascii="Times New Roman" w:hAnsi="Times New Roman" w:eastAsia="Times New Roman" w:cs="Times New Roman"/>
        </w:rPr>
        <w:t>Tinon “Atèn Sid la”, yo te bay Nashville, te enfliyanse chwa bilding sa a kòm pyès santral Ekspozisyon Santnè 1897 la. Plizyè bilding nan ekspozisyon an te baze sou modèl ansyen. Sepandan, Parthenon an se te sèl la ki te yon repwodiksyon egzak. Nashville jodi a, nan Tennessee, renome pou mizik li; men anvan te gen Johnny Cash Museum lan, Nashville te renome pou edikasyon li, pa pou chante.</w:t>
      </w:r>
    </w:p>
    <w:p>
      <w:pPr>
        <w:pStyle w:val="ArticleBody"/>
        <w:jc w:val="left"/>
      </w:pPr>
      <w:r>
        <w:rPr>
          <w:rFonts w:ascii="Times New Roman" w:hAnsi="Times New Roman" w:eastAsia="Times New Roman" w:cs="Times New Roman"/>
        </w:rPr>
        <w:t>Rive nan ane 1850 yo, Nashville te deja genyen tinon “Atèn Sid la” paske li te etabli anpil enstitisyon edikasyon siperyè; se te premye vil nan sid Etazini ki te mete sou pye yon sistèm lekòl piblik. Rive nan fen syèk la, Nashville t ap wè Fisk University, St. Cecilia Academy, Montgomery Bell Academy, Meharry Medical College, Belmont University, ak Vanderbilt University tout louvri pòt yo. Nan epòk sa a, yo te rekonèt Nashville kòm youn nan vil ki pi rafine e ki pi byen edike nan sid la, yon vil ki te chaje ak richès ak kilti.</w:t>
      </w:r>
    </w:p>
    <w:p>
      <w:pPr>
        <w:pStyle w:val="ArticleBody"/>
        <w:jc w:val="left"/>
      </w:pPr>
      <w:r>
        <w:rPr>
          <w:rFonts w:ascii="Times New Roman" w:hAnsi="Times New Roman" w:eastAsia="Times New Roman" w:cs="Times New Roman"/>
        </w:rPr>
        <w:t>Mistè inikite a se ni yon non ni yon vèb nan Pawòl enspire a. Enspirasyon an idantifye Satan, ansanm ak pap la, ke Sè White rele “nonm men dwat” Satan an, kòm mistè inikite a. Men, “mistè inikite a” dekri tou melanj verite ak erè. Kat jenerasyon apostazi Joel yo ann amoni ak kat abominasyon k ap vin pi grav nan chapit uit Ezekyèl la. De temwen sa yo ann amoni ak kat premye legliz yo nan Revelasyon an, epi twazyèm legliz la reprezante pa konpwomi Konstanten te fè a, kote Krisyanis te melanje ak paganism. Kat premye legliz sa yo ann amoni ak istwa ansyen Izrayèl la, ki senbolize istwa Izrayèl modèn nan.</w:t>
      </w:r>
    </w:p>
    <w:p>
      <w:pPr>
        <w:pStyle w:val="ArticleBody"/>
        <w:jc w:val="left"/>
      </w:pPr>
      <w:r>
        <w:rPr>
          <w:rFonts w:ascii="Times New Roman" w:hAnsi="Times New Roman" w:eastAsia="Times New Roman" w:cs="Times New Roman"/>
        </w:rPr>
        <w:t>Nan twazyèm jenerasyon Izrayèl tan lontan an, wa Izrayèl yo te fè alyans ak lòt nasyon yo, nasyon ki pa t janm dwe antre nan alyans ak pèp Bondye a. Paralèl ki genyen ant ansyen Izrayèl literal la ak legliz kretyen an, jan sa prezante nan liv Revelasyon an, se yon sijè pwofetik ki tabli klèman nan etid ki pote tit, Tab Habakik yo. Joel mete katriyèm ak dènye jenerasyon an, ki “retranche” pou yo pa pèp alyans Bondye chwazi a ankò, an paralèl ak vennsenk ansyen yo k ap bese devan solèy la nan kat abominasyon Ezekyèl yo k ap ogmante youn apre lòt. Katriyèm jenerasyon sa a, kote Advantis Setyèm Jou Laodiseyen an retranche pandan y ap bese devan solèy la nan lwa dimanch lan, aliyen ak katriyèm legliz Tiyatir la ki senbolize dominasyon papote a swa nan 538, swa nan lwa dimanch ki pral vini talè a. Twazyèm legliz Pergam nan reprezante “konpwomi”, kit se ansyen Izrayèl ki t ap aliyen ak wayòm payen yo, kit se Konstanten ki te melanje payanis ak Krisyanis; e de temwen sa yo adrese twazyèm jenerasyon bèt tè a nan Revelasyon trèz la.</w:t>
      </w:r>
    </w:p>
    <w:p>
      <w:pPr>
        <w:pStyle w:val="ArticleBody"/>
        <w:jc w:val="left"/>
      </w:pPr>
      <w:r>
        <w:rPr>
          <w:rFonts w:ascii="Times New Roman" w:hAnsi="Times New Roman" w:eastAsia="Times New Roman" w:cs="Times New Roman"/>
        </w:rPr>
        <w:t>Kat jenerasyon Etazini yo, ki, pami lòt verite, te prefigire pa Lejip pandan esklavaj 400/430 ane yo, te rive nan fen yo lè Farawon te neye nan dlo Lanmè Wouj la. Dlo sa yo te make fen nasyon ki te dwe sibi jijman lè Bondye te pote delivrans pou ansyen Izrayèl atravè pwofèt Moyiz. Etazini sibi jijman nan peryòd tan kote jijman rive nan konklizyon li sou legliz Bondye a; konsa, li enpòtan pou remake ke dlo ki te mete fen nan lavi Farawon an te vini sou Farawon atravè lage van lès la, ki t ap kenbe dlo yo anplas pandan Bondye t ap delivre pèp Li te chwazi a. Van lès la se twazyèm malè a ki frape lwa dimanch la lè tranblemanntè Revelasyon onz la rive.</w:t>
      </w:r>
    </w:p>
    <w:p>
      <w:pPr>
        <w:pStyle w:val="ArticleBody"/>
        <w:jc w:val="left"/>
      </w:pPr>
      <w:r>
        <w:rPr>
          <w:rFonts w:ascii="Times New Roman" w:hAnsi="Times New Roman" w:eastAsia="Times New Roman" w:cs="Times New Roman"/>
        </w:rPr>
        <w:t>Jenerasyon ki vini anvan katriyèm ak dènye jenerasyon bèt tè a akonpli sou toude kòn Repibliken an ak Pwotestan an. Konpwomi kòn Repibliken an, ki te reyalize nan twazyèm jenerasyon li a, te fèt nan peryòd ki antoure premye lagè mondyal la, e li te make moman Etazini te lage estrikti ekonomik li nan men mondyalis Rezèv Federal la. Nan menm peryòd sa a, Advantis Setyèm Jou Lawodise a te chèche fè travay medikal ak edikatif li yo “akredite” dapre estanda edikasyon ak medsin monn lan. Kòm yon vèb, “mistè inikite a” reprezante konpwomi Konstanten ak wa ansyen Izrayèl yo avèk pouvwa monn lan. Mo enspirasyon an sèvi pou dekri konpwomi sa a se “amalgamasyon”, jan sa defini nan diksyonè epòk Ellen White la konsa: “melanje oswa ini nan yon amalgam; fè yon sèl melanj.” Pyebwa konesans byen ak mal la se pyebwa amalgamasyon an, pyebwa konpwomi an. “Dènye gwo konfli a” se kriz lwa dimanch lan, e preparasyon Satan pou kriz sa a se “mistè inikite a”, ki melanje sajès lèzòm ak revelasyon Diven an.</w:t>
      </w:r>
    </w:p>
    <w:p>
      <w:pPr>
        <w:pStyle w:val="ArticleScripture"/>
        <w:jc w:val="left"/>
      </w:pPr>
      <w:r>
        <w:rPr>
          <w:rFonts w:ascii="Times New Roman" w:hAnsi="Times New Roman" w:eastAsia="Times New Roman" w:cs="Times New Roman"/>
        </w:rPr>
        <w:t>“Satan ap fè plan li yo avèk anpil aktivite pou dènye gwo konfli a, lè tout moun pral pran pozisyon yo....”</w:t>
      </w:r>
    </w:p>
    <w:p>
      <w:pPr>
        <w:pStyle w:val="ArticleScripture"/>
        <w:jc w:val="left"/>
      </w:pPr>
      <w:r>
        <w:rPr>
          <w:rFonts w:ascii="Times New Roman" w:hAnsi="Times New Roman" w:eastAsia="Times New Roman" w:cs="Times New Roman"/>
        </w:rPr>
        <w:t>“Koute vwa yo, remake pouvwa yo k ap domine nan mond lan. Èske gen okenn vwa lapriyè? Èske nou wè okenn siy ki montre Bondye rekonèt? Gen prèt, anpil ladan yo; men y ap pilonnen lalwa Jewova anba pye yo. Rad yo tache ak san nanm yo. Foul moun ap ofri sakrifis bay move lespri. Gade, nou menm k ap ezite ant obeyisans ak dezobeyisans. Gade nan imajinasyon nou gwo foul yo k ap adore devan lotèl Satan an. Koute mizik la, koute langaj la, yo rele sa edikasyon siperyè. Men ki sa Bondye deklare li ye?—Mistè inikite a.” Pamphlets, 004, 11.</w:t>
      </w:r>
    </w:p>
    <w:p>
      <w:pPr>
        <w:pStyle w:val="ArticleBody"/>
        <w:jc w:val="left"/>
      </w:pPr>
      <w:r>
        <w:rPr>
          <w:rFonts w:ascii="Times New Roman" w:hAnsi="Times New Roman" w:eastAsia="Times New Roman" w:cs="Times New Roman"/>
        </w:rPr>
        <w:t>Nan dènye konfli a, lè “tout moun pral pran pozisyon,” tès Jaden Edenn lan repete. Tès ki, nan kòmansman an, te limite a yon pyebwa nan mitan yon jaden, repete nan fen an, sou tout lemonn. Travay Satan an anvan batay final la se “mistè inikite a,” ki defini kòm “edikasyon siperyè!” Senbòl “edikasyon siperyè” a nan peyi bèt ki soti nan tè a jwenn nan Nashville, Tennessee, “Atèn Sid la,” kote tanp Patènòn nan chita an kontrast ak vrè edikasyon ki te yon lè reprezante nan Nashville pa Madison College. Deklarasyon swivan an soti nan enspirasyon site an antye nan fen atik sa a, men gen kèk pwen ki ta dwe konsidere nan moman sa a.</w:t>
      </w:r>
    </w:p>
    <w:p>
      <w:pPr>
        <w:pStyle w:val="ArticleScripture"/>
        <w:jc w:val="left"/>
      </w:pPr>
      <w:r>
        <w:rPr>
          <w:rFonts w:ascii="Times New Roman" w:hAnsi="Times New Roman" w:eastAsia="Times New Roman" w:cs="Times New Roman"/>
        </w:rPr>
        <w:t>“Tout moun bezwen sajès pou fouye avèk anpil prekosyon mistè inikite a, ki okipe yon plas tèlman enpòtan nan fèmti istwa tè sa a....”</w:t>
      </w:r>
    </w:p>
    <w:p>
      <w:pPr>
        <w:pStyle w:val="ArticleScripture"/>
        <w:jc w:val="left"/>
      </w:pPr>
      <w:r>
        <w:rPr>
          <w:rFonts w:ascii="Times New Roman" w:hAnsi="Times New Roman" w:eastAsia="Times New Roman" w:cs="Times New Roman"/>
        </w:rPr>
        <w:t>“Pa gen okenn chemen mitan pou retounen nan Paradi a. Mesaj yo bay lèzòm pou dènye jou sa yo pa fèt pou l vin melanje ak envansyon lèzòm....”</w:t>
      </w:r>
    </w:p>
    <w:p>
      <w:pPr>
        <w:pStyle w:val="ArticleScripture"/>
        <w:jc w:val="left"/>
      </w:pPr>
      <w:r>
        <w:rPr>
          <w:rFonts w:ascii="Times New Roman" w:hAnsi="Times New Roman" w:eastAsia="Times New Roman" w:cs="Times New Roman"/>
        </w:rPr>
        <w:t>“Moun Bondye leve nan gwo pozisyon konfyans yo ka vire do bay limyè syèl la pou yo suiv sajès lèzòm.... Tout moun ki ta vle gen yon karaktè ki ta fè yo vin travayè ansanm ak Bondye epi resevwa apwobasyon Bondye, dwe separe tèt yo ak lènmi Bondye yo, epi kenbe laverite Kris te bay Jan pou l te bay mond lan.” Manuscript Releases, volume 18, 30–36.</w:t>
      </w:r>
    </w:p>
    <w:p>
      <w:pPr>
        <w:pStyle w:val="ArticleBody"/>
        <w:jc w:val="left"/>
      </w:pPr>
      <w:r>
        <w:rPr>
          <w:rFonts w:ascii="Times New Roman" w:hAnsi="Times New Roman" w:eastAsia="Times New Roman" w:cs="Times New Roman"/>
        </w:rPr>
        <w:t>“Tout” moun ki bezwen “sajès” la reprezante tout moun yo mennen antre nan yon pwosesis eprèv ki, finalman, pwodui de kategori adoratè. “Saj” yo se sila yo ki jwenn “sajès” ki nesesè a. Pwosesis eprèv la kòmanse lè revelasyon Jezi Kris la vin desele, jis anvan fen tan gras lèzòm. Desele sa a kòmanse yon “ogmantasyon konesans.” Moun ki vin fas ak eprèv ki asosye ak revelasyon Jezi Kris la ap jwenn “lwil” konesans pwofetik la, ki fèt pou gide, prepare, epi sanktifye davans anvan van lès la rive nan lwa dimanch lan. “Pye bwa konesans sa ki byen ak sa ki mal la” se senbòl fo Pen Syèl la, ki dwe swa manje, swa rejte.</w:t>
      </w:r>
    </w:p>
    <w:p>
      <w:pPr>
        <w:pStyle w:val="ArticleBody"/>
        <w:jc w:val="left"/>
      </w:pPr>
      <w:r>
        <w:rPr>
          <w:rFonts w:ascii="Times New Roman" w:hAnsi="Times New Roman" w:eastAsia="Times New Roman" w:cs="Times New Roman"/>
        </w:rPr>
        <w:t>Nan Galile, nan sinagòg Kapènawòm nan, Jezi te pèdi plis disip nan yon sèl okazyon pase nan nenpòt lòt moman nan ministè li. La a, tès la te konsène si pawòl pwofetik Kris la te literal oswa espirityèl; e sila yo ki te echwe devan tès la, yo te echwe—paske yo te bliye ke moun dwe viv dapre tout pawòl ki soti nan bouch Bondye. Kris la te deklare klèman ke Li se Pen ki desann soti nan syèl la, e sila yo ki te echwe devan tès la te melanje Verite a ak sajès lèzòm, ki te reprezante pa Grèk yo.</w:t>
      </w:r>
    </w:p>
    <w:p>
      <w:pPr>
        <w:pStyle w:val="ArticleBody"/>
        <w:jc w:val="left"/>
      </w:pPr>
      <w:r>
        <w:rPr>
          <w:rFonts w:ascii="Times New Roman" w:hAnsi="Times New Roman" w:eastAsia="Times New Roman" w:cs="Times New Roman"/>
        </w:rPr>
        <w:t>Anvan Èv te kòmanse echèk jaden an, Kris te enstwi ni Adan ni Èv pou yo pa manje fwi pyebwa konesans byen ak mal la. Premye nan twa etap levanjil etènèl la se lakrentif pou Bondye.</w:t>
      </w:r>
    </w:p>
    <w:p>
      <w:pPr>
        <w:pStyle w:val="ArticleScripture"/>
        <w:jc w:val="left"/>
      </w:pPr>
      <w:r>
        <w:rPr>
          <w:rFonts w:ascii="Times New Roman" w:hAnsi="Times New Roman" w:eastAsia="Times New Roman" w:cs="Times New Roman"/>
        </w:rPr>
        <w:t>“Se pou lespri a sezi verite ekstraòdinè revelasyon yo, li p ap janm kontante l sèvi ak kapasite li sou sijè frivòl; li pral vire ak degou do bay literati san valè ak amizman initil k ap demoralize jèn yo jodi a. Moun ki te kominike ak powèt ak saj Bib la, e ki gen nanm yo te brannen pa zèv gloriye ewo lafwa yo, pral sòti nan rich jaden panse sa yo ak yon kè pi pwòp ak yon lespri pi elve pase si yo te okipe ap etidye otè eksklizyon ki pi selebre yo, oswa ap kontanple epi glorifye eksplo wa Farawon yo, Ewòd yo, ak Seza yo nan mond lan.”</w:t>
      </w:r>
    </w:p>
    <w:p>
      <w:pPr>
        <w:pStyle w:val="ArticleScripture"/>
        <w:jc w:val="left"/>
      </w:pPr>
      <w:r>
        <w:rPr>
          <w:rFonts w:ascii="Times New Roman" w:hAnsi="Times New Roman" w:eastAsia="Times New Roman" w:cs="Times New Roman"/>
        </w:rPr>
        <w:t>“Pouvwa jèn yo, pou pi fò, rete andòmi, paske yo pa fè krentif pou Bondye vin kòmansman sajès la. Senyè a te bay Danyèl sajès ak konesans, paske li pa t vle kite okenn pouvwa enfliyanse li, okenn pouvwa ki ta entèfere ak prensip relijye li yo. Rezon ki fè nou gen tèlman kèk moun ki gen lespri, ki gen fèmte ak valè solid, se paske yo panse yo ka jwenn grandè pandan y ap dekonekte tèt yo ak Syèl la.” Messages to Young People, 255, 256.</w:t>
      </w:r>
    </w:p>
    <w:p>
      <w:pPr>
        <w:pStyle w:val="ArticleBody"/>
        <w:jc w:val="left"/>
      </w:pPr>
      <w:r>
        <w:rPr>
          <w:rFonts w:ascii="Times New Roman" w:hAnsi="Times New Roman" w:eastAsia="Times New Roman" w:cs="Times New Roman"/>
        </w:rPr>
        <w:t>Èv te pèdi “lakrent Bondye” li. Li te dwe tranble devan pawòl Bondye yo, sa ki se yon atribi san karannkat mil yo. Lakrent Bondye se premye nan twa tès yo, e li kòmanse lè Pawòl pwofetik la louvri, pou finalman pwodui yon gwoup saj ak yon gwoup moun sòt. Kòmansman pou moun ki destine pou yo saj se tranble devan Pawòl Bondye. Èv pa t fè sa, e lè li te vin fas ak dezyèm etap pwosesis tès la, li pa t kapab bay Bondye glwa; apre sa li te vin fas ak lè jijman an, kote li te manifeste toutouni Lawodise a.</w:t>
      </w:r>
    </w:p>
    <w:p>
      <w:pPr>
        <w:pStyle w:val="ArticleScripture"/>
        <w:jc w:val="left"/>
      </w:pPr>
      <w:r>
        <w:rPr>
          <w:rFonts w:ascii="Times New Roman" w:hAnsi="Times New Roman" w:eastAsia="Times New Roman" w:cs="Times New Roman"/>
        </w:rPr>
        <w:t>“Tout moun ki ta vle rive nan pèfeksyon karaktè kretyen dwe mete jouk Kris la sou yo. Si yo ta vle chita ansanm nan kote selès yo nan Kris Jezi, yo dwe aprann nan men Li pandan yo sou tè sa a. Kris pa t chèche fè pwòp tèt Li plezi. Tout lavi Li te devlopman yon byenveyans ki te pir e ki san enterè pèsonèl. Li te pran nati imen pou montre mond ki tonbe a, Satan ak sinagòg li a, linivè syèl la, mond ki pa t tonbe yo, ke nati imen, ini ak nati diven pa Li a, te kapab vin antyèman obeyisan anvè lalwa Bondye. Tout moun bezwen poze kesyon sa a: ‘Kisa mwen dwe fè pou m sove?’ Bondye mande kè imil, kè ki kraze, ki tranble devan pawòl Li. Se sèlman sou lotèl diven an nou kapab resevwa flanbo selès la, ki, lè nou resevwa li, ap ban nou yon vizyon konplè sou enkapasite pa nou, epi l ap revele nou diyite ak glwa Kris la. Lè sa wè, Bondye mete nou anba direksyon Sentespri a, e Li pral mennen nou nan tout laverite.” Bible Echo, 20 jiyè 1896.</w:t>
      </w:r>
    </w:p>
    <w:p>
      <w:pPr>
        <w:pStyle w:val="ArticleBody"/>
        <w:jc w:val="left"/>
      </w:pPr>
      <w:r>
        <w:rPr>
          <w:rFonts w:ascii="Times New Roman" w:hAnsi="Times New Roman" w:eastAsia="Times New Roman" w:cs="Times New Roman"/>
        </w:rPr>
        <w:t>Fizyon verite ak erè a se travay Satan an, ki idantifye kòm mistè inikite a. Konpwomi tout limanite nan dènye mouvman jijman ankèt la anshrinen nan tanp Parthenon nan Nashville, Tennessee.</w:t>
      </w:r>
    </w:p>
    <w:p>
      <w:pPr>
        <w:pStyle w:val="ArticleScripture"/>
        <w:jc w:val="left"/>
      </w:pPr>
      <w:r>
        <w:rPr>
          <w:rFonts w:ascii="Times New Roman" w:hAnsi="Times New Roman" w:eastAsia="Times New Roman" w:cs="Times New Roman"/>
        </w:rPr>
        <w:t>“Li pa saj pou nou voye jèn nou yo nan inivèsite kote yo konsakre tan yo pou yo rive gen konesans nan grèk ak laten, pandan tèt yo ak kè yo ap ranpli ak santiman otè enkredil yo etidye pou yo metrize lang sa yo. Yo vin genyen yon konesans ki pa ditou nesesè, ni ki ann amoni ak leson Gran Anseyan an. An jeneral, moun ki resevwa edikasyon nan fason sa a gen anpil gwo lide sou tèt yo. Yo panse yo rive nan somè edikasyon siperyè, epi yo konpòte tèt yo avèk ògèy, tankou si yo pa t aprenan ankò. Yo gate pou sèvis Bondye. Tan, mwayen, ak etid anpil moun depanse pou yo jwenn yon edikasyon konparativman initil, yo ta dwe itilize pou yo jwenn yon edikasyon ki ta fè yo vin gason ak fi konplè, apwopriye pou lavi pratik. Yon edikasyon konsa t ap gen pi gwo valè pou yo.”</w:t>
      </w:r>
    </w:p>
    <w:p>
      <w:pPr>
        <w:pStyle w:val="ArticleScripture"/>
        <w:jc w:val="left"/>
      </w:pPr>
      <w:r>
        <w:rPr>
          <w:rFonts w:ascii="Times New Roman" w:hAnsi="Times New Roman" w:eastAsia="Times New Roman" w:cs="Times New Roman"/>
        </w:rPr>
        <w:t>“Kisa elèv yo pote avèk yo lè yo kite lekòl nou yo? Ki kote yo prale? Kisa yo pral fè? Èske yo gen konesans ki pral pèmèt yo anseye lòt moun? Èske yo te resevwa yon edikasyon ki fè yo tounen papa ak manman saj? Èske yo ka kanpe alatèt yon fanmi kòm enstriktè saj? Nan lavi lakay yo, èske yo ka enstwi pitit yo yon fason pou fanmi pa yo a vin yon fanmi Bondye ka gade avèk plezi, paske li se yon senbòl fanmi ki nan syèl la? Èske yo resevwa sèl edikasyon ki ka vrèman rele ‘edikasyon siperyè’?”</w:t>
      </w:r>
    </w:p>
    <w:p>
      <w:pPr>
        <w:pStyle w:val="ArticleScripture"/>
        <w:jc w:val="left"/>
      </w:pPr>
      <w:r>
        <w:rPr>
          <w:rFonts w:ascii="Times New Roman" w:hAnsi="Times New Roman" w:eastAsia="Times New Roman" w:cs="Times New Roman"/>
        </w:rPr>
        <w:t>“Ki sa ki edikasyon siperyè? Okenn edikasyon pa ka rele edikasyon siperyè sof si li pote resanblans syèl la, sof si li mennen jèn gason ak jèn fi yo pou yo vin sanble ak Kris, epi li prepare yo pou yo kanpe kòm chèf fanmi yo nan plas Bondye. Si, pandan lavi lekòl li, yon jèn gason pa rive jwenn konesans grèk ak laten ansanm ak santiman ki nan zèv otè enfidèl yo, li pa sibi anpil pèt. Si Jezikri te konsidere kalite edikasyon sa a kòm yon bagay esansyèl, èske li pa t ap bay disip li yo li menm, disip li t ap fòme pou fè pi gwo travay ki janm konfye a moun mòtèl yo, pou reprezante li nan lemonn? Men, okontrè, li te mete verite sakre a nan men yo, pou yo bay lemonn li nan senplisite li.”</w:t>
      </w:r>
    </w:p>
    <w:p>
      <w:pPr>
        <w:pStyle w:val="ArticleScripture"/>
        <w:jc w:val="left"/>
      </w:pPr>
      <w:r>
        <w:rPr>
          <w:rFonts w:ascii="Times New Roman" w:hAnsi="Times New Roman" w:eastAsia="Times New Roman" w:cs="Times New Roman"/>
        </w:rPr>
        <w:t>“Gen lè yo bezwen savan nan lang grèk ak laten. Kèk moun dwe etidye lang sa yo. Sa bon. Men se pa tout moun, ni se pa anpil moun, ki dwe etidye yo. Moun ki panse konesans grèk ak laten esansyèl pou yon edikasyon siperyè, yo pa ka wè lwen. Menm jan an tou, konesans mistè sa yo menm moun lemonn rele syans, pa nesesè pou antre nan wayòm Bondye a. Se Satan ki ranpli lespri a ak sofis ak tradisyon, ki mete vrè edikasyon siperyè a deyò, e ki pral peri ansanm ak moun k ap aprann nan.”</w:t>
      </w:r>
    </w:p>
    <w:p>
      <w:pPr>
        <w:pStyle w:val="ArticleScripture"/>
        <w:jc w:val="left"/>
      </w:pPr>
      <w:r>
        <w:rPr>
          <w:rFonts w:ascii="Times New Roman" w:hAnsi="Times New Roman" w:eastAsia="Times New Roman" w:cs="Times New Roman"/>
        </w:rPr>
        <w:t>“Moun ki te resevwa yon fo edikasyon pa leve je yo nan direksyon syèl la. Yo pa kapab wè Sila a ki se vrè Limyè a, ‘ki klere tout moun ki vini nan lemonn.’ Yo gade reyalite etènèl yo tankou si se te fantòm, yo rele yon atòm yon mond, epi yon mond yon atòm. Konsènan anpil ladan yo ki te resevwa sa yo rele edikasyon siperyè a, Bondye deklare: ‘Ou peze nan balans yo, epi yo jwenn ou manke,’—manke nan konesans zafè pratik, manke nan konesans sou kijan pou sèvi ak tan an pi byen, manke nan konesans sou kijan pou travay pou Jezi.” Review and Herald, 17 out 1897.</w:t>
      </w:r>
    </w:p>
    <w:p>
      <w:pPr>
        <w:pStyle w:val="ArticleBody"/>
        <w:jc w:val="left"/>
      </w:pPr>
      <w:r>
        <w:rPr>
          <w:rFonts w:ascii="Times New Roman" w:hAnsi="Times New Roman" w:eastAsia="Times New Roman" w:cs="Times New Roman"/>
        </w:rPr>
        <w:t>Avètisman boul dife Nashville yo pa konsène yon vil chwazi o aza; se yon jijman dirèk ki tonbe sou Advantis Setyèm Jou yo, sou Etazini, ak sou lemonn. Boul dife Nashville yo reprezante diferan atribi pou divès kategori Advantis yo, pou bèt ki soti sou tè a, ak pou lemonn. Boul dife Nashville yo se jijman Bondye sou fo edikasyon, ki senbolize pa pyebwa konesans byen ak mal la.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“Pa mwayen divès imaj, Senyè Jezi te montre Jan karaktè mechan ak enfliyans sediktè sila yo ki te make pa pèsekisyon yo kont pèp Bondye a. Tout moun bezwen sajès pou yo chèche avèk anpil prekosyon mistè inikite a, ki pran yon plas tèlman gwo nan dènye faz istwa tè sa a. Prezantasyon Bondye bay sou zèv degoutan abitan pouvwa dominan mond lan, ki mare tèt yo nan sosyete sekrè ak konfederasyon, san yo pa onore lalwa Bondye a, ta dwe pèmèt pèp ki gen limyè verite a rete lwen tout move bagay sa yo. Pi plis toujou, tout fo relijyez nan lemonn pral manifeste move zak yo; paske gen sèlman de pati, sila yo ki kenbe kòmandman Bondye yo ak sila yo ki fè lagè kont lalwa sen Bondye a....”</w:t>
      </w:r>
    </w:p>
    <w:p>
      <w:pPr>
        <w:pStyle w:val="ArticleScripture"/>
        <w:jc w:val="left"/>
      </w:pPr>
      <w:r>
        <w:rPr>
          <w:rFonts w:ascii="Times New Roman" w:hAnsi="Times New Roman" w:eastAsia="Times New Roman" w:cs="Times New Roman"/>
        </w:rPr>
        <w:t>“Lènmi ant desandan fanm nan ak sèpan an defini klèman pa Senyè a. ‘M ap mete lènmi ant ou menm ak fanm nan, ant desandan pa ou ak desandan pa li; li va kraze tèt ou, epi ou va blese talon li.’ ‘Epi Li di Adan: Paske ou te koute vwa madanm ou, epi ou te manje nan pyebwa mwen te ba ou lòd la, lè m te di: Ou pa dwe manje ladan l; tè a modi poutèt ou; se ak doulè w ap manje ladan l tout jou lavi ou; l ap fè pikan ak raje pouse pou ou tou; epi w ap manje zèb nan jaden an; se nan swe figi ou w ap manje pen, jouk ou retounen nan tè a; paske se ladan l yo te pran ou: paske ou se pousyè, epi se nan pousyè ou va tounen ankò.’</w:t>
      </w:r>
    </w:p>
    <w:p>
      <w:pPr>
        <w:pStyle w:val="ArticleScripture"/>
        <w:jc w:val="left"/>
      </w:pPr>
      <w:r>
        <w:rPr>
          <w:rFonts w:ascii="Times New Roman" w:hAnsi="Times New Roman" w:eastAsia="Times New Roman" w:cs="Times New Roman"/>
        </w:rPr>
        <w:t>«Lè l te swiv pwòp chemen pa l, lè l te aji ann amoni ak tantasyon Satan yo epi an opozisyon ak volonte Bondye li te konnen an, lòm te eseye anven elve tèt li epi beni tèt li. Konsa li te vin genyen yon konesans pa eksperyans sou dezobeyisans anvè kòmandman Bondye yo. Konsa li te konnen byen ak mal; konsa li te pèdi fidelite li ak lwayote li anvè Bondye epi li te louvri baraj mal ak soufrans sou tout fanmi imen an. Konbyen moun jodi a k ap fè menm eksperyans sa a! Kilè lòm va aprann ke sèl mwayen pou sekirite li se atravè yon konfyans total nan yon “men sa Senyè a di”?»</w:t>
      </w:r>
    </w:p>
    <w:p>
      <w:pPr>
        <w:pStyle w:val="ArticleScripture"/>
        <w:jc w:val="left"/>
      </w:pPr>
      <w:r>
        <w:rPr>
          <w:rFonts w:ascii="Times New Roman" w:hAnsi="Times New Roman" w:eastAsia="Times New Roman" w:cs="Times New Roman"/>
        </w:rPr>
        <w:t>“Satan ap chèche fè pwòp envansyon pa l yo antre pami pitit Bondye yo pa mwayen metòd lèzòm. Li ap chèche pou yo resevwa li kòm Bondye, oswa menm pou yo mete li pi wo pase Bondye.</w:t>
      </w:r>
    </w:p>
    <w:p>
      <w:pPr>
        <w:pStyle w:val="ArticleScripture"/>
        <w:jc w:val="left"/>
      </w:pPr>
      <w:r>
        <w:rPr>
          <w:rFonts w:ascii="Times New Roman" w:hAnsi="Times New Roman" w:eastAsia="Times New Roman" w:cs="Times New Roman"/>
        </w:rPr>
        <w:t>“Lè li chanje Saba a pou premye jou nan semèn nan, li mennen lèzòm pou yo pa kwè deklarasyon Bondye yo, e konsa pou yo konsidere pwòp chemen ak plan pa yo yon fason ki fè yo parèt depase nan sajès nan pwòp je yo ak nan jijman yo ki pèvèti. Pa mwayen politik imen, li mennen lèzòm pou yo konsidere kòmandman Bondye yo ki te eksprime aklè kòm bagay ki gen mwens fòs pase tradisyon lèzòm, epi pou yo konsidere yon devyasyon ak lwa sa a, ki toujou sen, jis, e bon, kòm yon bagay ki pa twò enpòtan. Li wè ke, lè konsa li anpeche ajan imen yo mache tankou timoun obeyisan annamoni ak Bondye, li kapab anpeche akonplisman travay Bondye nan mond nou an.</w:t>
      </w:r>
    </w:p>
    <w:p>
      <w:pPr>
        <w:pStyle w:val="ArticleScripture"/>
        <w:jc w:val="left"/>
      </w:pPr>
      <w:r>
        <w:rPr>
          <w:rFonts w:ascii="Times New Roman" w:hAnsi="Times New Roman" w:eastAsia="Times New Roman" w:cs="Times New Roman"/>
        </w:rPr>
        <w:t>“Menm jan an, konplo Satan yo ak ajans imen ki kanpe nan pozisyon responsab yo dwe lakòz nou pè yo e evite yo jodi a tou, apre eksperyans peche a fin fèt, menm jan sa te ye nan ka premye paran nou yo. Mwen resevwa enstriksyon pou m di ke mesye ki plase nan pozisyon responsablite nan travay Bondye a te bay tèt yo twòp dwa pou kontwole lòt moun. Pozisyon yon moun okipe pa chanje karaktè li. Gen kèk ki sanble te santi yo dwe fè plan pou legliz yo ak pou sanitè yo, e ke pa t dwe gen okenn kestyon sou jijman pa yo. Se pou yo aprann nan men Jezi nan chak etap. Se li menm ki dwe otorite prensipal pou chak moun.”</w:t>
      </w:r>
    </w:p>
    <w:p>
      <w:pPr>
        <w:pStyle w:val="ArticleScripture"/>
        <w:jc w:val="left"/>
      </w:pPr>
      <w:r>
        <w:rPr>
          <w:rFonts w:ascii="Times New Roman" w:hAnsi="Times New Roman" w:eastAsia="Times New Roman" w:cs="Times New Roman"/>
        </w:rPr>
        <w:t>“Sila ki souvan te Enstriktè nou an di: ‘Ala sa difisil pou moun mache avèk imilite devan Bondye li, avèk yon lespri ki kraze, pran chemen Bondye epi rejte pwopozisyon Satan yo ki sanble prezante gwo avantaj mondèn.’ Enfliyans lefèt ke moun suiv pwòp chemen pa li olye pou l kanpe fèm sou fondasyon solid Bondye sèl la te poze a, repete ankò e ankò. Lè yo refize mache nan chemen dwat Bondye te make a, sa ap mennen yo nan konfizyon epi sa p ap anseye sajès bay lòt moun ki gen menm tès ak menm eprèv la. Kilè moun pral aprann ke Bondye se Bondye, e non pa yon moun pou L ta chanje?”</w:t>
      </w:r>
    </w:p>
    <w:p>
      <w:pPr>
        <w:pStyle w:val="ArticleScripture"/>
        <w:jc w:val="left"/>
      </w:pPr>
      <w:r>
        <w:rPr>
          <w:rFonts w:ascii="Times New Roman" w:hAnsi="Times New Roman" w:eastAsia="Times New Roman" w:cs="Times New Roman"/>
        </w:rPr>
        <w:t>“Gen kèk moun ki devye kite chemen dwat la te toujou nan yon lafyèv san rete pou pran sou yo responsablite Bondye pa t mete sou yo. Bondye rele chak minis ak chak doktè pou yo kenbe senplisite verite a. Pitit Bondye a, ki revele ni nan Ansyen ni nan Nouvo Testaman an, se Sovè mond nou an jodi a. Se nan men Li chak misyonè medikal dwe resevwa fòmasyon li. Si li pa separe tèt li ak chèf ki gen pouvwa nan lè a, li pral twonpe nanm ki mete konfyans yo nan li. Se pou tout moun pran prekosyon ak moun ki tèlman edike ak leve wo, konsa plan yo pa ka konprann pa moun òdinè yo.”</w:t>
      </w:r>
    </w:p>
    <w:p>
      <w:pPr>
        <w:pStyle w:val="ArticleScripture"/>
        <w:jc w:val="left"/>
      </w:pPr>
      <w:r>
        <w:rPr>
          <w:rFonts w:ascii="Times New Roman" w:hAnsi="Times New Roman" w:eastAsia="Times New Roman" w:cs="Times New Roman"/>
        </w:rPr>
        <w:t>«Riz peche a depas tou konsepsyon san limit. Sak kalamite, sak soufrans ak lanmor, se enn prevn non selman lor pwisans move, me osi lor laverite Bondie vivan. Apre ki limanite finn konn laverite, parol Bondie vivan, ki deme pou touzour, e ki, atraver lobeisans, donn lavi, febles dimounn pou li konform li ar lingenyosite Satan depas mezir etranz. Tou bann ki Bondie finn ansenny zot rekonet Kris kouma so Garson. Tou bann ki pa krwar bann deklarasion Bondie ki zot deza kone demontre popilarite peche, e zot pa pe travay kote lavi ek limortalite ki finn met an limier atraver sanktifikasion parfe laverite. Sof si zot fer enn sanzman dan karakter, dan bann parol, ek dan lespri, bann lam pou perdi.»</w:t>
      </w:r>
    </w:p>
    <w:p>
      <w:pPr>
        <w:pStyle w:val="ArticleScripture"/>
        <w:jc w:val="left"/>
      </w:pPr>
      <w:r>
        <w:rPr>
          <w:rFonts w:ascii="Times New Roman" w:hAnsi="Times New Roman" w:eastAsia="Times New Roman" w:cs="Times New Roman"/>
        </w:rPr>
        <w:t>“Pa gen chemen mitan pou retounen nan Paradi a. Mesaj yo bay lèzòm pou dènye jou sa yo pa dwe melanje ak envansyon lèzòm. Nou pa dwe apiye sou politik avoka monn lan. Nou dwe moun imil ki bay tèt nou nan lapriyè, san nou pa aji tankou sila yo ajan Satan yo avèg.”</w:t>
      </w:r>
    </w:p>
    <w:p>
      <w:pPr>
        <w:pStyle w:val="ArticleScripture"/>
        <w:jc w:val="left"/>
      </w:pPr>
      <w:r>
        <w:rPr>
          <w:rFonts w:ascii="Times New Roman" w:hAnsi="Times New Roman" w:eastAsia="Times New Roman" w:cs="Times New Roman"/>
        </w:rPr>
        <w:t>“Anpil moun gen yon lafwa, men se pa yon lafwa ki aji pa lanmou epi ki pirifye nanm nan. Lafwa ki sove a se pa senpleman yon kwè toutbon nan verite a. ‘Move lespri yo menm tou yo kwè, epi yo tranble.’ Enspirasyon Lespri Bondye a bay lèzòm yon lafwa ki se yon fòs ki pouse yo, ki fòme karaktè, epi ki mennen lèzòm pi wo pase senp aksyon fòmèl yo. Pawòl yo, aksyon yo, ak lespri a dwe rann temwayaj sou lefèt ke nou se disip Kris la.”</w:t>
      </w:r>
    </w:p>
    <w:p>
      <w:pPr>
        <w:pStyle w:val="ArticleScripture"/>
        <w:jc w:val="left"/>
      </w:pPr>
      <w:r>
        <w:rPr>
          <w:rFonts w:ascii="Times New Roman" w:hAnsi="Times New Roman" w:eastAsia="Times New Roman" w:cs="Times New Roman"/>
        </w:rPr>
        <w:t>“Pi gran limyè ak benediksyon Bondye bay la pa yon garanti kont transgresyon ak apostazi nan dènye jou sa yo. Moun Bondye leve nan gwo pozisyon konfyans yo ka vire do bay limyè syèl la pou yo chèche sajès lèzòm. Lè sa a, limyè yo ap vin fènwa, kapasite Bondye te konfye yo ap tounen yon pyèj, epi karaktè yo ap vin yon ofans devan Bondye. Yo pa ka pase Bondye nan betiz. Yon depa lwen Li te toujou, e l ap toujou, swiv pa rezilta sèten li yo. Pratik zak ki pa fè Bondye plezi, si yo pa repanti de yo avèk detèminasyon epi abandone yo, olye pou yo chèche jistifye yo, ap mennen moun k ap fè sa ki mal la etap pa etap nan twonpri, jouk anpil peche fèt san pinisyon. Tout moun ki ta vle posede yon karaktè ki ta fè yo travayè ansanm ak Bondye epi resevwa apwobasyon Bondye, dwe separe tèt yo ak ènmi Bondye yo, epi kenbe laverite Kris la te bay Jan pou l bay mond lan.” Manuscript Releases, volim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Onz</dc:title>
  <dc:subject>Nimewo Onz</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