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Douz</w:t>
      </w:r>
    </w:p>
    <w:p>
      <w:pPr>
        <w:pStyle w:val="ArticleSubtitle"/>
        <w:jc w:val="left"/>
      </w:pPr>
      <w:r>
        <w:rPr>
          <w:rFonts w:ascii="Arial" w:hAnsi="Arial" w:eastAsia="Arial" w:cs="Arial"/>
        </w:rPr>
        <w:t>Nimewo Douz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Li souvan pretann ke si senk moun te wè menm aksidan machin nan, senk temwen sa yo t ap idantifye senk vèsyon diferan de menm dega a; men jodi a, nan peryòd kote Sentespri a ap retire sou limanite a, san dout pami temwen sa yo ta genyen moun ki t ap envante epi bay manti sou sa yo te wè, pou soutni pwòp vizyon pèsonèl yo sou lemonn, pandan y ap kwè yo t ap aji avèk vèti lè yo fè sa. Nan istwa kache a genyen plizyè liy divès verite pwofetik, ki reprezante diferan temwen menm evènman yo. Avèk Pawòl Bondye a pa gen okenn manti, byenke souvan genyen entèpretasyon imen ki defektye konsènan evènman sa yo; men temwen biblik yo sou istwa sa a, lè yo byen separe yo, yo tout dakò youn ak lòt.</w:t>
      </w:r>
    </w:p>
    <w:p>
      <w:pPr>
        <w:pStyle w:val="ArticleBody"/>
        <w:jc w:val="left"/>
      </w:pPr>
      <w:r>
        <w:rPr>
          <w:rFonts w:ascii="Times New Roman" w:hAnsi="Times New Roman" w:eastAsia="Times New Roman" w:cs="Times New Roman"/>
        </w:rPr>
        <w:t>Pyè se yon senbòl san karant-kat mil yo nan istwa sa a, e temwayaj li reprezante yon istwa pwogresif depi desepsyon 18 Jiyè 2020 la rive jouk nan revey 31 Desanm 2023 a, answit kòm youn ki patisipe nan premye tès vizyon ekstèn nan, apre sa dezyèm tès vizyon entèn nan, ki pral suiv pa tès litmis boul dife Nashville yo, jouk rive nan leve drapo a pou moun lòt nasyon yo.</w:t>
      </w:r>
    </w:p>
    <w:p>
      <w:pPr>
        <w:pStyle w:val="ArticleBody"/>
        <w:jc w:val="left"/>
      </w:pPr>
      <w:r>
        <w:rPr>
          <w:rFonts w:ascii="Times New Roman" w:hAnsi="Times New Roman" w:eastAsia="Times New Roman" w:cs="Times New Roman"/>
        </w:rPr>
        <w:t>Donald Trump nan istwa kache sa a kòm sila a ki leve kont tout globalis yo, ki gen ladan globalis mondyal yo, pati Demokrat la, ak RINO yo nan pati Repibliken an. Li akonpli karakteristik pwofetik ki asosye ak imaj bèt la, paske li resisite soti nan lanmò politik kòm wityèm lan ki sòti nan sèt yo. Li prezan toupatou nan istwa kache a, e li destine pou l ap dirije lè yo enpoze “active despotism” an premye sou Etazini, epi apre sa sou lemonn antye. Pwotestantis apostazi a, kòm kontrepati Trump nan de kòn bèt tè a, la nan istwa Makabe yo. Divès manifestasyon pouvwa dragon an nan Nasyonzini ak Larisi rann temwayaj nan istwa a. Papote a, kòm vòlè pèp ou a, la pou mare tout bagay ansanm epi tabli vizyon an.</w:t>
      </w:r>
    </w:p>
    <w:p>
      <w:pPr>
        <w:pStyle w:val="ArticleBody"/>
        <w:jc w:val="left"/>
      </w:pPr>
      <w:r>
        <w:rPr>
          <w:rFonts w:ascii="Times New Roman" w:hAnsi="Times New Roman" w:eastAsia="Times New Roman" w:cs="Times New Roman"/>
        </w:rPr>
        <w:t>Pyè se ou menm, chè lektè. Pyè se yon kandida pou l fè pati drapo san karant-kat mil yo. Pyè kanpe nan mitan an, nan pwen mitan plizyè liy pwofetik, pa lafwa antre nan Kote ki Pi Sen an epi resevwa transfòmasyon ki akonpli pa vizyon Kris la. Pyè sou Mòn Transfigirasyon an, kote li dwe transfòme nan imaj Kris la, pandan Etazini ap fòme imaj bèt la.</w:t>
      </w:r>
    </w:p>
    <w:p>
      <w:pPr>
        <w:pStyle w:val="ArticleScripture"/>
        <w:jc w:val="left"/>
      </w:pPr>
      <w:r>
        <w:rPr>
          <w:rFonts w:ascii="Times New Roman" w:hAnsi="Times New Roman" w:eastAsia="Times New Roman" w:cs="Times New Roman"/>
        </w:rPr>
        <w:t>“Frè m yo, nou dwe gen mwens nan pwòp tèt nou, epi plis nan Bondye. Li reklame fòs Legliz la; men, nan yon gwo mezi, kapasite pèp nou an ap vale nan bagay ki pa diy. Twòp tan ap konsakre a lide ak reklamasyon ki piti. Bondye vle nou monte sou mòn nan, pi dirèkteman nan prezans li. N ap antre nan yon kriz ki, plis pase nenpòt lòt tan depi mond lan te kòmanse, pral mande konsakrasyon total tout moun ki te nonmen non Kris la. Travay Bondye a mande tout sa nou ye. Men, pèp nou an p ap janm fè konsakrasyon sa a jiskaske kè yo chanje. Yo bezwen konvèsyon menm jan ak Pyè te bezwen li. Lè yo fin resevwa revivifikasyon sa a, Kris la ka di yo: ‘Ranfòse frè w yo,’ ‘Pran swen mouton m yo,’ ‘Pran swen ti mouton m yo.’”</w:t>
      </w:r>
    </w:p>
    <w:p>
      <w:pPr>
        <w:pStyle w:val="ArticleScripture"/>
        <w:jc w:val="left"/>
      </w:pPr>
      <w:r>
        <w:rPr>
          <w:rFonts w:ascii="Times New Roman" w:hAnsi="Times New Roman" w:eastAsia="Times New Roman" w:cs="Times New Roman"/>
        </w:rPr>
        <w:t>“Lè puisans divin ini avèk efò imen, travay la ap gaye tankou dife nan pay sèch. Bondye va sèvi ak mwayen ki gen yon orijin lèzòm pap kapab disène; zanj yo va fè yon travay ke moun yo te ka genyen benediksyon pou akonpli, si yo pa t neglije reponn a demand Bondye yo. Kounye a, travay la prezante devan lèzòm. Èske li va pran li? Kounye a menm, gen anpil pòt ki pa fèmen ak kle e ki ouvri byen laj devan travayè yo. Èske yo va antre nan pòt sa yo? Ki moun ki pare, sou lòd Mèt la, pou di: ‘Men mwen, Seyè, voye m’? Kri Masedwàn nan rive jwenn nou nan apèl plen lapenn soti nan tout pati nan lemonn, ‘Pase vin ede nou.’” Review and Herald, 15 desanm 1885.</w:t>
      </w:r>
    </w:p>
    <w:p>
      <w:pPr>
        <w:pStyle w:val="ArticleBody"/>
        <w:jc w:val="left"/>
      </w:pPr>
      <w:r>
        <w:rPr>
          <w:rFonts w:ascii="Times New Roman" w:hAnsi="Times New Roman" w:eastAsia="Times New Roman" w:cs="Times New Roman"/>
        </w:rPr>
        <w:t>Nou dwe vin sou mòn nan epi konvèti jan Pyè te konvèti a; epi lè nou fè sa, n ap pirifye, jan Ezayi te pirifye a. Pirifikasyon an prezante kòm yon bagay ki reyalize lè pouvwa diven an ini ak efò imen an. Apèl Masedwàn lan parèt nan istwa kache vèsè karant lan.</w:t>
      </w:r>
    </w:p>
    <w:p>
      <w:pPr>
        <w:pStyle w:val="ArticleScripture"/>
        <w:jc w:val="left"/>
      </w:pPr>
      <w:r>
        <w:rPr>
          <w:rFonts w:ascii="Times New Roman" w:hAnsi="Times New Roman" w:eastAsia="Times New Roman" w:cs="Times New Roman"/>
        </w:rPr>
        <w:t>“Lè a rive pou yo fè efò desizif nan vil nou yo. Li Lik 21. Sa a se mesaj pou tan sa a, epi li ekri pou jenerasyon fen an. Nou pa dwe kite anyen mete tèt li ant nou menm ak travay Bondye ban nou pou nou fè a. Yo dwe fè efò espesyal pou mete verite a devan moun ki nan vil yo.</w:t>
      </w:r>
    </w:p>
    <w:p>
      <w:pPr>
        <w:pStyle w:val="ArticleScripture"/>
        <w:jc w:val="left"/>
      </w:pPr>
      <w:r>
        <w:rPr>
          <w:rFonts w:ascii="Times New Roman" w:hAnsi="Times New Roman" w:eastAsia="Times New Roman" w:cs="Times New Roman"/>
        </w:rPr>
        <w:t>“Pa pèdi okenn tan ap chèche dechire lòt moun. Tout diskisyon dwe sispann. Nou dwe renmen youn lòt tankou frè. Ann monte sou mòn nan avèk Bondye, pou nou ka retounen avèk refleksyon glwa Bondye sou nou. Sèl kote nou ka jwenn li, se sou mòn nan avèk Bondye. Gen yon travay pou fèt nan etidye Pawòl Senyè a jan li revele nan lalwa Li. Te gen anpil lekti neglijan, men konbyen vrè etid ki fèt? Kris te viv nan mitan lèzòm, e li te preche nan lemonn menm presèp lalwa sa a.”</w:t>
      </w:r>
    </w:p>
    <w:p>
      <w:pPr>
        <w:pStyle w:val="ArticleScripture"/>
        <w:jc w:val="left"/>
      </w:pPr>
      <w:r>
        <w:rPr>
          <w:rFonts w:ascii="Times New Roman" w:hAnsi="Times New Roman" w:eastAsia="Times New Roman" w:cs="Times New Roman"/>
        </w:rPr>
        <w:t>“Travay la pral byento vin kout nan jistis. Nou dwe vin pi pèsistan e pi devwe nan efò nou pou mennen li rive nan akonplisman. Lè a rive kote nou pa dwe sèlman aktif, men nou dwe konsantre aktivite sa a yon fason pou li bay rezilta. Si nou te pase plis tan sou mòn nan avèk Bondye, travay nou ta pi efikas.</w:t>
      </w:r>
    </w:p>
    <w:p>
      <w:pPr>
        <w:pStyle w:val="ArticleScripture"/>
        <w:jc w:val="left"/>
      </w:pPr>
      <w:r>
        <w:rPr>
          <w:rFonts w:ascii="Times New Roman" w:hAnsi="Times New Roman" w:eastAsia="Times New Roman" w:cs="Times New Roman"/>
        </w:rPr>
        <w:t>“Fòk gen plis pouvwa ki bay konviksyon ki antre nan predikasyon nou an. Nepe Lespri a dwe file ankò epi voye ale avèk pouvwa. Èske n ap mete tout fòs nou ladan l tankou moun ki gen tout reyalite letènite devan je yo? Nou vle pouvwa Sentespri a avanse epi fini travay Bondye sou tè a.” Australian Union Conference Recorder, 1 Oktòb 1906.</w:t>
      </w:r>
    </w:p>
    <w:p>
      <w:pPr>
        <w:pStyle w:val="ArticleBody"/>
        <w:jc w:val="left"/>
      </w:pPr>
      <w:r>
        <w:rPr>
          <w:rFonts w:ascii="Times New Roman" w:hAnsi="Times New Roman" w:eastAsia="Times New Roman" w:cs="Times New Roman"/>
        </w:rPr>
        <w:t>Se sou la mòn nan, ki se tou Kote ki Pi Sen an, Divinite ini ak limanite nou an; epi Lik 21 se mesaj pou dènye jenerasyon an, ki gen pou bay dènye avètisman an bay vil yo. Avètisman bay vil yo se yon travay zanj yo pral akonpli si nou refize vini sou mòn nan epi transfòme nan imaj Li. Travay la se pou vil yo, paske dènye jenerasyon an ap viv nan yon peryòd kote “dè milye vil” gen pou detwi. Peryòd pwofetik destriksyon vil yo kòmanse ak boul dife Nashville yo, epi travay avètisman an kòmanse la, e travay sa a idantifye nan Lik 21. Pandan plizyè ane nou te montre repete repete ke Lik 21 se yon avètisman konsènan Islam nan twazyèm malè a.</w:t>
      </w:r>
    </w:p>
    <w:p>
      <w:pPr>
        <w:pStyle w:val="ArticleBody"/>
        <w:jc w:val="left"/>
      </w:pPr>
      <w:r>
        <w:rPr>
          <w:rFonts w:ascii="Times New Roman" w:hAnsi="Times New Roman" w:eastAsia="Times New Roman" w:cs="Times New Roman"/>
        </w:rPr>
        <w:t>Nan Lik 21, Jezi te trase listwa a, kòmanse avèk rejè ansyen Izrayèl kòm pèp Bondye te chwazi a, pou rive jis nan fen Mwayennaj fènwa pèsekisyon pap la, epi answit nan siy ki te anonse kòmansman listwa milerit la. Listwa milerit la ilistre listwa san karannkat mil yo.</w:t>
      </w:r>
    </w:p>
    <w:p>
      <w:pPr>
        <w:pStyle w:val="ArticleScripture"/>
        <w:jc w:val="left"/>
      </w:pPr>
      <w:r>
        <w:rPr>
          <w:rFonts w:ascii="Times New Roman" w:hAnsi="Times New Roman" w:eastAsia="Times New Roman" w:cs="Times New Roman"/>
        </w:rPr>
        <w:t>Y ellos caerán a filo de espada, y serán llevados cautivos a todas las naciones; y Jerusalén será hollada por los gentiles, hasta que los tiempos de los gentiles se cumplan. Y habrá señales en el sol, en la luna y en las estrellas; y en la tierra angustia de las naciones, con perplejidad; bramando el mar y las olas; desfalleciendo el corazón de los hombres por el temor y por la expectación de las cosas que sobrevendrán a la tierra; porque las potestades de los cielos serán conmovidas. Y entonces verán al Hijo del Hombre que vendrá en una nube con poder y gran gloria. Lucas 21:24–27.</w:t>
      </w:r>
    </w:p>
    <w:p>
      <w:pPr>
        <w:pStyle w:val="ArticleBody"/>
        <w:jc w:val="left"/>
      </w:pPr>
      <w:r>
        <w:rPr>
          <w:rFonts w:ascii="Times New Roman" w:hAnsi="Times New Roman" w:eastAsia="Times New Roman" w:cs="Times New Roman"/>
        </w:rPr>
        <w:t>Jan, nan chapit onz nan Revelasyon, idantifye ke 1,260 ane dominasyon papal la te pwofetikman bay “bay moun lòt nasyon yo,” epi Lik idantifye ke, an 1798, tan moun lòt nasyon yo te akonpli. Apre sa, Kris la te pale konsènan siy ki nan solèy la, lalin nan ak zetwal yo ki make mouvman Millerit la, epi li fini ak pawòl sa yo: “detrès nasyon yo, avèk anbara; lanmè a ak vag yo ap gwonde; kè moun ap febli yo akòz laperèz, ak poutèt yo ap tann bagay sa yo k ap vini sou tè a.” “Detrès nasyon yo” nan Lik se “kòlè nasyon yo” nan Revelasyon.</w:t>
      </w:r>
    </w:p>
    <w:p>
      <w:pPr>
        <w:pStyle w:val="ArticleScripture"/>
        <w:jc w:val="left"/>
      </w:pPr>
      <w:r>
        <w:rPr>
          <w:rFonts w:ascii="Times New Roman" w:hAnsi="Times New Roman" w:eastAsia="Times New Roman" w:cs="Times New Roman"/>
        </w:rPr>
        <w:t>Epi nasyon yo te fache, e kòlè ou rive, ansanm ak tan pou mò yo, pou yo jije yo; epi pou ou bay rekonpans a sèvitè ou yo, pwofèt yo, ansanm ak sen yo, ak sila yo ki gen krentif pou non ou, piti kou gran; epi pou ou detwi sila yo k ap detwi tè a. Revelasyon 11:18.</w:t>
      </w:r>
    </w:p>
    <w:p>
      <w:pPr>
        <w:pStyle w:val="ArticleBody"/>
        <w:jc w:val="left"/>
      </w:pPr>
      <w:r>
        <w:rPr>
          <w:rFonts w:ascii="Times New Roman" w:hAnsi="Times New Roman" w:eastAsia="Times New Roman" w:cs="Times New Roman"/>
        </w:rPr>
        <w:t>“kòlè” Bondye a parèt nan sèt dènye flewo yo, epi li kòmanse lè Mikaèl leve kanpe epi tan gras limanite a fini. Kòlè nasyon yo se yon peryòd ki mennen rive nan fen tan gras la. Kòlè nasyon yo te kòmanse nan 11 Septanm, lè Islam twazyèm malè a te rive; konsa sa te make arive lapli ta a.</w:t>
      </w:r>
    </w:p>
    <w:p>
      <w:pPr>
        <w:pStyle w:val="ArticleScripture"/>
        <w:jc w:val="left"/>
      </w:pPr>
      <w:r>
        <w:rPr>
          <w:rFonts w:ascii="Times New Roman" w:hAnsi="Times New Roman" w:eastAsia="Times New Roman" w:cs="Times New Roman"/>
        </w:rPr>
        <w:t>“Mwen te wè ke kòlè nasyon yo, kòlè Bondye, ak tan pou jije mò yo te separe e diferan youn ak lòt, youn ap swiv lòt; epi tou, ke Mikaèl pa t ankò leve kanpe, e ke tan detrès la, janm pa t gen parèy li, pa t ankò kòmanse. Nasyon yo kounye a ap vin an kòlè; men lè Gran Prèt nou an fin acheve travay Li nan sanktyè a, Li pral leve kanpe, mete rad vanjans yo sou Li, epi lè sa a sèt dènye kalamite yo pral vide.”</w:t>
      </w:r>
    </w:p>
    <w:p>
      <w:pPr>
        <w:pStyle w:val="ArticleScripture"/>
        <w:jc w:val="left"/>
      </w:pPr>
      <w:r>
        <w:rPr>
          <w:rFonts w:ascii="Times New Roman" w:hAnsi="Times New Roman" w:eastAsia="Times New Roman" w:cs="Times New Roman"/>
        </w:rPr>
        <w:t>“Mwen te wè ke kat zanj yo t ap kenbe kat van yo jiskaske travay Jezi a te fini nan tanp lan, epi apre sa sèt dènye flewo yo va vini.” Early Writings, 36.</w:t>
      </w:r>
    </w:p>
    <w:p>
      <w:pPr>
        <w:pStyle w:val="ArticleBody"/>
        <w:jc w:val="left"/>
      </w:pPr>
      <w:r>
        <w:rPr>
          <w:rFonts w:ascii="Times New Roman" w:hAnsi="Times New Roman" w:eastAsia="Times New Roman" w:cs="Times New Roman"/>
        </w:rPr>
        <w:t>Nan istwa Millerit la, kòlè nasyon yo, oswa jan Lik rapòte sa, “detrès nasyon yo,” te akonpli pa Islam.</w:t>
      </w:r>
    </w:p>
    <w:p>
      <w:pPr>
        <w:pStyle w:val="ArticleScripture"/>
        <w:jc w:val="left"/>
      </w:pPr>
      <w:r>
        <w:rPr>
          <w:rFonts w:ascii="Times New Roman" w:hAnsi="Times New Roman" w:eastAsia="Times New Roman" w:cs="Times New Roman"/>
        </w:rPr>
        <w:t>“An 1838, Latiki te antre nan lagè ak Ejip. Ejipsyen yo te parèt byen prè pou ranvèse pouvwa Tik la. Pou anpeche sa, kat gwo puisans Ewòp yo—Angletè, Larisi, Otrich, ak Pris—te entèvni pou soutni gouvènman Tik la.” Uriah Smith, Synopsis of Present Truth, 218.</w:t>
      </w:r>
    </w:p>
    <w:p>
      <w:pPr>
        <w:pStyle w:val="ArticleBody"/>
        <w:jc w:val="left"/>
      </w:pPr>
      <w:r>
        <w:rPr>
          <w:rFonts w:ascii="Times New Roman" w:hAnsi="Times New Roman" w:eastAsia="Times New Roman" w:cs="Times New Roman"/>
        </w:rPr>
        <w:t>An 1838, sa yo rele “kesyon lès la” t ap souke nasyon yo, e “kesyon lès la” se te Islam, van lès biblik la. Istwa Millerit la te wè nasyon yo souke pa Islam, epi apre sa Seyè a te vini nan nyaj yo pou ale nan Kote ki Pi Sen an, konsa sa te vin yon tip ki montre lè Seyè a va vini nan nyaj yo nan Dezyèm Vini Li a. Anvan Li vini nan nyaj yo, Islam mete nasyon yo nan detrès, e se mesaj sa a yo bay Pyè pou l pwoklame bay vil yo davans anvan destriksyon “dè milye vil.” Peryòd destriksyon vil yo kòmanse ak boul dife Nashville yo.</w:t>
      </w:r>
    </w:p>
    <w:p>
      <w:pPr>
        <w:pStyle w:val="ArticleScripture"/>
        <w:jc w:val="left"/>
      </w:pPr>
      <w:r>
        <w:rPr>
          <w:rFonts w:ascii="Times New Roman" w:hAnsi="Times New Roman" w:eastAsia="Times New Roman" w:cs="Times New Roman"/>
        </w:rPr>
        <w:t>“O si pèp Bondye a te gen yon sans de destriksyon k ap vini sou plizyè milye vil, ki kounye a prèske lage nèt nan idolatri! Men anpil nan moun ki ta dwe ap pwoklame verite a ap akize epi kondane frè yo. Lè pouvwa konvètisan Bondye a vin sou lespri yo, pral gen yon chanjman klèman make. Lèzòm p ap gen okenn tandans pou kritike ak kraze. Yo p ap kenbe yon pozisyon ki anpeche limyè a klere sou mond lan. Kritik yo, akizasyon yo, pral sispann. Fòs lènmi an ap rasanble pou lagè. Gwo konfli sevè yo devan nou. Vin pi pwòch ansanm, frè m ak sè m yo, vin pi pwòch ansanm. Mare nou ak Kris. ‘Pa di nou: Yon konplo,... ni nou pa bezwen pè sa yo pè a, ni nou pa bezwen tranble. Se SENYÈ ki gen tout lame yo nou dwe konsidere kòm sen; se li menm ki dwe lakrent nou, se li menm ki dwe fè nou tranble. Epi li va tounen yon sanktyè; men tou li va yon wòch ki fè moun bite ak yon wòch ofans pou toude kay Izrayèl yo, yon pyèj ak yon pèlen pou moun ki rete Jerizalèm yo. E anpil nan mitan yo va bite, yo va tonbe, yo va kraze, yo va pran nan pyèj, epi yo va kaptire.’”</w:t>
      </w:r>
    </w:p>
    <w:p>
      <w:pPr>
        <w:pStyle w:val="ArticleScripture"/>
        <w:jc w:val="left"/>
      </w:pPr>
      <w:r>
        <w:rPr>
          <w:rFonts w:ascii="Times New Roman" w:hAnsi="Times New Roman" w:eastAsia="Times New Roman" w:cs="Times New Roman"/>
        </w:rPr>
        <w:t>“Lemonn lan se yon teyat. Aktè yo, sa vle di moun k ap viv ladan l yo, ap prepare pou yo jwe wòl pa yo nan dènye gwo dram nan. Yo pèdi Bondye devan je yo. Pami gwo foul lèzòm yo pa gen okenn inite, eksepte lè moun mete tèt yo ansanm pou reyalize objektif egoyis pa yo. Bondye ap gade. Objektif li yo konsènan sijè rebèl li yo va akonpli. Yo pa t remèt lemonn lan nan men lèzòm, byenke Bondye ap pèmèt fòs konfizyon ak dezòd yo domine pou yon tan. Gen yon pouvwa ki soti anba k ap aji pou fè rive dènye gwo sèn yo nan dram nan,—Satan k ap vini tankou Kris, epi k ap aji ak tout sediksyon lenjistis la nan mitan moun k ap mare tèt yo ansanm nan sosyete sekrè. Moun k ap lage tèt yo bay pasyon pou fè konfederasyon ap egzekite plan lènmi an. Kòz la ap pote efè a.”</w:t>
      </w:r>
    </w:p>
    <w:p>
      <w:pPr>
        <w:pStyle w:val="ArticleScripture"/>
        <w:jc w:val="left"/>
      </w:pPr>
      <w:r>
        <w:rPr>
          <w:rFonts w:ascii="Times New Roman" w:hAnsi="Times New Roman" w:eastAsia="Times New Roman" w:cs="Times New Roman"/>
        </w:rPr>
        <w:t>“Peche a prèske rive nan limit li. Konfizyon ranpli lemonn, epi byento yon gwo laterè pral tonbe sou limanite. Fen an trè pre. Nou menm ki konnen verite a dwe ap prepare nou pou sa k pral byento vin sou lemonn tankou yon sipriz akablan.” Review and Herald, 10 septanm 1903.</w:t>
      </w:r>
    </w:p>
    <w:p>
      <w:pPr>
        <w:pStyle w:val="ArticleBody"/>
        <w:jc w:val="left"/>
      </w:pPr>
      <w:r>
        <w:rPr>
          <w:rFonts w:ascii="Times New Roman" w:hAnsi="Times New Roman" w:eastAsia="Times New Roman" w:cs="Times New Roman"/>
        </w:rPr>
        <w:t>“Eleman konfizyon ak dezòd” yo ap fabrike kòm fwi sistèm nan ke Sè White idantifye kòm “edikasyon siperyè,” ke li menm tou li idantifye kòm “mistè inikite a.” Tanp Parthenon Nashville la se senbòl fo edikasyon an ki kounye a ap pwodui “konfizyon ak dezòd” ki “gen dominasyon pou yon sezon.” Boul dife sou Nashville yo vini pa Islam, e yo reprezante jijman Bondye sou “pyebwa konesans byen ak mal la.” Lè yo frape Nashville, kout peryòd pwoklamasyon kri minwi a kòmanse epi li mennen nan lwa dimanch la, kote move “konfederasyon” Ezayi a fè dènye mouvman li pandan mond lan fòse pou aksepte gouvènman yon sèl mond lan ki idantifye kòm imaj bèt la nan Revelasyon trèz. Idantifikasyon Ezayi fè sou move konfederasyon an aliyen avèk sele san karant-kat mil yo.</w:t>
      </w:r>
    </w:p>
    <w:p>
      <w:pPr>
        <w:pStyle w:val="ArticleScripture"/>
        <w:jc w:val="left"/>
      </w:pPr>
      <w:r>
        <w:rPr>
          <w:rFonts w:ascii="Times New Roman" w:hAnsi="Times New Roman" w:eastAsia="Times New Roman" w:cs="Times New Roman"/>
        </w:rPr>
        <w:t>Pa di: Yon konplo, sou tout sa pèp sa a va di: Yon konplo; pa pè sa yo pè a, ni pa tranble devan li. Se SENYÈ lame yo menm nou dwe konsakre kòm Sen; se pou li menm nou gen lakrentif, se pou li menm nou gen laperèz. Li va yon sanktyè; men li va yon wòch moun bite sou li ak yon ròch ki fè moun tonbe, pou toude kay Izrayèl yo; yon pyèj ak yon pèlen pou moun lavil Jerizalèm yo. Anpil nan yo va bite, yo va tonbe, yo va kraze, yo va pran nan pèlen, yo va kaptire.</w:t>
      </w:r>
    </w:p>
    <w:p>
      <w:pPr>
        <w:pStyle w:val="ArticleScripture"/>
        <w:jc w:val="left"/>
      </w:pPr>
      <w:r>
        <w:rPr>
          <w:rFonts w:ascii="Times New Roman" w:hAnsi="Times New Roman" w:eastAsia="Times New Roman" w:cs="Times New Roman"/>
        </w:rPr>
        <w:t>Mare temwayaj la, sele lalwa a nan mitan disip mwen yo. M ap tann Senyè a, li menm ki kache figi li devan kay Jakòb la; m ap mete esperans mwen nan li. Men mwen menm ak pitit Senyè a ban mwen yo, nou se siy ak mèvèy ann Izrayèl, ki soti nan Senyè dèzame yo, li menm ki rete sou mòn Siyon an. Lè y ap di nou: Chèche bò kote moun ki gen lespri familier yo, ak bò kote majisyen k ap sifizé e k ap bougonnen yo: èske yon pèp pa ta dwe chèche Bondye pa li? Èske yo ta dwe chèche bò kote mò yo pou vivan yo? Se nan lalwa a ak nan temwayaj la! Si yo pa pale dapre pawòl sa a, se paske pa gen limyè nan yo. Ezayi 8:12–20.</w:t>
      </w:r>
    </w:p>
    <w:p>
      <w:pPr>
        <w:pStyle w:val="ArticleBody"/>
        <w:jc w:val="left"/>
      </w:pPr>
      <w:r>
        <w:rPr>
          <w:rFonts w:ascii="Times New Roman" w:hAnsi="Times New Roman" w:eastAsia="Times New Roman" w:cs="Times New Roman"/>
        </w:rPr>
        <w:t>Pasaj ki soti nan Sè White la fè konnen ke yon sezon “konfizyon ak dezòd” mennen rive nan “Satan k ap vini kòm Kris.” Satan parèt ap pran pòz Kris la nan lwa dimanch la.</w:t>
      </w:r>
    </w:p>
    <w:p>
      <w:pPr>
        <w:pStyle w:val="ArticleScripture"/>
        <w:jc w:val="left"/>
      </w:pPr>
      <w:r>
        <w:rPr>
          <w:rFonts w:ascii="Times New Roman" w:hAnsi="Times New Roman" w:eastAsia="Times New Roman" w:cs="Times New Roman"/>
        </w:rPr>
        <w:t>“Pa dekrè ki fè respekte enstitisyon Pap la, an vyolasyon lalwa Bondye a, nasyon nou an pral koupe tèt li nèt ak lajistis. Lè Pwotestantis la va lonje men li lòt bò gwo twou san fon an pou l kenbe men pouvwa Wòm nan, lè li va rive lòt bò abim nan pou l bay Espiritis men, lè, anba enfliyans inyon twa fwa sa a, peyi nou an va rejte tout prensip Konstitisyon li a kòm yon gouvènman pwotestan ak repibliken, epi li va pran dispozisyon pou pwopagasyon manti ak twonpri papal yo, lè sa a nou ka konnen lè a rive pou travay ekstraòdinè Satan an e ke lafen an pwòch.” Testimonies, volim 5, 451.</w:t>
      </w:r>
    </w:p>
    <w:p>
      <w:pPr>
        <w:pStyle w:val="ArticleBody"/>
        <w:jc w:val="left"/>
      </w:pPr>
      <w:r>
        <w:rPr>
          <w:rFonts w:ascii="Times New Roman" w:hAnsi="Times New Roman" w:eastAsia="Times New Roman" w:cs="Times New Roman"/>
        </w:rPr>
        <w:t>Sezon “konfizyon ak dezòd” la rive nan peryòd k ap mennen rive jis anvan lwa dimanch lan. Tousuit anvan lwa dimanch lan, nan peryòd ki te prefigure pa reyinyon kan Exeter la ak dis jou ki te pase nan chanm anlè a anvan Lapannkòt la, san karannkat mil yo dwe “pwoche ansanm, frè m ak sè m yo, … mare tèt nou ak Kris la.” Sele a fèt anvan lwa dimanch lan, e se nan istwa sa a konfederasyon mechan an kòmanse dènye travay li pou etabli yon gouvènman mondyal inik.</w:t>
      </w:r>
    </w:p>
    <w:p>
      <w:pPr>
        <w:pStyle w:val="ArticleBody"/>
        <w:jc w:val="left"/>
      </w:pPr>
      <w:r>
        <w:rPr>
          <w:rFonts w:ascii="Times New Roman" w:hAnsi="Times New Roman" w:eastAsia="Times New Roman" w:cs="Times New Roman"/>
        </w:rPr>
        <w:t>Nan tan sele a, Kris la ap yon sanctuaire pou moun ki jis yo, men yon wòch ki fè mechan yo bite. Li pral “yon pèlen ak yon pyèj pou moun ki rete Jerizalèm yo,” ki se “anpil” nan moun k ap tonbe yo; men pou kèk moun ki sele yo, “Li” menm ap “krent” pa yo.</w:t>
      </w:r>
    </w:p>
    <w:p>
      <w:pPr>
        <w:pStyle w:val="ArticleBody"/>
        <w:jc w:val="left"/>
      </w:pPr>
      <w:r>
        <w:rPr>
          <w:rFonts w:ascii="Times New Roman" w:hAnsi="Times New Roman" w:eastAsia="Times New Roman" w:cs="Times New Roman"/>
        </w:rPr>
        <w:t>“Krentif” Bondye se sa Èv te manke, epi sila yo ki gen krentif Bondye genyen yon lòt kalite laperèz pase laperèz ki vini sou anpil moun ki bite yo. De kalite laperèz sa yo make sila yo ki pase ak sila yo ki echwe nan pwosesis tès la. Sila yo ki pase yo sele; sila yo ki pa pase yo reprezante pa chif senk la, paske yo “bite, epi tonbe, epi kraze, epi pran nan pyèj, epi kaptire.” Tan sele a, ki reprezante kòm yon bagay ki rive anvan lwa dimanch la, lè gen yon peryòd konfizyon ak dezòd, se lè parabòl dis vyèj yo akonpli.</w:t>
      </w:r>
    </w:p>
    <w:p>
      <w:pPr>
        <w:pStyle w:val="ArticleBody"/>
        <w:jc w:val="left"/>
      </w:pPr>
      <w:r>
        <w:rPr>
          <w:rFonts w:ascii="Times New Roman" w:hAnsi="Times New Roman" w:eastAsia="Times New Roman" w:cs="Times New Roman"/>
        </w:rPr>
        <w:t>Kèk moun ki resevwa sele a, an kontrè ak anpil lòt yo ki bite, se sila yo ki “ap tann” Senyè a; konsa yo idantifye vyèj saj yo ki “te tann.” Genyen tou, anndan de klas vyèj sa yo, yon tann pwofetik ki sanktifye ak yon tann pwofetik ki pa sanktifye, ki koresponn ak de kalite lakrent yo.</w:t>
      </w:r>
    </w:p>
    <w:p>
      <w:pPr>
        <w:pStyle w:val="ArticleScripture"/>
        <w:jc w:val="left"/>
      </w:pPr>
      <w:r>
        <w:rPr>
          <w:rFonts w:ascii="Times New Roman" w:hAnsi="Times New Roman" w:eastAsia="Times New Roman" w:cs="Times New Roman"/>
        </w:rPr>
        <w:t>«Pandan mesye marye a t ap retade, yo tout t al dòmi e yo tonbe nan somèy.» Pa reta mesye marye a, yo reprezante pasaj tan kote yo t ap atann Senyè a, desepsyon an, ak reta ki te sanble genyen an. Nan tan ensètitid sa a, enterè moun ki te sipèfisyèl ak sa yo ki te gen kè pataje yo pa t pran tan pou l kòmanse febli, e efò yo te vin lage; men sila yo ki te gen lafwa yo chita sou yon konesans pèsonèl de Bib la te gen yon wòch anba pye yo, yon wòch vag desepsyon yo pa t ka lave ale. «Yo tout t al dòmi e yo tonbe nan somèy»; yon gwoup nan neglijans ak nan abandonnman lafwa yo, lòt gwoup la ap tann avèk pasyans jiskaske yo ta resevwa yon limyè pi klè. Men, nan nwit eprèv la, dènye sa yo te sanble pèdi, nan yon sèten mezi, zel yo ak devouman yo. Moun ki te gen kè pataje ak sa yo ki te sipèfisyèl yo pa t kapab ankò apiye sou lafwa frè yo. Chak moun dwe kanpe oswa tonbe pou tèt pa l. The Great Controversy, 395.</w:t>
      </w:r>
    </w:p>
    <w:p>
      <w:pPr>
        <w:pStyle w:val="ArticleBody"/>
        <w:jc w:val="left"/>
      </w:pPr>
      <w:r>
        <w:rPr>
          <w:rFonts w:ascii="Times New Roman" w:hAnsi="Times New Roman" w:eastAsia="Times New Roman" w:cs="Times New Roman"/>
        </w:rPr>
        <w:t>Moun ki tann nan yon fason ki sanktifye yo dwe tounen “siy ak mèvèy” pandan yo leve yo tankou yon banyè devan lemonn nan moman lwa dimanch lan, lè kestyon pyebwa konesans byen ak mal la reprezante konesans “moun ki gen lespri familye, ak majisyen ki ap gade, epi ki ap bougonnen,” ansanm ak konesans yo idantifye pa “lalwa ak temwayaj la.” Se menm tès la jan li te ye pou Èv ak Adan. Èske nou aksepte yon edikasyon kote verite melanje ak erè, oswa èske nou kanpe sou yon “konsa Senyè a di,” paske si yo pa pale dapre Pawòl sa a, se paske pa gen okenn limyè nan yo. Vrè edikasyon ak fo edikasyon se yon liy prensipal verite nan gwo konfli ki genyen ant Kris ak Satan. Nashville se senbòl rebelyon kont Pawòl Bondye a, menm jan Sodom se yon senbòl debòch, epi menm jan New York se yon senbòl pouvwa ekonomik Etazini, epi Pentagòn nan se yon senbòl fòs militè li.</w:t>
      </w:r>
    </w:p>
    <w:p>
      <w:pPr>
        <w:pStyle w:val="ArticleBody"/>
        <w:jc w:val="left"/>
      </w:pPr>
      <w:r>
        <w:rPr>
          <w:rFonts w:ascii="Times New Roman" w:hAnsi="Times New Roman" w:eastAsia="Times New Roman" w:cs="Times New Roman"/>
        </w:rPr>
        <w:t>Pyè kanpe sou papòt boul dife Nashville yo, nan Panium ak sou mòn nan, ki reprezante tès tanp lan. Li rekonèt ke Advantis Setyèm Jou Laodiseyen an prèt pou resevwa repwòch epi vin wont lè boul dife yo tonbe, e ke Nashville, Etazini ak lemonn bezwen resevwa avètisman. Mesaj Islam nan konfime mesaje yo menm jan dife ki te tonbe sou Kamèl te konfime ke Eli te vrè pwofèt la. Men avètisman pou Nashville la se pa senpleman Islam twazyèm malè a, ankò mwens ki kalite zam yo itilize nan atak sipriz la. Mesaj avètisman an dwe idantifye poukisa yo pèmèt Islam pote jijman an, yon jijman ki kòmanse yon peryòd kote dè milye vil detwi. Idantifye davans ke Islam t ap pwodui yon atak sipriz sou Nashville, ap valide mesaje yo, men se yon avètisman ki pa konplè si se sèlman sa li fè.</w:t>
      </w:r>
    </w:p>
    <w:p>
      <w:pPr>
        <w:pStyle w:val="ArticleBody"/>
        <w:jc w:val="left"/>
      </w:pPr>
      <w:r>
        <w:rPr>
          <w:rFonts w:ascii="Times New Roman" w:hAnsi="Times New Roman" w:eastAsia="Times New Roman" w:cs="Times New Roman"/>
        </w:rPr>
        <w:t>Boul dife Nashville yo se yon jijman Bondye ki kòmanse yon kout peryòd ki fini nan lwa dimanch lan, ki, menm jan ak kòmansman peryòd la, se tou yon jijman Bondye. Bondye te di Adan ak Èv davans ki tès la te ye, epi ki konsekans yo t ap ye si yo ta echwe nan tès la. Sè White fè konnen enpòtans kapasite pou moun rezone “soti nan kòz rive nan efè,” epi Bib la fè konnen yon “madichon” san “kòz” pap vini.</w:t>
      </w:r>
    </w:p>
    <w:p>
      <w:pPr>
        <w:pStyle w:val="ArticleScripture"/>
        <w:jc w:val="left"/>
      </w:pPr>
      <w:r>
        <w:rPr>
          <w:rFonts w:ascii="Times New Roman" w:hAnsi="Times New Roman" w:eastAsia="Times New Roman" w:cs="Times New Roman"/>
        </w:rPr>
        <w:t>Tankou zwazo a lè li ap vole toupatou, tankou irondèl la lè li ap vole, konsa madichon san kòz pa pral vini. Pwovèb 26:2.</w:t>
      </w:r>
    </w:p>
    <w:p>
      <w:pPr>
        <w:pStyle w:val="ArticleBody"/>
        <w:jc w:val="left"/>
      </w:pPr>
      <w:r>
        <w:rPr>
          <w:rFonts w:ascii="Times New Roman" w:hAnsi="Times New Roman" w:eastAsia="Times New Roman" w:cs="Times New Roman"/>
        </w:rPr>
        <w:t>Boul dife Nashville yo se “efè” a, ak “madichon” ki vini an. Mesaj avètisman an dwe gen ladan l “koz” la. Mesaj pwofèt Jonas la pa t senpleman yon idantifikasyon destriksyon an nan karant jou, men li te pwodui yon revèy ak yon refòm depi nan wa a jouk nan tout popilasyon an. Sa ki te idantifye a te fè wa a ak pèp li a vire do bay move chemen yo. Jonas te di yo destriksyon an t ap vini, e li te di yo se poutèt vi mechan ak move yo t ap mennen an.</w:t>
      </w:r>
    </w:p>
    <w:p>
      <w:pPr>
        <w:pStyle w:val="ArticleScripture"/>
        <w:jc w:val="left"/>
      </w:pPr>
      <w:r>
        <w:rPr>
          <w:rFonts w:ascii="Times New Roman" w:hAnsi="Times New Roman" w:eastAsia="Times New Roman" w:cs="Times New Roman"/>
        </w:rPr>
        <w:t>Paske pawòl la te rive devan wa Niniv la; li leve soti sou twòn li, li wete gwo rad li sou li, li kouvri tèt li ak twal sak, epi li chita nan sann. Epi li fè yo pwoklame sa e pibliye sa nan tout Niniv, pa dekrè wa a ak gran chèf li yo, konsa: Se pou ni moun ni bèt, ni bann bèf ni bann mouton, pa goute anyen; se pou yo pa manje, ni yo pa bwè dlo. Men, se pou moun ak bèt kouvri ak twal sak, epi rele Bondye avèk fòs; wi, se pou chak moun vire do bay move chemen pa li, ak vyolans ki nan men yo. Jonas 3:6–8.</w:t>
      </w:r>
    </w:p>
    <w:p>
      <w:pPr>
        <w:pStyle w:val="ArticleBody"/>
        <w:jc w:val="left"/>
      </w:pPr>
      <w:r>
        <w:rPr>
          <w:rFonts w:ascii="Times New Roman" w:hAnsi="Times New Roman" w:eastAsia="Times New Roman" w:cs="Times New Roman"/>
        </w:rPr>
        <w:t>L’islam est une puissance de trompette, et les sept trompettes d’Apocalypse 8 à 11, ainsi que le chapitre 16, possèdent des caractéristiques prophétiques particulières. Les quatre premières trompettes étaient des jugements contre la Rome impériale pour avoir promulgué la première loi dominicale en 321. Les deux trompettes suivantes étaient des jugements contre la Rome papale pour avoir promulgué une loi dominicale en 538. Les sept trompettes d’Apocalypse 8 à 11 préfigurent les sept dernières plaies d’Apocalypse 16, lesquelles constituent le jugement de Dieu sur l’humanité pour l’imposition du dimanche.</w:t>
      </w:r>
    </w:p>
    <w:p>
      <w:pPr>
        <w:pStyle w:val="ArticleBody"/>
        <w:jc w:val="left"/>
      </w:pPr>
      <w:r>
        <w:rPr>
          <w:rFonts w:ascii="Times New Roman" w:hAnsi="Times New Roman" w:eastAsia="Times New Roman" w:cs="Times New Roman"/>
        </w:rPr>
        <w:t>Mesaj avètisman Nashville la dwe idantifye tras pa tras k ap mennen nan yon lwa dimanch, epi, dapre temwayaj pwofetik la, jijman an vini apre, li pa vini anvan kòz la. Jijman an se efè aplikasyon fòse dimanch lan. Senk temwen yo nan istwa kache vèsè karant lan n ap konsidere a bay temwayaj diferan, men kontrèman ak temwen imen yo, tout liy pwofetik yo melanje ansanm. Pou idantifye tras pa tras lwa dimanch final la nan Etazini, sa reyalize lè Pyè mete ansanm temwayaj Donald Trump pou eksplike efè boul dife Nashville yo.</w:t>
      </w:r>
    </w:p>
    <w:p>
      <w:pPr>
        <w:pStyle w:val="ArticleBody"/>
        <w:jc w:val="left"/>
      </w:pPr>
      <w:r>
        <w:rPr>
          <w:rFonts w:ascii="Times New Roman" w:hAnsi="Times New Roman" w:eastAsia="Times New Roman" w:cs="Times New Roman"/>
        </w:rPr>
        <w:t>Avètisman Nashville la pou mond lan se ke Bondye kòmanse jijman final Li sou lèzòm ak sou nasyon yo nan moman sa a. Lè sa a, yon peryòd destriksyon vil yo kòmanse epi byen vit mennen nan lwa dimanch lan, kote apostazi nasyonal la swiv pa dega nasyonal la. Apre sa, Satan parèt pou l pran aparans Kris la, epi konfederasyon mechan an tabli pandan dis wa yo dakò pou bay wayòm yo a vòlè pèp ou a, ki tabli vizyon an. Avètisman Nashville la reprezante pa istwa ki vin anvan Nashville, jan sa reprezante pa Donald Trump k ap fòme yon imaj pou bèt la. Mesaj Trump la se twonpèt avètisman ki vin anvan boul dife Nashville yo.</w:t>
      </w:r>
    </w:p>
    <w:p>
      <w:pPr>
        <w:pStyle w:val="ArticleBody"/>
        <w:jc w:val="left"/>
      </w:pPr>
      <w:r>
        <w:rPr>
          <w:rFonts w:ascii="Times New Roman" w:hAnsi="Times New Roman" w:eastAsia="Times New Roman" w:cs="Times New Roman"/>
        </w:rPr>
        <w:t>N ap kontinye bagay sa yo nan atik k 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Douz</dc:title>
  <dc:subject>Nimewo Douz la</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