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Trèz</w:t>
      </w:r>
    </w:p>
    <w:p>
      <w:pPr>
        <w:pStyle w:val="ArticleSubtitle"/>
        <w:jc w:val="left"/>
      </w:pPr>
      <w:r>
        <w:rPr>
          <w:rFonts w:ascii="Arial" w:hAnsi="Arial" w:eastAsia="Arial" w:cs="Arial"/>
        </w:rPr>
        <w:t>Nimewo Trèz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Kòm yon senbòl prensipal pou san karannkat mil yo, Pyè kanpe nan Panium an 2026 ap travay pou korije fo prediksyon 18 Jiyè 2020 la. Travay li nan sans sa a aliyen ak travay koreksyon Josiah Litch te fè konsènan 11 Out 1840 ak idantifikasyon Samuel Snow te fè konsènan 22 Oktòb 1844. Koreksyon Litch la te bay premye mesaj zanj lan pouvwa, epi sa Snow te fè a te bay dezyèm mesaj zanj lan pouvwa. Bay premye ak dezyèm mesaj zanj yo pouvwa a se yon tipifikasyon pou bay twazyèm mesaj zanj lan pouvwa. Karakteristik premye ak dezyèm yo reprezante nan twazyèm nan kòm yon konbinezon ant yon mesaj malè ekstèn ak mesaj entèn kri a minwi nan parabòl dis vyèj yo.</w:t>
      </w:r>
    </w:p>
    <w:p>
      <w:pPr>
        <w:pStyle w:val="ArticleBody"/>
        <w:jc w:val="left"/>
      </w:pPr>
      <w:r>
        <w:rPr>
          <w:rFonts w:ascii="Times New Roman" w:hAnsi="Times New Roman" w:eastAsia="Times New Roman" w:cs="Times New Roman"/>
        </w:rPr>
        <w:t>Nan yon aplikasyon pwofesi an twa fwa, premye a ak twazyèm nan, ki se tou kòmansman an ak fen an, pral genyen karakteristik paralèl. Dènyèman, yon frè dekouvri plizyè verite ki gen rapò ak premye malè a nan Revelasyon nèf, ki, lè yo aplike anba prensip Alfa ak Omega a, idantifye yon lòt konfimasyon pwofon sou “tranblemanntè” Revelasyon onz la. Lwa dimanch Ozetazini se “tranblemanntè” ki te premye akonpli nan Revolisyon fransèz la, lè Lafrans, ki te youn nan dis nasyon ki te fòme estrikti pwofetik lavil Wòm payen an nan liv Danyèl la, te ranvèse. Se konsa, chapit onz la di yon dizyèm pati nan vil la tonbe.</w:t>
      </w:r>
    </w:p>
    <w:p>
      <w:pPr>
        <w:pStyle w:val="ArticleScripture"/>
        <w:jc w:val="left"/>
      </w:pPr>
      <w:r>
        <w:rPr>
          <w:rFonts w:ascii="Times New Roman" w:hAnsi="Times New Roman" w:eastAsia="Times New Roman" w:cs="Times New Roman"/>
        </w:rPr>
        <w:t>Nan menm lè a, te gen yon gwo tranblemanntè; yon dizyèm pati nan vil la tonbe, e nan tranblemanntè a yo te touye sèt mil moun; epi rès yo te pran laperèz, e yo te bay Bondye syèl la glwa. Revelasyon 11:13.</w:t>
      </w:r>
    </w:p>
    <w:p>
      <w:pPr>
        <w:pStyle w:val="ArticleBody"/>
        <w:jc w:val="left"/>
      </w:pPr>
      <w:r>
        <w:rPr>
          <w:rFonts w:ascii="Times New Roman" w:hAnsi="Times New Roman" w:eastAsia="Times New Roman" w:cs="Times New Roman"/>
        </w:rPr>
        <w:t>Tousuit apre vèsè sa a, Islam twazyèm malè a rive.</w:t>
      </w:r>
    </w:p>
    <w:p>
      <w:pPr>
        <w:pStyle w:val="ArticleScripture"/>
        <w:jc w:val="left"/>
      </w:pPr>
      <w:r>
        <w:rPr>
          <w:rFonts w:ascii="Times New Roman" w:hAnsi="Times New Roman" w:eastAsia="Times New Roman" w:cs="Times New Roman"/>
        </w:rPr>
        <w:t>Dezyèm malè a pase; epi, gade, twazyèm malè a vini byen vit. Revelasyon 11:14.</w:t>
      </w:r>
    </w:p>
    <w:p>
      <w:pPr>
        <w:pStyle w:val="ArticleBody"/>
        <w:jc w:val="left"/>
      </w:pPr>
      <w:r>
        <w:rPr>
          <w:rFonts w:ascii="Times New Roman" w:hAnsi="Times New Roman" w:eastAsia="Times New Roman" w:cs="Times New Roman"/>
        </w:rPr>
        <w:t>Pyonye yo te espere ke “twazyèm malè a” t ap swiv dezyèm malè a touswit, men mo yo tradui kòm “vit,” la vle di sibitman e san avètisman, ki se karakteristik atak sipriz Islam yo. Twazyèm malè a pa t dwe rive 22 Oktòb 1844 jan pyonye yo te sipoze sa, men lè li ta rive, li t ap fèt “sibitman e san avètisman,” jan sa te fèt nan 9/11 la, konsa li make kòmansman sele san karant-kat mil yo, ki fini yon ti tan anvan tranblemanntè lwa dimanch la.</w:t>
      </w:r>
    </w:p>
    <w:p>
      <w:pPr>
        <w:pStyle w:val="ArticleBody"/>
        <w:jc w:val="left"/>
      </w:pPr>
      <w:r>
        <w:rPr>
          <w:rFonts w:ascii="Times New Roman" w:hAnsi="Times New Roman" w:eastAsia="Times New Roman" w:cs="Times New Roman"/>
        </w:rPr>
        <w:t>«Tranblemanntè» lwa dimanch lan se soukous bèt «latè» a, e lè 9/11 te rive, Sè White te idantifye ke Seyè a leve pou l «souke latè a teribman». Nan kòmansman sele a ak nan fen li, bèt latè a souke; konsa vini «gwo tranblemanntè» a.</w:t>
      </w:r>
    </w:p>
    <w:p>
      <w:pPr>
        <w:pStyle w:val="ArticleScripture"/>
        <w:jc w:val="left"/>
      </w:pPr>
      <w:r>
        <w:rPr>
          <w:rFonts w:ascii="Times New Roman" w:hAnsi="Times New Roman" w:eastAsia="Times New Roman" w:cs="Times New Roman"/>
        </w:rPr>
        <w:t>“Mwen pa janm di sa. Mwen te di, pandan m t ap gade gwo bilding yo k ap monte la a, etaj apre etaj, ‘Ala sèn terib ki pral fèt lè Senyè a va leve pou l souke tè a avèk anpil fòs! Lè sa a, pawòl Revelasyon 18:1–3 yo va akonpli.’” Review and Herald, 5 jiyè 1906.</w:t>
      </w:r>
    </w:p>
    <w:p>
      <w:pPr>
        <w:pStyle w:val="ArticleBody"/>
        <w:jc w:val="left"/>
      </w:pPr>
      <w:r>
        <w:rPr>
          <w:rFonts w:ascii="Times New Roman" w:hAnsi="Times New Roman" w:eastAsia="Times New Roman" w:cs="Times New Roman"/>
        </w:rPr>
        <w:t>Seyè a “leve” lè gen yon chanjman nan travay dispansasyonèl Li a, jan sa te rive lè yo te kalonnen Etyèn ak kout wòch 22 oktòb 1844, lè jijman mò yo te kòmanse. Lè jijman vivan yo te kòmanse sou 9/11, Seyè a leve ankò, epi lè sa a Li souke bèt tè a, menm jan Li pral fè nan fen sele san karant-kat mil yo, lè Li chanje travay dispansasyonèl Li a soti nan legliz Li a pou ale nan lòt twoupo Li a ki toujou nan Babilòn.</w:t>
      </w:r>
    </w:p>
    <w:p>
      <w:pPr>
        <w:pStyle w:val="ArticleBody"/>
        <w:jc w:val="left"/>
      </w:pPr>
      <w:r>
        <w:rPr>
          <w:rFonts w:ascii="Times New Roman" w:hAnsi="Times New Roman" w:eastAsia="Times New Roman" w:cs="Times New Roman"/>
        </w:rPr>
        <w:t>Sa frè Daniel dekouvri a se karakteristik premye malè a, ki ann amoni ak temwayaj “gwo tranblemanntè” chapit onz la, an akò avèk istwa ak konpreyansyon pyonye yo sou istwa ki te akonpli premye malè a.</w:t>
      </w:r>
    </w:p>
    <w:p>
      <w:pPr>
        <w:pStyle w:val="ArticleScripture"/>
        <w:jc w:val="left"/>
      </w:pPr>
      <w:r>
        <w:rPr>
          <w:rFonts w:ascii="Times New Roman" w:hAnsi="Times New Roman" w:eastAsia="Times New Roman" w:cs="Times New Roman"/>
        </w:rPr>
        <w:t>Epi senkyèm zanj lan kònen twonpèt li, mwen wè yon zetwal ki te tonbe soti nan syèl la desann sou tè a; e yo te ba li kle twou san fon an. Li louvri twou san fon an; epi lafimen moute soti nan twou a, tankou lafimen yon gwo fou; e solèy la ak lè a te vin fè nwa akòz lafimen twou a. Epi soti nan lafimen an, krikèt parèt sou tè a; e yo te ba yo pouvwa, menm jan ak eskòpyon tè a gen pouvwa. Yo te bay yo lòd pou yo pa fè zèb tè a mal, ni okenn bagay vèt, ni okenn pyebwa; men sèlman moun sa yo ki pa gen sele Bondye a sou fwon yo. Revelasyon 9:1–4.</w:t>
      </w:r>
    </w:p>
    <w:p>
      <w:pPr>
        <w:pStyle w:val="ArticleBody"/>
        <w:jc w:val="left"/>
      </w:pPr>
      <w:r>
        <w:rPr>
          <w:rFonts w:ascii="Times New Roman" w:hAnsi="Times New Roman" w:eastAsia="Times New Roman" w:cs="Times New Roman"/>
        </w:rPr>
        <w:t>Pyonye yo te byen aplike vèsè sa yo ak istwa ki te entwodui Mohammed, ki te fèt an 570, ki te ini tribi yo an 606, ki te resevwa premye revelasyon li an 610, ki te emigre pou ale Medina an 622, ki te kòmanse lagè li an 624 e ki te mouri an 632. “Abim san fon an” reprezante pwofetikman yon nouvo manifestasyon Satan, men Mohammed te kòmanse nan Arabi, ki rele tou abim san fon an poutèt gran dezè yo.</w:t>
      </w:r>
    </w:p>
    <w:p>
      <w:pPr>
        <w:pStyle w:val="ArticleBody"/>
        <w:jc w:val="left"/>
      </w:pPr>
      <w:r>
        <w:rPr>
          <w:rFonts w:ascii="Times New Roman" w:hAnsi="Times New Roman" w:eastAsia="Times New Roman" w:cs="Times New Roman"/>
        </w:rPr>
        <w:t>Mohammed te vin wa pwofetik la, oubyen jan yo te rele l la, “moun ki diy de konfyans nan”, an 606, lè li te rezoud yon konfli pami divès tribi ki te nan gwo tètchaje sou kiyès ki ta dwe gen dwa remèt “wòch nwa” a kòm pyè angilè Kaaba a. Kaaba a se yon konstriksyon ki gen fòm kib (se poutèt sa yo rele l “Kaaba,” ki vle di “kib” an arab) ki chita nan sant Gran Moske Lamèk la, nan Arabi Sawoudit. Li mezire apeprè 43 pye wotè, onz pye lajè, ak 10 pye longè; li bati ak granit ak mab, epi yon twal nwa fèt ak swa ak koton kouvri l. Kaaba a te egziste lontan anvan Muhammad, e dapre tradisyon islamik, se Abraram ak Izmayèl, pitit gason li, ki te bati l okòmansman kòm yon kay adorasyon pou Bondye sèl la (Allah). Pandan syèk yo, li te vin plen ak zidòl epi tribi arab yo te sèvi avè l kòm yon tanp payen.</w:t>
      </w:r>
    </w:p>
    <w:p>
      <w:pPr>
        <w:pStyle w:val="ArticleBody"/>
        <w:jc w:val="left"/>
      </w:pPr>
      <w:r>
        <w:rPr>
          <w:rFonts w:ascii="Times New Roman" w:hAnsi="Times New Roman" w:eastAsia="Times New Roman" w:cs="Times New Roman"/>
        </w:rPr>
        <w:t>Kaaba a se sant espirityèl mond islamik la—yon batiman senp, ansyen, ki senbolize monoteyis, inite, ak koneksyon ant lafwa abraamik la ak Islam. Mizilman yo pa konsidere l kòm “kay Bondye” nan yon sans literal, men pito kòm yon pwen santral adorasyon Bondye te tabli pa òdonans diven. Se nan aksyon Mohammed te poze pandan yon peryòd kote Kaaba a te fin kraze epi apre sa yo te rebati l, lidèchip li te kòmanse.</w:t>
      </w:r>
    </w:p>
    <w:p>
      <w:pPr>
        <w:pStyle w:val="ArticleBody"/>
        <w:jc w:val="left"/>
      </w:pPr>
      <w:r>
        <w:rPr>
          <w:rFonts w:ascii="Times New Roman" w:hAnsi="Times New Roman" w:eastAsia="Times New Roman" w:cs="Times New Roman"/>
        </w:rPr>
        <w:t>Yon inondasyon sibit te andomaje Kaaba a, epi branch fanmi Quraysh la te rebati li. Lè moman an te rive pou yo remet Wòch Nwa a (Hajar al-Aswad) nan kwen li, diferan branch yo te diskite sou kiyès ki ta dwe gen onè sa a. Yo te dakò pou pwochen moun ki ta antre nan zòn nan pran desizyon an. Muhammad te antre, epi li te rezoud konfli a avèk sajès: li te mete Wòch Nwa a sou yon twal, li te fè yon reprezantan nan chak branch leve li ansanm, pote li ansanm, epi apre sa li menm pèsonèlman te mete l nan plas li. Evènman sa a te fè li jwenn anpil respè ak tit Al-Amin (“Moun ki Diy de Konfyans lan”) pami pèp La Mecque a. Li se youn nan evènman kle anvan pwofesi a ki souliye nan anpil kwonoloji. “Wòch Nwa a” te wòch angilè a ke Mohammed te mete, li menm ki wa pwofetik sou Islam. Wòch angilè nwa a se yon fo imitasyon ki klè de Kris la (vrè wòch angilè a), epi koripsyon kay Kaaba a apre plizyè ane entwodiksyon zidòl yo te rezoud tou pa Mohammed.</w:t>
      </w:r>
    </w:p>
    <w:p>
      <w:pPr>
        <w:pStyle w:val="ArticleBody"/>
        <w:jc w:val="left"/>
      </w:pPr>
      <w:r>
        <w:rPr>
          <w:rFonts w:ascii="Times New Roman" w:hAnsi="Times New Roman" w:eastAsia="Times New Roman" w:cs="Times New Roman"/>
        </w:rPr>
        <w:t>Apre fanmi Quraysh yo te vyole Trete Hudaybiyyah la, Muhammad te mache sou Lamèk ak yon lame anviwon 10,000 Mizilman. Vil la te rann tèt li ak anpil ti konba. Apre sa, Muhammad te antre nan Kaaba a, li te detwi 360 zidòl ki te andedan li, epi li te rededye sanktyè a pou adorasyon sèl Bondye a (Allah). Konsa, Mohammed, wa Islam lan, te poze wòch angilè a, epi li te pirifye tanp lan anba idolatri.</w:t>
      </w:r>
    </w:p>
    <w:p>
      <w:pPr>
        <w:pStyle w:val="ArticleBody"/>
        <w:jc w:val="left"/>
      </w:pPr>
      <w:r>
        <w:rPr>
          <w:rFonts w:ascii="Times New Roman" w:hAnsi="Times New Roman" w:eastAsia="Times New Roman" w:cs="Times New Roman"/>
        </w:rPr>
        <w:t>Gen twa pouvwa ki soti nan twou san fon an nan liv Revelasyon an, e chak nan twa yo reprezante yon Kris fo. Satan, dragon an, ap chèche vin tankou Trèwo a, chita sou twòn li ak sou legliz li.</w:t>
      </w:r>
    </w:p>
    <w:p>
      <w:pPr>
        <w:pStyle w:val="ArticleScripture"/>
        <w:jc w:val="left"/>
      </w:pPr>
      <w:r>
        <w:rPr>
          <w:rFonts w:ascii="Times New Roman" w:hAnsi="Times New Roman" w:eastAsia="Times New Roman" w:cs="Times New Roman"/>
        </w:rPr>
        <w:t>Ala ou tonbe sot nan syèl la, o Luzifè, pitit gason granmaten an! Ala ou fin rache desann atè a, ou menm ki t ap fè nasyon yo febli! Paske ou te di nan kè ou: M ap monte nan syèl la, m ap leve twòn mwen pi wo pase zetwal Bondye yo; m ap chita tou sou mòn asanble a, nan pwent nò yo; m ap monte pi wo pase wotè nyaj yo; m ap tankou Trèwo a. Men, y ap desann ou jouk nan lanfè, nan fon twou san fon an. Ezayi 14:12–15.</w:t>
      </w:r>
    </w:p>
    <w:p>
      <w:pPr>
        <w:pStyle w:val="ArticleBody"/>
        <w:jc w:val="left"/>
      </w:pPr>
      <w:r>
        <w:rPr>
          <w:rFonts w:ascii="Times New Roman" w:hAnsi="Times New Roman" w:eastAsia="Times New Roman" w:cs="Times New Roman"/>
        </w:rPr>
        <w:t>Dragon ateyis la sòti nan twou san fon an nan Revelasyon onz, epi bèt Katolis la monte soti nan twou san fon an lè blesi mòtèl li geri.</w:t>
      </w:r>
    </w:p>
    <w:p>
      <w:pPr>
        <w:pStyle w:val="ArticleScripture"/>
        <w:jc w:val="left"/>
      </w:pPr>
      <w:r>
        <w:rPr>
          <w:rFonts w:ascii="Times New Roman" w:hAnsi="Times New Roman" w:eastAsia="Times New Roman" w:cs="Times New Roman"/>
        </w:rPr>
        <w:t>Bèt ou te wè a te la, li pa la ankò; li gen pou l monte soti nan twou san fon an, epi ale nan pèdisyon; epi moun ki rete sou tè a pral sezi, moun sa yo ki pa t ekri non yo nan liv lavi a depi fondasyon lemonn, lè yo va wè bèt la ki te la, ki pa la ankò, epi ki la toujou. Revelasyon 17:8.</w:t>
      </w:r>
    </w:p>
    <w:p>
      <w:pPr>
        <w:pStyle w:val="ArticleBody"/>
        <w:jc w:val="left"/>
      </w:pPr>
      <w:r>
        <w:rPr>
          <w:rFonts w:ascii="Times New Roman" w:hAnsi="Times New Roman" w:eastAsia="Times New Roman" w:cs="Times New Roman"/>
        </w:rPr>
        <w:t>Bèt Katolik la monte sou twòn tè a nan lwa dimanch la lè yo mete inyon twa fwa a an plas. Menm jan ak dragon an, Katolik la reklame li se Bondye, jan Pòl te idantifye sa avèk anpil presizyon.</w:t>
      </w:r>
    </w:p>
    <w:p>
      <w:pPr>
        <w:pStyle w:val="ArticleScripture"/>
        <w:jc w:val="left"/>
      </w:pPr>
      <w:r>
        <w:rPr>
          <w:rFonts w:ascii="Times New Roman" w:hAnsi="Times New Roman" w:eastAsia="Times New Roman" w:cs="Times New Roman"/>
        </w:rPr>
        <w:t>Piga pesonn pa twonpe nou sou okenn pretèks; paske jou sa a p ap vini, si pa gen apostazi a ki vini anvan, epi si nonm peche a pa parèt, pitit pèdisyon an; li menm ki opoze tèt li epi leve tèt li pi wo pase tout sa yo rele Bondye, oswa tout sa yo adore; konsa, antanke Bondye, li chita nan tanp Bondye a, ap fè konnen li menm se Bondye. 2 Tesalonisyen 2:3, 4.</w:t>
      </w:r>
    </w:p>
    <w:p>
      <w:pPr>
        <w:pStyle w:val="ArticleBody"/>
        <w:jc w:val="left"/>
      </w:pPr>
      <w:r>
        <w:rPr>
          <w:rFonts w:ascii="Times New Roman" w:hAnsi="Times New Roman" w:eastAsia="Times New Roman" w:cs="Times New Roman"/>
        </w:rPr>
        <w:t>Menm jan ak dragon an, bèt Katolik la se antikris; toulède pretann yo se Bondye, epi destriksyon final pa yo toude asosye ak temwayaj biblik yo, paske yo desann dragon an nan lanfè, epi bèt la se pitit pèdisyon an. Pèdisyon se destriksyon final.</w:t>
      </w:r>
    </w:p>
    <w:p>
      <w:pPr>
        <w:pStyle w:val="ArticleScripture"/>
        <w:jc w:val="left"/>
      </w:pPr>
      <w:r>
        <w:rPr>
          <w:rFonts w:ascii="Times New Roman" w:hAnsi="Times New Roman" w:eastAsia="Times New Roman" w:cs="Times New Roman"/>
        </w:rPr>
        <w:t>“Detèminasyon antikris la pou mennen jiska bout rebelyon li te kòmanse nan syèl la ap kontinye aji nan pitit dezobeyisans yo.” Testimonies, volim 9, 230.</w:t>
      </w:r>
    </w:p>
    <w:p>
      <w:pPr>
        <w:pStyle w:val="ArticleScripture"/>
        <w:jc w:val="left"/>
      </w:pPr>
      <w:r>
        <w:rPr>
          <w:rFonts w:ascii="Times New Roman" w:hAnsi="Times New Roman" w:eastAsia="Times New Roman" w:cs="Times New Roman"/>
        </w:rPr>
        <w:t>“Pa mwayen pap Wòm nan, menm travay sa a te kontinye fèt isit la sou tè a menm jan li te fèt nan lakou syèl la anvan yo te chase prens fènwa a. Satan t ap chèche korije lalwa Bondye a nan syèl la, epi bay yon amandman pa li. Li te leve pwòp jijman pa l pi wo pase jijman Kreyatè li a, epi li te mete volonte pa l pi wo pase volonte Jewova, e konsa, an reyalite, li te deklare Bondye kapab fè erè. Pap la tou pran menm chemen an epi, pandan li reklame enfayibilite pou tèt li, li chèche ajiste lalwa Bondye a pou l fè l koresponn ak pwòp lide pa l yo, panse li kapab korije erè li kwè li wè nan règleman ak kòmandman Seyè syèl la ak tè a. An reyalite, li di mond lan: M ap ban nou pi bon lwa pase lwa Jewova yo. Ala yon gwo ofans sa ye kont Bondye syèl la!” Signs of the Times, November 19, 1894.</w:t>
      </w:r>
    </w:p>
    <w:p>
      <w:pPr>
        <w:pStyle w:val="ArticleBody"/>
        <w:jc w:val="left"/>
      </w:pPr>
      <w:r>
        <w:rPr>
          <w:rFonts w:ascii="Times New Roman" w:hAnsi="Times New Roman" w:eastAsia="Times New Roman" w:cs="Times New Roman"/>
        </w:rPr>
        <w:t>Islam, jan Mohammed te reprezante nan listwa setyèm syèk la, te soti tou nan twou san fon an lè kle ki te bay Mohammed la te vire. Lè twou a te louvri, “lafimen” te soti ladan l, e li te fè solèy la ak lè a vin fè nwa. Pyonye yo te idantifye kòrèkteman ke “kle” ki te louvri twou a se te batay Niniv la.</w:t>
      </w:r>
    </w:p>
    <w:p>
      <w:pPr>
        <w:pStyle w:val="ArticleBody"/>
        <w:jc w:val="left"/>
      </w:pPr>
      <w:r>
        <w:rPr>
          <w:rFonts w:ascii="Times New Roman" w:hAnsi="Times New Roman" w:eastAsia="Times New Roman" w:cs="Times New Roman"/>
        </w:rPr>
        <w:t>Lè nou apwoche twa premye vèsè yo nan Revelasyon chapit nèf dapre konpreyansyon pyonye yo, nan kontèks yon aplikasyon trip pwofesi a, nou jwenn ke karakteristik pwofetik vèsè sa yo, ki reprezante premye malè a, sèvi kòm tip karakteristik pwofetik twazyèm malè a ki vini “vit” nan gwo tranblemanntè a. Lwa dimanch lan reprezante pa batay Niniv la.</w:t>
      </w:r>
    </w:p>
    <w:p>
      <w:pPr>
        <w:pStyle w:val="ArticleBody"/>
        <w:jc w:val="left"/>
      </w:pPr>
      <w:r>
        <w:rPr>
          <w:rFonts w:ascii="Times New Roman" w:hAnsi="Times New Roman" w:eastAsia="Times New Roman" w:cs="Times New Roman"/>
        </w:rPr>
        <w:t>Pyè responsab pou korije fo prediksyon konsènan boul dife Nashville yo, epi li rekonèt ke bon aplikasyon avètisman Ellen White sou boul dife ki t ap tonbe sou Nashville make kòmansman “destriksyon plizyè milye vil ki prèske nèt bay tèt yo nan idolatri.”</w:t>
      </w:r>
    </w:p>
    <w:p>
      <w:pPr>
        <w:pStyle w:val="ArticleBody"/>
        <w:jc w:val="left"/>
      </w:pPr>
      <w:r>
        <w:rPr>
          <w:rFonts w:ascii="Times New Roman" w:hAnsi="Times New Roman" w:eastAsia="Times New Roman" w:cs="Times New Roman"/>
        </w:rPr>
        <w:t>Boul dife Nashville yo make kòmansman yon peryòd destriksyon sou vil yo, epi yo make tou kòmansman pwoklamasyon mesaj kout kri minwi a. Mesaj sa a kòmanse avèk yon atak inatandi ki soti nan Islam, epi peryòd la fini avèk yon atak inatandi ki soti nan Islam nan gran tranblemanntè a. Peryòd pwoklamasyon kri minwi a make fen tan sele san karannkat mil yo, ki te kòmanse avèk atak inatandi Islam sou 9/11.</w:t>
      </w:r>
    </w:p>
    <w:p>
      <w:pPr>
        <w:pStyle w:val="ArticleBody"/>
        <w:jc w:val="left"/>
      </w:pPr>
      <w:r>
        <w:rPr>
          <w:rFonts w:ascii="Times New Roman" w:hAnsi="Times New Roman" w:eastAsia="Times New Roman" w:cs="Times New Roman"/>
        </w:rPr>
        <w:t>Lè sa a, sele san karannkat mil yo te kòmanse ann akò ak liy Balak ak bourik la, kote gen twa frap ki rive nan pwen final yo nan lwa dimanch lan, men kote dezyèm atak inatandi a gen ladan l 7 Oktòb 2023 sou ansyen peyi gloriye a, epi apre sa nan boul dife Nashville yo. Tout liy yo dakò, epi Pyè konprann ke dezakle verite sa yo, ki reprezante kòm nonm ak bwòs pousyè a k ap ranmase bijou ki te gaye yo epi k ap voye yo nan bwat bijou a, se travay Lyon tribi Jida a.</w:t>
      </w:r>
    </w:p>
    <w:p>
      <w:pPr>
        <w:pStyle w:val="ArticleBody"/>
        <w:jc w:val="left"/>
      </w:pPr>
      <w:r>
        <w:rPr>
          <w:rFonts w:ascii="Times New Roman" w:hAnsi="Times New Roman" w:eastAsia="Times New Roman" w:cs="Times New Roman"/>
        </w:rPr>
        <w:t>Lion Juda a idantifye mesaj koreje Pyè a nan Nashville kòm yon evènman ki fèt nan peryòd final sele san karant-kat mil yo, ki reprezante nan istwa kache vèsè karant nan Danyèl onz la, epi, pi presizeman, nan pòsyon istwa kache sa a ki reprezante nan vèsè onz jiska kenz nan menm chapit la. Nan vèsè sa yo, batay Rafia a ak batay Panyòm nan mennen nan lwa dimanch vèsè sèz la, ki reprezante pa batay Aktyòm nan. Lè batay Panyòm nan ini ak batay Aktyòm nan nan lwa dimanch lan, batay Niniv la repete tou.</w:t>
      </w:r>
    </w:p>
    <w:p>
      <w:pPr>
        <w:pStyle w:val="ArticleBody"/>
        <w:jc w:val="left"/>
      </w:pPr>
      <w:r>
        <w:rPr>
          <w:rFonts w:ascii="Times New Roman" w:hAnsi="Times New Roman" w:eastAsia="Times New Roman" w:cs="Times New Roman"/>
        </w:rPr>
        <w:t>“kle” yo te bay Mohammed, wa Islam nan, non li pa sèlman reprezante karaktè Islam, men li make tou kote destriksyon an ki te siyale pa batay Niniv la. Non wa a, “nan lang ebre se Abaddon,” epi “nan lang grèk li gen non li Apollyon.” Lang grèk ak lang ebre yo mete Ansyen ak Nouvo Testaman yo an valè epi yo moutre nou ke Abaddon vle di “kote destriksyon an” epi Apollyon vle di “destriktè a.” Nan vèsè onz nan Revelasyon nèf, wa ki sou Islam nan se Mohammed, men li se tou “zanj twou san fon an,” ki se Satan. Menm jan pap la se antikris la kòm moun dwat Satan sou tè a, konsa tou Mohammed dirèkteman anba kontwòl Satan, zanj twou san fon an.</w:t>
      </w:r>
    </w:p>
    <w:p>
      <w:pPr>
        <w:pStyle w:val="ArticleBody"/>
        <w:jc w:val="left"/>
      </w:pPr>
      <w:r>
        <w:rPr>
          <w:rFonts w:ascii="Times New Roman" w:hAnsi="Times New Roman" w:eastAsia="Times New Roman" w:cs="Times New Roman"/>
        </w:rPr>
        <w:t>Nan lwa dimanch lan, inyon twa fwa a enpoze sou lemonn, epi blesi mòtèl ki te frape papote a an 1798, konsa ki te make fen Mwayennaj Tenèb yo, geri. Lè blesi mòtèl la geri, dezyèm peryòd Mwayennaj Tenèb yo rive; epi nan gwo tranblemanntè ki se lwa dimanch lan, Islam vire kle a, epi lafimen tankou lafimen yon fou k ap boule kouvri solèy la ak zetwal yo pandan fènwa a retounen. Batay Niniv la repete nan lwa dimanch lan, paske se kle ki pote dezyèm peryòd fènwa a. La, apostazi nasyonal la swiv pa destriksyon nasyonal. La, “despotis aktif” la egzèse tout dominasyon li, paske lafimen Islam lan ki fènwa solèy la ak zetwal yo nan batay Niniv la se tankou yon fou k ap boule. “Fou k ap boule” a te yon eleman nan alyans Bondye te fè ak Abraram.</w:t>
      </w:r>
    </w:p>
    <w:p>
      <w:pPr>
        <w:pStyle w:val="ArticleScripture"/>
        <w:jc w:val="left"/>
      </w:pPr>
      <w:r>
        <w:rPr>
          <w:rFonts w:ascii="Times New Roman" w:hAnsi="Times New Roman" w:eastAsia="Times New Roman" w:cs="Times New Roman"/>
        </w:rPr>
        <w:t>Epi sa, lè solèy la te fin kouche, e te gen fènwa, gade, te parèt yon gwo founo k ap fimen, ansanm ak yon lanp dife ki te pase nan mitan moso sa yo. Jenèz 15:17.</w:t>
      </w:r>
    </w:p>
    <w:p>
      <w:pPr>
        <w:pStyle w:val="ArticleBody"/>
        <w:jc w:val="left"/>
      </w:pPr>
      <w:r>
        <w:rPr>
          <w:rFonts w:ascii="Times New Roman" w:hAnsi="Times New Roman" w:eastAsia="Times New Roman" w:cs="Times New Roman"/>
        </w:rPr>
        <w:t>Founo k ap fimen ki te pase ant bèt ofrann kontra Abram yo te idantifye esklavaj ann Ejip la ki reprezante nan pasaj ki nan vèsè trèz la.</w:t>
      </w:r>
    </w:p>
    <w:p>
      <w:pPr>
        <w:pStyle w:val="ArticleScripture"/>
        <w:jc w:val="left"/>
      </w:pPr>
      <w:r>
        <w:rPr>
          <w:rFonts w:ascii="Times New Roman" w:hAnsi="Times New Roman" w:eastAsia="Times New Roman" w:cs="Times New Roman"/>
        </w:rPr>
        <w:t>Epi li di Abram: Konnen sa byen sèten, desandans ou a pral etranje nan yon peyi ki pa pa yo, y ap sèvi moun peyi sa a, epi yo pral aflije yo pandan katsan (400) ane. Jenèz 15:13.</w:t>
      </w:r>
    </w:p>
    <w:p>
      <w:pPr>
        <w:pStyle w:val="ArticleBody"/>
        <w:jc w:val="left"/>
      </w:pPr>
      <w:r>
        <w:rPr>
          <w:rFonts w:ascii="Times New Roman" w:hAnsi="Times New Roman" w:eastAsia="Times New Roman" w:cs="Times New Roman"/>
        </w:rPr>
        <w:t>Yon “fou k ap boule”, tankou fou Nebikadneza a nan chapit twa liv Dànyèl la, reprezante esklavaj ak soumèt anba jouk, jan sa te ye nan kondisyon Chadrak, Mechak ak Abèdnego.</w:t>
      </w:r>
    </w:p>
    <w:p>
      <w:pPr>
        <w:pStyle w:val="ArticleScripture"/>
        <w:jc w:val="left"/>
      </w:pPr>
      <w:r>
        <w:rPr>
          <w:rFonts w:ascii="Times New Roman" w:hAnsi="Times New Roman" w:eastAsia="Times New Roman" w:cs="Times New Roman"/>
        </w:rPr>
        <w:t>“Men, menm jan ak zetwal yo nan gran wonn vaste chemen yo ki fikse pou yo a, plan Bondye yo pa konnen ni prese ni reta. Pa mwayen senbòl gwo fènwa a ak fou ki t ap fimen an, Bondye te revele Abraam esklavaj Izrayèl nan Lejip, e li te deklare ke tan etranjè yo a t ap dire katsan (400) ane. “Apre sa,” Li te di, “y ap soti ak anpil byen.” Jenèz 15:14.” The Desire of Ages, 33.</w:t>
      </w:r>
    </w:p>
    <w:p>
      <w:pPr>
        <w:pStyle w:val="ArticleScripture"/>
        <w:jc w:val="left"/>
      </w:pPr>
      <w:r>
        <w:rPr>
          <w:rFonts w:ascii="Times New Roman" w:hAnsi="Times New Roman" w:eastAsia="Times New Roman" w:cs="Times New Roman"/>
        </w:rPr>
        <w:t>Men, SENYÈ a pran nou, e li fè nou soti nan founo fè a, soti menm nan peyi Ejip la, pou nou vin yon pèp eritaj pou li, jan nou ye jòdi a. Detewonòm 4:20.</w:t>
      </w:r>
    </w:p>
    <w:p>
      <w:pPr>
        <w:pStyle w:val="ArticleBody"/>
        <w:jc w:val="left"/>
      </w:pPr>
      <w:r>
        <w:rPr>
          <w:rFonts w:ascii="Times New Roman" w:hAnsi="Times New Roman" w:eastAsia="Times New Roman" w:cs="Times New Roman"/>
        </w:rPr>
        <w:t>Lafimen ki fè solèy la ak lalin lan vin tou nwa lè yo vire kle batay Niniv la idantifye pèsekisyon ki kòmanse toutbonvre nan lwa dimanch lan. Konsa, pèsekisyon Mwayennaj Fènwa yo repete ankò. Pyonye yo te idantifye kòrèkteman batay Niniv la kòm “kle” ki te fè Islam antre nan istwa pwofetik la kòm premye malè a an 627. Batay la te ant Wòm ak Pès, epi li te reprezante yon viktwa pou Wòm; men se te sa yo rele yon viktwa Piris. Yon viktwa ki, an reyalite, pote domaj pou sila ki ranpòte l la. Ekspresyon an soti nan yon viktwa wa Piris, wa Epir. Apre de batay kont Women yo (Heraclea an 280 av. J.-K. ak Asculum an 279 av. J.-K.), li te bat lame women an, men li te pèdi yon gwo pati nan pwòp twoup pa li yo. Dapre lejand lan, li te di apre sa: “Yon lòt viktwa konsa ankò, epi nou fini.”</w:t>
      </w:r>
    </w:p>
    <w:p>
      <w:pPr>
        <w:pStyle w:val="ArticleBody"/>
        <w:jc w:val="left"/>
      </w:pPr>
      <w:r>
        <w:rPr>
          <w:rFonts w:ascii="Times New Roman" w:hAnsi="Times New Roman" w:eastAsia="Times New Roman" w:cs="Times New Roman"/>
        </w:rPr>
        <w:t>Batay Niniv la te yon viktwa estratejik pou Wòm, men lè li te fini, ni Wòm ni Pès pa t gen pouvwa ankò pou, apre sa, reziste avèk efikasite kont ofansiv Islam lan. Pès se Etazini, epi Wòm se papote a nan akonplisman modèn batay Niniv la. Medo-Pès, kòm yon pouvwa ki gen de kòn, reprezante pouvwa ki gen de kòn Etazini an. Nan moman lwa dimanch lan, Etazini se senpleman yon sèl kòn, paske pandan pwosesis k ap mennen nan lwa dimanch lan, imaj bèt la deja fòme, epi fòmasyon sa a konsiste nan ini toude kòn yo an yon sèl. Nan Danyèl uit, gen de kòn ki reprezante Anpi Medo-Pès la, epi kòn pèsik la te leve an dènye.</w:t>
      </w:r>
    </w:p>
    <w:p>
      <w:pPr>
        <w:pStyle w:val="ArticleScripture"/>
        <w:jc w:val="left"/>
      </w:pPr>
      <w:r>
        <w:rPr>
          <w:rFonts w:ascii="Times New Roman" w:hAnsi="Times New Roman" w:eastAsia="Times New Roman" w:cs="Times New Roman"/>
        </w:rPr>
        <w:t>Lè sa a, mwen leve je m, mwen gade, epi, men, te kanpe devan larivyè a yon belye ki te gen de kòn; de kòn yo te wo; men youn te pi wo pase lòt la, e sa ki te pi wo a te parèt an dènye. Daniel 8:3.</w:t>
      </w:r>
    </w:p>
    <w:p>
      <w:pPr>
        <w:pStyle w:val="ArticleBody"/>
        <w:jc w:val="left"/>
      </w:pPr>
      <w:r>
        <w:rPr>
          <w:rFonts w:ascii="Times New Roman" w:hAnsi="Times New Roman" w:eastAsia="Times New Roman" w:cs="Times New Roman"/>
        </w:rPr>
        <w:t>De kòn Etazini yo, Repiblikanis ak Pwotestantis, vin fè youn lè legliz ak leta reyini ansanm pou fòme imaj bèt la. Fòmasyon sa a rive nan akonplisman total li lè mak bèt la vin enpoze anba lwa dimanch lan. Sa idantifye Etazini kòm senpleman Pès nan lwa dimanch lan. Wòm te bat Pès nan batay Niniv la. Fason Wòm te bat Pès la gen yon enpòtans istorik, poutèt manèv Erakliyis, Anperè women an.</w:t>
      </w:r>
    </w:p>
    <w:p>
      <w:pPr>
        <w:pStyle w:val="ArticleBody"/>
        <w:jc w:val="left"/>
      </w:pPr>
      <w:r>
        <w:rPr>
          <w:rFonts w:ascii="Times New Roman" w:hAnsi="Times New Roman" w:eastAsia="Times New Roman" w:cs="Times New Roman"/>
        </w:rPr>
        <w:t>Anfèt, Héraclius te mennen yon atak sipriz, olye yon atak avanse dirèk devan. Efò li te fè pou reyalize sipriz sa a make nan listwa. Sipriz la te gen ladan l desizyon li pran pou l atake nan sezon ivè, sa ki pa t òdinè nan epòk istorik sa yo, men sa pa t rete la. Héraclius te kòmanse envazyon li nan mitan mwa septanm 627 soti nan nò a (mòn wo Ameni yo). Olye li te pran chemen yo t ap tann lan pou l desann dirèkteman nan direksyon kapital Pès la, Ctesiphon, li te fè yon gwo koub laj, li te deplase nan direksyon sidès sou fwontyè rejyon yo (apeprè sou fwontyè ant Latiki ak Iran jodi a). Apre sa, li vire desann nan sid ak nan lwès, li travèse Rivyè Great Zab la nan dat 1ye desanm 627. Sa te mete lame li a sou Plato Niniv la (sou bò lès Rivyè Tig la), toupre kraze ansyen Niniv yo. Mouvman sa a te soti nan sid pou ale nan nò parapò ak fòs Pès yo—egzak opoze ak sa Pès yo te prevwa. Yo te espere li t ap kontinye pouse nan sid nan direksyon Ctesiphon. Sa te pran kòmandan pèsik la, Rhahzadh, san preparasyon e li te fòse l pousuiv Héraclius antre nan yon tèren ki pa t favorab. Sa te pèmèt Women yo chwazi chan batay la sou plenn ki toupre Niniv yo. Manèv la te anpeche Women yo pran nan pyèj ant fòs pèsik yo e li te ba yo yon wout chape si sa te nesesè. Ansanm ak bwouya ki te genyen jou batay la ak yon taktik fo retrè pandan konba aktyèl la, te gen plizyè kouch sipriz. Envazyon odasye sa a nan sezon ivè ak chemen kontounman li te pran byen fon nan teritwa pèsik la konsidere kòm youn nan pi gwo reyalizasyon militè Héraclius. Sa te ede kraze konfyans Pès yo e li te kontribye anpil nan viktwa final Women yo nan lagè ki te dire lontan an.</w:t>
      </w:r>
    </w:p>
    <w:p>
      <w:pPr>
        <w:pStyle w:val="ArticleScripture"/>
        <w:jc w:val="left"/>
      </w:pPr>
      <w:r>
        <w:rPr>
          <w:rFonts w:ascii="Times New Roman" w:hAnsi="Times New Roman" w:eastAsia="Times New Roman" w:cs="Times New Roman"/>
        </w:rPr>
        <w:t>“Nan batay Niniv la, ki te fèt ak anpil ferosite depi granmaten jouk onzyèm è a, vennuit drapo, san konte sa yo ki te ka kase oswa dechire, te pran nan men Pès yo; pi gwo pati lame yo a te masakre, epi gayan yo (Women yo), pandan yo t ap kache pwòp pèt pa yo, pase nwit la sou chan batay la. Vil yo ak palè Lasiri yo te louvri pou premye fwa devan Women yo.</w:t>
      </w:r>
    </w:p>
    <w:p>
      <w:pPr>
        <w:pStyle w:val="ArticleScripture"/>
        <w:jc w:val="left"/>
      </w:pPr>
      <w:r>
        <w:rPr>
          <w:rFonts w:ascii="Times New Roman" w:hAnsi="Times New Roman" w:eastAsia="Times New Roman" w:cs="Times New Roman"/>
        </w:rPr>
        <w:t>“Anperè women an pa t vin pi fò grasa konkèt li te reyalize yo; epi, an menm tan an, e pa menm mwayen yo, yon chemen te pare pou foul moun Sarazen ki soti Arabi, tankou krikèt ki soti nan menm rejyon an, ki, pandan yo t ap gaye sou pasaj yo kwayans mohàmedàn ki fènwa e ki twonpe, byen vit kouvri ni anpi Pès la ni anpi women an.</w:t>
      </w:r>
    </w:p>
    <w:p>
      <w:pPr>
        <w:pStyle w:val="ArticleScripture"/>
        <w:jc w:val="left"/>
      </w:pPr>
      <w:r>
        <w:rPr>
          <w:rFonts w:ascii="Times New Roman" w:hAnsi="Times New Roman" w:eastAsia="Times New Roman" w:cs="Times New Roman"/>
        </w:rPr>
        <w:t>“Yo pa t kapab swete yon ilistrasyon ki pi konplè sou reyalite sa a pase sa yo bay nan dènye pawòl chapit Gibbon lan, kote ekstrè ki vin anvan yo sòti. ‘Malgre yo te fòme yon lame vanyan anba drapo Erakliyis, efò ki pa t natirèl sa a sanble te fin epwize fòs yo olye li te egzèse yo. Pandan anperè a t ap triyonfe nan Konstantinòp oswa Jerizalèm, Sarasen yo te piye yon vil fènwa sou fwontyè Siri, epi yo te koupe an miyèt moso kèk twoup ki te avanse pou pote l sekou,—yon evènman òdinè e san anpil enpòtans, si li pa t prelid yon gwo revolisyon. Vòlè sa yo te apot Mohammed yo; kouraj fawouch yo te soti nan dezè a; epi nan dènye uit ane rèy li a, Erakliyis te pèdi bay Arab yo menm pwovens li te sove anba men Pès yo.’</w:t>
      </w:r>
    </w:p>
    <w:p>
      <w:pPr>
        <w:pStyle w:val="ArticleScripture"/>
        <w:jc w:val="left"/>
      </w:pPr>
      <w:r>
        <w:rPr>
          <w:rFonts w:ascii="Times New Roman" w:hAnsi="Times New Roman" w:eastAsia="Times New Roman" w:cs="Times New Roman"/>
        </w:rPr>
        <w:t>« “L’esprit de fraude et d’enthousiasme, dont la demeure n’est pas dans les cieux,” fut déchaîné sur la terre. L’abîme n’avait besoin que d’une clé pour être ouvert, et cette clé fut la chute de Chosroès. Il avait déchiré avec mépris la lettre d’un obscur citoyen de La Mecque. Mais lorsque, de son “éclat de gloire”, il tomba dans la “tour des ténèbres” qu’aucun œil ne pouvait pénétrer, le nom de Chosroès allait soudainement tomber dans l’oubli devant celui de Mohammed; et le croissant semblait n’attendre, pour se lever, que la chute de l’astre. Chosroès, après sa déroute complète et la perte de son empire, fut assassiné en l’an 628; et l’an 629 est signalé par “la conquête de l’Arabie” et “la première guerre des mahométans contre l’empire romain.” “Et le cinquième ange sonna, et je vis une étoile tomber du ciel sur la terre; et la clé de l’abîme lui fut donnée. Et il ouvrit l’abîme.” Il tomba sur la terre. Lorsque la force de l’empire romain fut épuisée, et que le grand roi de l’Orient gisait mort dans sa tour des ténèbres, le pillage d’une obscure ville aux confins de la Syrie fut “le prélude d’une puissante révolution.” “Les brigands étaient les apôtres de Mohammed, et leur vaillance frénétique surgit du désert.” » Uriah Smith, Daniel and the Revelation, 495–497.</w:t>
      </w:r>
    </w:p>
    <w:p>
      <w:pPr>
        <w:pStyle w:val="ArticleBody"/>
        <w:jc w:val="left"/>
      </w:pPr>
      <w:r>
        <w:rPr>
          <w:rFonts w:ascii="Times New Roman" w:hAnsi="Times New Roman" w:eastAsia="Times New Roman" w:cs="Times New Roman"/>
        </w:rPr>
        <w:t>Batay Niniv la reprezante Wòm modèn k ap konkeri Etazini nan lwa dimanch lan, men se yon viktwa a la Piris, paske yon jijman pwogresif sou Wòm kòmanse nan lwa dimanch lan.</w:t>
      </w:r>
    </w:p>
    <w:p>
      <w:pPr>
        <w:pStyle w:val="ArticleBody"/>
        <w:jc w:val="left"/>
      </w:pPr>
      <w:r>
        <w:rPr>
          <w:rFonts w:ascii="Times New Roman" w:hAnsi="Times New Roman" w:eastAsia="Times New Roman" w:cs="Times New Roman"/>
        </w:rPr>
        <w:t>Kowoz se te chèf anpi Pès la; konsa, Pès la, ki reprezante tonbe Etazini an nan lwa dimanch lan, se kle ki louvri twou san fon an lè sizyèm wayòm pwofesi biblik la tonbe. Li reprezante lwa dimanch vèsè sèz, trant-yon, ak karant-yon nan Danyèl onz la, ansanm ak Revelasyon trèz, vèsè onz.</w:t>
      </w:r>
    </w:p>
    <w:p>
      <w:pPr>
        <w:pStyle w:val="ArticleBody"/>
        <w:jc w:val="left"/>
      </w:pPr>
      <w:r>
        <w:rPr>
          <w:rFonts w:ascii="Times New Roman" w:hAnsi="Times New Roman" w:eastAsia="Times New Roman" w:cs="Times New Roman"/>
        </w:rPr>
        <w:t>Remake kòmantè pyonye Stephen Haskell fè sou menm vèsè yo ak menm istwa a:</w:t>
      </w:r>
    </w:p>
    <w:p>
      <w:pPr>
        <w:pStyle w:val="ArticleScripture"/>
        <w:jc w:val="left"/>
      </w:pPr>
      <w:r>
        <w:rPr>
          <w:rFonts w:ascii="Times New Roman" w:hAnsi="Times New Roman" w:eastAsia="Times New Roman" w:cs="Times New Roman"/>
        </w:rPr>
        <w:t>“Arab yo, oswa Sarasen yo, pa t janm egzèse okenn enfliyans sou tè a. Nan istwa nasyon yo, mesye lib sa yo nan dezè a te pase prèske san yo pa remake yo. Mahometis la te ini branch fanmi ki te gaye yo, epi li te voye yo soti kòm konkeran nasyon yo. Pwogrè rapid ki te akonpaye zam Sarasen yo te rive, an gwo mezi, akòz konfli ki te genyen ant Women yo ak Chosroes, chèf anpi Pès modèn nan. Konfli sa a te lakòz tonbe dènye a. Pès modèn nan te kanpe kòm yon miray baryè, ki t ap kenbe pouvwa Mohammed la anba kontwòl; men lè pouvwa sa a te tonbe, baryè a te disparèt, ‘twou san fon an’ te louvri, epi Sarasen yo te anvayi mond lan tankou yon delij. Lè ‘twou san fon an te louvri, yon lafimen te leve ki te kache figi solèy la.’ Figi sa a gen anpil fòs, li reprezante efè tenèb Mahometis la, pandan li t ap gaye sou tout sifas tè a.” Stephen Haskell, The Story of the Seer of Patmos, 164, 165.</w:t>
      </w:r>
    </w:p>
    <w:p>
      <w:pPr>
        <w:pStyle w:val="ArticleBody"/>
        <w:jc w:val="left"/>
      </w:pPr>
      <w:r>
        <w:rPr>
          <w:rFonts w:ascii="Times New Roman" w:hAnsi="Times New Roman" w:eastAsia="Times New Roman" w:cs="Times New Roman"/>
        </w:rPr>
        <w:t>Mi baryè sa a nan istwa Wòm nan se miray separasyon ant legliz ak leta a, ki retire nan lwa dimanch la. Gen yon lòt nivo nan viktwa pirik Wòm sou Pès nan batay Niniv la, paske te gen yon batay Niniv anvan, ki reprezante yon Alfa, epi batay ane 627 la reprezante Omega a. Batay sa a te fèt an 612 anvan Jezikri, apeprè douz san ane apa youn ak lòt. Nan batay sa a, Lasiri te bat pa yon konfederasyon twa pati, e sa te make fen Anpi Asiryen an.</w:t>
      </w:r>
    </w:p>
    <w:p>
      <w:pPr>
        <w:pStyle w:val="ArticleBody"/>
        <w:jc w:val="left"/>
      </w:pPr>
      <w:r>
        <w:rPr>
          <w:rFonts w:ascii="Times New Roman" w:hAnsi="Times New Roman" w:eastAsia="Times New Roman" w:cs="Times New Roman"/>
        </w:rPr>
        <w:t>A. T. Jones fè kòmantè sou batay alfa Niniv la:</w:t>
      </w:r>
    </w:p>
    <w:p>
      <w:pPr>
        <w:pStyle w:val="ArticleScripture"/>
        <w:jc w:val="left"/>
      </w:pPr>
      <w:r>
        <w:rPr>
          <w:rFonts w:ascii="Times New Roman" w:hAnsi="Times New Roman" w:eastAsia="Times New Roman" w:cs="Times New Roman"/>
        </w:rPr>
        <w:t>“Zafè nan gouvènman Lasiri yo te ale de mal pou pi mal, konsa an 612 anvan Jezikri te gen yon lòt gwo rebelyon pa menm twa peyi sa yo, fwa sa a anba direksyon Nabopolasa li menm. Rebelyon sa a te reyisi nèt: Niniv te tounen yon pil debri; epi Anpi Lasiri a te divize an twa gwo pati,—Medi te kenbe nòdès la ak ekstrèm nò a, Babilòn te kenbe Elam ak tout plenn yo ak tout vale Lefrat ak Tig, epi Lejip te kenbe tout peyi ki te nan lwès Lefrat. So alyans sa a ant Babilòn ak Medi se te maryaj pitit fi wa Medi a ak Nebikadneza, pitit gason Nabopolasa. Se pandan li t ap akonpli pati pa l nan alyans kont Lasiri a, Farawon-Neko, wa Lejip la, te monte al goumen kont wa Lasiri a bò Karkemis sou Lefrat, lè wa Jozyas nan Jida te soti al goumen avè l, epi yo te touye l Megido. Apre sa, kòm tout teritwa oksidantal sa a te pou wa Lejip la, se nan egzèsis souverennte lejitim li, li te genyen pa konkèt, li te retire Chaloum, pitit gason Jozyas la, nan fonksyon wa Jida, epi li te nonmen Elyakim wa Jida nan plas li, li te chanje non li pou Jojakim, epi li te mete yon taks sou peyi a.” 1 Kwonik 3:15; 2 Wa 23:31–35.” A. T. Jones, Review and Herald, 15 mas 1898.</w:t>
      </w:r>
    </w:p>
    <w:p>
      <w:pPr>
        <w:pStyle w:val="ArticleBody"/>
        <w:jc w:val="left"/>
      </w:pPr>
      <w:r>
        <w:rPr>
          <w:rFonts w:ascii="Times New Roman" w:hAnsi="Times New Roman" w:eastAsia="Times New Roman" w:cs="Times New Roman"/>
        </w:rPr>
        <w:t>Nan batay alfa Niniv la an 612 av. J.-K., Anpi Asiryen an rive nan fen li, menm jan sizyèm wayòm pwofesi biblik la fini nan lwa dimanch lan. Moun ki te genyen batay la se te yon inyon twa pati: Babilòn, Ejip ak Medi. Nan lagè epòk sa a, wa Jozyas mouri Megido, konsa li sèvi kòm tip Amagedon. Nan batay omega Niniv la an 627, Islam twazyèm malè a lage lè miray pwoteksyon ki nan Konstitisyon an retire, jan sa te reprezante a, jan Haskell te remake sa konsènan Pès kòm “miray baryè” pwoteksyon an ki te retire avèk defèt Pès la. Lanmò wa Jozyas nan Megido idantifye premye batay Niniv la kòm dezyèm batay la nan dènye jou yo. Dènye nan de batay Niniv yo an 627, lè kle a vire epi twou san fon an louvri, se premye a nan dènye jou yo, paske premye a va dènye. Premye batay Niniv la ant Asiri ak inyon twa pati a mennen nan Amagedon. Peryòd dezyèm Mwayennaj Fènwa yo kòmanse ak batay Niniv la epi li fini ak batay Niniv la.</w:t>
      </w:r>
    </w:p>
    <w:p>
      <w:pPr>
        <w:pStyle w:val="ArticleBody"/>
        <w:jc w:val="left"/>
      </w:pPr>
      <w:r>
        <w:rPr>
          <w:rFonts w:ascii="Times New Roman" w:hAnsi="Times New Roman" w:eastAsia="Times New Roman" w:cs="Times New Roman"/>
        </w:rPr>
        <w:t>Reyalite ki konsène senkyèm twonpèt la, ki se premye malè ki nan chapit nèf Liv Revelasyon an, se sa pyonye yo te konprann kòm temwayaj istorik ki pi klè nan tout pasaj ki nan Liv Revelasyon an. Uriah Smith eksprime reyalite sa a konsa:</w:t>
      </w:r>
    </w:p>
    <w:p>
      <w:pPr>
        <w:pStyle w:val="ArticleScripture"/>
        <w:jc w:val="left"/>
      </w:pPr>
      <w:r>
        <w:rPr>
          <w:rFonts w:ascii="Times New Roman" w:hAnsi="Times New Roman" w:eastAsia="Times New Roman" w:cs="Times New Roman"/>
        </w:rPr>
        <w:t>« VÈSÈ 1. Epi senkyèm zanj lan kònen twonpèt la, epi mwen wè yon zetwal ki te tonbe sot nan syèl la desann sou tè a; epi yo te ba li kle twou san fon an. »</w:t>
      </w:r>
    </w:p>
    <w:p>
      <w:pPr>
        <w:pStyle w:val="ArticleScripture"/>
        <w:jc w:val="left"/>
      </w:pPr>
      <w:r>
        <w:rPr>
          <w:rFonts w:ascii="Times New Roman" w:hAnsi="Times New Roman" w:eastAsia="Times New Roman" w:cs="Times New Roman"/>
        </w:rPr>
        <w:t>“Pou yon eksplikasyon sou twonpèt sa a, nou pral ankò sèvi ak ekriti Mesye Keith yo. Ekriven sa a di avèk verite: ‘Gen prèske pa gen okenn lòt pati nan Apokalips la kote entèprèt yo montre yon akò ki tèlman inifòm konsènan aplikasyon senkyèm ak sizyèm twonpèt yo, oswa premye ak dezyèm malè yo, ak Sarasen yo ak Tik yo. Sa tèlman klè, li prèske enposib pou yo mal konprann li. Olye pou se yon vèsè oswa de ki ta idantifye chak ladan yo, tout nevyèm chapit Revelasyon an, an pati egal, okipe ak yon deskripsyon de toude.’ Uriah Smith, Daniel and the Revelation, 495.</w:t>
      </w:r>
    </w:p>
    <w:p>
      <w:pPr>
        <w:pStyle w:val="ArticleBody"/>
        <w:jc w:val="left"/>
      </w:pPr>
      <w:r>
        <w:rPr>
          <w:rFonts w:ascii="Times New Roman" w:hAnsi="Times New Roman" w:eastAsia="Times New Roman" w:cs="Times New Roman"/>
        </w:rPr>
        <w:t>Pyè nan Panium avèk responsablite pou korije mesaj boul dife Nashville yo, epi se premye fwa yo wè eleman premye malè a aliyen pafètman avèk eleman lwa dimanch ki pral vini talè a. Lyon tribi Jida a te dese sele sou konpreyansyon sa a ann amoni avèk lòt liy pwofesi li te deja mete an plas. Istoryen yo pral rann temwayaj sou enpòtans atak sipriz Wòm te egzekite kont Pès yo an 627, epi lè yo fè sa, yo remake manèv Erakliyis te fè toutotou epi dèyè Pès la nan sezon ivè a kòm yon ruse pou rete kache jiskaske lè atak la rive.</w:t>
      </w:r>
    </w:p>
    <w:p>
      <w:pPr>
        <w:pStyle w:val="ArticleBody"/>
        <w:jc w:val="left"/>
      </w:pPr>
      <w:r>
        <w:rPr>
          <w:rFonts w:ascii="Times New Roman" w:hAnsi="Times New Roman" w:eastAsia="Times New Roman" w:cs="Times New Roman"/>
        </w:rPr>
        <w:t>Sè White fè nou konnen Wòm senpleman ap tann pou l jwenn yon “pozisyon avantaje,” epi apre sa li pral frape.</w:t>
      </w:r>
    </w:p>
    <w:p>
      <w:pPr>
        <w:pStyle w:val="ArticleScripture"/>
        <w:jc w:val="left"/>
      </w:pPr>
      <w:r>
        <w:rPr>
          <w:rFonts w:ascii="Times New Roman" w:hAnsi="Times New Roman" w:eastAsia="Times New Roman" w:cs="Times New Roman"/>
        </w:rPr>
        <w:t>“Pawòl Bondye a bay avètisman konsènan danje k ap pwoche a; si yo pa pran sa an konsiderasyon, monn pwotestan an va aprann ki sa objektif Wòm yo vrèman ye, sèlman lè li twò ta pou chape anba pyèj la. Li ap grandi an silans pou l vin gen pouvwa. Doktrin li yo ap egzèse enfliyans yo nan Lasanble lejislatif yo, nan legliz yo, ak nan kè lèzòm. Li ap anpile estrikti li yo ki wo ak masif, nan rakwen sekrè kote ansyen pèsekisyon li yo va repete. An kachèt e san moun pa sispèk, li ap ranfòse fòs li yo pou fè avanse pwòp objektif pa li lè tan an va rive pou li frape. Tout sa li anvi, se yon pozisyon avantaj, e yo deja ap ba li sa. Talè konsa nou va wè e nou va santi ki objektif eleman women an ye. Nenpòt moun ki va kwè e ki va obeyi pawòl Bondye a, se konsa l ap atire repwòch ak pèsekisyon sou tèt li.” The Great Controversy, 581.</w:t>
      </w:r>
    </w:p>
    <w:p>
      <w:pPr>
        <w:pStyle w:val="ArticleBody"/>
        <w:jc w:val="left"/>
      </w:pPr>
      <w:r>
        <w:rPr>
          <w:rFonts w:ascii="Times New Roman" w:hAnsi="Times New Roman" w:eastAsia="Times New Roman" w:cs="Times New Roman"/>
        </w:rPr>
        <w:t>Menm jan ak Anperè Erakliyis, papote a te ap avanse nan direksyon objektif li “an kachèt e san yo pa t atann sa” an akonplisman Ezayi chapit venntwa, kote fanm jennès Tir la tonbe nan bliye pandan istwa sizyèm wayòm pwofesi biblik la. Atak sipriz sekrè Erakliyis la se mond lan ki bliye papote a depi 1798 jouk rive nan lwa dimanch lan. Liy sou liy, premye malè a reprezante twazyèm ak dènye malè a. Nan premye malè a, yo fè yon pwoklamasyon ki ann amoni tou ak istwa Islam nan ak peryòd sele san karannkat mil yo.</w:t>
      </w:r>
    </w:p>
    <w:p>
      <w:pPr>
        <w:pStyle w:val="ArticleScripture"/>
        <w:jc w:val="left"/>
      </w:pPr>
      <w:r>
        <w:rPr>
          <w:rFonts w:ascii="Times New Roman" w:hAnsi="Times New Roman" w:eastAsia="Times New Roman" w:cs="Times New Roman"/>
        </w:rPr>
        <w:t>Epi yo te ba yo lòd pou yo pa fè zèb latè a mal, ni okenn bagay ki vèt, ni okenn pyebwa; men sèlman moun sa yo ki pa gen sele Bondye a sou fwon yo. Epi yo te ba yo pouvwa pou yo pa touye yo, men pou yo tòtire yo pandan senk mwa; epi touman yo te tankou touman yon eskòpyon lè li pike yon moun. Epi nan jou sa yo moun pral chèche lanmò, men yo p ap jwenn li; yo pral anvi mouri, men lanmò pral kouri pou yo. Revelasyon 9:4–6.</w:t>
      </w:r>
    </w:p>
    <w:p>
      <w:pPr>
        <w:pStyle w:val="ArticleBody"/>
        <w:jc w:val="left"/>
      </w:pPr>
      <w:r>
        <w:rPr>
          <w:rFonts w:ascii="Times New Roman" w:hAnsi="Times New Roman" w:eastAsia="Times New Roman" w:cs="Times New Roman"/>
        </w:rPr>
        <w:t>Anvan kle a vire nan batay Niniv la, ki se lwa dimanch k ap vini talè a, san karannkat mil yo deja sele. Nan moman lwa dimanch lan, destriksyon vil yo, ki kòmanse avèk boul dife Nashville yo, prezante kòm yon peryòd “senk mwa,” pandan lagè ap ravaje epi dezyèm beny san papal la ap kòmanse, an akonplisman repons yo te bay mati Mwayennaj Fènwa yo nan senkyèm so a.</w:t>
      </w:r>
    </w:p>
    <w:p>
      <w:pPr>
        <w:pStyle w:val="ArticleScripture"/>
        <w:jc w:val="left"/>
      </w:pPr>
      <w:r>
        <w:rPr>
          <w:rFonts w:ascii="Times New Roman" w:hAnsi="Times New Roman" w:eastAsia="Times New Roman" w:cs="Times New Roman"/>
        </w:rPr>
        <w:t>Epi lè li te louvri senkyèm sele a, mwen wè anba lotèl la nanm moun yo te touye poutèt pawòl Bondye a, ak poutèt temwayaj yo te kenbe a. Epi yo rele byen fò, yo di: Jiska kilè, O Seyè, ou menm ki sen e ki veritab, ou p ap jije ni vanje san nou sou moun ki rete sou latè a? Epi yo bay chak youn nan yo rad blan; epi yo di yo pou yo repoze yo ankò pou yon ti tan, jouk lè sèvitè parèy yo ansanm ak frè yo, ki gen pou yo touye menm jan ak yo, ta fin rive nan kantite yo. Revelasyon 6:9–11.</w:t>
      </w:r>
    </w:p>
    <w:p>
      <w:pPr>
        <w:pStyle w:val="ArticleBody"/>
        <w:jc w:val="left"/>
      </w:pPr>
      <w:r>
        <w:rPr>
          <w:rFonts w:ascii="Times New Roman" w:hAnsi="Times New Roman" w:eastAsia="Times New Roman" w:cs="Times New Roman"/>
        </w:rPr>
        <w:t>Matir yo nan Mwayennaj yo se premye gwoup ki prefigire matir Wòm Modèn nan pandan kriz lwa dimanch lan. Anvan kriz sa a rive, san karant-kat mil yo sele, e pwosesis sele sa a te kòmanse nan 9/11 avèk rive Islam twazyèm malè a, ak aspèksyon lapli ta a. Lè matir premye Mwayennaj yo te mande kilè papote a t ap jije, yo te di yo pral gen yon dezyèm gwoup matir lè Mwayennaj yo repete, ki se lè kle batay Niniv la akonpli nan lwa dimanch k ap vini byento a. Anvan dezyèm gwoup matir yo fòme, san karant-kat mil yo sele, e peryòd sele a ki te kòmanse nan 9/11 idantifye nan senkyèm sele a, paske konvèsasyon ki prezante la a jwenn nan Revelasyon chapit sis, vèsè NÈF rive ONZ, konsa sa make kòmansman ak fen sele a avèk 9/11. Fen an entwodui destriksyon Islam jan sa prezante nan Revelasyon NÈF, ONZ, epi sila yo ki sele yo va akonpli eksperyans Danyèl la jan sa reprezante nan Danyèl NÈF, ONZ.</w:t>
      </w:r>
    </w:p>
    <w:p>
      <w:pPr>
        <w:pStyle w:val="ArticleBody"/>
        <w:jc w:val="left"/>
      </w:pPr>
      <w:r>
        <w:rPr>
          <w:rFonts w:ascii="Times New Roman" w:hAnsi="Times New Roman" w:eastAsia="Times New Roman" w:cs="Times New Roman"/>
        </w:rPr>
        <w:t>Nou pral kontinye bagay sa yo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Trèz</dc:title>
  <dc:subject>Nimewo Trèz</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