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Disèt</w:t>
      </w:r>
    </w:p>
    <w:p>
      <w:pPr>
        <w:pStyle w:val="ArticleSubtitle"/>
        <w:jc w:val="left"/>
      </w:pPr>
      <w:r>
        <w:rPr>
          <w:rFonts w:ascii="Arial" w:hAnsi="Arial" w:eastAsia="Arial" w:cs="Arial"/>
        </w:rPr>
        <w:t>Dezyèm Malè a — Katriyèm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ak 637</w:t>
      </w:r>
    </w:p>
    <w:p>
      <w:pPr>
        <w:pStyle w:val="ArticleBody"/>
        <w:jc w:val="left"/>
      </w:pPr>
      <w:r>
        <w:rPr>
          <w:rFonts w:ascii="Times New Roman" w:hAnsi="Times New Roman" w:eastAsia="Times New Roman" w:cs="Times New Roman"/>
        </w:rPr>
        <w:t>“kle” ki louvri twou san fon an se batay Niniv la, ki te akonpli an 627, senk ane anvan Mahomet te mouri an 632. Senk ane apre, an 637, fòs mizilman yo te pran kapital Pès la, youn nan de gwo sipèpisans ki te angaje nan batay Niniv la. Evènman sa a te chanje ekilib pouvwa a nan Mwayen Oryan an yon fason dramatik. Batay Niniv la an 627 te fin febli fòs Anpi Pès la, epi dis ane apre, Anpi Pès la te fini.</w:t>
      </w:r>
    </w:p>
    <w:p>
      <w:pPr>
        <w:pStyle w:val="ArticleHeading"/>
        <w:jc w:val="left"/>
      </w:pPr>
      <w:r>
        <w:rPr>
          <w:rFonts w:ascii="Arial" w:hAnsi="Arial" w:eastAsia="Arial" w:cs="Arial"/>
        </w:rPr>
        <w:t>Imilyasyon—782</w:t>
      </w:r>
    </w:p>
    <w:p>
      <w:pPr>
        <w:pStyle w:val="ArticleBody"/>
        <w:jc w:val="left"/>
      </w:pPr>
      <w:r>
        <w:rPr>
          <w:rFonts w:ascii="Times New Roman" w:hAnsi="Times New Roman" w:eastAsia="Times New Roman" w:cs="Times New Roman"/>
        </w:rPr>
        <w:t>San senkant an apre lanmò Mahomet an 632, nan Kanpay Abbasid 782 a, lame Abbasid la (yo rapòte li te genyen anviwon 95,000 sòlda) lanse yon envazyon masiv nan teritwa Bizanten an nan Azi Minè (Latiki jodi a). Yo avanse jis rive Khrisopolis, dirèkteman lòt bò kanal Bosfò a fas ak Konstantinòp—konsa yo te vin trè pre kapital Bizanten an. Bizanten yo, anba Enperatris Irèn, sibi yon gwo defèt. Kòm rezilta, yo te fòse Bizanten yo siyen yon trèv imilyan pou twa zan, kote yo te dakò peye yon gwo taks anyèl (anviwon 70,000–90,000 dinar annò an lò) epi remèt rad swa ak otaj. Kanpay sa a te youn nan pi gwo ak pi reyisi pami entrizyon Abbasid yo nan tè Bizanten yo pandan 8yèm syèk la. Li te demontre pouvwa k ap grandi Kalifa Abbasid la ansanm ak dekadans k ap kontinye Anpi Bizanten an.</w:t>
      </w:r>
    </w:p>
    <w:p>
      <w:pPr>
        <w:pStyle w:val="ArticleHeading"/>
        <w:jc w:val="left"/>
      </w:pPr>
      <w:r>
        <w:rPr>
          <w:rFonts w:ascii="Arial" w:hAnsi="Arial" w:eastAsia="Arial" w:cs="Arial"/>
        </w:rPr>
        <w:t>Senk mwa</w:t>
      </w:r>
    </w:p>
    <w:p>
      <w:pPr>
        <w:pStyle w:val="ArticleBody"/>
        <w:jc w:val="left"/>
      </w:pPr>
      <w:r>
        <w:rPr>
          <w:rFonts w:ascii="Times New Roman" w:hAnsi="Times New Roman" w:eastAsia="Times New Roman" w:cs="Times New Roman"/>
        </w:rPr>
        <w:t>Nan Revelasyon chapit nèf la, yo mansyone “senk mwa” ki egal a san senkant ane de fwa: yon fwa nan vèsè senk la, epi ankò nan vèsè dis la.</w:t>
      </w:r>
    </w:p>
    <w:p>
      <w:pPr>
        <w:pStyle w:val="ArticleScripture"/>
        <w:jc w:val="left"/>
      </w:pPr>
      <w:r>
        <w:rPr>
          <w:rFonts w:ascii="Times New Roman" w:hAnsi="Times New Roman" w:eastAsia="Times New Roman" w:cs="Times New Roman"/>
        </w:rPr>
        <w:t>Epi yo te ba yo lòd pou yo pa touye yo, men pou yo toumante yo pandan senk mwa; epi touman yo te tankou touman yon eskòpyon lè li pike yon moun. Epi nan jou sa yo moun ap chèche lanmò, men yo p ap jwenn li; yo ap anvi mouri, epi lanmò ap kouri lwen yo. Epi fòm krikèt yo te tankou chwal pare pou lagè; epi sou tèt yo te tankou kouwòn ki sanble ak lò, epi figi yo te tankou figi moun. Yo te gen cheve tankou cheve fanm, epi dan yo te tankou dan lyon. Yo te gen plak pwotèj pwatrin, tankou plak pwotèj an fè; epi bri zèl yo te tankou bri cha lagè anpil chwal k ap kouri al nan batay. Yo te gen ke tankou eskòpyon, epi te gen pikan nan ke yo; epi pouvwa yo te nan fè moun mal pandan senk mwa. Revelasyon 9:5–10.</w:t>
      </w:r>
    </w:p>
    <w:p>
      <w:pPr>
        <w:pStyle w:val="ArticleBody"/>
        <w:jc w:val="left"/>
      </w:pPr>
      <w:r>
        <w:rPr>
          <w:rFonts w:ascii="Times New Roman" w:hAnsi="Times New Roman" w:eastAsia="Times New Roman" w:cs="Times New Roman"/>
        </w:rPr>
        <w:t>Gen de peryòd pwofetik diferan ki dire san senkant ane nan senkyèm twonpèt Revelasyon chapit nèf la. Premye a soti depi lanmò Mahomet an 632 jouk rive nan imilyasyon Anperatris Irene nan Wòm Lès la an 782. Chapit nèf la idantifye leve Islam nan yon fason ki trè detaye. Depi inifikasyon tribi yo an 606, rive nan batay Niniv la an 627, rive nan lanmò Mahomet an 632, apre sa rive nan defèt Pès la an 637, Pawòl pwofetik Bondye a trase ak anpil swen leve ak tonbe Islam nan. Islam Arabi a se pouvwa ki nan premye pwofesi san senkant ane sou touman an. Inifikasyon tribi yo pa Mahomet an 606; ansuit batay “kle” Niniv la an 627, swiv pa prediksyon Mahomet sou disparisyon ni Pès ni Wòm anviwon 628, epi kontinye jouk rive nan lanmò li an 632. Dat sa yo reprezante yon sekans evènman byen presi nan liy Islam nan.</w:t>
      </w:r>
    </w:p>
    <w:p>
      <w:pPr>
        <w:pStyle w:val="ArticleBody"/>
        <w:jc w:val="left"/>
      </w:pPr>
      <w:r>
        <w:rPr>
          <w:rFonts w:ascii="Times New Roman" w:hAnsi="Times New Roman" w:eastAsia="Times New Roman" w:cs="Times New Roman"/>
        </w:rPr>
        <w:t>Sankant ane apre lanmò Mohammed an 632, baz pouvwa Islam nan te chanje soti nan Arabi pou ale nan Latiki, pandan li t ap pouse Wòm de Lès tounen jouk Konstantinòp. Premye malè a te reprezante Islam Arabi a, epi dezyèm malè a te reprezante Islam Latiki a. Anndan premye malè a, toude pwofesi tan san senkant ane yo idantifye distenksyon ki genyen ant Islam Arabi a ak Islam Latiki a, menm jan sa reprezante nan distenksyon menm verite sa a ant premye ak dezyèm malè a.</w:t>
      </w:r>
    </w:p>
    <w:p>
      <w:pPr>
        <w:pStyle w:val="ArticleBody"/>
        <w:jc w:val="left"/>
      </w:pPr>
      <w:r>
        <w:rPr>
          <w:rFonts w:ascii="Times New Roman" w:hAnsi="Times New Roman" w:eastAsia="Times New Roman" w:cs="Times New Roman"/>
        </w:rPr>
        <w:t>Premye san senkant ane yo te kòmanse avèk disparisyon Pès la epi yo te fini lè Wòm te bloke anndan miray Konstantinòp yo. Dezyèm peryòd san senkant ane a te kòmanse avèk viktwa Osman (yo rele l tou Ottman) nan Nikomedi. Viktwa Otoman yo nan Nikomedi a fè referans ak Syèj Nikomedi a (jodi a İzmit, Latiki), ki te dewoule soti 1333 rive 1337, lè Sultan Orhan Gazi (pitit gason Osman I, fondatè Beylik Otoman an) te mete syèj sou vil enpòtan Bizanten Nikomedi a. Vil la te kenbe tèt pandan plizyè ane, men finalman li te rann tèt li an 1337 akòz grangou ak mank pwovizyon. Yo te pèmèt garnizon Bizanten an kite pou Konstantinòp. Nikomedi te youn nan dènye gwo fò Bizanten yo nan Azi Minè (Anatoli). Chit li a, an reyalite, te mete fen nan kontwòl Bizanten an sou pi fò nan lwès Anatoli. Viktwa sa a te pèmèt Otoman yo konsolide pouvwa yo nan Bitini epi elaji pi lwen nan direksyon detwa Bosfò a. Se te yon gwo etap preparatwa ki te mennen nan konkèt final Otoman yo sou Konstantinòp (ki te rive plis pase yon syèk apre, an 1453). Syèj la souvan konsidere kòm youn nan premye viktwa kle yo ki te transfòme ti beylik Otoman an an yon pouvwa rejyonal k ap monte.</w:t>
      </w:r>
    </w:p>
    <w:p>
      <w:pPr>
        <w:pStyle w:val="ArticleBody"/>
        <w:jc w:val="left"/>
      </w:pPr>
      <w:r>
        <w:rPr>
          <w:rFonts w:ascii="Times New Roman" w:hAnsi="Times New Roman" w:eastAsia="Times New Roman" w:cs="Times New Roman"/>
        </w:rPr>
        <w:t>Lè dezyèm peryòd san senkant ane ki te nan premye twonpèt la te rive nan bout li, 27 jiyè 1449, dènye Konstanten an te chèche pèmisyon nan men sultan islamik la pou l monte sou twòn Wòm lès la; konsa li te sibi menm imilyasyon anperatris Iren te sibi nan fen premye san senkant ane yo nan de peryòd “senk mwa” ki nan Revelasyon nèf la. Imilyasyon “Anperatris Iren” nan, ansanm ak imilyasyon “Konstanten dènye a”, te sèvi kòm tip imilyasyon Otoman yo ki t ap vini pi ta, lè, nan fen pwofesi tan dezyèm malè a, yo te chèche pwoteksyon nan men kat gwo pisans Ewòp yo kont menas peyi Lejip.</w:t>
      </w:r>
    </w:p>
    <w:p>
      <w:pPr>
        <w:pStyle w:val="ArticleHeading"/>
        <w:jc w:val="left"/>
      </w:pPr>
      <w:r>
        <w:rPr>
          <w:rFonts w:ascii="Arial" w:hAnsi="Arial" w:eastAsia="Arial" w:cs="Arial"/>
        </w:rPr>
        <w:t>Panteyon an</w:t>
      </w:r>
    </w:p>
    <w:p>
      <w:pPr>
        <w:pStyle w:val="ArticleBody"/>
        <w:jc w:val="left"/>
      </w:pPr>
      <w:r>
        <w:rPr>
          <w:rFonts w:ascii="Times New Roman" w:hAnsi="Times New Roman" w:eastAsia="Times New Roman" w:cs="Times New Roman"/>
        </w:rPr>
        <w:t>Pyonye yo te byen konprann epi anseye ke ekspresyon «plas sanktyè li a te jete atè» nan Danyèl 8:11 te akonpli pa Konstanten.</w:t>
      </w:r>
    </w:p>
    <w:p>
      <w:pPr>
        <w:pStyle w:val="ArticleScripture"/>
        <w:jc w:val="left"/>
      </w:pPr>
      <w:r>
        <w:rPr>
          <w:rFonts w:ascii="Times New Roman" w:hAnsi="Times New Roman" w:eastAsia="Times New Roman" w:cs="Times New Roman"/>
        </w:rPr>
        <w:t>Wi, li te grandi tèt li jouk rive nan Chèf lame a; e se pa li menm yo te wete sakrifis tout tan an, epi yo te jete atè kote sanktyè li a.</w:t>
      </w:r>
    </w:p>
    <w:p>
      <w:pPr>
        <w:pStyle w:val="ArticleBody"/>
        <w:jc w:val="left"/>
      </w:pPr>
      <w:r>
        <w:rPr>
          <w:rFonts w:ascii="Times New Roman" w:hAnsi="Times New Roman" w:eastAsia="Times New Roman" w:cs="Times New Roman"/>
        </w:rPr>
        <w:t>“Tanp sakre” yo idantifye isit la se te tanp Pantheon nan vil Wòm, epi “plas” tanp sa a se te Wòm. Wòm te “lage atè” pa Konstanten lè li te chwazi deplase kapital anpi li a pou Konstantinòp nan ane 330. Vèsè onz la konekte ak Revelasyon trèz, epi vèsè de a ap idantifye menm evènman yo.</w:t>
      </w:r>
    </w:p>
    <w:p>
      <w:pPr>
        <w:pStyle w:val="ArticleScripture"/>
        <w:jc w:val="left"/>
      </w:pPr>
      <w:r>
        <w:rPr>
          <w:rFonts w:ascii="Times New Roman" w:hAnsi="Times New Roman" w:eastAsia="Times New Roman" w:cs="Times New Roman"/>
        </w:rPr>
        <w:t>Epi bèt mwen te wè a te sanble ak yon leyopa; pye li yo te tankou pye yon lous, epi bouch li te tankou bouch yon lyon; epi dragon an te ba li pisans li, twòn li, ak gwo otorite.</w:t>
      </w:r>
    </w:p>
    <w:p>
      <w:pPr>
        <w:pStyle w:val="ArticleBody"/>
        <w:jc w:val="left"/>
      </w:pPr>
      <w:r>
        <w:rPr>
          <w:rFonts w:ascii="Times New Roman" w:hAnsi="Times New Roman" w:eastAsia="Times New Roman" w:cs="Times New Roman"/>
        </w:rPr>
        <w:t>Dragon an se Wòm payen an, e Wòm payen an te remèt “syèj” otorite li bay legliz women an an 330, lè li te deplase kapital la alès, konsa li te kite yon vid pouvwa legliz papal la te byen kontan pwofite. Lè nou kòmanse liy Wòm lès la depi ane 330 rive 1453, nou jwenn ke nan kòmansman pwofesi Wòm lès la, vil Wòm nan sibi imilyasyon akoz rejè Wòm pa Konstanten. Imilyasyon sa a te repete avèk Anperatris Irèn nan an 782, nan konklizyon premye san senkant ane touman an. Toude imilyasyon sa yo te repete pa Konstanten dènye a.</w:t>
      </w:r>
    </w:p>
    <w:p>
      <w:pPr>
        <w:pStyle w:val="ArticleHeading"/>
        <w:jc w:val="left"/>
      </w:pPr>
      <w:r>
        <w:rPr>
          <w:rFonts w:ascii="Arial" w:hAnsi="Arial" w:eastAsia="Arial" w:cs="Arial"/>
        </w:rPr>
        <w:t>Mòn ak Desann Etranj</w:t>
      </w:r>
    </w:p>
    <w:p>
      <w:pPr>
        <w:pStyle w:val="ArticleBody"/>
        <w:jc w:val="left"/>
      </w:pPr>
      <w:r>
        <w:rPr>
          <w:rFonts w:ascii="Times New Roman" w:hAnsi="Times New Roman" w:eastAsia="Times New Roman" w:cs="Times New Roman"/>
        </w:rPr>
        <w:t>Twonpèt senkyèm ak sizyèm nan Revelasyon nèf bay detay sou tonbe Wòm lès la, pandan yo an menm tan rakonte monte ak tonbe Islam. Enspirasyon fè nou konnen pou nou etidye “monte ak tonbe” wayòm yo nan liv Danyèl ak Revelasyon. Wayòm sa yo gen pwòp karakteristik distenk pa yo ki asosye ak “monte ak tonbe” patikilye yo. Tonbe Jida a te rive atravè twa atak kont Jerizalèm. Ebre yo te mennen ale Babilòn, epi yo t ap retounen anba twa dekrè, ki t ap inisye 2,300 ane yo ki te mennen nan rive twa zanj yo nan listwa depi 1798 rive 1844. Babilòn te tonbe nan yon sèl nuit. Wòm te dezentegre, epi nan dezentegre li a, de aspè Wòm yo te parèt anba sitiyasyon swa Wòm lwès swa Wòm lès. Monte ak tonbe anpi Ptolemeyik la ak anpi Seleusid la nan premye tyè Danyèl onz la tipifye monte ak tonbe Wòm papal la. Temwayaj sa a se senpleman konklizyon istwa Aleksann ak disolisyon Lagrès la. Kontrèman ak Wòm, Lagrès te divize an kat pati ki finalman te vin de. Wòm te divize an lès ak lwès, epi apre sa Wòm lwès te divize pwofetikman an twa, sa ki reprezante gouvènman Wòm nan sou twa fòm. Pou Wòm lès, Konstanten te divize wayòm li a bay twa pitit gason li yo. Li klè Wòm lwès ak Wòm lès se liy paralèl ki reprezante legliz women an ak leta women an. Avèk divizyon doub sa a, gen yon lòt divizyon an twa ankò. Lagrès te kat pou vin de, Babilòn te yon sèl nuit, Jida te twa atak. Konsènan Islam, “monte” li dekri kòm yon “lajman,” epi “tonbe” li se yon “restriksyon.”</w:t>
      </w:r>
    </w:p>
    <w:p>
      <w:pPr>
        <w:pStyle w:val="ArticleBody"/>
        <w:jc w:val="left"/>
      </w:pPr>
      <w:r>
        <w:rPr>
          <w:rFonts w:ascii="Times New Roman" w:hAnsi="Times New Roman" w:eastAsia="Times New Roman" w:cs="Times New Roman"/>
        </w:rPr>
        <w:t>Leur ascension commença avec Mohammed, et ils furent retenus le 11 août 1840. Ils furent relâchés et immédiatement retenus au 11/9. Ils furent récemment relâchés le 7 octobre 2023 et, depuis lors, ont été retenus à Gaza. L’islam sera de nouveau relâché pour marquer l’établissement de l’image de la bête. La ligne de l’histoire prophétique islamique qui est représentée dans les chapitres neuf à onze du livre de l’Apocalypse identifie l’histoire prophétique de l’islam du troisième malheur. « L’histoire prophétique de l’islam du troisième malheur » est aussi représentée par le septième ange ainsi que par le troisième ange. Le troisième ange arriva le 22 octobre 1844, lorsque le septième ange commença à sonner. Le troisième ange et le troisième malheur entrèrent dans l’histoire prophétique au 11/9. Du 11/9 jusqu’à la loi du dimanche, l’histoire prophétique du premier et du deuxième malheurs s’est répétée, et se répète encore.</w:t>
      </w:r>
    </w:p>
    <w:p>
      <w:pPr>
        <w:pStyle w:val="ArticleBody"/>
        <w:jc w:val="left"/>
      </w:pPr>
      <w:r>
        <w:rPr>
          <w:rFonts w:ascii="Times New Roman" w:hAnsi="Times New Roman" w:eastAsia="Times New Roman" w:cs="Times New Roman"/>
        </w:rPr>
        <w:t>“kle” batay Niniv la fè de pisans, Wòm ak Pès, antre nan yon relasyon dirèk e endisolib ak Islam. Niniv idantifye pi klè pase nenpòt lòt pasaj nan Lekriti desepsyon pwogresif tou de Wòm oksidantal ak Wòm oryantal.</w:t>
      </w:r>
    </w:p>
    <w:p>
      <w:pPr>
        <w:pStyle w:val="ArticleBody"/>
        <w:jc w:val="left"/>
      </w:pPr>
      <w:r>
        <w:rPr>
          <w:rFonts w:ascii="Times New Roman" w:hAnsi="Times New Roman" w:eastAsia="Times New Roman" w:cs="Times New Roman"/>
        </w:rPr>
        <w:t>Ewòd se yon senbòl dragon an; li t ap reprezante Wòm. Dragon an nan fen mond lan se Nasyonzini. Lè lwa dimanch lan vini, sizyèm wayòm nan tonbe, setyèm nan kòmanse, men yo bay wayòm pa yo a wityèm wayòm nan nan pwòp fèt anivèsè yo. Setyèm wayòm nan fenk fèt, epi tousuit li dakò bay wayòm pa li a bay gwo jennès Babilòn nan pou yon sèl lè, jan sa te parèt davans nan tip Ewòd ki te pwomèt Salome jiska mwatye wayòm li.</w:t>
      </w:r>
    </w:p>
    <w:p>
      <w:pPr>
        <w:pStyle w:val="ArticleBody"/>
        <w:jc w:val="left"/>
      </w:pPr>
      <w:r>
        <w:rPr>
          <w:rFonts w:ascii="Times New Roman" w:hAnsi="Times New Roman" w:eastAsia="Times New Roman" w:cs="Times New Roman"/>
        </w:rPr>
        <w:t>Jis kote Etazini tonbe a, se la Nasyonzini fèt, epi inyon twa fwa a mete an aplikasyon. Ewòd se dragon an, Ewodyad se papote a, epi Etazini se Salome. Ewòd te nan yon alyans maryaj ki pa t legal, paske li te marye ak madanm frè li; epi sou plan pwofetik la li te nan yon relasyon ensès ak Salome, paske li klè li te anvayi pa move dezi pou li pandan li t ap danse. Dragon an gen relasyon ak ni manman an ni pitit fi a. Sa enpòtan pou wè lè ou rive detèmine ke Wòm oksidantal ak Wòm oryantal reprezante, respektivman, taktik legliz ak taktik leta. Wòm, katriyèm wayòm pwofesi biblik la, te mete papote a sou twòn nan nan sans pwofetik; epi, lè li te fè sa, li te sèvi kòm yon tip Etazini, ki pral yon lòt fwa ankò mete papote a sou twòn nan.</w:t>
      </w:r>
    </w:p>
    <w:p>
      <w:pPr>
        <w:pStyle w:val="ArticleBody"/>
        <w:jc w:val="left"/>
      </w:pPr>
      <w:r>
        <w:rPr>
          <w:rFonts w:ascii="Times New Roman" w:hAnsi="Times New Roman" w:eastAsia="Times New Roman" w:cs="Times New Roman"/>
        </w:rPr>
        <w:t>Disparisyon pwogresif Wòm oksidantal soti nan 330 rive nan 476 reprezante disparisyon pwogresif Etazini soti nan 1798 rive jouk lwa dimanch lan. Ane “330” ak ane “1798” se toude jalon pwofetik yo rele “tan fikse a” oswa “tan lafen an” nan liv Danyèl la. 330 make kòmansman Wòm oksidantal ak Wòm oryantal. Fen toude a se imilyasyon chèf women an, menm jan Konstanten te imilye vil Wòm nan nan kòmansman an. 476 te fen yon peryòd pwofetik ki make kijan estrikti politik prestijyez Wòm nan te dezentegre anba twa etap. Yon peryòd ki te kòmanse lè yo te rejte vil la an 330 te swiv pa imilyasyon tout estrikti politik yo a—repiblik gloriyez yo a, ki te prensipal sijè vante ansyen Wòm, te demantle, epi finalman li te rive nan 476, lè pa t ap janm gen ankò yon chèf sou Wòm ki soti nan yon vrè liy san women. De liy Wòm ki kòmanse nan ane 330 a, epi pasaj kote de liy sa yo tabli a, gen ladan l tou de liy pwofetik senk mwa. Liy Wòm oksidantal la kòmanse epi fini ak imilyasyon pwogresif. Liy Wòm oryantal la kòmanse epi fini ak imilyasyon pwogresif an 1449, lè dènye Konstanten an te mande pèmisyon pou l wa.</w:t>
      </w:r>
    </w:p>
    <w:p>
      <w:pPr>
        <w:pStyle w:val="ArticleBody"/>
        <w:jc w:val="left"/>
      </w:pPr>
      <w:r>
        <w:rPr>
          <w:rFonts w:ascii="Times New Roman" w:hAnsi="Times New Roman" w:eastAsia="Times New Roman" w:cs="Times New Roman"/>
        </w:rPr>
        <w:t>Youn nan peryòd senk mwa yo mennen nan fen Islam arab la kòm sant pwofesi a, epi nan kòmansman Islam tirk la an 782. Nan dat sa a, enperatris Irene sibi imilyasyon, an akò ak imilyasyon Konstanten dènye a nan fen dezyèm pwofesi senk mwa a. De pwofesi senk mwa andedan yon sèl narasyon ki gen kenz vèsè. Youn dekri yon istwa sou Islam Arabi a, lòt la sou Islam Latiki a. Toude fini ak imilyasyon Wòm lès la. Konklizyon youn nan pwofesi yo te akonpli pa yon fanm ki te sibi imilyasyon, epi lòt la pa yon gason. Liy sou liy, yo idantifye yon imilyasyon legliz la ak leta Wòm lès la. Toude imilyasyon yo se Islam premye malè a ki lakòz yo. Imilyasyon Konstanten dènye a an 1449 kòmanse yon peryòd katran ki fini an 1453, lè mi Konstantinòp yo tonbe. 1449 reprezante yon imilyasyon, epi an 1453 mi yo tonbe, epi yon wayòm fini.</w:t>
      </w:r>
    </w:p>
    <w:p>
      <w:pPr>
        <w:pStyle w:val="ArticleHeading"/>
        <w:jc w:val="left"/>
      </w:pPr>
      <w:r>
        <w:rPr>
          <w:rFonts w:ascii="Arial" w:hAnsi="Arial" w:eastAsia="Arial" w:cs="Arial"/>
        </w:rPr>
        <w:t>Lanmò Mohammed</w:t>
      </w:r>
    </w:p>
    <w:p>
      <w:pPr>
        <w:pStyle w:val="ArticleBody"/>
        <w:jc w:val="left"/>
      </w:pPr>
      <w:r>
        <w:rPr>
          <w:rFonts w:ascii="Times New Roman" w:hAnsi="Times New Roman" w:eastAsia="Times New Roman" w:cs="Times New Roman"/>
        </w:rPr>
        <w:t>Youn nan de peryòd senk mwa yo kòmanse avèk lanmò Mohammed, ki idantifye kòm “wa ki te sou yo a” nan vèsè onz la.</w:t>
      </w:r>
    </w:p>
    <w:p>
      <w:pPr>
        <w:pStyle w:val="ArticleScripture"/>
        <w:jc w:val="left"/>
      </w:pPr>
      <w:r>
        <w:rPr>
          <w:rFonts w:ascii="Times New Roman" w:hAnsi="Times New Roman" w:eastAsia="Times New Roman" w:cs="Times New Roman"/>
        </w:rPr>
        <w:t>Epi yo te gen yon wa sou yo, ki se zanj gwo twou san fon an; non li an ebre se Abadon, men an grèk li rele Apolyon.</w:t>
      </w:r>
    </w:p>
    <w:p>
      <w:pPr>
        <w:pStyle w:val="ArticleBody"/>
        <w:jc w:val="left"/>
      </w:pPr>
      <w:r>
        <w:rPr>
          <w:rFonts w:ascii="Times New Roman" w:hAnsi="Times New Roman" w:eastAsia="Times New Roman" w:cs="Times New Roman"/>
        </w:rPr>
        <w:t>Wa sou yo te Mahomet, paske yo idantifye li nan vèsè youn nan; kidonk li pa yon lòt figi islamik, se Mahomet wa a li ye, epi yon wa se yon wayòm, e Islam se wayòm Mahomet la.</w:t>
      </w:r>
    </w:p>
    <w:p>
      <w:pPr>
        <w:pStyle w:val="ArticleScripture"/>
        <w:jc w:val="left"/>
      </w:pPr>
      <w:r>
        <w:rPr>
          <w:rFonts w:ascii="Times New Roman" w:hAnsi="Times New Roman" w:eastAsia="Times New Roman" w:cs="Times New Roman"/>
        </w:rPr>
        <w:t>Epi senkyèm zanj lan kònen twonpèt li, epi mwen wè yon zetwal ki te tonbe soti nan syèl la desann sou tè a; e yo te ba li kle twou san fon an. Li louvri twou san fon an; epi lafimen monte soti nan twou a, tankou lafimen yon gwo fou; e solèy la ak lè a te vin fè nwa poutèt lafimen twou a. Epi krikèt soti nan lafimen an sou tè a: e yo te ba yo pouvwa, menm jan eskòpyon sou tè a gen pouvwa. Revelasyon 9:1–3.</w:t>
      </w:r>
    </w:p>
    <w:p>
      <w:pPr>
        <w:pStyle w:val="ArticleBody"/>
        <w:jc w:val="left"/>
      </w:pPr>
      <w:r>
        <w:rPr>
          <w:rFonts w:ascii="Times New Roman" w:hAnsi="Times New Roman" w:eastAsia="Times New Roman" w:cs="Times New Roman"/>
        </w:rPr>
        <w:t>Repete premye ak dezyèm malè yo anndan twazyèm malè a mache ann amoni ak repete premye ak dezyèm zanj yo anndan twazyèm zanj lan. Mohammed, wa a, te resevwa kle pou l louvri twou san fon an, epi 9/11 idantifye moman kote twazyèm zanj lan resevwa pouvwa. Lè sa a, Kris la, kòm zanj vanyan an, te desann lè premye frap Balaam nan te rive nan listwa pwofetik la. Apre sa, twou san fon an te louvri, epi Islam te vin tounen yon sijè nan listwa mond lan ankò. Lè sa a, Kris la te mennen pèp Li a tounen sou ansyen chemen Jeremi yo, epi mesaj twazyèm malè a ak twazyèm zanj lan te kòmanse sonnen. An 2015, Trump te anonse entansyon li pou l kandida pou prezidan, konsa li te souke pouvwa dragon mondyalis yo, epi twou san fon an te lage ateyis la ki finalman te touye Trump nan lari Sodòm ak Ejip yo. Nan lwa dimanch la, bèt la ki se wityèm nan, ki soti nan sèt yo, va monte soti nan twou san fon an. Kòmansman tan sele san karantkatmil yo ak fen li idantifye leve yon pouvwa twou san fon.</w:t>
      </w:r>
    </w:p>
    <w:p>
      <w:pPr>
        <w:pStyle w:val="ArticleScripture"/>
        <w:jc w:val="left"/>
      </w:pPr>
      <w:r>
        <w:rPr>
          <w:rFonts w:ascii="Times New Roman" w:hAnsi="Times New Roman" w:eastAsia="Times New Roman" w:cs="Times New Roman"/>
        </w:rPr>
        <w:t>Bèt ou te wè a te la, e li pa la ankò; li pral monte soti nan twou san fon an, epi li pral ale nan pèdisyon. Moun ki rete sou latè yo pral sezi, yo menm ki pa t gen non yo ekri nan liv lavi a depi fondasyon mond lan, lè yo va gade bèt la ki te la, ki pa la ankò, epi ki la toujou. Revelasyon 17:8.</w:t>
      </w:r>
    </w:p>
    <w:p>
      <w:pPr>
        <w:pStyle w:val="ArticleBody"/>
        <w:jc w:val="left"/>
      </w:pPr>
      <w:r>
        <w:rPr>
          <w:rFonts w:ascii="Times New Roman" w:hAnsi="Times New Roman" w:eastAsia="Times New Roman" w:cs="Times New Roman"/>
        </w:rPr>
        <w:t>Lalam se kle a ki louvri twou san fon an nan 11 Septanm, e se li menm ki louvri twou san fon an lè lwa dimanch la vini. Nan mitan tan sele a, bèt-dragon mondyalis la tou sòti nan twou san fon an.</w:t>
      </w:r>
    </w:p>
    <w:p>
      <w:pPr>
        <w:pStyle w:val="ArticleScripture"/>
        <w:jc w:val="left"/>
      </w:pPr>
      <w:r>
        <w:rPr>
          <w:rFonts w:ascii="Times New Roman" w:hAnsi="Times New Roman" w:eastAsia="Times New Roman" w:cs="Times New Roman"/>
        </w:rPr>
        <w:t>Epi lè yo va fin rann temwayaj yo, bèt ki moute soti nan twou san fon an va fè lagè kont yo, l ap genyen batay sou yo, epi l ap touye yo. Revelasyon 11:7.</w:t>
      </w:r>
    </w:p>
    <w:p>
      <w:pPr>
        <w:pStyle w:val="ArticleBody"/>
        <w:jc w:val="left"/>
      </w:pPr>
      <w:r>
        <w:rPr>
          <w:rFonts w:ascii="Times New Roman" w:hAnsi="Times New Roman" w:eastAsia="Times New Roman" w:cs="Times New Roman"/>
        </w:rPr>
        <w:t>Kle a ki louvri tout twa etap repè yo pou yon pouvwa ki soti nan twou san fon an te bay Mohammed, wa wayòm Islam nan. Batay Niniv la an 627 te reprezante yon batay ant de pouvwa ki te febli fòs toude konbatan yo, sa ki te pèmèt Islam monte rapidman sou pouvwa a. Kle a te vire nan 9/11, e monte Islam nan te kòmanse, byenke li te vin restrenn tousuit apre sa. Batay Niniv la te jwenn tip li nan 9/11, paske se la monte Islam nan te kòmanse pandan zanj vanyan an t ap desann pou klere tè a ak glwa Li, epi zetwal la, ki vle di mesaje, te tonbe soti nan syèl la tou. Batay Niniv la jwenn tip li tou nan fen an, lè lwa dimanch la rive epi dezyèm peryòd Mwayennaj Fènwa yo kòmanse, pandan lafimen relijyon Islam nan ap bouche solèy la.</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Lalwa dimanch lan se yon tip lè mesaj rèl minwi a te rive nan reyinyon kan Exeter la. Lè sa a, dènye mouvman yo nan etablisman imaj bèt la kòmanse. Fòmasyon an, oswa etablisman imaj la, te kòmanse nan 9/11, men nan fen peryòd la, peryòd pwoklamasyon rèl minwi a se tou yon fraktal tout antye peryòd fòmasyon imaj la ki te kòmanse nan 9/11. Kòmansman an reprezante fen an. Premye malè a se yon tip twazyèm malè a, menm jan premye zanj lan se yon tip twazyèm zanj lan. Batay Niniv la nan fen tan sele a, idantifye batay Niniv la nan kòmansman an. Batay Niniv la nan lalwa dimanch lan, se fen tan sele a ki te kòmanse nan 9/11, men li se tou fen peryòd pwoklamasyon rèl minwi a. Se poutèt sa, batay Niniv la tipifye nan kòmansman pwoklamasyon rèl minwi a, ki idantifye dènye etap yo nan fòmasyon imaj bèt la Ozetazini, epi nan lalwa dimanch lan kòmansman fòmasyon imaj bèt la nan lemonn kòmanse. Niniv se kle ki aliyen divès liy yo ki jwenn akonplisman pafè yo nan istwa kache vèsè karant lan.</w:t>
      </w:r>
    </w:p>
    <w:p>
      <w:pPr>
        <w:pStyle w:val="ArticleBody"/>
        <w:jc w:val="left"/>
      </w:pPr>
      <w:r>
        <w:rPr>
          <w:rFonts w:ascii="Times New Roman" w:hAnsi="Times New Roman" w:eastAsia="Times New Roman" w:cs="Times New Roman"/>
        </w:rPr>
        <w:t>Nou pral kontinye pi lwen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Disèt</dc:title>
  <dc:subject>Dezyèm Malè a — Katriyèm Pati</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