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Dizwit</w:t>
      </w:r>
    </w:p>
    <w:p>
      <w:pPr>
        <w:pStyle w:val="ArticleSubtitle"/>
        <w:jc w:val="left"/>
      </w:pPr>
      <w:r>
        <w:rPr>
          <w:rFonts w:ascii="Arial" w:hAnsi="Arial" w:eastAsia="Arial" w:cs="Arial"/>
        </w:rPr>
        <w:t>Dezyèm Malè a — Senkyèm Pati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“kle” ki reprezante batay Niniv la nan Revelasyon nèf la te akonpli pa mwayen yon istwa ki te pwodui yon pwen desizif; e se sa yon kle fè, natirèlman. Sa m ap soutni a, se ke batay Niniv la pa t sèlman kle istorik ki te make leve Islam nan, men li se yon kle pwofetik tou. Dinamik pwofetik batay sa a fè tout liy wayòm pwofesi biblik yo, jan yo prezante nan Danyèl ak Revelasyon an, vin aliyen ak onzyèm chapit Danyèl la. Lè sa rive, sa pèmèt tout wayòm sa yo rann temwayaj sou dènye sis vèsè Danyèl onz yo, e sa ki pi enpòtan an—pou l de sele istwa ekstèn kache vèsè karant lan.</w:t>
      </w:r>
    </w:p>
    <w:p>
      <w:pPr>
        <w:pStyle w:val="ArticleScripture"/>
        <w:jc w:val="left"/>
      </w:pPr>
      <w:r>
        <w:rPr>
          <w:rFonts w:ascii="Times New Roman" w:hAnsi="Times New Roman" w:eastAsia="Times New Roman" w:cs="Times New Roman"/>
        </w:rPr>
        <w:t>E m ap ba ou kle wayòm syèl la; e tou sa ou va mare sou latè va mare nan syèl la; e tou sa ou va lage sou latè va lage nan syèl la. Matye 16:19.</w:t>
      </w:r>
    </w:p>
    <w:p>
      <w:pPr>
        <w:pStyle w:val="ArticleHeading"/>
        <w:jc w:val="left"/>
      </w:pPr>
      <w:r>
        <w:rPr>
          <w:rFonts w:ascii="Arial" w:hAnsi="Arial" w:eastAsia="Arial" w:cs="Arial"/>
        </w:rPr>
        <w:t>Liberasyon ak Asansyon Wayòm Mohammed la</w:t>
      </w:r>
    </w:p>
    <w:p>
      <w:pPr>
        <w:pStyle w:val="ArticleBody"/>
        <w:jc w:val="left"/>
      </w:pPr>
      <w:r>
        <w:rPr>
          <w:rFonts w:ascii="Times New Roman" w:hAnsi="Times New Roman" w:eastAsia="Times New Roman" w:cs="Times New Roman"/>
        </w:rPr>
        <w:t>Batay Niniv la an 627 make kòmansman dis dènye ane pouvwa Pès la, ki te bat atravè estrateji Wòm, akonpaye pa bwouya pwovidans Bondye a. Li te make pwen vire kote òd islamik Mohammed yo te kòmanse leve. Batay la te retire yon restriksyon ki te egziste, yon restriksyon ki, an teyori, ta rete si ni Wòm ni Pès te toude kenbe fòs yo. Okenn nan yo pa t fè sa.</w:t>
      </w:r>
    </w:p>
    <w:p>
      <w:pPr>
        <w:pStyle w:val="ArticleHeading"/>
        <w:jc w:val="left"/>
      </w:pPr>
      <w:r>
        <w:rPr>
          <w:rFonts w:ascii="Arial" w:hAnsi="Arial" w:eastAsia="Arial" w:cs="Arial"/>
        </w:rPr>
        <w:t>Retni ak Liberasyon</w:t>
      </w:r>
    </w:p>
    <w:p>
      <w:pPr>
        <w:pStyle w:val="ArticleBody"/>
        <w:jc w:val="left"/>
      </w:pPr>
      <w:r>
        <w:rPr>
          <w:rFonts w:ascii="Times New Roman" w:hAnsi="Times New Roman" w:eastAsia="Times New Roman" w:cs="Times New Roman"/>
        </w:rPr>
        <w:t>Nan reprezantasyon pwofetik Islam nan, nou jwenn kontrent ak liberasyon Islam depi nan premye entwodiksyon Ekriti a, jan Sara te konvenk Abraram pou l mete Aga ak Izmayèl anba kontrent.</w:t>
      </w:r>
    </w:p>
    <w:p>
      <w:pPr>
        <w:pStyle w:val="ArticleScripture"/>
        <w:jc w:val="left"/>
      </w:pPr>
      <w:r>
        <w:rPr>
          <w:rFonts w:ascii="Times New Roman" w:hAnsi="Times New Roman" w:eastAsia="Times New Roman" w:cs="Times New Roman"/>
        </w:rPr>
        <w:t>Epi Sarayi di Abram: Se fot mwen tonbe sou ou; mwen te mete sèvant mwen an nan lestonmak ou; e lè li wè li te vin ansent, mwen te vin meprize nan je li: se pou Senyè a jije ant mwen menm ak ou. Men Abram di Sarayi: Gade, sèvant ou a nan men ou; fè avè l sa ki fè ou plezi. E lè Sarayi maltrete li, li kouri pou l sove devan figi li. Jenèz 16:5, 6.</w:t>
      </w:r>
    </w:p>
    <w:p>
      <w:pPr>
        <w:pStyle w:val="ArticleBody"/>
        <w:jc w:val="left"/>
      </w:pPr>
      <w:r>
        <w:rPr>
          <w:rFonts w:ascii="Times New Roman" w:hAnsi="Times New Roman" w:eastAsia="Times New Roman" w:cs="Times New Roman"/>
        </w:rPr>
        <w:t>Menm anvan ensidan sa a, rezon ki fè yo entwodui Agar nan narasyon pwofetik la se paske Senyè a te “anpeche” Sara fè pitit.</w:t>
      </w:r>
    </w:p>
    <w:p>
      <w:pPr>
        <w:pStyle w:val="ArticleScripture"/>
        <w:jc w:val="left"/>
      </w:pPr>
      <w:r>
        <w:rPr>
          <w:rFonts w:ascii="Times New Roman" w:hAnsi="Times New Roman" w:eastAsia="Times New Roman" w:cs="Times New Roman"/>
        </w:rPr>
        <w:t>Koulye a, Saraï, madanm Abram nan, pa t fè l okenn pitit; epi li te gen yon sèvant, yon Ejipsyèn, ki te rele Agar. Epi Saraï di Abram: Gade non, Seyè a anpeche m fè pitit; tanpri, antre jwenn sèvant mwen an; petèt se pa li m ap kapab genyen pitit. Epi Abram koute vwa Saraï. Jenèz 16:1, 2.</w:t>
      </w:r>
    </w:p>
    <w:p>
      <w:pPr>
        <w:pStyle w:val="ArticleBody"/>
        <w:jc w:val="left"/>
      </w:pPr>
      <w:r>
        <w:rPr>
          <w:rFonts w:ascii="Times New Roman" w:hAnsi="Times New Roman" w:eastAsia="Times New Roman" w:cs="Times New Roman"/>
        </w:rPr>
        <w:t>“kle” Revelasyon nèf la ki te bay Mohammed, epi ki te vin akonpli apre sa pa batay Niniv la, reprezante retire “fren” ki te sou Islam nan nenpòt moman bay nan istwa pwofetik la.</w:t>
      </w:r>
    </w:p>
    <w:p>
      <w:pPr>
        <w:pStyle w:val="ArticleScripture"/>
        <w:jc w:val="left"/>
      </w:pPr>
      <w:r>
        <w:rPr>
          <w:rFonts w:ascii="Times New Roman" w:hAnsi="Times New Roman" w:eastAsia="Times New Roman" w:cs="Times New Roman"/>
        </w:rPr>
        <w:t>“Zanj yo ap kenbe kat van yo, ki reprezante tankou yon chwal anraje k ap chèche lage kò l epi kouri sou tout fas tè a, pote destriksyon ak lanmò sou chemen li.” Manuscript Releases, volume 20, 217.</w:t>
      </w:r>
    </w:p>
    <w:p>
      <w:pPr>
        <w:pStyle w:val="ArticleBody"/>
        <w:jc w:val="left"/>
      </w:pPr>
      <w:r>
        <w:rPr>
          <w:rFonts w:ascii="Times New Roman" w:hAnsi="Times New Roman" w:eastAsia="Times New Roman" w:cs="Times New Roman"/>
        </w:rPr>
        <w:t>“Leve ak tonbe” wayòm Mohammed la reprezante, pa tèlman kòm yon leve ak yon tonbe, men kòm yon “lache” ak yon “restriksyon”. Lè Islam lage nan sans pwofetik, yo te ilistre liberasyon sa a pa batay Niniv la.</w:t>
      </w:r>
    </w:p>
    <w:p>
      <w:pPr>
        <w:pStyle w:val="ArticleHeading"/>
        <w:jc w:val="left"/>
      </w:pPr>
      <w:r>
        <w:rPr>
          <w:rFonts w:ascii="Arial" w:hAnsi="Arial" w:eastAsia="Arial" w:cs="Arial"/>
        </w:rPr>
        <w:t>Se sèlman Malè yo</w:t>
      </w:r>
    </w:p>
    <w:p>
      <w:pPr>
        <w:pStyle w:val="ArticleBody"/>
        <w:jc w:val="left"/>
      </w:pPr>
      <w:r>
        <w:rPr>
          <w:rFonts w:ascii="Times New Roman" w:hAnsi="Times New Roman" w:eastAsia="Times New Roman" w:cs="Times New Roman"/>
        </w:rPr>
        <w:t>Pami sèt twonpèt yo, se sèlman twonpèt malè Islam yo ki travèse listwa kòm yon fòs ki rete menm jan, depi lè yo te premye antre nan listwa pwofetik la jouk nan fen tan gras la. Kat premye twonpèt ki te vin sou Wòm oksidantal la te reprezante Odoacre, Genséric, Atilla, moun Huns lan, ak Alaric; konsa yo te sèvi kòm tip kat pouvwa jijman pwovidansyèl nan dènye jou yo, men korespondan modèn yo a pa yon desandan dirèk kat ansyen pouvwa sa yo. Sa pa konsa ak twonpèt malè yo. Depi lè Islam antre nan listwa, li kontinye yon liy dirèk liberasyon ak restriksyon jouk li vin nèt delivre nan fen tan gras la. Avèk twonpèt malè yo, “kle” ‘liberasyon’ an make pa batay Niniv la.</w:t>
      </w:r>
    </w:p>
    <w:p>
      <w:pPr>
        <w:pStyle w:val="ArticleHeading"/>
        <w:jc w:val="left"/>
      </w:pPr>
      <w:r>
        <w:rPr>
          <w:rFonts w:ascii="Arial" w:hAnsi="Arial" w:eastAsia="Arial" w:cs="Arial"/>
        </w:rPr>
        <w:t>Nikomedi ak 27 Jiyè 1299</w:t>
      </w:r>
    </w:p>
    <w:p>
      <w:pPr>
        <w:pStyle w:val="ArticleBody"/>
        <w:jc w:val="left"/>
      </w:pPr>
      <w:r>
        <w:rPr>
          <w:rFonts w:ascii="Times New Roman" w:hAnsi="Times New Roman" w:eastAsia="Times New Roman" w:cs="Times New Roman"/>
        </w:rPr>
        <w:t>Pyonye yo te idantifye kòrèkteman 27 jiyè 1299 kòm kòmansman san senkant ane yo ki te fini 27 jiyè 1449, e sa menm, an retou, te kòmanse twasan katrevendiseyen ane ak kenz jou yo ki te rive nan fen yo 11 out 1840.</w:t>
      </w:r>
    </w:p>
    <w:p>
      <w:pPr>
        <w:pStyle w:val="ArticleBody"/>
        <w:jc w:val="left"/>
      </w:pPr>
      <w:r>
        <w:rPr>
          <w:rFonts w:ascii="Times New Roman" w:hAnsi="Times New Roman" w:eastAsia="Times New Roman" w:cs="Times New Roman"/>
        </w:rPr>
        <w:t>Nan atik anvan an, nou te idantifye syèj 1333 rive 1337 la ke Sultan Orhan Gazi (pitit gason Osman I, fondatè Beylik Otoman an) te mennen kont Nikomedi, lè li te sènen vil enpòtan Bizanten Nikomedi a. Syèj sa a se konklizyon lagè ki te fèt kont Nikomedi, lagè ki te kòmanse avèk papa li, Osman. San senkant ane ki nan Revelasyon nèf, vèsè dis la, te kòmanse 27 Jiyè 1299, e kòm kòmansman yon pwofesi, listwa ki makònen ak dat kòmansman sa a dwe note. Osman I (fondatè dinasti Otoman an) te papa Sultan Orhan Gazi; se li menm ki, nan 27 Jiyè 1299, te reyalize viktwa enpòtan sa a nan premye epòk la kont Anpi Bizanten an nan Batay Bapheus la, ki te fèt nan rejyon Nikomedi a, toupre vil Nikomedi a, yon vil kapital ki te gen anpil enpòtans nan listwa Women ak nan premye peryòd Bizanten an.</w:t>
      </w:r>
    </w:p>
    <w:p>
      <w:pPr>
        <w:pStyle w:val="ArticleHeading"/>
        <w:jc w:val="left"/>
      </w:pPr>
      <w:r>
        <w:rPr>
          <w:rFonts w:ascii="Arial" w:hAnsi="Arial" w:eastAsia="Arial" w:cs="Arial"/>
        </w:rPr>
        <w:t>Papa ak Pitit</w:t>
      </w:r>
    </w:p>
    <w:p>
      <w:pPr>
        <w:pStyle w:val="ArticleBody"/>
        <w:jc w:val="left"/>
      </w:pPr>
      <w:r>
        <w:rPr>
          <w:rFonts w:ascii="Times New Roman" w:hAnsi="Times New Roman" w:eastAsia="Times New Roman" w:cs="Times New Roman"/>
        </w:rPr>
        <w:t>Nan dat 27 Jiyè 1299, fòs Osman yo te defèt yon lame Bizanten ki te anba kòmandman yon gouvènè lokal. Batay sa a konsidere kòm youn nan premye gwo siksè militè endepandan Osman apre li te kòmanse konsolide pouvwa li nan Bitini (nòdwès Anatoli). Li te make yon etap enpòtan nan tranzisyon soti nan yon ti beylik tik (prensipa tribi) pou rive nan yon pisans k ap monte ki t ap finalman defye epi konkeri teritwa Bizanten yo. Dat sa a make kòmansman yon peryòd kwasans pou Islam ki, anfen, te mennen nan etablisman Anpi Otoman an lè Konstantinòp te tonbe an 1453. Osman te sèvi ak vanyan sòlda ghazi yo (atakè fwontyè ki te anime pa motivasyon islamik), e se la fòmasyon vanyan sòlda fwontyè ghazi yo te kòmanse pran fòm kòm yon lame ki te pi estriktire, yon lame ki te devlope pwogresivman depi sou Osman pou rive sou pitit gason li, Orhan. Pami lòt eleman enpòtan nan eritaj Osman an, genyen lefèt ke sa te pèmèt Islam konsève pwopriyete, kontrèman ak lagè vanyan sòlda ghazi yo, kote taktik dezòdone frape epi kouri yo te kite yo sèlman piyaj viktwa yo, men pa janm okenn teritwa.</w:t>
      </w:r>
    </w:p>
    <w:p>
      <w:pPr>
        <w:pStyle w:val="ArticleBody"/>
        <w:jc w:val="left"/>
      </w:pPr>
      <w:r>
        <w:rPr>
          <w:rFonts w:ascii="Times New Roman" w:hAnsi="Times New Roman" w:eastAsia="Times New Roman" w:cs="Times New Roman"/>
        </w:rPr>
        <w:t>Sou 27 jiyè 1299, Osman te kòmanse yon kanpay nan zòn Nikomedi, epi trantkat ane apre, pitit gason li a te kòmanse yon syèj ki te dire kat ane kont vil kapital la, Nikomedi. Papa a nan kòmansman an, epi pitit gason an nan fen an. Lagè a kòmanse kont zòn ki reprezante kòm Nikomedi epi li fini ak kapti Nikomedi, vil kapital zòn Nikomedi a. Soti 1299 rive 1337 se yon peryòd trantuit ane, epi pwofetikman nimewo “trantuit” la senbolize yon leve kanpe.</w:t>
      </w:r>
    </w:p>
    <w:p>
      <w:pPr>
        <w:pStyle w:val="ArticleScripture"/>
        <w:jc w:val="left"/>
      </w:pPr>
      <w:r>
        <w:rPr>
          <w:rFonts w:ascii="Times New Roman" w:hAnsi="Times New Roman" w:eastAsia="Times New Roman" w:cs="Times New Roman"/>
        </w:rPr>
        <w:t>Koulye a, leve, mwen di, epi travèse ravin Zered la. Epi nou travèse ravin Zered la. Tan nou te pran depi Kadech-Baneya jouk nou te rive travèse ravin Zered la, se te trantuit ane; jouk tout jenerasyon mesye lagè yo te disparèt nèt nan mitan kan an, jan Senyè a te fè sèman sa ba yo. Detewonòm 2:13, 14.</w:t>
      </w:r>
    </w:p>
    <w:p>
      <w:pPr>
        <w:pStyle w:val="ArticleBody"/>
        <w:jc w:val="left"/>
      </w:pPr>
      <w:r>
        <w:rPr>
          <w:rFonts w:ascii="Times New Roman" w:hAnsi="Times New Roman" w:eastAsia="Times New Roman" w:cs="Times New Roman"/>
        </w:rPr>
        <w:t>San senkant ane senkant lane depi 27 Jiyè 1299 rive 27 Jiyè 1449 la reprezante peryòd ki te mennen nan etablisman Anpi Otoman an, ki se dezyèm malè a nan Revelasyon chapit nèf. Trantuit lane konkèt pwogresif Nikomedi a te kòmanse avèk yon papa (Osman) epi li te fini avèk pitit gason li (Orphan). Peryòd sa a dekri premye etap yon monte pwogresif soti nan yon prensipote tribi pou rive nan yon anpi.</w:t>
      </w:r>
    </w:p>
    <w:p>
      <w:pPr>
        <w:pStyle w:val="ArticleBody"/>
        <w:jc w:val="left"/>
      </w:pPr>
      <w:r>
        <w:rPr>
          <w:rFonts w:ascii="Times New Roman" w:hAnsi="Times New Roman" w:eastAsia="Times New Roman" w:cs="Times New Roman"/>
        </w:rPr>
        <w:t>Senkant ane senkant ane yo lane, depi 27 jiyè 1299 rive 27 jiyè 1449, gen ladan yo yon syèj katran ki make fen trantuit lane yo. Kòmansman konkèt Nikomedi a te fèt pa papa a, Osman, epi fen an te akonpli pa yon syèj katran soti 1333 rive 1337; yon syèj pitit gason Osman an te mennen.</w:t>
      </w:r>
    </w:p>
    <w:p>
      <w:pPr>
        <w:pStyle w:val="ArticleBody"/>
        <w:jc w:val="left"/>
      </w:pPr>
      <w:r>
        <w:rPr>
          <w:rFonts w:ascii="Times New Roman" w:hAnsi="Times New Roman" w:eastAsia="Times New Roman" w:cs="Times New Roman"/>
        </w:rPr>
        <w:t>Lè santsenkant ane yo te fini nan 27 jiyè 1449, anperè Bizanten an, Konstanten onzyèm nan, oswa dènye Konstanten Wòm lès la, te chèche pèmisyon nan men Tik yo pou l monte sou twòn nan. Depi dat sa a rive jouk konkèt Konstantinòp la te gen katran. Katran sa yo te fini avèk syèj Konstantinòp la, epi Konstanten dènye a te mouri nan syèj la. Leve Islam lan reprezante pa premye trantuit ane yo nan pwofesi santsenkant ane a, ki te abouti nan yon syèj katran. Lè santsenkant ane yo te fini, Islam te monte rive nan yon pwen kote Wòm lès la te imilye pa pouvwa Tik yo te posede lè sa a. Depi imilyasyon 27 jiyè 1449 la, katran te mennen nan tonbe Wòm lès la, pandan Konstantinòp te pran atravè yon syèj. Fen premye trantuit ane yo make pa yon syèj, epi etablisman Anpi Otoman an make pa yon syèj.</w:t>
      </w:r>
    </w:p>
    <w:p>
      <w:pPr>
        <w:pStyle w:val="ArticleHeading"/>
        <w:jc w:val="left"/>
      </w:pPr>
      <w:r>
        <w:rPr>
          <w:rFonts w:ascii="Arial" w:hAnsi="Arial" w:eastAsia="Arial" w:cs="Arial"/>
        </w:rPr>
        <w:t>38 ak 40</w:t>
      </w:r>
    </w:p>
    <w:p>
      <w:pPr>
        <w:pStyle w:val="ArticleBody"/>
        <w:jc w:val="left"/>
      </w:pPr>
      <w:r>
        <w:rPr>
          <w:rFonts w:ascii="Times New Roman" w:hAnsi="Times New Roman" w:eastAsia="Times New Roman" w:cs="Times New Roman"/>
        </w:rPr>
        <w:t>Nimewo trantuit la kòm yon senbòl, jan Moyiz prezante li nan Detewonòm, reprezante dènye trantuit ane jijman karant ane pèp la t ap pwonmennen nan dezè a. Se poutèt sa, nimewo trantuit la, kòm yon senbòl, genyen yon rapò ak nimewo karant lan. Osman te pran teritwa Nikomedi a nan dat 27 jiyè 1299, epi trantuit ane apre sa, pitit gason li a te pran vil kapital teritwa a. Teritwa a ak vil kapital la toude te rele Nikomedi. Istoryen yo idantifye batay sa a kòm premye nan “de” etap ki make vrè kòmansman leve kanpe Anpi Otoman an. Dezyèm etap listwa idantifye a se batay Nikeya a an 1301. Se la papa a, Osman, te pran teritwa yo te rele Nikeya a, epi an 1331, trant ane apre sa, pitit gason li a te pran vil kapital la, ki te rele Nikeya, yon ansyen vil kapital women.</w:t>
      </w:r>
    </w:p>
    <w:p>
      <w:pPr>
        <w:pStyle w:val="ArticleBody"/>
        <w:jc w:val="left"/>
      </w:pPr>
      <w:r>
        <w:rPr>
          <w:rFonts w:ascii="Times New Roman" w:hAnsi="Times New Roman" w:eastAsia="Times New Roman" w:cs="Times New Roman"/>
        </w:rPr>
        <w:t>Anrapò ak 1299 ak batay Nikomedi a, kòm premye nan de etap yo, dezyèm etap la te rive de zan apre, an 1301. 1299 se yon senbòl trantuit, epi de zan apre sa (karant), teritwa Nise a se papa a ki pran li. Relasyon trantuit ak karant yo, ki gen rapò ak ansyen Izrayèl k ap leve pou pran tè pwomiz la, reprezante nan 27 jiyè 1299 ak 1301. De premye etap sa yo nan leve Islam lan make pa kanpay militè ki kòmanse avèk papa a k ap konkeri teritwa a, epi pitit gason an k ap konkeri kapital teritwa a nan fen an. Lè de kapital yo te tonbe, yo te tonbe anba yon syèj. Toude kapital yo te, nan yon sèten epòk, kapital lès Wòm.</w:t>
      </w:r>
    </w:p>
    <w:p>
      <w:pPr>
        <w:pStyle w:val="ArticleBody"/>
        <w:jc w:val="left"/>
      </w:pPr>
      <w:r>
        <w:rPr>
          <w:rFonts w:ascii="Times New Roman" w:hAnsi="Times New Roman" w:eastAsia="Times New Roman" w:cs="Times New Roman"/>
        </w:rPr>
        <w:t>27 jiyè 1299 ak 1301 rive nan konklizyon yo 11 dawou 1840, sa ki reprezante istwa ane 1838 la, lè Litch te premye pibliye opinyon li ak prediksyon li sou pwofesi twa san katreven-onz ane ak kenz jou a, ki t ap finalman akonpli 11 dawou 1840. De etap leve kanpe pou Milerit yo se te ane 1838 ak 1840.</w:t>
      </w:r>
    </w:p>
    <w:p>
      <w:pPr>
        <w:pStyle w:val="ArticleScripture"/>
        <w:jc w:val="left"/>
      </w:pPr>
      <w:r>
        <w:rPr>
          <w:rFonts w:ascii="Times New Roman" w:hAnsi="Times New Roman" w:eastAsia="Times New Roman" w:cs="Times New Roman"/>
        </w:rPr>
        <w:t>“Nan ane 1840 la, yon lòt akonplisman remakab nan pwofesi te soulve yon enterè toupatou. Dezan anvan sa, Josiah Litch, youn nan minis prensipal ki t ap preche Dezyèm Avènman an, te pibliye yon espozisyon sou Revelasyon 9, kote li te predi tonbe Anpi Otoman an. Dapre kalkil li yo, pouvwa sa a te dwe ranvèse ‘nan A.D. 1840, yon lè pandan mwa Out la;’ epi sèlman kèk jou anvan akonplisman sa a li te ekri: ‘Si nou admèt premye peryòd la, 150 ane, te akonpli egzakteman anvan Deacozes monte sou twòn nan avèk pèmisyon Tik yo, epi 391 ane ak kenz jou yo te kòmanse nan fen premye peryòd la, li pral fini 11 dawou 1840, lè yo ka atann pouvwa Otoman an nan Konstantinòp ap kraze. E mwen kwè se konsa y ap jwenn sa ye.’—Josiah Litch, nan Signs of the Times, and Expositor of Prophecy, 1e dawou 1840.”</w:t>
      </w:r>
    </w:p>
    <w:p>
      <w:pPr>
        <w:pStyle w:val="ArticleScripture"/>
        <w:jc w:val="left"/>
      </w:pPr>
      <w:r>
        <w:rPr>
          <w:rFonts w:ascii="Times New Roman" w:hAnsi="Times New Roman" w:eastAsia="Times New Roman" w:cs="Times New Roman"/>
        </w:rPr>
        <w:t>“Nan menm tan egzak yo te presize a, Latiki, pa mwayen anbasadè li yo, te aksepte pwoteksyon pisans alye Ewòp yo, e konsa li te mete tèt li anba kontwòl nasyon kretyen yo. Evènman an te akonpli prediksyon an egzakteman. Lè sa te vin konnen, anpil moun te vin konvenki sou koreksyon prensip entèpretasyon pwofetik Miller ak asosye li yo te adopte yo, e yo te bay mouvman advent la yon elan ekstraòdinè. Gason ki te gen konesans ak pozisyon te mete tèt yo ansanm ak Miller, ni nan preche ni nan pibliye opinyon li yo, epi depi 1840 rive 1844 travay la te pwolonje rapidman.” The Great Controversy, 334, 335.</w:t>
      </w:r>
    </w:p>
    <w:p>
      <w:pPr>
        <w:pStyle w:val="ArticleBody"/>
        <w:jc w:val="left"/>
      </w:pPr>
      <w:r>
        <w:rPr>
          <w:rFonts w:ascii="Times New Roman" w:hAnsi="Times New Roman" w:eastAsia="Times New Roman" w:cs="Times New Roman"/>
        </w:rPr>
        <w:t>Prediksyon Litch la nan ane 38 la ansanm ak vizyon korije li pou ane 40 an genyen ladan yo deklarasyon final li, ke li te ekri nan premye out, dis jou anvan prediksyon korije a. Se akonplisman prediksyon an ki te konvenk mond lan sou metodoloji ki kòrèk pou pwofesi biblik la. Trantuit ane ki te make leve ansyen pèp Izrayèl la te gen ladan yo de ane yo depi travèse Lanmè Wouj la jouk premye rebelyon an Kadès.</w:t>
      </w:r>
    </w:p>
    <w:p>
      <w:pPr>
        <w:pStyle w:val="ArticleScripture"/>
        <w:jc w:val="left"/>
      </w:pPr>
      <w:r>
        <w:rPr>
          <w:rFonts w:ascii="Times New Roman" w:hAnsi="Times New Roman" w:eastAsia="Times New Roman" w:cs="Times New Roman"/>
        </w:rPr>
        <w:t>Paske tout mesye sa yo ki te wè glwa mwen ak mirak mwen te fè nan peyi Lejip ak nan dezè a, e ki te tante m kounye a dis fwa, epi ki pa t koute vwa mwen, an verite yo p ap wè peyi mwen te sèmante bay zansèt yo; ni okenn nan moun ki te pwovoke m yo p ap wè li. Resansman 14:22, 23.</w:t>
      </w:r>
    </w:p>
    <w:p>
      <w:pPr>
        <w:pStyle w:val="ArticleBody"/>
        <w:jc w:val="left"/>
      </w:pPr>
      <w:r>
        <w:rPr>
          <w:rFonts w:ascii="Times New Roman" w:hAnsi="Times New Roman" w:eastAsia="Times New Roman" w:cs="Times New Roman"/>
        </w:rPr>
        <w:t>Rebelyon sa a idantifye kòm dènye nan dis eprèv yo. Yon peryòd de zan tès ki gen dis eprèv, ajoute ak trantuit ane nan dezè a, te tipifye 1838 ak 1840, epi 1840 te genyen yon peryòd dis jou.</w:t>
      </w:r>
    </w:p>
    <w:p>
      <w:pPr>
        <w:pStyle w:val="ArticleBody"/>
        <w:jc w:val="left"/>
      </w:pPr>
      <w:r>
        <w:rPr>
          <w:rFonts w:ascii="Times New Roman" w:hAnsi="Times New Roman" w:eastAsia="Times New Roman" w:cs="Times New Roman"/>
        </w:rPr>
        <w:t>Epi pwen depa leve Islam nan men Osman, 27 Jiyè 1299, kòmanse yon peryòd trantuit ane ki fini ak yon syèj katran an 1337. Dat 27 Jiyè 1299 te premye nan de etap istoryen yo idantifye kòm pwen depa leve Anpi Otoman an, epi dezyèm etap la te an 1301. De etap batay Nikomedi ak Nike a an 1299 ak 1301 yo tipifye 1838 ak 1840. Kòmansman pwofesi a ilistre fen an.</w:t>
      </w:r>
    </w:p>
    <w:p>
      <w:pPr>
        <w:pStyle w:val="ArticleBody"/>
        <w:jc w:val="left"/>
      </w:pPr>
      <w:r>
        <w:rPr>
          <w:rFonts w:ascii="Times New Roman" w:hAnsi="Times New Roman" w:eastAsia="Times New Roman" w:cs="Times New Roman"/>
        </w:rPr>
        <w:t>Nikomedi ak Nikeya toude yo te sèvi tanporèman kòm kapital Lès Wòm nan istwa pa yo. Natirèlman, Konstantinòp te vin finalman kapital lès la an 330, e li te rete konsa jouk an 1453. Nikomedi ak Nikeya prefigire tonbe Konstantinòp; tout yo te tonbe anba syèj islamik ki te make konklizyon yon kanpay kote Islam te premye pran kontwòl teritwa a epi, apre sa, te pran vil kapital la.</w:t>
      </w:r>
    </w:p>
    <w:p>
      <w:pPr>
        <w:pStyle w:val="ArticleBody"/>
        <w:jc w:val="left"/>
      </w:pPr>
      <w:r>
        <w:rPr>
          <w:rFonts w:ascii="Times New Roman" w:hAnsi="Times New Roman" w:eastAsia="Times New Roman" w:cs="Times New Roman"/>
        </w:rPr>
        <w:t>Premye syèj la pandan katran, soti 1333 rive 1337, reprezante katran yo soti 1449 rive 1453 lè pwofesi a te fini. Twa san katreven-onz ane ak kenz jou apre sa, Islam vin anpeche, pandan Millerit yo “leve” anba pouvwa pwofetik ki reprezante nan karakteristik “trant-uit ak karant” yo, jan sa reprezante nan istwa alfa a nan istwa 27 Jiyè 1299 ak 27 Jiyè 1449. Leve Islam ak leve mesaje Bondye yo nan dènye jou yo reprezante nan yon senbòl nimerik ki konstwi pa relasyon nimerik 38 ak 40.</w:t>
      </w:r>
    </w:p>
    <w:p>
      <w:pPr>
        <w:pStyle w:val="ArticleBody"/>
        <w:jc w:val="left"/>
      </w:pPr>
      <w:r>
        <w:rPr>
          <w:rFonts w:ascii="Times New Roman" w:hAnsi="Times New Roman" w:eastAsia="Times New Roman" w:cs="Times New Roman"/>
        </w:rPr>
        <w:t>Nan Ezekyèl trant-sèt, Islam se mesaj van lès la yo soufle sou zo sèch mò yo, pou yo ka leve kanpe tankou yon gwo lame vanyan sòlda. Lè mesaj Ezekyèl la rive, leve kanpe a kòmanse, menm jan sa te fèt nan listwa Millerit la nan 1838 ak 1840. Mesaj sa a te rive nan 11/9, epi nan lwa dimanch k ap vini byento a, zo sa yo kanpe tankou yon gwo lame vanyan sòlda. Leve kanpe lame Bondye a kòm legliz triyonfan an nan dènye jou yo, sa jwenn tip li nan 1838 ak 1840. Soti 11/9 rive nan lwa dimanch lan te jwenn tip li nan 1840 rive 1844, men li tipifye tou peryòd ki soti 31 desanm 2023 rive jouk boul dife Nashville yo.</w:t>
      </w:r>
    </w:p>
    <w:p>
      <w:pPr>
        <w:pStyle w:val="ArticleHeading"/>
        <w:jc w:val="left"/>
      </w:pPr>
      <w:r>
        <w:rPr>
          <w:rFonts w:ascii="Arial" w:hAnsi="Arial" w:eastAsia="Arial" w:cs="Arial"/>
        </w:rPr>
        <w:t>Wòm lès</w:t>
      </w:r>
    </w:p>
    <w:p>
      <w:pPr>
        <w:pStyle w:val="ArticleBody"/>
        <w:jc w:val="left"/>
      </w:pPr>
      <w:r>
        <w:rPr>
          <w:rFonts w:ascii="Times New Roman" w:hAnsi="Times New Roman" w:eastAsia="Times New Roman" w:cs="Times New Roman"/>
        </w:rPr>
        <w:t>Depi nan divizyon anpi a pa Konstanten premye a (Gran an), rive jouk nan dènye Konstanten an, sa reprezante istwa pwofetik Wòm lès la. Se poutèt sa, peryòd pwofetik la make pa yon papa pwofetik oubyen senbolik ak yon pitit gason, jan non yo reprezante yo, byenke pa t gen okenn desandans dirèk pa san ant Konstanten Gran an ak Konstanten onzyèm nan. Premye ak dènye Konstanten yo reprezante tou pwofetikman kòm senbòl alfa ak omega, epi papa a (alfa) te chwazi Konstantinòp kòm kapital la, tandiske pitit gason an (omega) te mouri nan syèj la lè Konstantinòp te sispann kapital la. Premye ak dènye Konstanten yo make peryòd pwofetik Wòm lès la. Peryòd 150 ane ki te kòmanse 27 jiyè 1299 la gen ladan li yon peryòd 38 ane epi li fini ak yon syèj 4 ane. Syèj sa a te tipifye peryòd 1449 rive 1453 la. Kanpay Nikomedi a te kòmanse lè yo te konkeri yon teritwa epi li te fini lè yo te konkeri kapital teritwa sa a. Menm jan ak premye ak dènye Konstanten yo, konkèt Nikomedi a te kòmanse ak yon papa (premye a) epi li te fini ak yon pitit gason (dènye a).</w:t>
      </w:r>
    </w:p>
    <w:p>
      <w:pPr>
        <w:pStyle w:val="ArticleHeading"/>
        <w:jc w:val="left"/>
      </w:pPr>
      <w:r>
        <w:rPr>
          <w:rFonts w:ascii="Arial" w:hAnsi="Arial" w:eastAsia="Arial" w:cs="Arial"/>
        </w:rPr>
        <w:t>Kat ane</w:t>
      </w:r>
    </w:p>
    <w:p>
      <w:pPr>
        <w:pStyle w:val="ArticleBody"/>
        <w:jc w:val="left"/>
      </w:pPr>
      <w:r>
        <w:rPr>
          <w:rFonts w:ascii="Times New Roman" w:hAnsi="Times New Roman" w:eastAsia="Times New Roman" w:cs="Times New Roman"/>
        </w:rPr>
        <w:t>Yon syèj katran nan peryòd ouvèti san senkant ane yo, ki te mennen rive nan kat ane depi imilyasyon Konstanten dènye a an 1449 jouk 1453, lè Konstantinòp te sènen epi li tonbe. Pwofesi tan dezyèm malè a, ki reprezante twasan katrevendiseyen ane ak kenz jou, te kòmanse 27 jiyè 1449 e li te fini 11 dawout 1840. Dat sa a make kòmansman yon peryòd katran ke Sè White te rele yon manifestasyon gloriye pouvwa Bondye.</w:t>
      </w:r>
    </w:p>
    <w:p>
      <w:pPr>
        <w:pStyle w:val="ArticleScripture"/>
        <w:jc w:val="left"/>
      </w:pPr>
      <w:r>
        <w:rPr>
          <w:rFonts w:ascii="Times New Roman" w:hAnsi="Times New Roman" w:eastAsia="Times New Roman" w:cs="Times New Roman"/>
        </w:rPr>
        <w:t>“Zanj ki ini nan pwoklamasyon mesaj twazyèm zanj lan gen pou l klere tout tè a ak glwa li. Isit la yo predi yon travay ki gen yon dimansyon mondyal ak yon puisans ki pa t janm parèt konsa anvan. Mouvman adven an nan ane 1840–44 la te yon manifestasyon gloriye puisans Bondye; mesaj premye zanj lan te pote rive nan tout estasyon misyonè nan lemonn, e nan kèk peyi te gen pi gwo enterè relijye yo te janm temwen nan okenn tè depi Refòm sèzyèm syèk la; men tout bagay sa yo dwe depase pa mouvman pisan ki pral fèt anba dènye avètisman twazyèm zanj lan.” The Great Controversy, 611.</w:t>
      </w:r>
    </w:p>
    <w:p>
      <w:pPr>
        <w:pStyle w:val="ArticleBody"/>
        <w:jc w:val="left"/>
      </w:pPr>
      <w:r>
        <w:rPr>
          <w:rFonts w:ascii="Times New Roman" w:hAnsi="Times New Roman" w:eastAsia="Times New Roman" w:cs="Times New Roman"/>
        </w:rPr>
        <w:t>Islam te metrize 11 out 1840, e te gen yon peryòd katran ki koresponn ni ak vide Sentespri a nan Jou Pannkòt la, ni ak desant zanj pisan an nan Revelasyon dizwityèm chapit la, lè “gran bilding yo” nan Nouyòk te frape pa Islam twazyèm malè a nan 9/11. 9/11 make kòmansman tan sele san karannkat mil yo. Sele a se yon peryòd tan, epi fen peryòd sele a pote menm karakteristik ak kòmansman peryòd la. Lè Kris te desann nan 9/11, li te tipifye Mikaèl k ap desann pou resisite de temwen yo nan 31 desanm 2023, lè dènye peryòd sele a te kòmanse.</w:t>
      </w:r>
    </w:p>
    <w:p>
      <w:pPr>
        <w:pStyle w:val="ArticleBody"/>
        <w:jc w:val="left"/>
      </w:pPr>
      <w:r>
        <w:rPr>
          <w:rFonts w:ascii="Times New Roman" w:hAnsi="Times New Roman" w:eastAsia="Times New Roman" w:cs="Times New Roman"/>
        </w:rPr>
        <w:t>Kle ki se batay Niniv la reprezante divès degajman Islam yo, ki t ap fè Wòm lès la tonbe an 1453. Anndan san senkant ane “senk mwa” vèsè diz la, ni kòmansman an ni fen an genyen yon peryòd katran. De peryòd katran sa yo konekte ak konklizyon twasan katreven-onz ane ak kenz jou yo, ki te make yon peryòd katran soti 1840 rive 1844, lè Kris t ap klere “tout tè a ak glwa li.” An 1844, tan pwofetik sispann aplike, paske tan t ap “pa gen tan ankò.”</w:t>
      </w:r>
    </w:p>
    <w:p>
      <w:pPr>
        <w:pStyle w:val="ArticleScripture"/>
        <w:jc w:val="left"/>
      </w:pPr>
      <w:r>
        <w:rPr>
          <w:rFonts w:ascii="Times New Roman" w:hAnsi="Times New Roman" w:eastAsia="Times New Roman" w:cs="Times New Roman"/>
        </w:rPr>
        <w:t>Epi li sèmante pa sila a ki viv pou tout tan tout tan, ki te kreye syèl la, ak sa ki ladan l yo, ak tè a, ak sa ki ladan l yo, ak lanmè a, ak sa ki ladan l yo, ke pa t ap gen tan ankò. Revelasyon 10:6.</w:t>
      </w:r>
    </w:p>
    <w:p>
      <w:pPr>
        <w:pStyle w:val="ArticleHeading"/>
        <w:jc w:val="left"/>
      </w:pPr>
      <w:r>
        <w:rPr>
          <w:rFonts w:ascii="Arial" w:hAnsi="Arial" w:eastAsia="Arial" w:cs="Arial"/>
        </w:rPr>
        <w:t>1333 rive 1337, 1449 rive 1453, 1840 rive 1844</w:t>
      </w:r>
    </w:p>
    <w:p>
      <w:pPr>
        <w:pStyle w:val="ArticleBody"/>
        <w:jc w:val="left"/>
      </w:pPr>
      <w:r>
        <w:rPr>
          <w:rFonts w:ascii="Times New Roman" w:hAnsi="Times New Roman" w:eastAsia="Times New Roman" w:cs="Times New Roman"/>
        </w:rPr>
        <w:t>Twa liy sa yo, ki fèt an peryòd katran, aliyen ak tan sele a depi 9/11 jouk rive nan lwa dimanch lan; yo aliyen tou ak fraktal ki soti nan 9/11 jouk rive nan lwa dimanch lan, ki reprezante depi 31 desanm 2023 jouk lè Islam pral lage ankò pou delivre boul dife Nashville yo.</w:t>
      </w:r>
    </w:p>
    <w:p>
      <w:pPr>
        <w:pStyle w:val="ArticleBody"/>
        <w:jc w:val="left"/>
      </w:pPr>
      <w:r>
        <w:rPr>
          <w:rFonts w:ascii="Times New Roman" w:hAnsi="Times New Roman" w:eastAsia="Times New Roman" w:cs="Times New Roman"/>
        </w:rPr>
        <w:t>Fraktal pwofetik ki soti 31 Desanm 2023 rive jouk boul dife Nashville yo te tipifye pa twa peryòd pwofetik katran ki tout aliyen ak tan sele a depi 9/11 rive nan lwa dimanch la. Konsa, kat temwen idantifye istwa 31 Desanm 2023 rive jouk atak Nashville la, e se te batay Niniv la ki se “kle” pou chak nan temwen sa yo. 1333, 1449, 1840 ak 9/11 te tout pwen vire — “kle.”</w:t>
      </w:r>
    </w:p>
    <w:p>
      <w:pPr>
        <w:pStyle w:val="ArticleScripture"/>
        <w:jc w:val="left"/>
      </w:pPr>
      <w:r>
        <w:rPr>
          <w:rFonts w:ascii="Times New Roman" w:hAnsi="Times New Roman" w:eastAsia="Times New Roman" w:cs="Times New Roman"/>
        </w:rPr>
        <w:t>“Gen leson pou nou aprann nan istwa tan pase a; e yo atire atansyon sou yo, pou tout moun ka konprann ke Bondye ap travay sou menm liy yo kounye a menm jan Li te toujou fè l. Yo wè men Li nan travay Li a ak nan mitan nasyon yo kounye a, menm jan sa te toujou ye depi lè levanjil la te premye pwoklame bay Adan nan Jaden Edenn nan. ”</w:t>
      </w:r>
    </w:p>
    <w:p>
      <w:pPr>
        <w:pStyle w:val="ArticleScripture"/>
        <w:jc w:val="left"/>
      </w:pPr>
      <w:r>
        <w:rPr>
          <w:rFonts w:ascii="Times New Roman" w:hAnsi="Times New Roman" w:eastAsia="Times New Roman" w:cs="Times New Roman"/>
        </w:rPr>
        <w:t>“Gen kèk peryòd ki se pwen vire nan istwa nasyon yo ak nan istwa legliz la. Nan pwovidans Bondye, lè diferan kriz sa yo rive, limyè ki pou tan sa a bay. Si yo resevwa li, gen pwogrè espirityèl; si yo rejte li, dekadans espirityèl ak nofraj swiv. Senyè a, nan Pawòl Li, te louvri travay ofansif levanjil la jan li te mennen nan tan pase a, e jan li pral ye nan lavni, jis rive nan konfli final la, lè ajan satanik yo pral fè dènye mouvman mèvèy yo.” Bible Echo, August 26, 1895.</w:t>
      </w:r>
    </w:p>
    <w:p>
      <w:pPr>
        <w:pStyle w:val="ArticleHeading"/>
        <w:jc w:val="left"/>
      </w:pPr>
      <w:r>
        <w:rPr>
          <w:rFonts w:ascii="Arial" w:hAnsi="Arial" w:eastAsia="Arial" w:cs="Arial"/>
        </w:rPr>
        <w:t>Nikomedi</w:t>
      </w:r>
    </w:p>
    <w:p>
      <w:pPr>
        <w:pStyle w:val="ArticleBody"/>
        <w:jc w:val="left"/>
      </w:pPr>
      <w:r>
        <w:rPr>
          <w:rFonts w:ascii="Times New Roman" w:hAnsi="Times New Roman" w:eastAsia="Times New Roman" w:cs="Times New Roman"/>
        </w:rPr>
        <w:t>Apre li te vin anperè an 284, an 293, Diyokletyen te chwazi Nikomedi kòm kapital lès Anpi Women an lè li te legalman divize anpi a an Lès ak Lwès, pandan li te etabli sistèm Tetrashi a. Nikomedi te sèvi kòm prensipal kapital administratif ak militè nan Lès la pandan plizyè deseni. Konstanten Gran te sèvi avè l kòm baz anvan li te deside bati nouvo kapital la nan Bizans ki te toupre a (li te rele li Konstantinòp ankò an 330). Menm apre Konstantinòp te vin kapital prensipal la, Nikomedi te rete yon gwo sant rejyonal, estratejikman sitiye sou rivaj lès Lanmè Marmara a. Kidonk, byenke li pa t kapital pèmanan an tankou Wòm oswa Konstantinòp, Nikomedi te ofisyèlman deziyen kòm kapital lès la pandan yon peryòd tranzisyon kle nan istwa women an. Nan kòmansman san senkant ane yo, yo konkeri yon kapital Wòm lès la, epi nan fen an, yo konkeri yon kapital Wòm lès la. Toude konkèt yo te gen ladan yo yon syèj.</w:t>
      </w:r>
    </w:p>
    <w:p>
      <w:pPr>
        <w:pStyle w:val="ArticleHeading"/>
        <w:jc w:val="left"/>
      </w:pPr>
      <w:r>
        <w:rPr>
          <w:rFonts w:ascii="Arial" w:hAnsi="Arial" w:eastAsia="Arial" w:cs="Arial"/>
        </w:rPr>
        <w:t>Diyokletyen</w:t>
      </w:r>
    </w:p>
    <w:p>
      <w:pPr>
        <w:pStyle w:val="ArticleBody"/>
        <w:jc w:val="left"/>
      </w:pPr>
      <w:r>
        <w:rPr>
          <w:rFonts w:ascii="Times New Roman" w:hAnsi="Times New Roman" w:eastAsia="Times New Roman" w:cs="Times New Roman"/>
        </w:rPr>
        <w:t>Anperè Dioclétien te fè Nikomedya tounen kapital ofisyèl lès Anpi women an lè li te mete sistèm Tetrachi a an aplikasyon an 293. Sistèm Tetrachi a te konpoze de yon divizyon lwès ak yon divizyon lès nan anpi a; ni lès la ni lwès la chak te genyen yon anperè siperyè (Augusti) ak yon anperè jinyò (Caesar) pou fòme kantite kat la ki reprezante pa mo “tetrachi” a.</w:t>
      </w:r>
    </w:p>
    <w:p>
      <w:pPr>
        <w:pStyle w:val="ArticleHeading"/>
        <w:jc w:val="left"/>
      </w:pPr>
      <w:r>
        <w:rPr>
          <w:rFonts w:ascii="Arial" w:hAnsi="Arial" w:eastAsia="Arial" w:cs="Arial"/>
        </w:rPr>
        <w:t>Alfa ak Omega</w:t>
      </w:r>
    </w:p>
    <w:p>
      <w:pPr>
        <w:pStyle w:val="ArticleBody"/>
        <w:jc w:val="left"/>
      </w:pPr>
      <w:r>
        <w:rPr>
          <w:rFonts w:ascii="Times New Roman" w:hAnsi="Times New Roman" w:eastAsia="Times New Roman" w:cs="Times New Roman"/>
        </w:rPr>
        <w:t>Dyoklèsyen se senbòl omega legliz Smirn nan, epi Neron se senbòl alfa a. Konstanten Legran se senbòl alfa legliz Pègam lan, epi Jistinyen se senbòl omega a.</w:t>
      </w:r>
    </w:p>
    <w:p>
      <w:pPr>
        <w:pStyle w:val="ArticleBody"/>
        <w:jc w:val="left"/>
      </w:pPr>
      <w:r>
        <w:rPr>
          <w:rFonts w:ascii="Times New Roman" w:hAnsi="Times New Roman" w:eastAsia="Times New Roman" w:cs="Times New Roman"/>
        </w:rPr>
        <w:t>Divizyon “legal” Wòm nan an lès ak lwès (ki pa t dire) te akonpli pa Diyokletyen, epi divizyon pwofetik Wòm nan an lès ak lwès te akonpli pa Konstanten. Pandan istwa dezyèm legliz senbolik pèsekisyon an, ki reprezante pa Smirn, Wòm te divize legalman an lès ak lwès; epi nan istwa twazyèm legliz senbolik konpwomi a, ki reprezante pa Pègam, Wòm te divize pwofetikman an lès ak lwès. 293 te alfa a epi 330 te omega a, epi nan dat 11 me 330, Konstanten Legran te konsakre Konstantinòp kòm kapital Anpi a.</w:t>
      </w:r>
    </w:p>
    <w:p>
      <w:pPr>
        <w:pStyle w:val="ArticleBody"/>
        <w:jc w:val="left"/>
      </w:pPr>
      <w:r>
        <w:rPr>
          <w:rFonts w:ascii="Times New Roman" w:hAnsi="Times New Roman" w:eastAsia="Times New Roman" w:cs="Times New Roman"/>
        </w:rPr>
        <w:t>Divizyon legal Dioclétien te etabli an 293 a te kraze anba lagè sivil ki te swiv la jouk rive nan Edit Milan an nan ane 313, lè Constantin nan lès ak Licinius nan lwès te pibliye Edit Milan an, ki te legalize Krisyanis la, epi ki, an reyalite, te mete fen nan Tetrachi a—sistèm kat chèf ki te kowòdone ansanm, men ki te tonbe nan yon lit ant de gwo pisans prensipal (Constantin nan Lwès ak Licinius nan Lès). Divizyon legal sa a, ki te louvri chemen pou yon efondreman, reprezante yon peryòd venn ane soti nan divizyon rive nan divizyon, epi toude divizyon yo te akselere efondreman sistèm nan.</w:t>
      </w:r>
    </w:p>
    <w:p>
      <w:pPr>
        <w:pStyle w:val="ArticleBody"/>
        <w:jc w:val="left"/>
      </w:pPr>
      <w:r>
        <w:rPr>
          <w:rFonts w:ascii="Times New Roman" w:hAnsi="Times New Roman" w:eastAsia="Times New Roman" w:cs="Times New Roman"/>
        </w:rPr>
        <w:t>Legliz Smirn nan te kòmanse avèk Neron an 64, lè Neron te sèvi ak gwo dife lavil Wòm nan pou pèsekite kretyen yo, li menm li te akize yo kòm moun ki te limen dife a. Neron make kòmansman pèsekisyon an e li se yon tip pèsekisyon final la nan dènye jou yo. Pèsekisyon final sa a kontinye jouk fèmti tan gras la, lè pouvwa papal la rive nan fen li san okenn moun pou ede l. Konsa, premye peryòd pèsekisyon an te kòmanse avèk boule lavil Wòm, epi li fini avèk boule lavil Wòm.</w:t>
      </w:r>
    </w:p>
    <w:p>
      <w:pPr>
        <w:pStyle w:val="ArticleScripture"/>
        <w:jc w:val="left"/>
      </w:pPr>
      <w:r>
        <w:rPr>
          <w:rFonts w:ascii="Times New Roman" w:hAnsi="Times New Roman" w:eastAsia="Times New Roman" w:cs="Times New Roman"/>
        </w:rPr>
        <w:t>Epi dis kòn ou te wè sou bèt la, se yo menm ki pral rayi pwostitiye a; yo pral fè l tounen yon dezè epi mete l toutouni; yo pral manje chè li, epi yo pral boule li nan dife. Revelasyon 17:16.</w:t>
      </w:r>
    </w:p>
    <w:p>
      <w:pPr>
        <w:pStyle w:val="ArticleBody"/>
        <w:jc w:val="left"/>
      </w:pPr>
      <w:r>
        <w:rPr>
          <w:rFonts w:ascii="Times New Roman" w:hAnsi="Times New Roman" w:eastAsia="Times New Roman" w:cs="Times New Roman"/>
        </w:rPr>
        <w:t>Legliz Smirn nan te kòmanse avèk Neron an 64, lè Neron te sèvi ak gwo dife lavil Wòm nan pou l te pèsekite kretyen yo, li menm ki te akize yo kòm moun ki te mete dife a. De san senkant ane apre, li te fini an 313 avèk Edik Milan an. “Edik” la se fen yon peryòd ven ane ki te kòmanse avèk divizyon legal Dyoklesyen an, epi li te tou fen de san senkant ane Smirn yo ki te kòmanse avèk Neron. De san senkant ane pèsekisyon legliz Smirn nan ak Neron reprezante yo te gen ladan yo dis ane pi terib pèsekisyon an, ki te vini pa mwayen Dyoklesyen. Dis ane pèsekisyon sa a te dènye mwatye ven ane Dyoklesyen yo, ki te kòmanse avèk divizyon legal anpi a an 293. Apati divizyon legal anpi a an lès ak lwès pa Dyoklesyen an 293, yon peryòd ven ane te kòmanse, e li te fòme ak de peryòd dis ane.</w:t>
      </w:r>
    </w:p>
    <w:p>
      <w:pPr>
        <w:pStyle w:val="ArticleBody"/>
        <w:jc w:val="left"/>
      </w:pPr>
      <w:r>
        <w:rPr>
          <w:rFonts w:ascii="Times New Roman" w:hAnsi="Times New Roman" w:eastAsia="Times New Roman" w:cs="Times New Roman"/>
        </w:rPr>
        <w:t>Dyokletyen te divize legalman anpi a an lès ak lwès, konsa li te tipifye divizyon pwofetik Konstanten te akonpli a. Divizyon Dyokletyen an te fèt ant lès ak lwès, men li te konpoze de de chèf nan lès la ak de chèf nan lwès la: yon chèf prensipal ak yon chèf segondè pou chak zòn. Nan dat 23 fevriye 303, Dyokletyen te pibliye premye nan plizyè “edik” kont kretyen yo, sa ki make kòmansman Gran Pèsekisyon an (yo rele l tou Pèsekisyon Dyokletyen an), pèsekisyon ki te pi sevè e ki te pi gaye toupatou kont kretyen yo nan Anpi Women an.</w:t>
      </w:r>
    </w:p>
    <w:p>
      <w:pPr>
        <w:pStyle w:val="ArticleScripture"/>
        <w:jc w:val="left"/>
      </w:pPr>
      <w:r>
        <w:rPr>
          <w:rFonts w:ascii="Times New Roman" w:hAnsi="Times New Roman" w:eastAsia="Times New Roman" w:cs="Times New Roman"/>
        </w:rPr>
        <w:t>Epi zanj legliz ki nan Smirn nan, ekri: Men sa Premye a ak Dènye a di, li menm ki te mouri epi ki vivan ankò. Mwen konnen zèv ou yo, tribilasyon ou, ak povrete ou, (men ou rich), epi mwen konnen blasfèm moun sa yo k ap di yo se Jwif, men yo pa sa; okontrè, yo se sinagòg Satan an. Nou pa bezwen pè anyen nan bagay ou pral soufri yo: gade, dyab la pral mete kèk nan nou nan prizon, pou nou ka pase anba eprèv; epi n ap gen tribilasyon pandan dis jou. Rete fidèl jouk nan lanmò, epi m ap ba ou kouwòn lavi a. Moun ki gen zòrèy, se pou li tande sa Lespri a di legliz yo; moun ki genyen batay la p ap soufri okenn mal nan dezyèm lanmò a. Revelasyon 2:8–10.</w:t>
      </w:r>
    </w:p>
    <w:p>
      <w:pPr>
        <w:pStyle w:val="ArticleBody"/>
        <w:jc w:val="left"/>
      </w:pPr>
      <w:r>
        <w:rPr>
          <w:rFonts w:ascii="Times New Roman" w:hAnsi="Times New Roman" w:eastAsia="Times New Roman" w:cs="Times New Roman"/>
        </w:rPr>
        <w:t>Gwo Pèsekisyon an te kontinye anba siksesè Diocletian yo (espesyalman Galerius) jiska ane 313, lè li te fini avèk Edit Milan an. Neron se senbòl alfa pèsekisyon an ki te prefigure Diocletian kòm pèsekisyon omega peryòd pwofetik la, ki reprezante pa legliz Smirn nan. Pèsekisyon an te fini avèk yon maryaj politik ak yon trete ant Konstanten ki te sou bò lès la ak Licinius ki te sou bò lwès la. Nan mwa fevriye 313, Konstanten ak Licinius te rankontre nan Milan epi yo te pibliye Edit Milan an, ki te akòde tolerans relijye pou kretyen yo (ak lòt moun yo) atravè anpi a. Pou ranfòse alyans politik yo a, Licinius te marye ak Constantia (demi-sè Konstanten) pandan reyinyon sa a oswa nan menm epòk la. Maryaj sa a te yon alyans politik women klasik—li te sele akò ki te fèt ant de anperè yo epi li te ede estabilize anpi a pou yon tan, apre plizyè ane lagè sivil. Alyans lan pa t dire lontan. Apre sa, Konstanten ak Licinius te goumen youn kont lòt, epi Konstanten te defèt Licinius nan ane 324, konsa li te vin sèl chèf la.</w:t>
      </w:r>
    </w:p>
    <w:p>
      <w:pPr>
        <w:pStyle w:val="ArticleBody"/>
        <w:jc w:val="left"/>
      </w:pPr>
      <w:r>
        <w:rPr>
          <w:rFonts w:ascii="Times New Roman" w:hAnsi="Times New Roman" w:eastAsia="Times New Roman" w:cs="Times New Roman"/>
        </w:rPr>
        <w:t>Depi Neron rive sou Konstanten, peryòd pwofetik Smirn nan, ki dire de san senkant ane, te akonpli; epi an 313 legliz Pègam lan, legliz konpwomi an, te kòmanse, pou l fini ak legliz Tiyatir la an 538. De san senkant ane Smirn yo te reprezante yon peryòd pèsekisyon; epi nan fen peryòd jeneral la, pèsekisyon Dyokletien an te akonpli “dis jou” Revelasyon an (dis ane), kote peryòd pèsekisyon ki te pi terib la reprezante yon fraktal peryòd jeneral la. Dis ane sa yo se yon fraktal de san senkant ane yo. Dis ane sa yo reprezante omega pèsekisyon Neron an; epi nan konklizyon yo, omega divizyon anpi a an lès ak lwès.</w:t>
      </w:r>
    </w:p>
    <w:p>
      <w:pPr>
        <w:pStyle w:val="ArticleHeading"/>
        <w:jc w:val="left"/>
      </w:pPr>
      <w:r>
        <w:rPr>
          <w:rFonts w:ascii="Arial" w:hAnsi="Arial" w:eastAsia="Arial" w:cs="Arial"/>
        </w:rPr>
        <w:t>Maryaj ak Divòs</w:t>
      </w:r>
    </w:p>
    <w:p>
      <w:pPr>
        <w:pStyle w:val="ArticleBody"/>
        <w:jc w:val="left"/>
      </w:pPr>
      <w:r>
        <w:rPr>
          <w:rFonts w:ascii="Times New Roman" w:hAnsi="Times New Roman" w:eastAsia="Times New Roman" w:cs="Times New Roman"/>
        </w:rPr>
        <w:t>Smyn te kòmanse ak boule lavil Wòm nan ane 64 e li te fini de san senkant ane apre, an 313, avèk Edik Milan an ak maryaj politik ant lès ak lwès. Fraktal dis ane pèsekisyon an te kòmanse an 303 e li te fini an 313 avèk Edik Milan an ak maryaj politik ant lès ak lwès. Ven ane ki te kòmanse avèk divizyon legal ant lès ak lwès an 293 pa Diokletyen te fini an 313 avèk maryaj politik ant lès ak lwès. Trete maryaj 313 ant lès ak lwès la te fini avèk divòs 324 la, lè Konstanten te bat Lisinis nan lwès la e li te vin sèl chèf lavil Wòm. Divòs pwofetik 324 la te vini twa ane apre premye lwa dimanch lan an 321.</w:t>
      </w:r>
    </w:p>
    <w:p>
      <w:pPr>
        <w:pStyle w:val="ArticleBody"/>
        <w:jc w:val="left"/>
      </w:pPr>
      <w:r>
        <w:rPr>
          <w:rFonts w:ascii="Times New Roman" w:hAnsi="Times New Roman" w:eastAsia="Times New Roman" w:cs="Times New Roman"/>
        </w:rPr>
        <w:t>Disèt ane ki soti nan 313 rive 330 idantifye yon maryaj politik, fen pèsekisyon an ki te reprezante pa Smyrna ak Neron, ansanm ak kòmansman legliz konpwomi an ki te reprezante pa Pergamos. Kòmansman Pergamos an 313 nan maryaj la, te swiv pa kòmansman pèsekisyon an ki te kòmanse ak premye lwa dimanch lan an 321. Apre sa te vini divòs pwofetik 324 la, ki te mete lès ak lwès ansanm nan yon sèl anpi anba Konstanten. Sis ane apre, an 330, divizyon an an lès ak lwès te repete pwofetikman. Disèt ane sa yo reprezante peryòd alfa legliz Pergamos la ki t ap kontinye jiskaske legliz Tyatira a te rive nan istwa pwofetik an 538. Peryòd alfa sa a t ap reprezante yon istwa omega nan fen peryòd ki soti nan 330 rive 538. Istwa omega Pergamos la reprezante peryòd 496, 508 ak 533.</w:t>
      </w:r>
    </w:p>
    <w:p>
      <w:pPr>
        <w:pStyle w:val="ArticleHeading"/>
        <w:jc w:val="left"/>
      </w:pPr>
      <w:r>
        <w:rPr>
          <w:rFonts w:ascii="Arial" w:hAnsi="Arial" w:eastAsia="Arial" w:cs="Arial"/>
        </w:rPr>
        <w:t>Disèt Ane</w:t>
      </w:r>
    </w:p>
    <w:p>
      <w:pPr>
        <w:pStyle w:val="ArticleBody"/>
        <w:jc w:val="left"/>
      </w:pPr>
      <w:r>
        <w:rPr>
          <w:rFonts w:ascii="Times New Roman" w:hAnsi="Times New Roman" w:eastAsia="Times New Roman" w:cs="Times New Roman"/>
        </w:rPr>
        <w:t>Ptolome ki soti nan batay Rafia a te reye pandan “disèt ane,” e te gen “disèt ane” ant batay Rafia a ak batay Panyòm nan. Disèt ane sa yo aliyen senbolikman ak disèt ane ki soti nan 313 rive 330. Desan senkant ane Neron an nan Smirn te mennen nan premye disèt ane legliz Pègam lan, epi yo konekte ak desan senkant ane ki te kòmanse nan twazyèm dekrè a an 457 av. J.-K., pwen depa 2300 ane yo nan Danyèl chapit uit vèsè katòz, e ki se fondasyon ak poto santral Advantis la. De temwen yo ki dire desan senkant ane aliyen ak desan senkant ane sizyèm wayòm nan nan pwofesi Bib la, ki te kòmanse an 1776 epi ki fini ane sa a an 2026.</w:t>
      </w:r>
    </w:p>
    <w:p>
      <w:pPr>
        <w:pStyle w:val="ArticleBody"/>
        <w:jc w:val="left"/>
      </w:pPr>
      <w:r>
        <w:rPr>
          <w:rFonts w:ascii="Times New Roman" w:hAnsi="Times New Roman" w:eastAsia="Times New Roman" w:cs="Times New Roman"/>
        </w:rPr>
        <w:t>Pyonye Adventis yo pa t wè ni pa t konprann disèt ane ki soti 313 rive 330 yo, paske an 1844 yo pa t menm poko konprann kestyon Saba setyèm jou a ni jou solèy la. Men, yo te rekonèt san senkant ane vèsè diz nan Revelasyon nèf la, e sa te vin pwen depa yon peryòd ki te mennen nan twasan katrevendiseyen ane ak kenz jou ki te fini 11 dawout 1840. Konpreyansyon sa a te pwodui yon pwisan “manifestation de la puissance de Dieu.”</w:t>
      </w:r>
    </w:p>
    <w:p>
      <w:pPr>
        <w:pStyle w:val="ArticleBody"/>
        <w:jc w:val="left"/>
      </w:pPr>
      <w:r>
        <w:rPr>
          <w:rFonts w:ascii="Times New Roman" w:hAnsi="Times New Roman" w:eastAsia="Times New Roman" w:cs="Times New Roman"/>
        </w:rPr>
        <w:t>Pyonye yo pa t rekonèt yon dezyèm peryòd san senkant ane nan Revelasyon nèf. Konpreyansyon fondamantal yo a reprezante platfòm sou ki “nouvo limyè” Revelasyon nèf la bati. Limyè sa a louvri pa “kle” lagè Niniv la. “Kle” sa a pèmèt yon etidyan pwofesi rekonèt tout wayòm pwofesi Bib la ki reprezante nan Danyèl ak Revelasyon. Babilòn, Medo-Pès, Lagrès, anpi Seleusid ak Ptolemeyen yo, wayòm Mohammed la, epi, sa ki pi enpòtan, li fè anpi Wòm nan parèt pi gwo lè li idantifye monte ak tonbe pa sèlman Wòm, men tou wayòm Wòm lès ak Wòm lwès yo, ansanm ak Etazini (fo pwofèt la), papote a (bèt la) ak Nasyonzini (dragon an). Tout monte ak tonbe wayòm sa yo rann temwayaj sou mouvman dragon an, bèt la ak fo pwofèt la, ki finalman mennen mond lan Armagedon. Mouvman sa a reprezante nan sis dènye vèsè Danyèl onz yo, e kòmansman mouvman sa a reprezante nan istwa kache vèsè karant la.</w:t>
      </w:r>
    </w:p>
    <w:p>
      <w:pPr>
        <w:pStyle w:val="ArticleBody"/>
        <w:jc w:val="left"/>
      </w:pPr>
      <w:r>
        <w:rPr>
          <w:rFonts w:ascii="Times New Roman" w:hAnsi="Times New Roman" w:eastAsia="Times New Roman" w:cs="Times New Roman"/>
        </w:rPr>
        <w:t>Batay Niniv la bay pwen referans pwofetik la pou ann amonize temwayaj anpi Wòm nan, wayòm Wòm lès ak Wòm lwès yo, ansanm ak Wòm papal la, nan sekans evènman tan lafen yo. Kidonk, batay Niniv la se kle ki montre nèt ale divès temwayaj pwofetik konsènan Wòm; epi, dapre vèsè katòz nan Danyèl onz, se Wòm ki etabli vizyon an. Kle ki rasanble liy sa yo ansanm se batay Niniv la.</w:t>
      </w:r>
    </w:p>
    <w:p>
      <w:pPr>
        <w:pStyle w:val="ArticleBody"/>
        <w:jc w:val="left"/>
      </w:pPr>
      <w:r>
        <w:rPr>
          <w:rFonts w:ascii="Times New Roman" w:hAnsi="Times New Roman" w:eastAsia="Times New Roman" w:cs="Times New Roman"/>
        </w:rPr>
        <w:t>Nan pwochen atik nou an, nou pral kòmanse rasanble senk atik anvan yo ki trete malè ki nan Revelasyon nèf 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Dizwit</dc:title>
  <dc:subject>Dezyèm Malè a — Senkyèm Pati</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