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Venndisiz</w:t>
      </w:r>
    </w:p>
    <w:p>
      <w:pPr>
        <w:pStyle w:val="ArticleSubtitle"/>
        <w:jc w:val="left"/>
      </w:pPr>
      <w:r>
        <w:rPr>
          <w:rFonts w:ascii="Arial" w:hAnsi="Arial" w:eastAsia="Arial" w:cs="Arial"/>
        </w:rPr>
        <w:t>Ezekyèl Nimewo Sèt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Liy pwofetik m ap idantifye kòm “wou Josya a” kòmanse ak rebelyon ansyen Izrayèl la lè yo te rejte Bondye kòm wa yo an 1097 anvan Jezikri. Premye twa wa yo (Sòl, David ak Salomon) idantifye kòm moun ki te gouvène pandan karant ane chak, depi 1097 anvan Jezikri rive jouk 977 anvan Jezikri. Lè Salomon mouri, rebelyon Jewobowam ak dis tribi nan nò yo mete fen nan liy premye twa wa yo, epi li kòmanse yon liy wa ni nan wayòm nò a ni nan wayòm sid la.</w:t>
      </w:r>
    </w:p>
    <w:p>
      <w:pPr>
        <w:pStyle w:val="ArticleBody"/>
        <w:jc w:val="left"/>
      </w:pPr>
      <w:r>
        <w:rPr>
          <w:rFonts w:ascii="Times New Roman" w:hAnsi="Times New Roman" w:eastAsia="Times New Roman" w:cs="Times New Roman"/>
        </w:rPr>
        <w:t>Twa premye wa yo se yon senbòl anpil verite, men youn nan wou verite yo ak ki yo konekte se twa dènye wa Jida yo—Jojakim, Jojakin ak Sedesyas—ki, pa yo menm, reprezante Siris, Dariyis ak Atagzèsès. Siris, Dariyis ak Atagzèsès, pa yo menm ankò, reprezante twa dekrè pa yo yo ki pwolonje depi 536 anvan Jezikri rive 457 anvan Jezikri; e sa yo, pa yo menm, reprezante twa zanj Revelasyon katòz la ki rive, youn apre lòt, an 1798, 19 avril 1844, ak 22 oktòb 1844. Istwa arive twa zanj Revelasyon katòz la repete jiska nan pi piti detay pandan tan sele san karannkat mil yo, konsa sa idantifye ke liy pwofetik ki kòmanse ak wen Sayil kòm wa a rive nan konklizyon li lè legliz triyonfan an wen nan lwa dimanch ki pral vini byento a. Liy la gen ladan l wou wa Jozyas la, ki remonte rive jouk rebelyon Jewoboram lan nan Betèl ak Dann an 977 anvan Jezikri.</w:t>
      </w:r>
    </w:p>
    <w:p>
      <w:pPr>
        <w:pStyle w:val="ArticleHeading"/>
        <w:jc w:val="left"/>
      </w:pPr>
      <w:r>
        <w:rPr>
          <w:rFonts w:ascii="Arial" w:hAnsi="Arial" w:eastAsia="Arial" w:cs="Arial"/>
        </w:rPr>
        <w:t>Venndeux</w:t>
      </w:r>
    </w:p>
    <w:p>
      <w:pPr>
        <w:pStyle w:val="ArticleBody"/>
        <w:jc w:val="left"/>
      </w:pPr>
      <w:r>
        <w:rPr>
          <w:rFonts w:ascii="Times New Roman" w:hAnsi="Times New Roman" w:eastAsia="Times New Roman" w:cs="Times New Roman"/>
        </w:rPr>
        <w:t>Jeroboam gen senbolis vennnde, paske li te gouvènen pandan vennnde ane; konsa li mare temwayaj li ak istwa vennnde a reprezante, ki se yon senbòl konbinezon Divinite ak limanite, jan vizyon marah Danyèl la montre sa nan vennndezyèm jou a, ansanm ak nonm de san venn lan, kote vennnde se ladim li.</w:t>
      </w:r>
    </w:p>
    <w:p>
      <w:pPr>
        <w:pStyle w:val="ArticleScripture"/>
        <w:jc w:val="left"/>
      </w:pPr>
      <w:r>
        <w:rPr>
          <w:rFonts w:ascii="Times New Roman" w:hAnsi="Times New Roman" w:eastAsia="Times New Roman" w:cs="Times New Roman"/>
        </w:rPr>
        <w:t>E jou Jeroboram te wa a li menm li te gouvènen yo te vennde zan; epi li dòmi avèk zansèt li yo, epi Nadab, pitit gason li a, te gouvènen nan plas li. 1 Wa 14:20.</w:t>
      </w:r>
    </w:p>
    <w:p>
      <w:pPr>
        <w:pStyle w:val="ArticleBody"/>
        <w:jc w:val="left"/>
      </w:pPr>
      <w:r>
        <w:rPr>
          <w:rFonts w:ascii="Times New Roman" w:hAnsi="Times New Roman" w:eastAsia="Times New Roman" w:cs="Times New Roman"/>
        </w:rPr>
        <w:t>‘Ekspyasyon an,’ ki reprezante inyon Divinite ak limanite, se travay Kris la ki te kòmanse nan dat 22 oktòb, oswa nan dizyèm mwa a (gregoryen); dis fwa venn-de egal de-san-ven. Jewoboram te leve lotèl kontrefè ni nan Betèl ni nan Dann, e konsa li se yon senbòl adorasyon kontrefè dimanch lan an rapò ak konbinezon legliz la (Betèl: ki vle di legliz) ak leta a (Dann: ki vle di jijman).</w:t>
      </w:r>
    </w:p>
    <w:p>
      <w:pPr>
        <w:pStyle w:val="ArticleScripture"/>
        <w:jc w:val="left"/>
      </w:pPr>
      <w:r>
        <w:rPr>
          <w:rFonts w:ascii="Times New Roman" w:hAnsi="Times New Roman" w:eastAsia="Times New Roman" w:cs="Times New Roman"/>
        </w:rPr>
        <w:t>Lè sa a, Jewoboram bati Sichèm nan mòn Efrayim, epi li rete ladan l; apre sa li soti la, li bati Penyèl. Epi Jewoboram di nan kè li: Kounye a, wayòm nan pral tounen nan kay David la. Si pèp sa a monte pou l ofri sakrifis nan kay Senyè a, nan Jerizalèm, lè sa a kè pèp sa a pral tounen ankò bay chèf yo a, anver Wobowam, wa Jida a; y ap touye m, epi y ap retounen kot Wobowam, wa Jida a. Se poutèt sa wa a pran konsèy, li fè de ti towo bèf an lò, epi li di yo: Li twòp pou nou monte Jerizalèm; men bondye pa w yo, O Izrayèl, ki te fè w monte soti nan peyi Lejip la. Li mete youn nan Bètèl, epi lòt la li mete nan Dann. Bagay sa a vin tounen yon peche; paske pèp la te ale adore devan youn nan yo, jouk Dann. Epi li fè yon kay wo plas yo, epi li fè prèt pami moun ki pi ba nan pèp la, moun ki pa t nan pitit Levi yo. Epi Jewoboram tabli yon fèt nan uityèm mwa a, sou kenzyèm jou mwa a, menm jan ak fèt ki te nan Jida a, epi li ofri sou lotèl la. Se konsa li te fè nan Bètèl, li t ap sakrifye bay ti towo bèf li te fè yo; epi li mete nan Bètèl prèt wo plas yo li te fè yo. Konsa li ofri sou lotèl li te fè nan Bètèl la sou kenzyèm jou uityèm mwa a, nan mwa li te envante nan pwòp kè pa l; epi li tabli yon fèt pou pitit Izrayèl yo; epi li ofri sou lotèl la, epi li boule lansan. 1 Wa 12:25–33.</w:t>
      </w:r>
    </w:p>
    <w:p>
      <w:pPr>
        <w:pStyle w:val="ArticleBody"/>
        <w:jc w:val="left"/>
      </w:pPr>
      <w:r>
        <w:rPr>
          <w:rFonts w:ascii="Times New Roman" w:hAnsi="Times New Roman" w:eastAsia="Times New Roman" w:cs="Times New Roman"/>
        </w:rPr>
        <w:t>Nan istwa fondamantal dis tribi nò yo, te gen yon rebelyon ki te deja tipifye pa rejè Izrayèl te fè kont Bondye kòm wa, epi tou pa rebelyon Arawon ak ti bèf an lò a. Rebelyon Arawon an te nan istwa fondamantal ansyen Izrayèl la, epi pa Jewoboram nan te nan istwa fondamantal dis tribi nò yo. “Liy sou liy”, Arawon, kòm gran prèt, reprezante legliz la, epi Jewoboram, kòm wa, reprezante leta. De rebelyon fondamantal sa yo fòme yon liy ki gen ladan l rebelyon fondamantal pèp Izrayèl la lè yo te vle gen yon wa imen.</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Gen twa peryòd katsan katrevendis ane nan istwa sakre a ki reprezante nan liv Ezekyèl la, e youn te asosye ak wa yo, lòt la ak sanktyè a, epi lòt la ak lame a. Twa peryòd sa yo aliyen ak rebelyon Arawon an (sanktyè a), Sayil (lame a), ak Jewoboram (wa a). Pami twa senbòl pwofèt, prèt ak wa, se wa Sayil yo idantifye kòm moun k ap pwofetize; Arawon te prèt la, epi Jewoboram te wa a.</w:t>
      </w:r>
    </w:p>
    <w:p>
      <w:pPr>
        <w:pStyle w:val="ArticleScripture"/>
        <w:jc w:val="left"/>
      </w:pPr>
      <w:r>
        <w:rPr>
          <w:rFonts w:ascii="Times New Roman" w:hAnsi="Times New Roman" w:eastAsia="Times New Roman" w:cs="Times New Roman"/>
        </w:rPr>
        <w:t>Epi sa te rive, lè tout moun ki te konnen l depi anvan yo wè li t ap pwofetize nan mitan pwofèt yo, pèp la di youn ak lòt: Ki sa sa ye ki rive pitit gason Kis la? Èske Sayil tou pami pwofèt yo? Epi youn nan menm kote a reponn, li di: Men, kiyès ki papa pa yo? Se poutèt sa sa vin tounen yon pwovèb: Èske Sayil tou pami pwofèt yo? 1 Samyèl 10:11, 12.</w:t>
      </w:r>
    </w:p>
    <w:p>
      <w:pPr>
        <w:pStyle w:val="ArticleBody"/>
        <w:jc w:val="left"/>
      </w:pPr>
      <w:r>
        <w:rPr>
          <w:rFonts w:ascii="Times New Roman" w:hAnsi="Times New Roman" w:eastAsia="Times New Roman" w:cs="Times New Roman"/>
        </w:rPr>
        <w:t>Legliz triyonfan an konpoze de yon pwofèt ki gen trant an, yon prèt ki gen trant an, ak yon wa ki gen trant an, jan Ezekyèl reprezante li, li menm ki te kòmanse nan trantyèm ane a; Jozèf, ki te kòmanse sèvis li nan trantyèm ane li; ak wa David, ki te kòmanse gouvène nan trantyèm ane li. Legliz triyonfan an reprezante nan uit dènye chapit liv Ezekyèl la kòm tanp ki ranpli tout tè a, epi legliz triyonfan an se Filadèlfi, ki se wityèm legliz la ki sòti nan sèt yo.</w:t>
      </w:r>
    </w:p>
    <w:p>
      <w:pPr>
        <w:pStyle w:val="ArticleBody"/>
        <w:jc w:val="left"/>
      </w:pPr>
      <w:r>
        <w:rPr>
          <w:rFonts w:ascii="Times New Roman" w:hAnsi="Times New Roman" w:eastAsia="Times New Roman" w:cs="Times New Roman"/>
        </w:rPr>
        <w:t>Liy pwofetik Jozyas ki te kòmanse an 977 anvan Jezikri fini nan lwa dimanch ki pral vini byento a. Pirifikasyon ak sele san karannkat mil yo, ki te kòmanse nan 31 desanm 2023, te kòmanse lè Mikaèl te desann pou resisite de temwen yo nan Revelasyon onz. Ane 2023 te rive vennnde ane apre 11 septanm 2001, menm jan Lwa sou Etranje ak Sedisyon yo an 1798 rive vennnde ane apre Deklarasyon Endepandans lan an 1776. Rèy Jeroboram ki te dire vennnde ane te kòmanse an 977 anvan Jezikri, lè pwofesi Jozyas la te pwoklame. Lè sa a, pwofèt dezobeyisan an nan 1 Wa chapit trèz la te konfwonte apostazi Jeroboram nan, menm jan Moyiz te konfwonte apostazi Arawon an, epi Samyèl te konfwonte lame ki te vle yon wa. Konfwontasyon sa yo kont apostazi fondamantal yo, jan mesaj pwofèt dezobeyisan an, Moyiz ak Samyèl reprezante yo, reprezante gran kri twazyèm zanj lan nan lwa dimanch la. Se mesaj avètisman drapo a pwoklame, ki reprezante nan istwa Jeroboram nan kòm prediksyon Jozyas la ki te akonpaye avèk yon “siy.”</w:t>
      </w:r>
    </w:p>
    <w:p>
      <w:pPr>
        <w:pStyle w:val="ArticleScripture"/>
        <w:jc w:val="left"/>
      </w:pPr>
      <w:r>
        <w:rPr>
          <w:rFonts w:ascii="Times New Roman" w:hAnsi="Times New Roman" w:eastAsia="Times New Roman" w:cs="Times New Roman"/>
        </w:rPr>
        <w:t>Epi, gade, yon nonm Bondye soti Jida pa pawòl Seyè a rive Betèl; epi Jewoboram te kanpe bò lotèl la pou l boule lansan. Epi li rele kont lotèl la dapre pawòl Seyè a, li di: O lotèl, lotèl, men sa Seyè a di: Gade, yon pitit gason pral fèt nan kay David la, se Jozyas y ap rele l; epi sou ou li pral ofri prèt tanp zidòl yo ki boule lansan sou ou, epi y ap boule zo moun sou ou. Menm jou sa a li bay yon siy, li di: Men siy Seyè a pale a: Gade, lotèl la pral fann, epi sann ki sou li yo pral vide atè. Epi sa rive, lè wa Jewoboram tande pawòl nonm Bondye a, ki te rele kont lotèl ki nan Betèl la, li lonje men l soti sou lotèl la, li di: Mete men sou li. Men men li te lonje kont li a vin chèch, konsa li pa t kapab rale l tounen bò kote l ankò.</w:t>
      </w:r>
    </w:p>
    <w:p>
      <w:pPr>
        <w:pStyle w:val="ArticleScripture"/>
        <w:jc w:val="left"/>
      </w:pPr>
      <w:r>
        <w:rPr>
          <w:rFonts w:ascii="Times New Roman" w:hAnsi="Times New Roman" w:eastAsia="Times New Roman" w:cs="Times New Roman"/>
        </w:rPr>
        <w:t>Lotèl la menm te fann, epi sann yo te vide soti sou lotèl la, dapre siy nonm Bondye a te bay pa pawòl Senyè a. Epi wa a pran lapawòl, li di nonm Bondye a: Tanpri, sipliye devan fas Senyè a, Bondye pa w la, epi lapriyè pou mwen, pou men m ka retounen vin geri ankò. Epi nonm Bondye a te sipliye Senyè a, e men wa a te retounen ba li ankò, e li te vin tankou li te ye anvan an. Epi wa a di nonm Bondye a: Vini lakay mwen, refè fòs ou, e m ap ba ou yon rekonpans. Men nonm Bondye a di wa a: Menm si ou ta ban m mwatye nan kay ou, mwen pa ta antre avèk ou; mwen p ap manje pen ni bwè dlo nan kote sa a; paske se konsa li te kòmande m pa pawòl Senyè a, li di: Pa manje pen, ni bwè dlo, ni pa retounen pa menm chemen ou te vini an. Konsa li pati pa yon lòt chemen, epi li pa t retounen pa chemen li te vini Betèl la. 1 Wa 13:1–10.</w:t>
      </w:r>
    </w:p>
    <w:p>
      <w:pPr>
        <w:pStyle w:val="ArticleBody"/>
        <w:jc w:val="left"/>
      </w:pPr>
      <w:r>
        <w:rPr>
          <w:rFonts w:ascii="Times New Roman" w:hAnsi="Times New Roman" w:eastAsia="Times New Roman" w:cs="Times New Roman"/>
        </w:rPr>
        <w:t>Refi pwofèt la te fè pou l manje ak Jewobowam, malgre òf “mwatye kay ou a”, ann amoni ak pwomès Ewòd te fè Salome pou mwatye wayòm li a.</w:t>
      </w:r>
    </w:p>
    <w:p>
      <w:pPr>
        <w:pStyle w:val="ArticleScripture"/>
        <w:jc w:val="left"/>
      </w:pPr>
      <w:r>
        <w:rPr>
          <w:rFonts w:ascii="Times New Roman" w:hAnsi="Times New Roman" w:eastAsia="Times New Roman" w:cs="Times New Roman"/>
        </w:rPr>
        <w:t>Epi lè yon jou favorab te rive, kote Ewòd, nan jou anivèsè nesans li, te fè yon resepsyon pou gran chèf li yo, pou kòmandan yo, ak pou notab Galile yo; epi lè pitit fi Ewodyad sa a te antre, li danse, e li te fè Ewòd ansanm ak sila yo ki te chita avè l yo plezi, wa a di jèn fi a: Mande m kèlkeswa sa ou vle, epi m ap ba ou li. Epi li sèmante l, li di: Kèlkeswa sa ou mande m, m ap ba ou li, menm jiska mwatye nan wayòm mwen an. Epi li soti, li di manman li: Kisa pou m mande? Epi li di: Tèt Jan Batis la. Mak 6:21–24.</w:t>
      </w:r>
    </w:p>
    <w:p>
      <w:pPr>
        <w:pStyle w:val="ArticleBody"/>
        <w:jc w:val="left"/>
      </w:pPr>
      <w:r>
        <w:rPr>
          <w:rFonts w:ascii="Times New Roman" w:hAnsi="Times New Roman" w:eastAsia="Times New Roman" w:cs="Times New Roman"/>
        </w:rPr>
        <w:t>Pwomès Ewòd pou l bay mwatye wayòm li te fèt nan jou anivèsè nesans li. Ewòd se yon senbòl Wòm, e dis wa ki nan Revelasyon disèt yo se tipifikasyon divizyon Wòm an dis pati nan Danyèl chapit sèt la, ansanm ak dis zòtèy chapit de a. Yo make jou nesans li lè sizyèm wayòm nan ranplase pa setyèm wayòm nan nan lwa dimanch lan, e nan sans sa a, se jou nesans Nasyonzini kòm setyèm wayòm pwofesi biblik la. Nan lwa dimanch ki prèt pou vini an, dis wa yo, jan dis tribi nò Jeroboram yo reprezante yo, dakò bay wayòm yo bay bèt la pou yon èdtan nan Revelasyon “disèt”.</w:t>
      </w:r>
    </w:p>
    <w:p>
      <w:pPr>
        <w:pStyle w:val="ArticleScripture"/>
        <w:jc w:val="left"/>
      </w:pPr>
      <w:r>
        <w:rPr>
          <w:rFonts w:ascii="Times New Roman" w:hAnsi="Times New Roman" w:eastAsia="Times New Roman" w:cs="Times New Roman"/>
        </w:rPr>
        <w:t>Paske Bondye mete nan kè yo pou yo akonpli volonte li, pou yo dakò, epi pou yo bay wayòm pa yo a bay bèt la, jouk lè pawòl Bondye yo va akonpli. Revelasyon 17:17.</w:t>
      </w:r>
    </w:p>
    <w:p>
      <w:pPr>
        <w:pStyle w:val="ArticleBody"/>
        <w:jc w:val="left"/>
      </w:pPr>
      <w:r>
        <w:rPr>
          <w:rFonts w:ascii="Times New Roman" w:hAnsi="Times New Roman" w:eastAsia="Times New Roman" w:cs="Times New Roman"/>
        </w:rPr>
        <w:t>Anvan nou abòde pwofesi Ezekyèl ki nan chapit kat la, n ap idantifye trèz fwa Ezekyèl bay yon dat dirèkteman. Trèz repè sa yo, an jeneral, divize ant lemonn ak pèp Bondye a. Lemonn nan, ke Ejip reprezante, plase sou yon dat dirèk sis fwa, epi Tir jwenn adrès yon fwa; lòt sis fwa yo, se Jerizalèm ki sijè a. Liv la kòmanse an 592 anvan Jezikri, ki se trantyèm ane disetyèm sik Jibile a, epi vèsè youn nan chapit karant Ezekyèl la idantifye 22 oktòb 573 anvan Jezikri kòm fen sik la. Sik Jibile a reprezante tan sele san karant-kat mil yo depi 11/9 jouk rive nan lwa dimanch ki prèt pou vini an, ki, an retou, reprezante nan yon fraktal menm istwa sa a depi 31 desanm 2023 jouk rive nan lwa dimanch ki prèt pou vini an. Toude peryòd yo te tipifye pa 11 out 1840 jouk rive nan 22 oktòb 1844.</w:t>
      </w:r>
    </w:p>
    <w:p>
      <w:pPr>
        <w:pStyle w:val="ArticleBody"/>
        <w:jc w:val="left"/>
      </w:pPr>
      <w:r>
        <w:rPr>
          <w:rFonts w:ascii="Times New Roman" w:hAnsi="Times New Roman" w:eastAsia="Times New Roman" w:cs="Times New Roman"/>
        </w:rPr>
        <w:t>Nan dat 11 out 1840, se pa t yon moun nenpòt ki moun, men Jezi Kris menm, ki te desann kòm zanj vanyan sòlda nan Revelasyon dis la, ki te pote yon ti liv pèp Bondye a te dwe pran pou yo manje. Menm zanj sa a te desann ankò nan 9/11 pou make kòmansman tan sele a. Menm zanj sa a te desann nan dat 31 desanm 2023 pou resisite de temwen yo ki te mouri nan lari gran vil sa a, Sodòm ak Lejip, kote tou Senyè a te kloure sou kwa a. Desant sa a te make peryòd fèmti tan sele a. Anndan peryòd fraktal ki soti 31 desanm 2023 rive jis nan lwa dimanch lan, Ezekyèl, prèt la, resevwa yon vizyon tanp ki nan syèl la. Nan moman sa a, li vin bèbè, epi li pale sèlman lè Bondye ba li lòd pou l fè sa. Kondisyon sa a dire jiska lwa dimanch ki prèt pou vini an, ki reprezante pa destriksyon Jerizalèm.</w:t>
      </w:r>
    </w:p>
    <w:p>
      <w:pPr>
        <w:pStyle w:val="ArticleBody"/>
        <w:jc w:val="left"/>
      </w:pPr>
      <w:r>
        <w:rPr>
          <w:rFonts w:ascii="Times New Roman" w:hAnsi="Times New Roman" w:eastAsia="Times New Roman" w:cs="Times New Roman"/>
        </w:rPr>
        <w:t>Menm jan ak Jan, yo bay Ezekyèl lòd pou l pran liv ki te nan men zanj ki t ap desann lan nan Revelasyon dis la, epi yo di l tou pou l manje liv dèy, plenn, ak malè a.</w:t>
      </w:r>
    </w:p>
    <w:p>
      <w:pPr>
        <w:pStyle w:val="ArticleScripture"/>
        <w:jc w:val="left"/>
      </w:pPr>
      <w:r>
        <w:rPr>
          <w:rFonts w:ascii="Times New Roman" w:hAnsi="Times New Roman" w:eastAsia="Times New Roman" w:cs="Times New Roman"/>
        </w:rPr>
        <w:t>Men ou menm, pitit lòm, tande sa m ap di ou; pa fè rebèl tankou kay rebèl sa a: louvri bouch ou, epi manje sa m ap ba ou a. Epi lè m gade, men yon men te lonje vin jwenn mwen; epi gade, te gen yon woulo liv ladan l; Epi li louvri l devan mwen; li te ekri anndan kou deyò: e sa ki te ekri ladan l se te lamantasyon, dèy, ak malè. Ezekyèl 2:8–10.</w:t>
      </w:r>
    </w:p>
    <w:p>
      <w:pPr>
        <w:pStyle w:val="ArticleBody"/>
        <w:jc w:val="left"/>
      </w:pPr>
      <w:r>
        <w:rPr>
          <w:rFonts w:ascii="Times New Roman" w:hAnsi="Times New Roman" w:eastAsia="Times New Roman" w:cs="Times New Roman"/>
        </w:rPr>
        <w:t>Mesaj la reprezante kòm yon mesaj twa fwa, konsa li tipifye mesaj twa zanj yo nan Revelasyon katòz. Se poutèt sa, se mesaj sele twazyèm zanj lan ki sele moun ki anndan Jerizalèm yo, ki ap plenn ak kriye poutèt peche legliz la ak peyi a, jan sa reprezante nan chapit nèf Ezekyèl la ak chapit sèt Revelasyon an.</w:t>
      </w:r>
    </w:p>
    <w:p>
      <w:pPr>
        <w:pStyle w:val="ArticleScripture"/>
        <w:jc w:val="left"/>
      </w:pPr>
      <w:r>
        <w:rPr>
          <w:rFonts w:ascii="Times New Roman" w:hAnsi="Times New Roman" w:eastAsia="Times New Roman" w:cs="Times New Roman"/>
        </w:rPr>
        <w:t>Epi laglwa Bondye Izrayèl la te monte soti anlè cheriben an, kote li te ye a, rive sou papòt kay la. Epi li rele nonm ki te abiye ak twal len an, ki te gen ekritiè li bò kote l; Epi Senyè a di li: Pase nan mitan vil la, nan mitan Jerizalèm, epi mete yon mak sou fwon moun ki ap plenn epi ki ap kriye poutèt tout abominasyon ki ap fèt nan mitan li. Ezekyèl 9:3, 4.</w:t>
      </w:r>
    </w:p>
    <w:p>
      <w:pPr>
        <w:pStyle w:val="ArticleBody"/>
        <w:jc w:val="left"/>
      </w:pPr>
      <w:r>
        <w:rPr>
          <w:rFonts w:ascii="Times New Roman" w:hAnsi="Times New Roman" w:eastAsia="Times New Roman" w:cs="Times New Roman"/>
        </w:rPr>
        <w:t>Moun ki resevwa sele a ap plenn pou peche legliz la ak peche peyi a, epi temwayaj Ezekyèl la tise sou istwa Jerizalèm ak Lejip, senbòl legliz la ak lemonn.</w:t>
      </w:r>
    </w:p>
    <w:p>
      <w:pPr>
        <w:pStyle w:val="ArticleScripture"/>
        <w:jc w:val="left"/>
      </w:pPr>
      <w:r>
        <w:rPr>
          <w:rFonts w:ascii="Times New Roman" w:hAnsi="Times New Roman" w:eastAsia="Times New Roman" w:cs="Times New Roman"/>
        </w:rPr>
        <w:t>“Ledven pie a pa pèdi tout pouvwa li nèt. Nan tan kote danje ak dekourajman legliz la rive nan pi gwo mezi yo, ti gwoup la ki kanpe nan limyè a va ap soupiye ak kriye poutèt abominasyon ki ap fèt nan peyi a. Men, se sitou an favè legliz la lapriyè yo va monte, paske manm li yo ap aji dapre fason lemonn. …”</w:t>
      </w:r>
    </w:p>
    <w:p>
      <w:pPr>
        <w:pStyle w:val="ArticleScripture"/>
        <w:jc w:val="left"/>
      </w:pPr>
      <w:r>
        <w:rPr>
          <w:rFonts w:ascii="Times New Roman" w:hAnsi="Times New Roman" w:eastAsia="Times New Roman" w:cs="Times New Roman"/>
        </w:rPr>
        <w:t>“Kòmandman an se: ‘Pase nan mitan lavil la, nan mitan Jerizalèm, epi mete yon mak sou fwon mesye yo k ap soupi e k ap kriye poutèt tout abominasyon ki fèt nan mitan li.’ Moun sa yo ki t ap soupi, ki t ap kriye yo, te konn pwoklame pawòl lavi yo; yo te repwoche, yo te konseye, epi yo te sipliye. Gen kèk ki t ap dezonore Bondye ki te repanti epi ki te imilye kè yo devan Li. Men, laglwa Senyè a te kite Izrayèl; byenke anpil moun te toujou kontinye ak fòm relijyon yo, puisans ak prezans Li te manke.” Testimonies, volim 5, 209, 210.</w:t>
      </w:r>
    </w:p>
    <w:p>
      <w:pPr>
        <w:pStyle w:val="ArticleBody"/>
        <w:jc w:val="left"/>
      </w:pPr>
      <w:r>
        <w:rPr>
          <w:rFonts w:ascii="Times New Roman" w:hAnsi="Times New Roman" w:eastAsia="Times New Roman" w:cs="Times New Roman"/>
        </w:rPr>
        <w:t>Nan kontèks liv Lamantasyon an, dèy ak malè ki sèvi kòm tip twa zanj Revelasyon katòz yo, lamantasyon yo ak dèy la se premye ak dezyèm zanj yo, epi twazyèm nan se mesaj malè a, yon senbòl van lès la ke kat zanj k ap kenbe yo nan Revelasyon sèt ap anpeche.</w:t>
      </w:r>
    </w:p>
    <w:p>
      <w:pPr>
        <w:pStyle w:val="ArticleHeading"/>
        <w:jc w:val="left"/>
      </w:pPr>
      <w:r>
        <w:rPr>
          <w:rFonts w:ascii="Arial" w:hAnsi="Arial" w:eastAsia="Arial" w:cs="Arial"/>
        </w:rPr>
        <w:t>Ejip</w:t>
      </w:r>
    </w:p>
    <w:p>
      <w:pPr>
        <w:pStyle w:val="ArticleBody"/>
        <w:jc w:val="left"/>
      </w:pPr>
      <w:r>
        <w:rPr>
          <w:rFonts w:ascii="Times New Roman" w:hAnsi="Times New Roman" w:eastAsia="Times New Roman" w:cs="Times New Roman"/>
        </w:rPr>
        <w:t>Nan liv Ezekyèl la, gen trèz dat yo mansyone. Premye dat nan seri dat sou Lejip la se Ezekyèl 29:1, e li te reprezante ane 587 anvan Jezikri.</w:t>
      </w:r>
    </w:p>
    <w:p>
      <w:pPr>
        <w:pStyle w:val="ArticleScripture"/>
        <w:jc w:val="left"/>
      </w:pPr>
      <w:r>
        <w:rPr>
          <w:rFonts w:ascii="Times New Roman" w:hAnsi="Times New Roman" w:eastAsia="Times New Roman" w:cs="Times New Roman"/>
        </w:rPr>
        <w:t>Nan dizyèm ane a, nan dizyèm mwa a, nan douzyèm jou mwa a, pawòl Seyè a te vin jwenn mwen, li di: Pitit lòm, vire figi ou kont Farawon, wa peyi Lejip la, epi pwofetize kont li, ak kont tout peyi Lejip la. Pale, epi di: Men sa Senyè Bondye a di: Gade, mwen kont ou, Farawon, wa peyi Lejip la, gwo dragon ki kouche nan mitan rivyè li yo, li menm ki di: Rivyè mwen an se pou mwen, e se mwen menm ki fè li pou tèt mwen. Ezekyèl 29:1–3.</w:t>
      </w:r>
    </w:p>
    <w:p>
      <w:pPr>
        <w:pStyle w:val="ArticleBody"/>
        <w:jc w:val="left"/>
      </w:pPr>
      <w:r>
        <w:rPr>
          <w:rFonts w:ascii="Times New Roman" w:hAnsi="Times New Roman" w:eastAsia="Times New Roman" w:cs="Times New Roman"/>
        </w:rPr>
        <w:t>587 av. J.-C. se ane syèj la, ki te kòmanse yon ane edmi anvan destriksyon Jerizalèm. Nan epòk sa a, Ezekyèl pwoklame ke Bondye t apral ranvèse Ejip, e ke ranvèsman sa a t ap demontre bay pèp Bondye a foli yo dèske yo te mete konfyans yo nan dragon Ejip la. Nan fen chapit la, yo fè yon pwononsyasyon ke Ejip t ap bay Babilòn, konsa sa idantifye ki lè dis wa yo bay setyèm wayòm pwofesi biblik la bay Babilòn modèn nan—wityèm wayòm nan ki soti nan sèt yo. Pwofesi sa a te akonpli ‘disèt’ ane pi ta, an 571 av. J.-C., jan sa tabli nan fen chapit la. Se poutèt sa, chapit 29 genyen premye ak dènye referans datasyon ki asosye ak Ejip.</w:t>
      </w:r>
    </w:p>
    <w:p>
      <w:pPr>
        <w:pStyle w:val="ArticleScripture"/>
        <w:jc w:val="left"/>
      </w:pPr>
      <w:r>
        <w:rPr>
          <w:rFonts w:ascii="Times New Roman" w:hAnsi="Times New Roman" w:eastAsia="Times New Roman" w:cs="Times New Roman"/>
        </w:rPr>
        <w:t>Epi sa te rive nan vennsetyèm ane a, nan premye mwa a, nan premye jou mwa a, pawòl Seyè a vin jwenn mwen, li di: Pitit lòm, Nebikadretsa, wa Babilòn nan, te fè lame li a rann yon gwo sèvis kont Tir; tout tèt te vin chòv, epi tout zepòl te dekale po; men li pa t jwenn okenn salè, ni lame li a tou, nan men Tir, pou sèvis li te rann kont li a. Se poutèt sa, men sa Senyè Bondye a di: Gade, m ap bay peyi Ejip la bay Nebikadretsa, wa Babilòn nan; li pral pran foul moun li yo, li pral pran piyaj li, li pral pran predasyon li; e sa pral sèvi kòm salè pou lame li a. Mwen ba li peyi Ejip la pou travay li te fè kont li a, paske se pou mwen yo te travay, se sa Senyè Bondye a di. Nan jou sa a, m ap fè kòn kay Izrayèl la pouse; epi m ap ba ou ouvèti bouch nan mitan yo; epi y ap konnen se mwen menm ki Seyè a. Ezekyèl 29:17–21.</w:t>
      </w:r>
    </w:p>
    <w:p>
      <w:pPr>
        <w:pStyle w:val="ArticleBody"/>
        <w:jc w:val="left"/>
      </w:pPr>
      <w:r>
        <w:rPr>
          <w:rFonts w:ascii="Times New Roman" w:hAnsi="Times New Roman" w:eastAsia="Times New Roman" w:cs="Times New Roman"/>
        </w:rPr>
        <w:t>Ventyèm ane a, nan premye mwa a, nan premye jou a nan vèsè disèt, reprezante dènye dat pami trèz dat yo nan Ezekyèl, e se sèl dat ki tonbe apre 22 oktòb 573 anvan Jezikri. Li reprezante moman kote wa nò a nan Dànyèl onz, vèsè karant-de ak karant-twa, resevwa Ejip, ansanm ak pwen kote dis wa yo bay setyèm wayòm pa yo a bay wityèm wayòm nan ki sòti nan sèt yo. Li akonpli lè “kòn kay Izrayèl la” kòmanse boujonnen. Nan Ezayi, Izrayèl boujonnen nan jou van lès la.</w:t>
      </w:r>
    </w:p>
    <w:p>
      <w:pPr>
        <w:pStyle w:val="ArticleScripture"/>
        <w:jc w:val="left"/>
      </w:pPr>
      <w:r>
        <w:rPr>
          <w:rFonts w:ascii="Times New Roman" w:hAnsi="Times New Roman" w:eastAsia="Times New Roman" w:cs="Times New Roman"/>
        </w:rPr>
        <w:t>Li pral fè sila yo ki soti nan Jakòb pran rasin; Izrayèl pral fleri epi boujonnen, epi li pral ranpli tout latè ak fwi. Ezayi 27:8.</w:t>
      </w:r>
    </w:p>
    <w:p>
      <w:pPr>
        <w:pStyle w:val="ArticleBody"/>
        <w:jc w:val="left"/>
      </w:pPr>
      <w:r>
        <w:rPr>
          <w:rFonts w:ascii="Times New Roman" w:hAnsi="Times New Roman" w:eastAsia="Times New Roman" w:cs="Times New Roman"/>
        </w:rPr>
        <w:t>Lè Ezekyèl 29:17 va akonpli, epi dragon peyi Lejip la va remèt bay bèt papal la nan lwa dimanch k ap vini talè a, dènye lapli a va vide san mezi sou Izrayèl. Lapli sa a te kòmanse 11/9 kòm yon ti degoutman, jan sa te prefigire lè Kris la te soufle sou disip Li yo apre Li te desann sou tè a, apre Li te monte bò kote Papa Li apre rezirèksyon Li.</w:t>
      </w:r>
    </w:p>
    <w:p>
      <w:pPr>
        <w:pStyle w:val="ArticleScripture"/>
        <w:jc w:val="left"/>
      </w:pPr>
      <w:r>
        <w:rPr>
          <w:rFonts w:ascii="Times New Roman" w:hAnsi="Times New Roman" w:eastAsia="Times New Roman" w:cs="Times New Roman"/>
        </w:rPr>
        <w:t>“Zak Kris la lè l te soufle sou disip li yo Sentespri a, epi lè l te ba yo lapè li a, te tankou kèk ti gout devan gwo lapli abondan ki t ap bay nan jou Pannkòt la.” Spirit of Prophecy, volim 3, 243.</w:t>
      </w:r>
    </w:p>
    <w:p>
      <w:pPr>
        <w:pStyle w:val="ArticleBody"/>
        <w:jc w:val="left"/>
      </w:pPr>
      <w:r>
        <w:rPr>
          <w:rFonts w:ascii="Times New Roman" w:hAnsi="Times New Roman" w:eastAsia="Times New Roman" w:cs="Times New Roman"/>
        </w:rPr>
        <w:t>Pwofesi Ezekyèl la konsènan tonbe Lejip la te pwoklame an 587 av. J.-K., ane syèj la, epi disèt ane apre, pwofesi a te akonpli. Li akonpli nan peryòd ki reprezante pa nimewo “disèt” la, konsa li reprezante listwa kache vèsè karant nan Danyèl onz. Li dwe akonpli pandan tan seleman san karant-kat mil yo, jan sa dekri nan chapit nèf Ezekyèl la. Nan tan seleman an, dènye lapli a vide, dabò kòm yon vaporizasyon nan 9/11 epi ansuit kòm yon vide total nan lwa dimanch la. Dapre Ezayi, li akonpli nan “jou van lès la,” epi Islam se van lès la, e Islam se twazyèm “malè” a. Mesaj Ezekyèl te dwe manje a se te yon mesaj twa fwa, e twazyèm pati ladan l te mesaj malè a.</w:t>
      </w:r>
    </w:p>
    <w:p>
      <w:pPr>
        <w:pStyle w:val="ArticleBody"/>
        <w:jc w:val="left"/>
      </w:pPr>
      <w:r>
        <w:rPr>
          <w:rFonts w:ascii="Times New Roman" w:hAnsi="Times New Roman" w:eastAsia="Times New Roman" w:cs="Times New Roman"/>
        </w:rPr>
        <w:t>Trèz mesaj Ezèkiel yo ki te gen dat yo te prezante an rapò ak Jerizalèm, Ejip ak Tir. Yo tout t ap adrese rebelyon jan nimewo “trèz” la reprezante l.</w:t>
      </w:r>
    </w:p>
    <w:p>
      <w:pPr>
        <w:pStyle w:val="ArticleBody"/>
        <w:jc w:val="left"/>
      </w:pPr>
      <w:r>
        <w:rPr>
          <w:rFonts w:ascii="Times New Roman" w:hAnsi="Times New Roman" w:eastAsia="Times New Roman" w:cs="Times New Roman"/>
        </w:rPr>
        <w:t>Nou pral kontinye egzamine datasyon Ezekyèl la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Venndisiz</dc:title>
  <dc:subject>Ezekyèl Nimewo Sèt</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