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Arial" w:hAnsi="Arial" w:eastAsia="Arial" w:cs="Arial"/>
        </w:rPr>
        <w:t>Istwa Kache Vèsè Karant lan – Nimewo Trant-e-Youn</w:t>
      </w:r>
    </w:p>
    <w:p>
      <w:pPr>
        <w:pStyle w:val="ArticleSubtitle"/>
        <w:jc w:val="left"/>
      </w:pPr>
      <w:r>
        <w:rPr>
          <w:rFonts w:ascii="Arial" w:hAnsi="Arial" w:eastAsia="Arial" w:cs="Arial"/>
        </w:rPr>
        <w:t>Ezekyèl Nimewo Douz</w:t>
      </w:r>
    </w:p>
    <w:p>
      <w:pPr>
        <w:pStyle w:val="ArticleByline"/>
        <w:jc w:val="left"/>
      </w:pPr>
      <w:r>
        <w:rPr>
          <w:rFonts w:ascii="Arial" w:hAnsi="Arial" w:eastAsia="Arial" w:cs="Arial"/>
        </w:rPr>
        <w:t>Jeff Pippenger</w:t>
      </w:r>
    </w:p>
    <w:p>
      <w:pPr>
        <w:pStyle w:val="ArticleDate"/>
        <w:jc w:val="left"/>
      </w:pPr>
      <w:r>
        <w:rPr>
          <w:rFonts w:ascii="Arial" w:hAnsi="Arial" w:eastAsia="Arial" w:cs="Arial"/>
        </w:rPr>
        <w:t>2026-09-20</w:t>
      </w:r>
    </w:p>
    <w:p>
      <w:pPr>
        <w:pStyle w:val="ArticleBody"/>
        <w:jc w:val="left"/>
      </w:pPr>
      <w:r>
        <w:rPr>
          <w:rFonts w:ascii="Times New Roman" w:hAnsi="Times New Roman" w:eastAsia="Times New Roman" w:cs="Times New Roman"/>
        </w:rPr>
        <w:t>Atik ki te vin anvan an te fini ak paragraf sa a, ki te di: “Maryaj alyans lan nan ane 313 la reprezante dènye maryaj alyans pouvwa papal la ak Etazini—wa prensipal la pami dis wa Revelasyon disèt yo; yon pouvwa ki gen de kòn, ki se yon tip pouvwa ki gen de kòn Lafrans lan. Istwa ki te kòmanse ak Clovis an 496 e ki, finalman, te mennen nan dekrè Jistenyen an an 533 ak enthronizasyon papote a an 538, reprezante istwa depi 1989 rive jis nan lwa dimanch la.”</w:t>
      </w:r>
    </w:p>
    <w:p>
      <w:pPr>
        <w:pStyle w:val="ArticleBody"/>
        <w:jc w:val="left"/>
      </w:pPr>
      <w:r>
        <w:rPr>
          <w:rFonts w:ascii="Times New Roman" w:hAnsi="Times New Roman" w:eastAsia="Times New Roman" w:cs="Times New Roman"/>
        </w:rPr>
        <w:t>Ronald Reagan te gen tip li nan Clovis an 496, e Donald Trump gen tip li nan Justinian an 533. Dekrè Justinian an te vini senk ane anvan papòt la te monte sou twòn nan an 538, epi Edik Milan an te vini uit ane anvan premye lwa dimanch lan an 321. Ni dekrè a ni edik la aliyen kòm siy chemen ki vin anvan lwa dimanch lan.</w:t>
      </w:r>
    </w:p>
    <w:p>
      <w:pPr>
        <w:pStyle w:val="ArticleHeading"/>
        <w:jc w:val="left"/>
      </w:pPr>
      <w:r>
        <w:rPr>
          <w:rFonts w:ascii="Arial" w:hAnsi="Arial" w:eastAsia="Arial" w:cs="Arial"/>
        </w:rPr>
        <w:t>Reagan</w:t>
      </w:r>
    </w:p>
    <w:p>
      <w:pPr>
        <w:pStyle w:val="ArticleBody"/>
        <w:jc w:val="left"/>
      </w:pPr>
      <w:r>
        <w:rPr>
          <w:rFonts w:ascii="Times New Roman" w:hAnsi="Times New Roman" w:eastAsia="Times New Roman" w:cs="Times New Roman"/>
        </w:rPr>
        <w:t>Nan ane 1870, twoup Italyen yo te pran lavil Wòm (20 Septanm 1870). Eta Papal yo sispann egziste kòm yon eta teritoryal, e Pap Py IX te vin tounen “prizonye nan Vatikan an.” Kòm pa t rete okenn teritwa papal yo rekonèt kòm yon eta souveren, Etazini (tankou anpil lòt peyi) pa t kontinye kenbe relasyon diplomatik fòmèl ak Pap la kòm yon chèf tanporèl. Nan mwa Oktòb 1951, Prezidan Harry S. Truman te nonmen Jeneral Mark W. Clark kòm Anbasadè Etazini bò kote Vatikan an. Gwo opozisyon leve byen vit nan men anpil legliz ak òganizasyon pwotestan, ki te fè konnen nominasyon sa a vyole separasyon ant legliz ak leta. Nan mwa Janvye 1952, Jeneral Clark te retire non li.</w:t>
      </w:r>
    </w:p>
    <w:p>
      <w:pPr>
        <w:pStyle w:val="ArticleBody"/>
        <w:jc w:val="left"/>
      </w:pPr>
      <w:r>
        <w:rPr>
          <w:rFonts w:ascii="Times New Roman" w:hAnsi="Times New Roman" w:eastAsia="Times New Roman" w:cs="Times New Roman"/>
        </w:rPr>
        <w:t>Nan dat 10 janvye 1984, Prezidan Ronald Reagan ak Pap Jan Pòl II te dakò ofisyèlman pou etabli relasyon diplomatik konplè ant Etazini ak Sentespri Syèj la. Nan dat 9 avril 1984, William A. Wilson (ki te deja ap sèvi kòm reprezantan pèsonèl Reagan) te prezante lèt kredans li yo epi li te vin premye Anbasadè Etazini bò kote Sentespri Syèj la.</w:t>
      </w:r>
    </w:p>
    <w:p>
      <w:pPr>
        <w:pStyle w:val="ArticleBody"/>
        <w:jc w:val="left"/>
      </w:pPr>
      <w:r>
        <w:rPr>
          <w:rFonts w:ascii="Times New Roman" w:hAnsi="Times New Roman" w:eastAsia="Times New Roman" w:cs="Times New Roman"/>
        </w:rPr>
        <w:t>Pandan trantwa ane ki soti nan 1951 rive 1984, rezistans Pwotestantis la kont Katolik te disparèt. “Bra” ki te kanpe pou papote a an 496 avèk Clovis yo, sèvi kòm tip Reagan an 1984 jouk rive 1989. Clovis te reprezante retire relijyon an (paganis) ki t ap anpeche papote a leve ankò pou retounen sou pouvwa a, epi rive an 1984 rezistans Pwotestantis la kont monte papote a te deja wete. “Kontinyèl la” (paganis) te retire, epi Pòl dekri retire rezistans paganis la kont papote a kòm yon “apostazi.”</w:t>
      </w:r>
    </w:p>
    <w:p>
      <w:pPr>
        <w:pStyle w:val="ArticleBody"/>
        <w:jc w:val="left"/>
      </w:pPr>
      <w:r>
        <w:rPr>
          <w:rFonts w:ascii="Times New Roman" w:hAnsi="Times New Roman" w:eastAsia="Times New Roman" w:cs="Times New Roman"/>
        </w:rPr>
        <w:t>Legliz senbolik konpwomi an, ki te reprezante pa Konstanten Legran ak istwa depi 313 rive 538, te reprezante yon peryòd kote yon legliz te fè konpwomi avèk tèt li epi li te tonbe nan apostazi. Relijyon ki te reprezante pa “508” la, ki te deja anpeche avans pouvwa papal la, te tipifye apostazi Pwotestan yo Ozetazini. Reagan te reprezante pa Clovis. An 496, Clovis te bay papote a “pouvwa” li, konsa li te tipifye “alyans enpi” ki te akonpli pandan ane Reagan yo. Clovis te reprezante tou retrè “sakrifis kontinyèl” la an 508. 508 te tipifye 1984.</w:t>
      </w:r>
    </w:p>
    <w:p>
      <w:pPr>
        <w:pStyle w:val="ArticleScripture"/>
        <w:jc w:val="left"/>
      </w:pPr>
      <w:r>
        <w:rPr>
          <w:rFonts w:ascii="Times New Roman" w:hAnsi="Times New Roman" w:eastAsia="Times New Roman" w:cs="Times New Roman"/>
        </w:rPr>
        <w:t>“Konpwomi sa a ant paganis ak Krisyanis la te debouche sou devlopman ‘moun peche a’ yo te anonse davans nan pwofesi a kòm yon moun ki opoze ak Bondye epi ki leve tèt li pi wo pase Bondye. Gwo sistèm relijyon fo sa a se yon chèfdèv pouvwa Satan an—yon moniman efò li yo pou chita sou twòn nan pou l dirije tè a dapre volonte pa l.” The Great Controversy, 50.</w:t>
      </w:r>
    </w:p>
    <w:p>
      <w:pPr>
        <w:pStyle w:val="ArticleBody"/>
        <w:jc w:val="left"/>
      </w:pPr>
      <w:r>
        <w:rPr>
          <w:rFonts w:ascii="Times New Roman" w:hAnsi="Times New Roman" w:eastAsia="Times New Roman" w:cs="Times New Roman"/>
        </w:rPr>
        <w:t>Reagan te rele Inyon Sovyetik la avèk anpil renome yon “anpi mechan” nan yon diskou li te fè an 1983, e li te konsidere kominis ate a kòm yon menas moral ak espirityèl ki te pwofon. Li menm ak Jan Pòl II te fòme yon patenarya pèsonèl ak politik ki te sere kont kominis sovyetik la. Toude mesye yo te wè lit la an tèm moral, e menm an tèm pwovidans; an prive, Reagan te pale konsènan yon “Plan Diven” pou fè kominis la tonbe. Reagan te gen enterè nan aparisyon Fatima yo (avètisman an ki di “Larisi t ap gaye erè pa li yo”), e de lidè yo te diskite sou konviksyon yo te pataje a ke Bondye te epaye lavi yo (toude te siviv tantativ asasina an 1981) pou yon objektif ki te gen rapò ak defèt kominis la.</w:t>
      </w:r>
    </w:p>
    <w:p>
      <w:pPr>
        <w:pStyle w:val="ArticleHeading"/>
        <w:jc w:val="left"/>
      </w:pPr>
      <w:r>
        <w:rPr>
          <w:rFonts w:ascii="Arial" w:hAnsi="Arial" w:eastAsia="Arial" w:cs="Arial"/>
        </w:rPr>
        <w:t>Disciples Kris la</w:t>
      </w:r>
    </w:p>
    <w:p>
      <w:pPr>
        <w:pStyle w:val="ArticleBody"/>
        <w:jc w:val="left"/>
      </w:pPr>
      <w:r>
        <w:rPr>
          <w:rFonts w:ascii="Times New Roman" w:hAnsi="Times New Roman" w:eastAsia="Times New Roman" w:cs="Times New Roman"/>
        </w:rPr>
        <w:t>Reagan te leve nan denominasyon Disciples of Christ la, kote papa fondatè li yo te anseye dirèkteman ke pap Katolik la se te antikris la. Alexander Campbell, ki te pi enpòtan dirijan premye epòk legliz Disciples of Christ la, te idantifye papote a plizyè fwa kòm antikris la. Nan deba ak nan ekriti li yo, li te soutni ke ti kòn ki nan Daniel 7 la, bèt ki nan Revelation 13 la, ak nonm peche a ki nan 2 Thessalonians 2 a, tout t ap montre sou pap Wòm yo. Li te sèvi ak idantifikasyon sa yo nan deba piblik (tankou ak Evèk Katolik John B. Purcell an 1837). Barton W. Stone te rele gouvènman Pap la vrè antikris la ak “nonm peche a.” Walter Scott (yon lòt premye evanjelis mouvman an) te ekri ke nonm peche a, Pap Wòm nan, t ap leve nan legliz kretyen an epi t ap leve tèt li pi wo pase Bondye.</w:t>
      </w:r>
    </w:p>
    <w:p>
      <w:pPr>
        <w:pStyle w:val="ArticleBody"/>
        <w:jc w:val="left"/>
      </w:pPr>
      <w:r>
        <w:rPr>
          <w:rFonts w:ascii="Times New Roman" w:hAnsi="Times New Roman" w:eastAsia="Times New Roman" w:cs="Times New Roman"/>
        </w:rPr>
        <w:t>Manman Reagan nan, Nelle, te yon manm devwe nan denominasyon Disciples of Christ la e li te prensipal enfliyans relijye nan anfans li. Reagan te batize nan legliz Disciples of Christ la nan Dixon, Illinois, lè li te gen 11 an, epi li te aktif la pandan adolesans li (sa te gen ladan l ansèyman lekòl dimanch). Li te etidye nan Eureka College, ki te afilye ak Disciples of Christ la.</w:t>
      </w:r>
    </w:p>
    <w:p>
      <w:pPr>
        <w:pStyle w:val="ArticleScripture"/>
        <w:jc w:val="left"/>
      </w:pPr>
      <w:r>
        <w:rPr>
          <w:rFonts w:ascii="Times New Roman" w:hAnsi="Times New Roman" w:eastAsia="Times New Roman" w:cs="Times New Roman"/>
        </w:rPr>
        <w:t>“Moun ki vin konfonn nan konpreyansyon yo genyen sou pawòl la, ki pa rive wè siyifikasyon antikris la, sètènman ap mete tèt yo bò kote antikris la. Pa gen tan ankò kounye a pou nou asimile avèk lemonn.” Kress Collection, 105.</w:t>
      </w:r>
    </w:p>
    <w:p>
      <w:pPr>
        <w:pStyle w:val="ArticleBody"/>
        <w:jc w:val="left"/>
      </w:pPr>
      <w:r>
        <w:rPr>
          <w:rFonts w:ascii="Times New Roman" w:hAnsi="Times New Roman" w:eastAsia="Times New Roman" w:cs="Times New Roman"/>
        </w:rPr>
        <w:t>Reagan te prefigire pa Clovis, ansanm ak konpwomi Konstanten Legran an. Reagan te tou premye nan dènye uit prezidan yo depi tan lafen an an 1989. Antanke premye nan dènye uit prezidan yo, li prefigire Donald Trump, ki, menm jan ak Reagan, nan yon gwo konfizyon konsènan vrè objektif papote a, ak kiyès papote a ye.</w:t>
      </w:r>
    </w:p>
    <w:p>
      <w:pPr>
        <w:pStyle w:val="ArticleScripture"/>
        <w:jc w:val="left"/>
      </w:pPr>
      <w:r>
        <w:rPr>
          <w:rFonts w:ascii="Times New Roman" w:hAnsi="Times New Roman" w:eastAsia="Times New Roman" w:cs="Times New Roman"/>
        </w:rPr>
        <w:t>Èske de moun ka mache ansanm, si yo pa dakò? Amòs 3:3.</w:t>
      </w:r>
    </w:p>
    <w:p>
      <w:pPr>
        <w:pStyle w:val="ArticleBody"/>
        <w:jc w:val="left"/>
      </w:pPr>
      <w:r>
        <w:rPr>
          <w:rFonts w:ascii="Times New Roman" w:hAnsi="Times New Roman" w:eastAsia="Times New Roman" w:cs="Times New Roman"/>
        </w:rPr>
        <w:t>Sizyèm e dènye maryaj alyans lan nan chapit onz liv Danyèl la parèt nan istwa ki kòmanse nan tan lafen an an 1989, epi ki fini nan istwa Donald Trump.</w:t>
      </w:r>
    </w:p>
    <w:p>
      <w:pPr>
        <w:pStyle w:val="ArticleScripture"/>
        <w:jc w:val="left"/>
      </w:pPr>
      <w:r>
        <w:rPr>
          <w:rFonts w:ascii="Times New Roman" w:hAnsi="Times New Roman" w:eastAsia="Times New Roman" w:cs="Times New Roman"/>
        </w:rPr>
        <w:t>“Nan mouvman k ap fèt kounye a Ozetazini pou asire enstitisyon ak pratik legliz yo jwenn sipò leta, Pwotestan yo ap mache sou tras papis yo. Anplis sa, yo menm ap louvri pòt la pou Papatri a reprann nan Amerik Pwotestan sipremasi li te pèdi nan Ansien Mond lan.” The Great Controversy, 573.</w:t>
      </w:r>
    </w:p>
    <w:p>
      <w:pPr>
        <w:pStyle w:val="ArticleBody"/>
        <w:jc w:val="left"/>
      </w:pPr>
      <w:r>
        <w:rPr>
          <w:rFonts w:ascii="Times New Roman" w:hAnsi="Times New Roman" w:eastAsia="Times New Roman" w:cs="Times New Roman"/>
        </w:rPr>
        <w:t>Trete maryaj 313 la ak Edit Milan an koresponn ak istwa 533 la, epi dekrè Jistinyen an nan 533 pral ankò mete an aplikasyon pa yon administrasyon ki fè pwofesyon pou li kretyen, men ki pa konprann ankò ke idantifye pouvwa papal la kòm yon enstitisyon kretyen se, nan pi bon ka, yon oksimò, e nan pi move ka, yon ilizyon mòtèl.</w:t>
      </w:r>
    </w:p>
    <w:p>
      <w:pPr>
        <w:pStyle w:val="ArticleHeading"/>
        <w:jc w:val="left"/>
      </w:pPr>
      <w:r>
        <w:rPr>
          <w:rFonts w:ascii="Arial" w:hAnsi="Arial" w:eastAsia="Arial" w:cs="Arial"/>
        </w:rPr>
        <w:t>Legliz ak Leta</w:t>
      </w:r>
    </w:p>
    <w:p>
      <w:pPr>
        <w:pStyle w:val="ArticleBody"/>
        <w:jc w:val="left"/>
      </w:pPr>
      <w:r>
        <w:rPr>
          <w:rFonts w:ascii="Times New Roman" w:hAnsi="Times New Roman" w:eastAsia="Times New Roman" w:cs="Times New Roman"/>
        </w:rPr>
        <w:t>Nan ane 457 anvan Jezikri, twazyèm dekrè Atagzès la te retabli souverènte nasyonal la ansanm ak otorite politik ak relijye a.</w:t>
      </w:r>
    </w:p>
    <w:p>
      <w:pPr>
        <w:pStyle w:val="ArticleScripture"/>
        <w:jc w:val="left"/>
      </w:pPr>
      <w:r>
        <w:rPr>
          <w:rFonts w:ascii="Times New Roman" w:hAnsi="Times New Roman" w:eastAsia="Times New Roman" w:cs="Times New Roman"/>
        </w:rPr>
        <w:t>Epi ou menm, Esdras, dapre sajès Bondye pa w la, ki nan men ou, etabli majistra ak jij, pou yo jije tout pèp ki lòt bò larivyè a, tout moun ki konnen lwa Bondye pa w la; epi nou menm, enstwi sila yo ki pa konnen yo. E nenpòt moun ki pa vle fè lwa Bondye pa w la, ak lwa wa a, se pou jijman egzekite san pèdi tan sou li, kit se lanmò, kit se bannisman, kit se konfiskasyon byen, oswa prizon. Ezra 7:25, 26.</w:t>
      </w:r>
    </w:p>
    <w:p>
      <w:pPr>
        <w:pStyle w:val="ArticleBody"/>
        <w:jc w:val="left"/>
      </w:pPr>
      <w:r>
        <w:rPr>
          <w:rFonts w:ascii="Times New Roman" w:hAnsi="Times New Roman" w:eastAsia="Times New Roman" w:cs="Times New Roman"/>
        </w:rPr>
        <w:t>Twazyèm dekrè a te bay otorite pou egzekite jijman ak pinisyon ni pou lwa Bondye yo ni pou lwa wa a. Dekrè sa a te make kòmansman pwofesi de mil twa san ane a, ki te rive nan bout li le 22 oktòb 1844, lè Kris te vini san avètisman nan tanp Li a. Li te make tou kòmansman yon pwofesi de san senkant ane, ki te fini an 207 av. J.-K., nan listwa ki chita ant batay Rafya an 217 av. J.-K. ak Panyòm an 200 av. J.-K. Retablisman ni souvènte sivil la ni souvènte relijye a an 457 av. J.-K. idantifye yon alfa doub ki jwenn de akonplisman omega. Toude akonplisman omega yo reprezante yon pòt fèmen; youn pou kòn Pwotestan an, epi lòt la pou kòn Repibliken an.</w:t>
      </w:r>
    </w:p>
    <w:p>
      <w:pPr>
        <w:pStyle w:val="ArticleBody"/>
        <w:jc w:val="left"/>
      </w:pPr>
      <w:r>
        <w:rPr>
          <w:rFonts w:ascii="Times New Roman" w:hAnsi="Times New Roman" w:eastAsia="Times New Roman" w:cs="Times New Roman"/>
        </w:rPr>
        <w:t>Premye pwofesi de mil twasan ane a te reprezante lwa Bondye yo, epi pwofesi de san senkant ane a te reprezante lwa wa a. De pwofesi sa yo idantifye kòn Pwotestantis la ak kòn Repiblikanis la sou bèt tè a nan Revelasyon trèz. Kòn Repibliken bèt tè a plase nan mitan vèsè onz rive sèz nan Danyèl onz. Peryòd disèt ane ki genyen ant Rafia ak Panyòm nan koupe travèse pa youn nan kòn yo soti nan pwofesi doub twazyèm dekrè a nan 457 anvan Jezikri. Pwofesi doub sa a idantifye ni jijman dènye pèp alyans lan, ni jijman nasyon kote pèp alyans sa a jwenn rasin li yo.</w:t>
      </w:r>
    </w:p>
    <w:p>
      <w:pPr>
        <w:pStyle w:val="ArticleScripture"/>
        <w:jc w:val="left"/>
      </w:pPr>
      <w:r>
        <w:rPr>
          <w:rFonts w:ascii="Times New Roman" w:hAnsi="Times New Roman" w:eastAsia="Times New Roman" w:cs="Times New Roman"/>
        </w:rPr>
        <w:t>Li di Abraram: “Konnen sa avèk sètitid, desandan ou yo pral etranje nan yon peyi ki pa pa yo; yo pral sèvi moun peyi sa a, e y ap maltrete yo pandan katsan ane. Men, mwen menm, m ap jije nasyon y ap sèvi a; epi apre sa, y ap soti avèk anpil byen.” Jenèz 15:13, 14.</w:t>
      </w:r>
    </w:p>
    <w:p>
      <w:pPr>
        <w:pStyle w:val="ArticleBody"/>
        <w:jc w:val="left"/>
      </w:pPr>
      <w:r>
        <w:rPr>
          <w:rFonts w:ascii="Times New Roman" w:hAnsi="Times New Roman" w:eastAsia="Times New Roman" w:cs="Times New Roman"/>
        </w:rPr>
        <w:t>Nan liv Ezekyèl la, 22 Oktòb 1844 la se yon tip ki koresponn ak 22 Oktòb 573 av. J.-K. Youn nan dat yo idantifye kòmansman jijman ankèt la, epi lòt la idantifye son twonpèt Jibile a ni nan kòmansman ni nan konklizyon pwosesis jijman an. Toude dat yo aliyen, epi toude idantifye yon pòt fèmen. 1844 reprezante fèmti pòt kote ki sen an, pandan Kris t ap antre nan Kote ki Trè Sen an. 573 av. J.-K. idantifye fen tan pwobasyon limanite a, kote esklav peche yo ki te rachte yo resevwa libète yo, ansanm ak yon nouvo tè pou yo rete ladan l.</w:t>
      </w:r>
    </w:p>
    <w:p>
      <w:pPr>
        <w:pStyle w:val="ArticleScripture"/>
        <w:jc w:val="left"/>
      </w:pPr>
      <w:r>
        <w:rPr>
          <w:rFonts w:ascii="Times New Roman" w:hAnsi="Times New Roman" w:eastAsia="Times New Roman" w:cs="Times New Roman"/>
        </w:rPr>
        <w:t>Epi si li pa delivre nan ane sa yo, lè sa a li va soti nan ane Jibile a, ni li menm, ni pitit li yo avè l. Paske pitit Izrayèl yo se sèvitè pou mwen; yo se sèvitè pa m, mwen menm ki te fè yo sòti kite peyi Lejip la: mwen se Senyè a, Bondye nou an. Levitik 25:54, 55.</w:t>
      </w:r>
    </w:p>
    <w:p>
      <w:pPr>
        <w:pStyle w:val="ArticleBody"/>
        <w:jc w:val="left"/>
      </w:pPr>
      <w:r>
        <w:rPr>
          <w:rFonts w:ascii="Times New Roman" w:hAnsi="Times New Roman" w:eastAsia="Times New Roman" w:cs="Times New Roman"/>
        </w:rPr>
        <w:t>Tou de 22 oktòb yo reprezante pòt fèmen lwa dimanch k ap vini byento a. Peryòd gras yo te bay Adventis la te kòmanse an 1844 epi li fini nan lwa dimanch k ap vini byento a, epi peryòd gras yo te bay Etazini an tou fini nan lwa dimanch k ap vini byento a. Toude fen yo aliyen ak de temwen 22 oktòb yo: 2,300 ane ak de san senkant ane.</w:t>
      </w:r>
    </w:p>
    <w:p>
      <w:pPr>
        <w:pStyle w:val="ArticleBody"/>
        <w:jc w:val="left"/>
      </w:pPr>
      <w:r>
        <w:rPr>
          <w:rFonts w:ascii="Times New Roman" w:hAnsi="Times New Roman" w:eastAsia="Times New Roman" w:cs="Times New Roman"/>
        </w:rPr>
        <w:t>De san senkant ane ki fini nan listwa ant Raphia ak Panium divize peryòd de batay yo an de nonb senbolik, ki ansanm genyen pwòp siyifikasyon patikilye pa yo. Dis ane apre Raphia, ki vle di fwontyè, epi sèt ane anvan Panium, ki te yon batay yo te mennen sou yon plenn e ki te fini nan yon syèj. Dis ak sèt, kòm senbòl, idantifye pouvwa dragon an sou plizyè temwen. 207 av. J.-K. plase Trump, senbòl bèt ki soti sou tè a, ant vèsè onz ak kenz nan Danyèl onz, pandan l ap pwofetikman prepare pou l pale tankou yon dragon, jan sa reprezante pa konbinezon nonb dis la ak nonb sèt la.</w:t>
      </w:r>
    </w:p>
    <w:p>
      <w:pPr>
        <w:pStyle w:val="ArticleBody"/>
        <w:jc w:val="left"/>
      </w:pPr>
      <w:r>
        <w:rPr>
          <w:rFonts w:ascii="Times New Roman" w:hAnsi="Times New Roman" w:eastAsia="Times New Roman" w:cs="Times New Roman"/>
        </w:rPr>
        <w:t>Disèt la se yon senbòl tou, epi li elaji istwa Rafya rive Panium, depase Panium epi tou anvan Rafya. Ptolome IV Filopatò te gouvènen kòm wa peyi Lejip ptolemeyik depi 221 anvan Jezikri rive 204 anvan Jezikri, epi li te bat Antyòkis Magnus nan Rafya an 217 anvan Jezikri. Ptolome te kòmanse gouvènen anvan Rafya, epi li te gouvènen pandan ‘disèt’ ane. Nimewo disèt la reprezante yon peryòd istorik ki kòmanse anvan Rafya, epi ki pwolonje depase batay Panium nan ak syèj Sidon an jouk rive nan fen pwobasyon lèzòm, jan ane 330 la reprezante l. Pwofesi desan-senkant ane a pou peryòd legliz Smirn lan te kòmanse nan ane 64 la epi li te fini nan Edik Milan an ak trete maryaj 313 la.</w:t>
      </w:r>
    </w:p>
    <w:p>
      <w:pPr>
        <w:pStyle w:val="ArticleBody"/>
        <w:jc w:val="left"/>
      </w:pPr>
      <w:r>
        <w:rPr>
          <w:rFonts w:ascii="Times New Roman" w:hAnsi="Times New Roman" w:eastAsia="Times New Roman" w:cs="Times New Roman"/>
        </w:rPr>
        <w:t>Konstanten Gran an reprezante listwa legliz Pègam nan, e listwa sa a te kòmanse an 313 epi li te fini an 538. Premye “disèt” ane yo apre konklizyon pwofesi de-san-senkant ane a an 313 genyen twa repè. An 313 te gen Edik Milan an, an 321 te gen premye lwa dimanch lan, epi divizyon anpi a make an 330. Ane 330 a reprezante dènye lwa dimanch lan ki make fèmti tan gras limanite. Se poutèt sa, nonb disèt la kòmanse anvan Rafia epi li fini byen apre kanpay militè Panyòm ak Sidon. Vèsè sèz nan Danyèl onz la reprezante lwa dimanch lan Ozetazini.</w:t>
      </w:r>
    </w:p>
    <w:p>
      <w:pPr>
        <w:pStyle w:val="ArticleBody"/>
        <w:jc w:val="left"/>
      </w:pPr>
      <w:r>
        <w:rPr>
          <w:rFonts w:ascii="Times New Roman" w:hAnsi="Times New Roman" w:eastAsia="Times New Roman" w:cs="Times New Roman"/>
        </w:rPr>
        <w:t>Pwofesi Smirn lan idantifye siy syèj la, ki se kè menm mesaj avètisman Ezekyèl la. Siy repè ki vin anvan lwa dimanch lan, jan de ilistrasyon sou destriksyon Jerizalèm yo reprezante l, se syèj la; men li se tou Edik Milan an, ki kòmanse fòmasyon imaj bèt la.</w:t>
      </w:r>
    </w:p>
    <w:p>
      <w:pPr>
        <w:pStyle w:val="ArticleBody"/>
        <w:jc w:val="left"/>
      </w:pPr>
      <w:r>
        <w:rPr>
          <w:rFonts w:ascii="Times New Roman" w:hAnsi="Times New Roman" w:eastAsia="Times New Roman" w:cs="Times New Roman"/>
        </w:rPr>
        <w:t>Nan syèj la, pral gen yon pwosesyon maryaj alyans. Sa a se yon fraktal pwosesyon maryaj ki te kòmanse avèk Reagan, jan Clovis te prefigire l an 496; men pwosesyon final la ki mennen nan maryaj la kòmanse nan syèj la, an liy avèk dekrè Jistinyen an nan 533, ansanm ak Edik Milan an nan 313. Toude repè sa yo vini anvan lwa dimanch lan. Ane 313 te vini anvan premye lwa dimanch lan an 321, epi dekrè 533 la te vini anvan lwa dimanch lan nan twazyèm Konsèy Orléans la an 538. Yon kalite lejislasyon pral akonpli karakteristik pwofetik ni dekrè Jistinyen an ni Edik Milan an, pandan yon kalite maryaj alyans senbolik pral etabli.</w:t>
      </w:r>
    </w:p>
    <w:p>
      <w:pPr>
        <w:pStyle w:val="ArticleBody"/>
        <w:jc w:val="left"/>
      </w:pPr>
      <w:r>
        <w:rPr>
          <w:rFonts w:ascii="Times New Roman" w:hAnsi="Times New Roman" w:eastAsia="Times New Roman" w:cs="Times New Roman"/>
        </w:rPr>
        <w:t>Lè dekrè sa a fin fèt, li twò ta pou prepare, paske pòt tan lagras la fèmen sou kòn pwotestan an menm jan li te fèmen nan premye Pak la ann Ejip. Apre sa, lwa dimanch lan, pwochen siy sou chemen an, idantifye non sèlman ke imaj bèt la fin fòme nèt, men tou aplikasyon mak bèt la. Lwa dimanch lan make fen tan lagras la pou kòn Repibliken an, bèt tè a nan Revelasyon trèz la, avèk menm sètitid Farawon ak lame li a te mouri nan Lanmè Wouj la apre Pak la.</w:t>
      </w:r>
    </w:p>
    <w:p>
      <w:pPr>
        <w:pStyle w:val="ArticleBody"/>
        <w:jc w:val="left"/>
      </w:pPr>
      <w:r>
        <w:rPr>
          <w:rFonts w:ascii="Times New Roman" w:hAnsi="Times New Roman" w:eastAsia="Times New Roman" w:cs="Times New Roman"/>
        </w:rPr>
        <w:t>De san san senkant aneven ki fini an 207 av. J.-K. la idantifye Donald Trump, jan Antiochus Magnus reprezante l, antan l ap prepare pou kanpay k ap vini an ki kòmanse sou plenn Panium epi ki fini avèk syèj Sidon an. Apre batay Panium nan, kòmandan ptolemeyik la, Scopas d’Étolie, te pran lafuit avèk anviwon 10,000 sòlda ki te siviv pou ale nan vil Sidon. Antiochus te pouswiv li epi li te mete Sidon anba “syèj”. Gouvènman ptolemeyik ki te Alexandria a te voye yon fòs sekou, men li te echwe. Fas ak grangou, Scopas te rann vil la. Antiochus te pèmèt Scopas pati; Scopas te retounen ann Ejip apre sa, kote finalman yo te egzekite l sou akizasyon trayizon ak detounman lajan. Syèj Sidon an te konplete konkèt Antiochus sou Coele-Syria apre Panium.</w:t>
      </w:r>
    </w:p>
    <w:p>
      <w:pPr>
        <w:pStyle w:val="ArticleBody"/>
        <w:jc w:val="left"/>
      </w:pPr>
      <w:r>
        <w:rPr>
          <w:rFonts w:ascii="Times New Roman" w:hAnsi="Times New Roman" w:eastAsia="Times New Roman" w:cs="Times New Roman"/>
        </w:rPr>
        <w:t>Sè White idantifye liv Uriah Smith la, Daniel and the Revelation, kòm “men èd Bondye.” Smith idantifye kanpay an de etap Antiochus la nan kòmantè li sou vèsè katòz ak kenz nan Danyèl onz.</w:t>
      </w:r>
    </w:p>
    <w:p>
      <w:pPr>
        <w:pStyle w:val="ArticleScripture"/>
        <w:jc w:val="left"/>
      </w:pPr>
      <w:r>
        <w:rPr>
          <w:rFonts w:ascii="Times New Roman" w:hAnsi="Times New Roman" w:eastAsia="Times New Roman" w:cs="Times New Roman"/>
        </w:rPr>
        <w:t>“Senatus Women an te konfye edikasyon jèn wa peyi Lejip la bay M. Emilius Lepidus, ki nonmen Aristomenes, yon ansyen minis eksperimante nan lakay wayal sa a, kòm gadyen li. Premye aksyon li te poze se te pran dispozisyon kont menas envazyon de wa ki te fè alyans yo, Filip ak Antiochus.</w:t>
      </w:r>
    </w:p>
    <w:p>
      <w:pPr>
        <w:pStyle w:val="ArticleScripture"/>
        <w:jc w:val="left"/>
      </w:pPr>
      <w:r>
        <w:rPr>
          <w:rFonts w:ascii="Times New Roman" w:hAnsi="Times New Roman" w:eastAsia="Times New Roman" w:cs="Times New Roman"/>
        </w:rPr>
        <w:t>“Pou reyalize sa, li voye Scopas, yon jeneral renome soti nan Etoli, ki lè sa a te nan sèvis Ejipsyen yo, ale nan peyi natal li pou leve ranfò pou lame a. Apre li fin ekipe yon lame, li mache antre nan Palestin ak Kelesiri (Antyòkis te angaje nan yon lagè ak Atal nan Lazi Minè), epi li mete tout Jide anba soumisyon devan otorite Ejip la.</w:t>
      </w:r>
    </w:p>
    <w:p>
      <w:pPr>
        <w:pStyle w:val="ArticleScripture"/>
        <w:jc w:val="left"/>
      </w:pPr>
      <w:r>
        <w:rPr>
          <w:rFonts w:ascii="Times New Roman" w:hAnsi="Times New Roman" w:eastAsia="Times New Roman" w:cs="Times New Roman"/>
        </w:rPr>
        <w:t>“Konsa zafè yo te rive nan yon dispozisyon ki te pèmèt akonplisman vèsè ki devan nou an. Paske Antiochus, apre li te sispann lagè li kont Attalus sou lòd Women yo, pran rapidman dispozisyon pou reprann Palèstin ak Cœlé-Siri nan men Ejipsyen yo. Yo te voye Scopas pou opoze avè l. Toupre sous larivyè Jouden an, de lame yo te rankontre. [Panium] Scopas te bat, yo te pouswiv li jouk Sidon, epi la yo te sènen l byen sere. Twa nan jeneral ki te pi abil ann Ejip yo, ansanm ak pi bon twoup yo, te voye pou leve syèj la, men san okenn siksè. Finalman, Scopas, lè li te rankontre, nan espekt gaunt e entanjib grangou a, yon advèsè li pa t kapab konbat, te oblije rann tèt sou kondisyon dezonorab pou yo te kite l lavi sèlman; apre sa, yo te pèmèt li menm ak dis mil moun li yo pati, dezabiye e toutouni. Men isit la te pran lavil ki te pi byen ranfòse yo pa wa nò a; paske Sidon te, ni pa sitiyasyon li ni pa defans li yo, youn nan lavil ki te pi solid nan epòk sa yo. Men isit la tou te echèk zam sid la pou reziste, ansanm ak echèk pèp wa sid la te chwazi a; sètadi, Scopas ak fòs Etoliyen li yo.” Daniel and the Revelation, 257, 258.</w:t>
      </w:r>
    </w:p>
    <w:p>
      <w:pPr>
        <w:pStyle w:val="ArticleBody"/>
        <w:jc w:val="left"/>
      </w:pPr>
      <w:r>
        <w:rPr>
          <w:rFonts w:ascii="Times New Roman" w:hAnsi="Times New Roman" w:eastAsia="Times New Roman" w:cs="Times New Roman"/>
        </w:rPr>
        <w:t>De san sankant (250) lane ki fini an 207 av. J.-C. idantifye Donald Trump. Pwofesi de san senkant lane a ki fini an 313 avèk maryaj trete lès ak lwès la, ansanm ak Edik Milan an, ap idantifye fòmasyon imaj bèt la Ozetazini. Legliz Pègam la, ki te kòmanse an 313, reprezante istwa kote Krisyanis te tonbe nan apostazi atravè yon konpwomi ak relijyon payanis, anvan pouvwa papal la te pran twòn nan. Pègam ak ane 313 la se yon tip ki reprezante konpwomi ki parèt nan fòmasyon imaj bèt la Ozetazini. Sa reprezante konpwomi ant Krisyanis ak Wòm papal la, paske relijyon Katolis la pa anyen plis ni anyen mwens pase payanis degize kòm yon enstitisyon kretyèn. Pwofesi de san senkant lane a ki te kòmanse an 1776 e ki fini ane sa a, ap pale tou de Etazini. Kidonk, tout twa pwofesi de san senkant lane yo adrese kèk aspè pwofetik sou bèt latè a nan Revelasyon trèz, epi yo tout twa fini andedan liy pwofetik nimewo disèt la reprezante.</w:t>
      </w:r>
    </w:p>
    <w:p>
      <w:pPr>
        <w:pStyle w:val="ArticleBody"/>
        <w:jc w:val="left"/>
      </w:pPr>
      <w:r>
        <w:rPr>
          <w:rFonts w:ascii="Times New Roman" w:hAnsi="Times New Roman" w:eastAsia="Times New Roman" w:cs="Times New Roman"/>
        </w:rPr>
        <w:t>Lwa dimanch lan se lè Lèzetazini pale tankou yon dragon, epi pawòl yon nasyon se aksyon otorite lejislatif ak jidisyè li yo.</w:t>
      </w:r>
    </w:p>
    <w:p>
      <w:pPr>
        <w:pStyle w:val="ArticleScripture"/>
        <w:jc w:val="left"/>
      </w:pPr>
      <w:r>
        <w:rPr>
          <w:rFonts w:ascii="Times New Roman" w:hAnsi="Times New Roman" w:eastAsia="Times New Roman" w:cs="Times New Roman"/>
        </w:rPr>
        <w:t>« La “parole” de la nation est l’action de ses autorités législatives et judiciaires. » The Great Controversy, 442.</w:t>
      </w:r>
    </w:p>
    <w:p>
      <w:pPr>
        <w:pStyle w:val="ArticleBody"/>
        <w:jc w:val="left"/>
      </w:pPr>
      <w:r>
        <w:rPr>
          <w:rFonts w:ascii="Times New Roman" w:hAnsi="Times New Roman" w:eastAsia="Times New Roman" w:cs="Times New Roman"/>
        </w:rPr>
        <w:t>Trump pa ni yon otorite jidisyè ni yon otorite lejislatif; konsa, lwa dimanch ki pral vini talè a se Kongrè a ki mete l an aplikasyon. Men, nenpòt aksyon ki bay sipò a pouvwa papal la se yon tipifikasyon lwa dimanch lan. Dekrè 533 la, ak edi 313 la, idantifye kòmansman peryòd kote imaj bèt la ap fòme. Konklizyon an se lwa dimanch ki pral vini talè a; epi Jezi toujou ilistre fen an pa kòmansman an. Se poutèt sa, aksyon Trump, atravè yon lòd egzekitif ki ta bay nenpòt “konsesyon” a antikris pwofesi Bib la, t ap reprezante alfa mouvman an, yon mouvman ki pa fini jouk nan omega a, lè Etazini “va tèlman renonse prensip gouvènman li yo pou l adopte yon lwa dimanch.”</w:t>
      </w:r>
    </w:p>
    <w:p>
      <w:pPr>
        <w:pStyle w:val="ArticleScripture"/>
        <w:jc w:val="left"/>
      </w:pPr>
      <w:r>
        <w:rPr>
          <w:rFonts w:ascii="Times New Roman" w:hAnsi="Times New Roman" w:eastAsia="Times New Roman" w:cs="Times New Roman"/>
        </w:rPr>
        <w:t>“Gen anpil moun, menm pami sila yo ki angaje nan mouvman sa a pou fè respekte dimanch, ki avèg sou rezilta ki pral swiv aksyon sa a. Yo pa wè ke yo ap frape dirèkteman kont libète relijye. Gen anpil moun ki pa janm konprann reklamasyon Saba Bib la ak fondasyon fo sou ki enstitisyon dimanch lan chita. Nenpòt mouvman an favè lejislasyon relijye se an reyalite yon zak konsesyon bay papote a, ki pandan anpil syèk te fè lagè san rete kont libète konsyans. Obsèvans dimanch dwe egzistans li kòm yon sa yo rele enstitisyon kretyen a ‘mistè inikite a;’ epi fè respekte li pral yon rekonesans de facto prensip ki se menm wòch angilè womanis la. Lè nasyon nou an va konsa renonse ak prensip gouvènman li a pou l adopte yon lwa dimanch, pwotestantis va, nan zak sa a, mete men ak papote; sa p ap anyen lòt pase bay lavi a tirani a ki depi lontan t ap tann ak anpil anvi opòtinite pa li pou l sote ankò nan despotis aktif.” Testimonies, volume 5, 711.</w:t>
      </w:r>
    </w:p>
    <w:p>
      <w:pPr>
        <w:pStyle w:val="ArticleBody"/>
        <w:jc w:val="left"/>
      </w:pPr>
      <w:r>
        <w:rPr>
          <w:rFonts w:ascii="Times New Roman" w:hAnsi="Times New Roman" w:eastAsia="Times New Roman" w:cs="Times New Roman"/>
        </w:rPr>
        <w:t>Nenpòt “mouvman an favè lejislasyon relijye se an reyalite yon zak konsesyon anvè papote a,” epi mouvman sa yo fèt davans anvan lwa dimanch ki pral vini talè a.</w:t>
      </w:r>
    </w:p>
    <w:p>
      <w:pPr>
        <w:pStyle w:val="ArticleScripture"/>
        <w:jc w:val="left"/>
      </w:pPr>
      <w:r>
        <w:rPr>
          <w:rFonts w:ascii="Times New Roman" w:hAnsi="Times New Roman" w:eastAsia="Times New Roman" w:cs="Times New Roman"/>
        </w:rPr>
        <w:t>«Dekrè ki fè adorasyon jou sa a obligatwa a dwe pibliye pou tout lemonn. Nan yon mezi limite, li deja pibliye. Nan plizyè kote, pouvwa sivil la ap pale ak vwa yon dragon, menm jan wa payen an te pale ak kaptif ebre yo.» Signs of the Times, May 6, 1897.</w:t>
      </w:r>
    </w:p>
    <w:p>
      <w:pPr>
        <w:pStyle w:val="ArticleBody"/>
        <w:jc w:val="left"/>
      </w:pPr>
      <w:r>
        <w:rPr>
          <w:rFonts w:ascii="Times New Roman" w:hAnsi="Times New Roman" w:eastAsia="Times New Roman" w:cs="Times New Roman"/>
        </w:rPr>
        <w:t>N ap kontinye bagay sa yo nan pwochen atik la.</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Times New Roman" w:hAnsi="Times New Roman" w:eastAsia="Times New Roman" w:cs="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Arial" w:hAnsi="Arial" w:eastAsia="Arial" w:cs="Arial"/>
      <w:b/>
      <w:sz w:val="40"/>
    </w:rPr>
  </w:style>
  <w:style w:type="paragraph" w:customStyle="1" w:styleId="ArticleSubtitle">
    <w:name w:val="Article Subtitle"/>
    <w:basedOn w:val="Normal"/>
    <w:pPr>
      <w:spacing w:before="0" w:after="160"/>
      <w:ind w:left="0" w:right="0" w:firstLine="0"/>
      <w:jc w:val="left"/>
    </w:pPr>
    <w:rPr>
      <w:rFonts w:ascii="Arial" w:hAnsi="Arial" w:eastAsia="Arial" w:cs="Arial"/>
      <w:i/>
      <w:sz w:val="28"/>
    </w:rPr>
  </w:style>
  <w:style w:type="paragraph" w:customStyle="1" w:styleId="ArticleByline">
    <w:name w:val="Article Byline"/>
    <w:basedOn w:val="Normal"/>
    <w:pPr>
      <w:spacing w:before="0" w:after="40"/>
      <w:jc w:val="left"/>
    </w:pPr>
    <w:rPr>
      <w:rFonts w:ascii="Arial" w:hAnsi="Arial" w:eastAsia="Arial" w:cs="Arial"/>
      <w:i/>
      <w:sz w:val="22"/>
    </w:rPr>
  </w:style>
  <w:style w:type="paragraph" w:customStyle="1" w:styleId="ArticleDate">
    <w:name w:val="Article Date"/>
    <w:basedOn w:val="Normal"/>
    <w:pPr>
      <w:spacing w:before="0" w:after="280"/>
      <w:jc w:val="left"/>
    </w:pPr>
    <w:rPr>
      <w:rFonts w:ascii="Arial" w:hAnsi="Arial" w:eastAsia="Arial" w:cs="Arial"/>
      <w:sz w:val="20"/>
    </w:rPr>
  </w:style>
  <w:style w:type="paragraph" w:customStyle="1" w:styleId="ArticleHeading">
    <w:name w:val="Article Heading"/>
    <w:basedOn w:val="Heading2"/>
    <w:pPr>
      <w:spacing w:before="240" w:after="120"/>
      <w:jc w:val="left"/>
    </w:pPr>
    <w:rPr>
      <w:rFonts w:ascii="Arial" w:hAnsi="Arial" w:eastAsia="Arial" w:cs="Arial"/>
      <w:b/>
      <w:sz w:val="26"/>
    </w:rPr>
  </w:style>
  <w:style w:type="paragraph" w:customStyle="1" w:styleId="ArticleBody">
    <w:name w:val="Article Body"/>
    <w:basedOn w:val="Normal"/>
    <w:pPr>
      <w:spacing w:before="0" w:after="160"/>
      <w:jc w:val="left"/>
    </w:pPr>
    <w:rPr>
      <w:rFonts w:ascii="Times New Roman" w:hAnsi="Times New Roman" w:eastAsia="Times New Roman" w:cs="Times New Roman"/>
      <w:sz w:val="24"/>
    </w:rPr>
  </w:style>
  <w:style w:type="paragraph" w:customStyle="1" w:styleId="ArticleScripture">
    <w:name w:val="Article Scripture"/>
    <w:basedOn w:val="Normal"/>
    <w:pPr>
      <w:spacing w:before="0" w:after="160"/>
      <w:ind w:left="504" w:right="144"/>
      <w:jc w:val="left"/>
    </w:pPr>
    <w:rPr>
      <w:rFonts w:ascii="Times New Roman" w:hAnsi="Times New Roman" w:eastAsia="Times New Roman" w:cs="Times New Roman"/>
      <w:i w:val="0"/>
      <w:sz w:val="23"/>
    </w:rPr>
  </w:style>
  <w:style w:type="paragraph" w:customStyle="1" w:styleId="ArticleQuote">
    <w:name w:val="Article Quote"/>
    <w:basedOn w:val="Normal"/>
    <w:pPr>
      <w:spacing w:before="0" w:after="160"/>
      <w:ind w:left="648" w:right="288"/>
      <w:jc w:val="left"/>
    </w:pPr>
    <w:rPr>
      <w:rFonts w:ascii="Times New Roman" w:hAnsi="Times New Roman" w:eastAsia="Times New Roman" w:cs="Times New Roman"/>
      <w:i/>
      <w:sz w:val="23"/>
    </w:rPr>
  </w:style>
  <w:style w:type="paragraph" w:customStyle="1" w:styleId="ArticleListItem">
    <w:name w:val="Article List Item"/>
    <w:basedOn w:val="Normal"/>
    <w:pPr>
      <w:spacing w:before="0" w:after="80"/>
      <w:ind w:left="576" w:right="0" w:hanging="259"/>
      <w:jc w:val="left"/>
    </w:pPr>
    <w:rPr>
      <w:rFonts w:ascii="Times New Roman" w:hAnsi="Times New Roman" w:eastAsia="Times New Roman" w:cs="Times New Roma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Istwa Kache Vèsè Karant lan – Nimewo Trant-e-Youn</dc:title>
  <dc:subject>Ezekyèl Nimewo Douz</dc:subject>
  <dc:creator>Jeff Pippenger</dc:creator>
  <cp:keywords/>
  <dc:description>Generated by ArticleDigger from hidden_history\31_hidden_history.json</dc:description>
  <cp:lastModifiedBy>ArticleDigger</cp:lastModifiedBy>
  <cp:revision>1</cp:revision>
  <dcterms:created xsi:type="dcterms:W3CDTF">2000-01-01T00:00:00Z</dcterms:created>
  <dcterms:modified xsi:type="dcterms:W3CDTF">2000-01-01T00:00:00Z</dcterms:modified>
  <cp:category>hidden_history</cp:category>
  <cp:lastPrinted>2000-01-01T00:00:00Z</cp:lastPrinted>
</cp:coreProperties>
</file>