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Istwa kache vèsè karant lan - Nimewo trant-twa</w:t>
      </w:r>
    </w:p>
    <w:p>
      <w:pPr>
        <w:pStyle w:val="ArticleSubtitle"/>
        <w:jc w:val="left"/>
      </w:pPr>
      <w:r>
        <w:rPr>
          <w:rFonts w:ascii="Arial" w:hAnsi="Arial" w:eastAsia="Arial" w:cs="Arial"/>
        </w:rPr>
        <w:t>Ezekyèl Nimewo Katòz</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Nan chapit kat ak senk liv Jenèz la, yo mete jeneyaloji Kayen an an kontras ak jeneyaloji Sèt la.</w:t>
      </w:r>
    </w:p>
    <w:p>
      <w:pPr>
        <w:pStyle w:val="ArticleHeading"/>
        <w:jc w:val="left"/>
      </w:pPr>
      <w:r>
        <w:rPr>
          <w:rFonts w:ascii="Arial" w:hAnsi="Arial" w:eastAsia="Arial" w:cs="Arial"/>
        </w:rPr>
        <w:t>Lamek ki bon an ak Lamek ki move a</w:t>
      </w:r>
    </w:p>
    <w:p>
      <w:pPr>
        <w:pStyle w:val="ArticleBody"/>
        <w:jc w:val="left"/>
      </w:pPr>
      <w:r>
        <w:rPr>
          <w:rFonts w:ascii="Times New Roman" w:hAnsi="Times New Roman" w:eastAsia="Times New Roman" w:cs="Times New Roman"/>
        </w:rPr>
        <w:t>De liy desandans yo reprezante kontras ki genyen ant moun ki pèdi yo ak moun ki sove yo, epi kèk nan desandan de liy sa yo reprezante ‘senbòl desandan’ paralèl nan liy ki an kontras yo. Kayen reprezante yon kategori moun ki pa gen okenn repantans pou peche, e ki gen lapenn sèlman pou pwòp kondisyon pa yo.</w:t>
      </w:r>
    </w:p>
    <w:p>
      <w:pPr>
        <w:pStyle w:val="ArticleScripture"/>
        <w:jc w:val="left"/>
      </w:pPr>
      <w:r>
        <w:rPr>
          <w:rFonts w:ascii="Times New Roman" w:hAnsi="Times New Roman" w:eastAsia="Times New Roman" w:cs="Times New Roman"/>
        </w:rPr>
        <w:t>Epi li di: Kisa ou fè? Vwa san frè ou a ap rele mwen soti nan tè a. E kounye a, ou modi, ou bani lwen tè a, ki te louvri bouch li pou resevwa san frè ou nan men ou; lè ou va travay tè a, li p ap ba ou fòs li ankò; ou va tounen yon moun k ap kouri sove, yon moun k ap pwonmennen san kote pou rete sou latè. Epi Kayen di Seyè a: Pinisyon mwen an twò lou pou mwen sipòte li. Gade, jodi a ou chase mwen lwen fas tè a; mwen va kache lwen fas ou; mwen va tounen yon moun k ap kouri sove, yon moun k ap pwonmennen san kote pou rete sou latè; epi nenpòt moun ki jwenn mwen va touye mwen. Epi Seyè a di li: Se poutèt sa, nenpòt moun ki touye Kayen, y ap tire vanjans sou li sèt fwa. Epi Seyè a mete yon mak sou Kayen, pou okenn moun ki ta jwenn li pa touye li. Epi Kayen soti devan prezans Seyè a, li al rete nan peyi Nòd, alès Edèn. Jenèz 4:10–16.</w:t>
      </w:r>
    </w:p>
    <w:p>
      <w:pPr>
        <w:pStyle w:val="ArticleBody"/>
        <w:jc w:val="left"/>
      </w:pPr>
      <w:r>
        <w:rPr>
          <w:rFonts w:ascii="Times New Roman" w:hAnsi="Times New Roman" w:eastAsia="Times New Roman" w:cs="Times New Roman"/>
        </w:rPr>
        <w:t>Kayen reprezante yon kategori moun ki pa repanti e ki konsantre sèlman sou pwòp sitiyasyon malere yo, yon sitiyasyon yo mete tèt yo ladan l paske yo refize chèche fè sa ki byen.</w:t>
      </w:r>
    </w:p>
    <w:p>
      <w:pPr>
        <w:pStyle w:val="ArticleScripture"/>
        <w:jc w:val="left"/>
      </w:pPr>
      <w:r>
        <w:rPr>
          <w:rFonts w:ascii="Times New Roman" w:hAnsi="Times New Roman" w:eastAsia="Times New Roman" w:cs="Times New Roman"/>
        </w:rPr>
        <w:t>Men, li pa t gade ni Kayen ni ofrann li a avèk favè. Kayen te fache anpil, epi figi l te vin mare. Seyè a di Kayen: Poukisa ou fache? E poukisa figi ou mare? Si ou fè sa ki byen, èske ou p ap jwenn favè? E si ou pa fè sa ki byen, peche kouche nan papòt la. L ap gen dezi pou ou, epi ou va domine sou li. Jenèz 4:5–7.</w:t>
      </w:r>
    </w:p>
    <w:p>
      <w:pPr>
        <w:pStyle w:val="ArticleHeading"/>
        <w:jc w:val="left"/>
      </w:pPr>
      <w:r>
        <w:rPr>
          <w:rFonts w:ascii="Arial" w:hAnsi="Arial" w:eastAsia="Arial" w:cs="Arial"/>
        </w:rPr>
        <w:t>Sis Lanmò—Twa Alfa ak Twa Omega</w:t>
      </w:r>
    </w:p>
    <w:p>
      <w:pPr>
        <w:pStyle w:val="ArticleBody"/>
        <w:jc w:val="left"/>
      </w:pPr>
      <w:r>
        <w:rPr>
          <w:rFonts w:ascii="Times New Roman" w:hAnsi="Times New Roman" w:eastAsia="Times New Roman" w:cs="Times New Roman"/>
        </w:rPr>
        <w:t>Nan dènye atik yo, nou te idantifye Enòk kòm yon senbòl premye zanj lan, Lamèk kòm yon senbòl dezyèm zanj lan, Metouchela kòm kri minwi a, epi Noe kòm twazyèm zanj lan. Lamèk, ki te nan desandans Sèt la, te mouri lè li te gen sètsan swasanndisèt ane, senk ane anvan delij la, ki te rive lè Metouchela te mouri. Lanmò Metouchela te suiv lanmò Lamèk senk ane apre; kidonk, lanmò yo prefigire lanmò madanm Ezekyèl la, epi lanmò Jerizalèm, madanm Ti Mouton an, te suiv lanmò sa a yon ane edmi apre (1.5).</w:t>
      </w:r>
    </w:p>
    <w:p>
      <w:pPr>
        <w:pStyle w:val="ArticleScripture"/>
        <w:jc w:val="left"/>
      </w:pPr>
      <w:r>
        <w:rPr>
          <w:rFonts w:ascii="Times New Roman" w:hAnsi="Times New Roman" w:eastAsia="Times New Roman" w:cs="Times New Roman"/>
        </w:rPr>
        <w:t>E mwen menm, Jan, mwen te wè vil sen an, nouvo Jerizalèm nan, ki t ap desann sot bò kote Bondye nan syèl la, ki te pare tankou yon lamarye ki fè tèt li bèl pou mari li. Revelasyon 21:2.</w:t>
      </w:r>
    </w:p>
    <w:p>
      <w:pPr>
        <w:pStyle w:val="ArticleBody"/>
        <w:jc w:val="left"/>
      </w:pPr>
      <w:r>
        <w:rPr>
          <w:rFonts w:ascii="Times New Roman" w:hAnsi="Times New Roman" w:eastAsia="Times New Roman" w:cs="Times New Roman"/>
        </w:rPr>
        <w:t>Lanmò alfa madanm Ezekyèl la ak lanmò alfa Lamèk la, ki lye ak lanmò omega Jerizalèm nan ak lanmò omega Metouchela a, te prefigire lanmò Jan Palaiologos, epi, senk ane apre, lanmò Konstanten onzyèm nan sou miray Konstantinòp yo. Liy Lamèk la idantifye senk ane, avèk yon peryòd migrasyon bèt ki dire sèt jou nan fen an. Liy Wòm nan Lès la reprezante senk ane, epi tou yon peryòd kat ane anndan peryòd total senk ane a. Liy Ezekyèl la reprezante alafwa de ane ak yon ane edmi (1.5). Liy Ezekyèl la sou destriksyon Jerizalèm pa Babilòn koresponn ak dezyèm destriksyon Jerizalèm pa Wòm, soti nan ane 66 rive nan ane 70. Liy women destriksyon Jerizalèm nan bay alafwa yon peryòd kat ane ak yon peryòd twa ane edmi. Chak nan kat liy senbolik sa yo te bay non pa yon sèl peryòd senbolik, men de peryòd senbolik nan temwayaj pwofetik li.</w:t>
      </w:r>
    </w:p>
    <w:p>
      <w:pPr>
        <w:pStyle w:val="ArticleBody"/>
        <w:jc w:val="left"/>
      </w:pPr>
      <w:r>
        <w:rPr>
          <w:rFonts w:ascii="Times New Roman" w:hAnsi="Times New Roman" w:eastAsia="Times New Roman" w:cs="Times New Roman"/>
        </w:rPr>
        <w:t>Lamèk, John Palaiologos ak madanm Ezekyèl reprezante pwen repè alfa yon peryòd tan ki fini ak yon lanmò omega. De nan twa liy yo reprezante yon syèj ki fini ak lanmò tokay respektif yo. Lòt la fini lè bèt yo monte nan lach la. Tokay omega a mete delij Noe a an korespondans ak destriksyon Jerizalèm nan ak destriksyon miray Konstantinòp yo. Touletwa senbòl omega yo reprezante fen tan lagras la nan moman lwa dimanch k ap vini talè konsa a.</w:t>
      </w:r>
    </w:p>
    <w:p>
      <w:pPr>
        <w:pStyle w:val="ArticleBody"/>
        <w:jc w:val="left"/>
      </w:pPr>
      <w:r>
        <w:rPr>
          <w:rFonts w:ascii="Times New Roman" w:hAnsi="Times New Roman" w:eastAsia="Times New Roman" w:cs="Times New Roman"/>
        </w:rPr>
        <w:t>Natirèlman, pa t gen okenn syèj nan temwayaj lach Noe a, men fòk ta te gen yon ranp pou pèmèt moun antre nan lach la. Si yo konsidere ranp chajman an kòm yon prefigirasyon yon ranp syèj, alò tout twa temwen lanmò yo idantifye yon syèj. Nan liy women ki konsène destriksyon Jerizalèm nan, soti nan ane 66 rive nan ane 70, te gen yon syèj Cestius te mennen nan ane 66 ak yon dezyèm syèj Titus te mennen nan ane 70.</w:t>
      </w:r>
    </w:p>
    <w:p>
      <w:pPr>
        <w:pStyle w:val="ArticleHeading"/>
        <w:jc w:val="left"/>
      </w:pPr>
      <w:r>
        <w:rPr>
          <w:rFonts w:ascii="Arial" w:hAnsi="Arial" w:eastAsia="Arial" w:cs="Arial"/>
        </w:rPr>
        <w:t>Kat Ane</w:t>
      </w:r>
    </w:p>
    <w:p>
      <w:pPr>
        <w:pStyle w:val="ArticleBody"/>
        <w:jc w:val="left"/>
      </w:pPr>
      <w:r>
        <w:rPr>
          <w:rFonts w:ascii="Times New Roman" w:hAnsi="Times New Roman" w:eastAsia="Times New Roman" w:cs="Times New Roman"/>
        </w:rPr>
        <w:t>Kat ane ki fini ak syèj Konstantinòp la an 1453 reprezante dezyèm peryòd kat ane nan pwofesi islamik “senk mwa” ki nan Revelasyon chapit nèf la. Premye peryòd kat ane nan pwofesi “senk mwa” a te soti nan ane 1333 pou rive nan ane 1337, pandan syèj Nikomedi a. Syèj sa a te reprezante tou fen yon peryòd trantuit ane ki te kòmanse 27 jiyè 1299. De destriksyon Jerizalèm, yon destriksyon Konstantinòp, delij la ak syèj Nikomedi a se senk temwen kanpay Panium nan, ki te fèt soti nan ane 200 anvan Jezikri pou rive nan ane 198 anvan Jezikri, e ki ta yon sizyèm temwen, epi gen plizyè lòt ankò.</w:t>
      </w:r>
    </w:p>
    <w:p>
      <w:pPr>
        <w:pStyle w:val="ArticleBody"/>
        <w:jc w:val="left"/>
      </w:pPr>
      <w:r>
        <w:rPr>
          <w:rFonts w:ascii="Times New Roman" w:hAnsi="Times New Roman" w:eastAsia="Times New Roman" w:cs="Times New Roman"/>
        </w:rPr>
        <w:t>Li fasil pou aliye toude destriksyon Jerizalèm yo, “liy sou liy.” Delij la ak liy Wòm oryantal la aliye sou baz lanmò alfa ak omega ki komen pou toude yo. Kanpay Panium nan aliye espesyalman ak liy Ezekyèl la pou ane 587 anvan Jezikri, paske toude peryòd syèj yo reprezante dezan. Panium reprezante nan vèsè kenz nan Danyèl onz, ki vini anvan vèsè sèz la ki reprezante lwa dimanch k ap vini byento a, menm jan sa te fèt pou destriksyon Jerizalèm yo nan ane 586 anvan Jezikri ak ane 70 apre Jezikri. Peryòd dezan batay Panium nan ak syèj Sidon an fè chak nan liy sa yo antre nan istwa kache Danyèl onz vèsè karant lan.</w:t>
      </w:r>
    </w:p>
    <w:p>
      <w:pPr>
        <w:pStyle w:val="ArticleHeading"/>
        <w:jc w:val="left"/>
      </w:pPr>
      <w:r>
        <w:rPr>
          <w:rFonts w:ascii="Arial" w:hAnsi="Arial" w:eastAsia="Arial" w:cs="Arial"/>
        </w:rPr>
        <w:t>Yon siy</w:t>
      </w:r>
    </w:p>
    <w:p>
      <w:pPr>
        <w:pStyle w:val="ArticleBody"/>
        <w:jc w:val="left"/>
      </w:pPr>
      <w:r>
        <w:rPr>
          <w:rFonts w:ascii="Times New Roman" w:hAnsi="Times New Roman" w:eastAsia="Times New Roman" w:cs="Times New Roman"/>
        </w:rPr>
        <w:t>Premye pwen repè pwofetik nan syèj ki te mennen nan chak nan de destriksyon Jerizalèm yo reprezante yon siy; Cestius nan ane 66 ak lanmò madanm Ezekyèl la te toude siy alfa. Lamek se premye pwen repè a tou, e kidonk, sou baz temwayaj de temwen, Lamek se yon siy tou. Laj li, 777 an, reprezante siy legliz triyonfan an, ki konpoze de twa eleman: yon pwofèt, yon prèt ak yon wa.</w:t>
      </w:r>
    </w:p>
    <w:p>
      <w:pPr>
        <w:pStyle w:val="ArticleScripture"/>
        <w:jc w:val="left"/>
      </w:pPr>
      <w:r>
        <w:rPr>
          <w:rFonts w:ascii="Times New Roman" w:hAnsi="Times New Roman" w:eastAsia="Times New Roman" w:cs="Times New Roman"/>
        </w:rPr>
        <w:t>Anplis de sa, mwen te ba yo jou saba mwen yo tou, pou yo sèvi kòm yon siy ant mwen menm ak yo, pou yo konnen se mwen menm, Seyè a, ki sanktifye yo. Ezekyèl 20:12.</w:t>
      </w:r>
    </w:p>
    <w:p>
      <w:pPr>
        <w:pStyle w:val="ArticleHeading"/>
        <w:jc w:val="left"/>
      </w:pPr>
      <w:r>
        <w:rPr>
          <w:rFonts w:ascii="Arial" w:hAnsi="Arial" w:eastAsia="Arial" w:cs="Arial"/>
        </w:rPr>
        <w:t>300 ane</w:t>
      </w:r>
    </w:p>
    <w:p>
      <w:pPr>
        <w:pStyle w:val="ArticleBody"/>
        <w:jc w:val="left"/>
      </w:pPr>
      <w:r>
        <w:rPr>
          <w:rFonts w:ascii="Times New Roman" w:hAnsi="Times New Roman" w:eastAsia="Times New Roman" w:cs="Times New Roman"/>
        </w:rPr>
        <w:t>Enòk, ki te setyèm moun depi Adan nan liy desandans Sèt la, te mache avèk Bondye pandan 300 ane, epi yo te pran l mennen nan syèl la. ‘300’ se yon senbòl twasan tablo pyonye ane 1843 yo, twasan predikatè milerit ki koresponn ak yo, epi tou lame Jedeyon an ki te gen twasan moun. Enòk, predikatè milerit yo ak twasan moun Jedeyon yo reprezante san karannkat mil yo. Samson te pran 300 rena epi li te mare yo ansanm de pa de, konsa li te idantifye 150 ansanm ak yon senbòl ki mare ansanm e ki bay yon total twasan.</w:t>
      </w:r>
    </w:p>
    <w:p>
      <w:pPr>
        <w:pStyle w:val="ArticleScripture"/>
        <w:jc w:val="left"/>
      </w:pPr>
      <w:r>
        <w:rPr>
          <w:rFonts w:ascii="Times New Roman" w:hAnsi="Times New Roman" w:eastAsia="Times New Roman" w:cs="Times New Roman"/>
        </w:rPr>
        <w:t>Epi Samson ale, li kenbe twasan rena, li pran flanbo, li mete rena yo ke kont ke, epi li mete yon flanbo ant chak pè ke. Lè li fin limen flanbo yo, li lage rena yo nan ble moun Filisti yo ki te toujou kanpe nan jaden yo, epi li boule ni pil ble yo te deja koupe yo, ni ble ki te toujou kanpe a, ansanm ak jaden rezen yo ak pye oliv yo. Jij 15:4, 5.</w:t>
      </w:r>
    </w:p>
    <w:p>
      <w:pPr>
        <w:pStyle w:val="ArticleBody"/>
        <w:jc w:val="left"/>
      </w:pPr>
      <w:r>
        <w:rPr>
          <w:rFonts w:ascii="Times New Roman" w:hAnsi="Times New Roman" w:eastAsia="Times New Roman" w:cs="Times New Roman"/>
        </w:rPr>
        <w:t>De pwofesi senk mwa yo sou Islam nan chapit nèf liv Revelasyon an idantifye “dife” ak “ke” kòm karakteristik Islam.</w:t>
      </w:r>
    </w:p>
    <w:p>
      <w:pPr>
        <w:pStyle w:val="ArticleScripture"/>
        <w:jc w:val="left"/>
      </w:pPr>
      <w:r>
        <w:rPr>
          <w:rFonts w:ascii="Times New Roman" w:hAnsi="Times New Roman" w:eastAsia="Times New Roman" w:cs="Times New Roman"/>
        </w:rPr>
        <w:t>Epi se konsa mwen te wè chwal yo nan vizyon an, ansanm ak moun ki te chita sou yo, ki te gen kiras koulè dife, koulè jasent ak koulè souf: tèt chwal yo te tankou tèt lyon; epi dife, lafimen ak souf t ap soti nan bouch yo. Se twa bagay sa yo ki te touye yon tyè nan lèzòm: dife a, lafimen an ak souf la ki t ap soti nan bouch yo. Paske se nan bouch yo ak nan ke yo pouvwa yo ye: paske ke yo te tankou sèpan, yo te gen tèt, epi se avèk yo yo fè mal. Revelasyon 9:17–19.</w:t>
      </w:r>
    </w:p>
    <w:p>
      <w:pPr>
        <w:pStyle w:val="ArticleBody"/>
        <w:jc w:val="left"/>
      </w:pPr>
      <w:r>
        <w:rPr>
          <w:rFonts w:ascii="Times New Roman" w:hAnsi="Times New Roman" w:eastAsia="Times New Roman" w:cs="Times New Roman"/>
        </w:rPr>
        <w:t>Pouvwa Islam nan se alafwa nan bouch yo ak nan ke yo li ye.</w:t>
      </w:r>
    </w:p>
    <w:p>
      <w:pPr>
        <w:pStyle w:val="ArticleScripture"/>
        <w:jc w:val="left"/>
      </w:pPr>
      <w:r>
        <w:rPr>
          <w:rFonts w:ascii="Times New Roman" w:hAnsi="Times New Roman" w:eastAsia="Times New Roman" w:cs="Times New Roman"/>
        </w:rPr>
        <w:t>E yo te gen ke tankou ke eskòpyon, e te gen pikan nan ke yo: e yo te gen pouvwa pou yo fè lèzòm mal pandan senk mwa. E yo te gen yon wa sou tèt yo, ki se zanj twou san fon an, ki rele Abaddon nan lang ebre, men ki rele Apollyon nan lang grèk. Revelasyon 9:10, 11.</w:t>
      </w:r>
    </w:p>
    <w:p>
      <w:pPr>
        <w:pStyle w:val="ArticleBody"/>
        <w:jc w:val="left"/>
      </w:pPr>
      <w:r>
        <w:rPr>
          <w:rFonts w:ascii="Times New Roman" w:hAnsi="Times New Roman" w:eastAsia="Times New Roman" w:cs="Times New Roman"/>
        </w:rPr>
        <w:t>Pouvwa Islam genyen pou l toumante ak touye a chita nan bouch yo ak nan ke yo alafwa, ki soti nan bouch yo ak nan ke yo.</w:t>
      </w:r>
    </w:p>
    <w:p>
      <w:pPr>
        <w:pStyle w:val="ArticleScripture"/>
        <w:jc w:val="left"/>
      </w:pPr>
      <w:r>
        <w:rPr>
          <w:rFonts w:ascii="Times New Roman" w:hAnsi="Times New Roman" w:eastAsia="Times New Roman" w:cs="Times New Roman"/>
        </w:rPr>
        <w:t>Se poutèt sa, Seyè a pral koupe tèt ak ke, branch ak jon, nan mitan pèp Izrayèl la, nan yon sèl jou. Granmoun aje ki onorab la, se li ki tèt la; epi pwofèt k ap anseye manti a, se li ki ke a. Paske moun k ap dirije pèp sa a fè l pran move chemen; epi moun y ap dirije yo sibi destriksyon. Ezayi 9:14–16.</w:t>
      </w:r>
    </w:p>
    <w:p>
      <w:pPr>
        <w:pStyle w:val="ArticleBody"/>
        <w:jc w:val="left"/>
      </w:pPr>
      <w:r>
        <w:rPr>
          <w:rFonts w:ascii="Times New Roman" w:hAnsi="Times New Roman" w:eastAsia="Times New Roman" w:cs="Times New Roman"/>
        </w:rPr>
        <w:t>Islam ak Izrayèl gen yon lyen pwofetik, paske toude se pitit Abraham, epi nan chak liy, “tèt” la se “ansyen an ak moun ki onorab la”, epi “ke” a se “pwofèt ki anseye manti a”. Pwofèt tan lontan ki te anseye manti a se Mohammed pou Islam. Koran an reprezante manti ki motive krikèt Islam yo, epi ansyen an ak moun ki onorab la se dirijan politik yo. Se yon aparèy leta (bouch) ki dirije Islam, e se manti Koran an (ke) ki motive aparèy sa a. Twasan rena Samson yo te divize an de gwoup senk mwa ki gen pou toumante epi touye pa mwayen dife a, lafimen an ak souf la.</w:t>
      </w:r>
    </w:p>
    <w:p>
      <w:pPr>
        <w:pStyle w:val="ArticleHeading"/>
        <w:jc w:val="left"/>
      </w:pPr>
      <w:r>
        <w:rPr>
          <w:rFonts w:ascii="Arial" w:hAnsi="Arial" w:eastAsia="Arial" w:cs="Arial"/>
        </w:rPr>
        <w:t>Dife, lafimen ak souf</w:t>
      </w:r>
    </w:p>
    <w:p>
      <w:pPr>
        <w:pStyle w:val="ArticleBody"/>
        <w:jc w:val="left"/>
      </w:pPr>
      <w:r>
        <w:rPr>
          <w:rFonts w:ascii="Times New Roman" w:hAnsi="Times New Roman" w:eastAsia="Times New Roman" w:cs="Times New Roman"/>
        </w:rPr>
        <w:t>Dife, lafimen ak souf pote karakteristik pwofetik twa zanj yo. Premye a ak dènye a se kalite dife. Rasin mo “souf” la reprezante yon ekla diven. Dife se senbòl yon mesaj; lafimen se efè mesaj la, epi souf la montre se yon mesaj relijye. Tout twa se kontrefason vrè mesaj twa zanj yo nan Revelasyon katòz. Plak pwatrin an fè a reprezante sou fòm dife, jasent ak souf. Li se yon kontrefason plak pwatrin granprèt la. Plak pwatrin granprèt la reprezante san karannkat mil yo kòm douz pyè presye imen ki ini ak Divinite a, ki reprezante pa Urim ak Thummim yo. Jasent nan tan lontan an te gen yon koulè ble-nwa fonse, oswa yon koulè vyolèt sonb. Jasent ki nan plak pwatrin Islam nan koresponn ak lafimen k ap soti nan bouch (leta) ak nan ke (legliz) Islam yo.</w:t>
      </w:r>
    </w:p>
    <w:p>
      <w:pPr>
        <w:pStyle w:val="ArticleBody"/>
        <w:jc w:val="left"/>
      </w:pPr>
      <w:r>
        <w:rPr>
          <w:rFonts w:ascii="Times New Roman" w:hAnsi="Times New Roman" w:eastAsia="Times New Roman" w:cs="Times New Roman"/>
        </w:rPr>
        <w:t>Lefètke yo te mennen Enòk nan syèl la apre li te pase 300 ane ap mache avèk Bondye mete nonb 300 la an rapò ak mesaj premye zanj lan ki te rive an 1798. Mesaj premye zanj sa a te resevwa pisans nan dat 11 out 1840, avèk akonplisman pwofesi senk mwa ki nan Apokalips nèf la. De peryòd senk mwa ki nan chapit la mare youn ak lòt, liy sou liy. Se sèlman dènyèman yo te vin rekonèt ke senk mwa ki nan vèsè senk la ak senk mwa ki nan vèsè dis la se de peryòd distenk ki dire san senkant ane chak. Lè yo te rekonèt verite sa a, Samson te mare rena yo ansanm pou fòme san senkant pè rena.</w:t>
      </w:r>
    </w:p>
    <w:p>
      <w:pPr>
        <w:pStyle w:val="ArticleBody"/>
        <w:jc w:val="left"/>
      </w:pPr>
      <w:r>
        <w:rPr>
          <w:rFonts w:ascii="Times New Roman" w:hAnsi="Times New Roman" w:eastAsia="Times New Roman" w:cs="Times New Roman"/>
        </w:rPr>
        <w:t>Nan istwa pwofetik Samson an (ki vle di “solèy”), “lafimen” ki te soti nan twou san fon an lè kle a te reprezante pa batay Niniv la te bouche solèy la ak fènwa. Millerit yo te byen rekonèt ke lefèt ke lafimen twou san fon islamik la te bouche solèy la te reprezante levanjil Kris la ki te kouvri, jan solèy la (Samson) reprezante l la. Gen plizyè lòt lyen ant temwayaj Samson an ak Islam ki nan chapit nèf rive onz liv Revelasyon an.</w:t>
      </w:r>
    </w:p>
    <w:p>
      <w:pPr>
        <w:pStyle w:val="ArticleBody"/>
        <w:jc w:val="left"/>
      </w:pPr>
      <w:r>
        <w:rPr>
          <w:rFonts w:ascii="Times New Roman" w:hAnsi="Times New Roman" w:eastAsia="Times New Roman" w:cs="Times New Roman"/>
        </w:rPr>
        <w:t>Chif twa a parèt nan istwa Samson atravè twa jou envite nan maryaj yo te genyen pou yo rezoud devinèt la. Samson gen relasyon ak twa fanm: madanm li ki soti Timnah, pwostitye a ak Delilah. Lespri Seyè a vini sou Samson twa fwa: nan epizòd lyon an, nan Ashkelon ak nan Lehi. Samson bay Delilah twa fo repons anvan li di l laverite. Chif twa a reprezante Divinite a, ansanm ak fo divinite dragon an, bèt la ak fo pwofèt la fòme a, epi tou twa pati ki konpoze legliz triyonfan an.</w:t>
      </w:r>
    </w:p>
    <w:p>
      <w:pPr>
        <w:pStyle w:val="ArticleBody"/>
        <w:jc w:val="left"/>
      </w:pPr>
      <w:r>
        <w:rPr>
          <w:rFonts w:ascii="Times New Roman" w:hAnsi="Times New Roman" w:eastAsia="Times New Roman" w:cs="Times New Roman"/>
        </w:rPr>
        <w:t>Nonb trant lan se nonb yon prèt, e te gen trant konpayon yo te mennen nan fèt maryaj Samson an. Apre sa, Samson te parye trant dra ak trant rad si envite yo te kapab rezoud devinèt la. Lè yo te devwale sekrè devinèt li a pa trayizon, Samson te touye trant gason nan Askalon pou l peye pari a. Nonb trant lan se yon ladim pwofetik sou 300, epi, ann amoni ak lefèt ke Enòk te mache avèk Bondye pandan twasan ane, twasan rena Samson te kenbe epi mare ansanm an san senkant pè yo gen rapò ak de pwofesi senk mwa ki nan Apokalips nèf yo, ki mare ansanm pa mwayen metodoloji liy sou liy la. Twasan se yon ladim pwofetik sou twa mil, e twa mil reprezante yon rès, kit se yon rès ki jis, jan moun ki te konvèti jou Lapannkòt la reprezante l la, kit se yon rès ki pa jis, jan moun Levit yo te touye pandan rebelyon ti bèf annò a reprezante l la.</w:t>
      </w:r>
    </w:p>
    <w:p>
      <w:pPr>
        <w:pStyle w:val="ArticleBody"/>
        <w:jc w:val="left"/>
      </w:pPr>
      <w:r>
        <w:rPr>
          <w:rFonts w:ascii="Times New Roman" w:hAnsi="Times New Roman" w:eastAsia="Times New Roman" w:cs="Times New Roman"/>
        </w:rPr>
        <w:t>Rebelyon ti bèf annò a ak moun ki te konvèti nan jou Lapannkòt la toude aliyen sou plan pwofetik nan moman lwa dimanch k ap vini talè a. Yon rès reprezante yon rès ki soti nan pèp ki nan alyans ak Bondye a ak yon rès ki soti pami moun ki andeyò pak pèp ki nan alyans ak Bondye a. Premye referans ak twa mil la nan temwayaj Samson an se Jwif ki te pran Samson prizonye pou apeze Filisten yo, epi dezyèm nan se Filisten yo. Jijman an kòmanse ak kay Bondye a, epi apre sa, li pase sou ouvriye onzyèm èdtan yo ki toujou nan Babilòn. Temwayaj Samson an kore senbòl twa mil la kòm yon rès, epi li kore tou lòd etap yo nan pwosesis jijman an. Enòk te mache ak Bondye pandan twasan ane, konsa li reprezante rès pèp ki nan alyans ak Bondye a ki pa goute lanmò. Rès sa a se san karannkat mil yo ki, nan chapit sèt liv Revelasyon an, prezante an kontras ak gwo foul moun nan.</w:t>
      </w:r>
    </w:p>
    <w:p>
      <w:pPr>
        <w:pStyle w:val="ArticleBody"/>
        <w:jc w:val="left"/>
      </w:pPr>
      <w:r>
        <w:rPr>
          <w:rFonts w:ascii="Times New Roman" w:hAnsi="Times New Roman" w:eastAsia="Times New Roman" w:cs="Times New Roman"/>
        </w:rPr>
        <w:t>Yon ladim sou 300 se 30, ki se senbòl yon prèt; anplis, nonb twa a, kòm ladim sou trant, reprezante Divinite a, ansanm ak fo divinite dragon an, bèt la ak fo pwofèt la. Twa reprezante tou divizyon an twa pati legliz triyonfan an, ki gen kòm reprezantan wa David, ki te kòmanse gouvènen lè li te gen trant an, prèt Jozèf, ki te kòmanse sèvi lè li te gen trant an, ak pwofèt ak prèt Ezekyèl, ki te kòmanse ministè li, ki te dire vennde ane, nan trantyèm ane disetyèm sik jibile a. Antanke prèt, li ta gen trant an.</w:t>
      </w:r>
    </w:p>
    <w:p>
      <w:pPr>
        <w:pStyle w:val="ArticleBody"/>
        <w:jc w:val="left"/>
      </w:pPr>
      <w:r>
        <w:rPr>
          <w:rFonts w:ascii="Times New Roman" w:hAnsi="Times New Roman" w:eastAsia="Times New Roman" w:cs="Times New Roman"/>
        </w:rPr>
        <w:t>Chak nan twa antite senbolik yo, ki reprezante kòm pwofèt, prèt ak wa, resevwa so Bondye a, ki se saba setyèm jou a, nan pwen repè ki make kòmansman syèj la. De temwen lanmò, ansanm ak temwen segondè ki se destriksyon Jerizalèm nan ane 66 la, bay twa temwen ki montre pwen repè syèj la se yon ‘siy.’</w:t>
      </w:r>
    </w:p>
    <w:p>
      <w:pPr>
        <w:pStyle w:val="ArticleHeading"/>
        <w:jc w:val="left"/>
      </w:pPr>
      <w:r>
        <w:rPr>
          <w:rFonts w:ascii="Arial" w:hAnsi="Arial" w:eastAsia="Arial" w:cs="Arial"/>
        </w:rPr>
        <w:t>Pwen Repè Tranzisyon an</w:t>
      </w:r>
    </w:p>
    <w:p>
      <w:pPr>
        <w:pStyle w:val="ArticleBody"/>
        <w:jc w:val="left"/>
      </w:pPr>
      <w:r>
        <w:rPr>
          <w:rFonts w:ascii="Times New Roman" w:hAnsi="Times New Roman" w:eastAsia="Times New Roman" w:cs="Times New Roman"/>
        </w:rPr>
        <w:t>Lè syèj la kòmanse, legliz triyonfan Bondye a, ki gen twa pati, resevwa so a, jan Lamèk reprezante l la. Lanmò madanm Ezekyèl la montre se nan pwen repè sa a menm yo fin mete ansyen pèp alyans lan sou kote nèt. Pwen repè a make tranzisyon soti nan Lawodise pou rive nan Filadèlfi, yon tranzisyon yo reprezante tou kòm pasaj legliz militan an pou l vin legliz triyonfan an, e konsa li vin uityèm legliz la ki fè pati sèt yo. Pwen repè sa a nan istwa milerit twazyèm zanj lan, ki te soti 22 oktòb 1844 pou rive nan rebelyon 1863 la, te reprezante peryòd 1856 la, lè ni James ni Ellen White te kòmanse idantifye mouvman an kòm lawodiseyen. An 1856, mouvman milerit filadèlfyen an te fè tranzisyon pou l vin mouvman milerit lawodiseyen an. Sèt ane apre, mouvman milerit lawodiseyen an te pran fen lè mouvman an te vin legliz Advantis Setyèm Jou lawodiseyen an.</w:t>
      </w:r>
    </w:p>
    <w:p>
      <w:pPr>
        <w:pStyle w:val="ArticleBody"/>
        <w:jc w:val="left"/>
      </w:pPr>
      <w:r>
        <w:rPr>
          <w:rFonts w:ascii="Times New Roman" w:hAnsi="Times New Roman" w:eastAsia="Times New Roman" w:cs="Times New Roman"/>
        </w:rPr>
        <w:t>Pwen repè sa a reprezante tipolojikman tou nan ane 313, lè legliz Smin nan te fini epi legliz Pègam nan te kòmanse. Lè yo konsidere yo ansanm, tranzisyon ane 1856 la, soti nan Filadèlfi ki jis la pou rive nan Lawodise ki enjis la, koresponn ak tranzisyon ane 313 la, soti nan Smin ki jis la pou rive nan Pègam ki enjis la, epi pwen tranzisyon an idantifye pwen repè a tou kòm yon siy. Syèj la kòmanse ak yon siy, dapre temwayaj plizyè temwen. Lè mouvman twazyèm zanj lan, ki konpoze de san karannkat mil moun yo, resevwa so a nan moman lanmò Lamèk la, yo resevwa so a epi yo ini pafètman pandan y ap leve yo kòm yon banyè, paske premye pwen repè nan estrikti pwofetik syèj la se yon siy.</w:t>
      </w:r>
    </w:p>
    <w:p>
      <w:pPr>
        <w:pStyle w:val="ArticleBody"/>
        <w:jc w:val="left"/>
      </w:pPr>
      <w:r>
        <w:rPr>
          <w:rFonts w:ascii="Times New Roman" w:hAnsi="Times New Roman" w:eastAsia="Times New Roman" w:cs="Times New Roman"/>
        </w:rPr>
        <w:t>Lanmò John Palaiologos la idantifye repè Islam nan, lè Wòm oryantal la oblije soumèt anba dominasyon Islam. Syèj la ak destriksyon Jerizalèm nan bay de temwen sou Babilòn ak Wòm. Peryòd yon ane edmi Ezekyèl la reprezante moun Lawodise yo ki te refize wè ak tande mesaj ki te avèti yo ke yo t ap mennen yo nan kaptivite wa nò a. Siy Cestius la reprezante moun Filadèlfi yo ki chape anba wa nò a. De siy sa yo konsène mesaj pwofetik entèn nan, menm jan ak 777 Lamèk la. Liy sou liy, yo mennen yon klas moun nan kaptivite pandan syèj la, epi lòt klas la chape anba men wa nò a.</w:t>
      </w:r>
    </w:p>
    <w:p>
      <w:pPr>
        <w:pStyle w:val="ArticleBody"/>
        <w:jc w:val="left"/>
      </w:pPr>
      <w:r>
        <w:rPr>
          <w:rFonts w:ascii="Times New Roman" w:hAnsi="Times New Roman" w:eastAsia="Times New Roman" w:cs="Times New Roman"/>
        </w:rPr>
        <w:t>Lanmò John Palaiologos reprezante mesaj pwofetik ekstèn nan lè li idantifye wòl islam jwe nan pwen repè kote moun Lamech reprezante yo resevwa so a. Moun ki chape yo ak moun yo kaptire pandan syèj ak destriksyon Jerizalèm nan mete aksan sou lefèt ke se nan pwen repè alfa peryòd pwofetik syèj la karaktè a manifeste. Se de Lamech yo ki reprezante de kategori sa yo. Yon kategori bay Nashville yon avètisman, epi lòt kategori a refize.</w:t>
      </w:r>
    </w:p>
    <w:p>
      <w:pPr>
        <w:pStyle w:val="ArticleScripture"/>
        <w:jc w:val="left"/>
      </w:pPr>
      <w:r>
        <w:rPr>
          <w:rFonts w:ascii="Times New Roman" w:hAnsi="Times New Roman" w:eastAsia="Times New Roman" w:cs="Times New Roman"/>
        </w:rPr>
        <w:t>Epi Seyè a di l: Se poutèt sa, nenpòt moun ki touye Kayen, y ap tire revanj sou li sèt fwa pi rèd. Epi Seyè a mete yon mak sou Kayen, pou nenpòt moun ki ta jwenn li pa touye l. Jenèz 4:15.</w:t>
      </w:r>
    </w:p>
    <w:p>
      <w:pPr>
        <w:pStyle w:val="ArticleHeading"/>
        <w:jc w:val="left"/>
      </w:pPr>
      <w:r>
        <w:rPr>
          <w:rFonts w:ascii="Arial" w:hAnsi="Arial" w:eastAsia="Arial" w:cs="Arial"/>
        </w:rPr>
        <w:t>Mak Rebelyon an</w:t>
      </w:r>
    </w:p>
    <w:p>
      <w:pPr>
        <w:pStyle w:val="ArticleBody"/>
        <w:jc w:val="left"/>
      </w:pPr>
      <w:r>
        <w:rPr>
          <w:rFonts w:ascii="Times New Roman" w:hAnsi="Times New Roman" w:eastAsia="Times New Roman" w:cs="Times New Roman"/>
        </w:rPr>
        <w:t>Kayen te resevwa mak rebelyon li a. Yo te konprann mak rebelyon li a kòm yon avètisman pou limanite: si yo ta touye Kayen, yo t ap sibi yon jijman Bondye t ap miltipliye pa sèt. Nan yon sans, yo ka konprann mak la kòm yon pwoteksyon Bondye te bay Kayen, men, sou plan pwofetik, li koresponn ak mak rebelyon an ki sèvi kòm avètisman nan dènye liv Bib la. Mak bèt la nan liv omega a, Revelasyon, te prefigire nan mak rebelyon Kayen an nan liv alfa a, Jenèz. Avètisman ki enplisit nan mak Kayen an se sa a: nenpòt moun ki montre menm karaktè ak Kayen, Bondye t ap rejte l epi jije l tou. Mak ki sou Kayen an koresponn ak mak bèt la, epi avètisman an mete aksan sou kòmandman pou pa imite rebelyon Kayen an, ki te konsiste nan asasinen frè li a, rebelyon ki reprezante nan Revelasyon kòm imaj bèt la. Imite aksyon Kayen an se fòme yon imaj Kayen. Kayen te resevwa yon jijman egzekitif ki te miltipliye pa sèt, epi, nan sizyèm jenerasyon ki te soti nan Kayen an, Lamèk te rekonèt li te repete peche papa l la, men jijman pa l la t ap sèt fwa swasanndis.</w:t>
      </w:r>
    </w:p>
    <w:p>
      <w:pPr>
        <w:pStyle w:val="ArticleScripture"/>
        <w:jc w:val="left"/>
      </w:pPr>
      <w:r>
        <w:rPr>
          <w:rFonts w:ascii="Times New Roman" w:hAnsi="Times New Roman" w:eastAsia="Times New Roman" w:cs="Times New Roman"/>
        </w:rPr>
        <w:t>Epi Lamech di madanm li yo: Adah ak Zillah, koute vwa mwen; nou menm, madanm Lamech yo, koute pawòl mwen: paske mwen touye yon nonm poutèt li te blese m, ak yon jenn gason poutèt li te fè m mal. Si y ap tire revanj pou Cain sèt fwa, se sèten y ap tire revanj pou Lamech swasanndisèt fwa. Jenèz 4:23, 24.</w:t>
      </w:r>
    </w:p>
    <w:p>
      <w:pPr>
        <w:pStyle w:val="ArticleBody"/>
        <w:jc w:val="left"/>
      </w:pPr>
      <w:r>
        <w:rPr>
          <w:rFonts w:ascii="Times New Roman" w:hAnsi="Times New Roman" w:eastAsia="Times New Roman" w:cs="Times New Roman"/>
        </w:rPr>
        <w:t>Vèsè anvan an se premye nan sèlman twa okazyon kote yo prezante nonb sou fòm miltiplikasyon nan Pawòl Bondye a. Dènye a menm jan ak premye a.</w:t>
      </w:r>
    </w:p>
    <w:p>
      <w:pPr>
        <w:pStyle w:val="ArticleScripture"/>
        <w:jc w:val="left"/>
      </w:pPr>
      <w:r>
        <w:rPr>
          <w:rFonts w:ascii="Times New Roman" w:hAnsi="Times New Roman" w:eastAsia="Times New Roman" w:cs="Times New Roman"/>
        </w:rPr>
        <w:t>Lè sa a, Pyè pwoche bò kote l, li di: Senyè, konbyen fwa pou m padone frè m lè li peche kont mwen? Jiska sèt fwa? Jezi di li: Mwen pa di ou jiska sèt fwa, men jiska swasanndis fwa sèt. Matye 18:21, 22.</w:t>
      </w:r>
    </w:p>
    <w:p>
      <w:pPr>
        <w:pStyle w:val="ArticleBody"/>
        <w:jc w:val="left"/>
      </w:pPr>
      <w:r>
        <w:rPr>
          <w:rFonts w:ascii="Times New Roman" w:hAnsi="Times New Roman" w:eastAsia="Times New Roman" w:cs="Times New Roman"/>
        </w:rPr>
        <w:t>Swasanndis fwa sèt fè kat san katrevendis, e gen twa peryòd kat san katrevendis ane nan istwa sakre a, e yo chak reprezante yon peryòd tan gras. Gen yon peryòd kat san katrevendis ane ki reprezante pou sanktyè a, youn pou wa yo ak youn pou lame a. Peryòd pou wa yo te kòmanse avèk onksyon Sayil la an 1097 anvan Jezikri, e li te dire jiska premye syèj Nèbikadneza te fè a, lè yo te mennen Danyèl an kaptivite an 607 anvan Jezikri.</w:t>
      </w:r>
    </w:p>
    <w:p>
      <w:pPr>
        <w:pStyle w:val="ArticleBody"/>
        <w:jc w:val="left"/>
      </w:pPr>
      <w:r>
        <w:rPr>
          <w:rFonts w:ascii="Times New Roman" w:hAnsi="Times New Roman" w:eastAsia="Times New Roman" w:cs="Times New Roman"/>
        </w:rPr>
        <w:t>Kat san katrevendis ane tan eprèv yo te akòde sanktyè a te kòmanse avèk konsekrasyon tanp Salomon an nan ane 1006 anvan Jezikri, epi yo te kontinye jouk konsekrasyon tanp apre egzil la nan ane 516 anvan Jezikri. Pou lame a, kat san katrevendis ane yo te soti nan ane 457 anvan Jezikri rive nan ane 34 apre Jezikri.</w:t>
      </w:r>
    </w:p>
    <w:p>
      <w:pPr>
        <w:pStyle w:val="ArticleBody"/>
        <w:jc w:val="left"/>
      </w:pPr>
      <w:r>
        <w:rPr>
          <w:rFonts w:ascii="Times New Roman" w:hAnsi="Times New Roman" w:eastAsia="Times New Roman" w:cs="Times New Roman"/>
        </w:rPr>
        <w:t>Soti nan mesaj avètisman sou jijman sèt fwa a ak mak Kayen an pou rive nan swasanndis fwa sèt Lamèk la, sa reprezante yon peryòd pwobasyon senbolik ki dire katsan katrevendis ane. Yo prezante rebelyon mak Kayen an reprezante a kòm yon rebelyon ki t ap vin pi grav ofiramezi, ann akò ak rezon ki te pouse Bondye voye delij la.</w:t>
      </w:r>
    </w:p>
    <w:p>
      <w:pPr>
        <w:pStyle w:val="ArticleScripture"/>
        <w:jc w:val="left"/>
      </w:pPr>
      <w:r>
        <w:rPr>
          <w:rFonts w:ascii="Times New Roman" w:hAnsi="Times New Roman" w:eastAsia="Times New Roman" w:cs="Times New Roman"/>
        </w:rPr>
        <w:t>E Bondye wè mechanste lòm te gwo anpil sou tè a, e tout sa li te imajine nan panse kè li te toujou mal sèlman. E Seyè a te regrèt li te fè lòm sou tè a, e sa te fè li lapenn nan kè li. E Seyè a di: Mwen pral efase lòm mwen te kreye a sou sifas tè a; ni lòm, ni bèt, ni bèt k ap trennen sou vant yo, ni zwazo nan syèl la; paske mwen regrèt mwen te fè yo. Jenèz 6:5–7.</w:t>
      </w:r>
    </w:p>
    <w:p>
      <w:pPr>
        <w:pStyle w:val="ArticleBody"/>
        <w:jc w:val="left"/>
      </w:pPr>
      <w:r>
        <w:rPr>
          <w:rFonts w:ascii="Times New Roman" w:hAnsi="Times New Roman" w:eastAsia="Times New Roman" w:cs="Times New Roman"/>
        </w:rPr>
        <w:t>Yo prezante Lamèk ki nan sizyèm jenerasyon liy Kayen an kòm yon klas rebèl ki make, an kontras ak Lamèk ki nan liy Sèt la. Temwayaj toulede Lamèk yo endike yon fen tan gras: youn atravè ekspresyon 490 la, lòt la atravè lanmò li. Toulede gen yon senbolis nimerik ki asosye dirèkteman ak twa pati ki konpoze legliz triyonfan an. Lamèk nan liy Kayen an koresponn ak twa peryòd 490 ane yo pou wa yo, sanktyè a ak lame a, epi Lamèk nan liy Sèt la gen so chif sèt la pou pwofèt la, prèt la ak wa a. Lamèk nan liy Sèt la se dezyèm nan twa zanj Apokalips katòz yo, epi Lamèk nan liy Kayen an se twazyèm zanj la ki prezante avètisman konsènan bèt la, imaj li, mak la ak chif non li. Apokalips katòz, vèsè 9/11 yo idantifye moun ki resevwa madichon Kayen an.</w:t>
      </w:r>
    </w:p>
    <w:p>
      <w:pPr>
        <w:pStyle w:val="ArticleScripture"/>
        <w:jc w:val="left"/>
      </w:pPr>
      <w:r>
        <w:rPr>
          <w:rFonts w:ascii="Times New Roman" w:hAnsi="Times New Roman" w:eastAsia="Times New Roman" w:cs="Times New Roman"/>
        </w:rPr>
        <w:t>Epi twazyèm zanj lan te swiv yo, li t ap di ak yon vwa fò: Si yon moun adore bèt la ak imaj li a, epi li resevwa mak li sou fwon li oswa sou men li, moun sa a va bwè nan diven kòlè Bondye a, ki vide san melanj nan gode endiyasyon li a; epi y ap toumante li ak dife ak souf devan zanj ki sen yo ak devan Ti Mouton an. Epi lafimen touman yo ap monte pou tout tan gen tan; e moun ki adore bèt la ak imaj li a, ansanm ak nenpòt moun ki resevwa mak non li a, pa gen repo ni lajounen ni lannuit. Revelasyon 14:9–11.</w:t>
      </w:r>
    </w:p>
    <w:p>
      <w:pPr>
        <w:pStyle w:val="ArticleBody"/>
        <w:jc w:val="left"/>
      </w:pPr>
      <w:r>
        <w:rPr>
          <w:rFonts w:ascii="Times New Roman" w:hAnsi="Times New Roman" w:eastAsia="Times New Roman" w:cs="Times New Roman"/>
        </w:rPr>
        <w:t>Revelasyon 15:2 idantifye moun Lemèk nan liy Sèt la reprezante yo:</w:t>
      </w:r>
    </w:p>
    <w:p>
      <w:pPr>
        <w:pStyle w:val="ArticleScripture"/>
        <w:jc w:val="left"/>
      </w:pPr>
      <w:r>
        <w:rPr>
          <w:rFonts w:ascii="Times New Roman" w:hAnsi="Times New Roman" w:eastAsia="Times New Roman" w:cs="Times New Roman"/>
        </w:rPr>
        <w:t>Epi mwen wè yon bagay ki te tankou yon lanmè an vè melanje ak dife: mwen wè moun ki te ranpòte laviktwa sou bèt la, sou imaj li, sou mak li ak sou nimewo non li, ki te kanpe sou lanmè an vè a, avèk gita Bondye yo nan men yo. Revelasyon 15:2.</w:t>
      </w:r>
    </w:p>
    <w:p>
      <w:pPr>
        <w:pStyle w:val="ArticleBody"/>
        <w:jc w:val="left"/>
      </w:pPr>
      <w:r>
        <w:rPr>
          <w:rFonts w:ascii="Times New Roman" w:hAnsi="Times New Roman" w:eastAsia="Times New Roman" w:cs="Times New Roman"/>
        </w:rPr>
        <w:t>Lamèk nan desandans Sèt la make fèmti pòt la avèk lanmò li. Lamèk nan desandans Kayen an make fèmti pòt la nan fen katsan katrevendis ane tan lagras. Yo te dwe konsidere mak Kayen an kòm yon avètisman kont yon karaktè ki te manifeste twa karakteristik pwofetik prensipal. Li te refize patisipe nan adorasyon Bondye selon enstriksyon Bondye yo; li te manifeste yon kòlè plen jalouzi epi li te asasinen ti frè li a, epi, twazyèmman, li te refize repanti.</w:t>
      </w:r>
    </w:p>
    <w:p>
      <w:pPr>
        <w:pStyle w:val="ArticleBody"/>
        <w:jc w:val="left"/>
      </w:pPr>
      <w:r>
        <w:rPr>
          <w:rFonts w:ascii="Times New Roman" w:hAnsi="Times New Roman" w:eastAsia="Times New Roman" w:cs="Times New Roman"/>
        </w:rPr>
        <w:t>Kayen te vyole premye tab Dis Kòmandman yo, ki defini relasyon lèzòm ak Bondye, epi dezyèm tab la defini relasyon lèzòm youn ak lòt. Mak rebelyon li a te idantifye l kòm yon moun san lalwa, san okenn repantans. Kayen ak Lamèk idantifye pòt fèmen twazyèm zanj lan nan moman lwa dimanch ki pral vini byento a. Enòk, Metouchela, Lamèk ak Noe reprezante istwa ki kòmanse ak arive premye zanj lan, Enòk reprezante a, arive Lamèk kòm dezyèm zanj lan, arive Metouchela kòm rèl minwi a ki bay mesaj dezyèm zanj lan, mesaj Lamèk la, pisans, epi ansuit Noe, kòm twazyèm zanj lan, idantifye pòt fèmen delij la.</w:t>
      </w:r>
    </w:p>
    <w:p>
      <w:pPr>
        <w:pStyle w:val="ArticleBody"/>
        <w:jc w:val="left"/>
      </w:pPr>
      <w:r>
        <w:rPr>
          <w:rFonts w:ascii="Times New Roman" w:hAnsi="Times New Roman" w:eastAsia="Times New Roman" w:cs="Times New Roman"/>
        </w:rPr>
        <w:t>Lamèk te mouri senk ane anvan delij la, e sa make senk ane senbolik anvan pòt la fèmen lè lwa sou dimanch ki prèt pou vini an rive. Se nan moman lanmò Lamèk, a laj 777 an, travay mete so sou legliz triyonfan an akonpli. Apre sa, sèt jou anvan pòt lach la te fèmen yon fason sinatirèl, bèt yo te kòmanse antre nan lach la.</w:t>
      </w:r>
    </w:p>
    <w:p>
      <w:pPr>
        <w:pStyle w:val="ArticleBody"/>
        <w:jc w:val="left"/>
      </w:pPr>
      <w:r>
        <w:rPr>
          <w:rFonts w:ascii="Times New Roman" w:hAnsi="Times New Roman" w:eastAsia="Times New Roman" w:cs="Times New Roman"/>
        </w:rPr>
        <w:t>Jou Metouchela te mouri a se te premye nan sèt jou sa yo. Dènye avètisman anvan pòt la te fèmen an se te yon mesaj ki te gen de aspè: yon prezantasyon vizyèl bèt yo, ki te mache ak akonplisman yon pwofesi ki te retanti pandan tout lavi nonm ki te viv pi lontan pami tout moun ki janm mouri yo. Pwofesi sa a te nan non Metouchela a, ki vle di ‘lè li mouri, sa ap rive.’</w:t>
      </w:r>
    </w:p>
    <w:p>
      <w:pPr>
        <w:pStyle w:val="ArticleBody"/>
        <w:jc w:val="left"/>
      </w:pPr>
      <w:r>
        <w:rPr>
          <w:rFonts w:ascii="Times New Roman" w:hAnsi="Times New Roman" w:eastAsia="Times New Roman" w:cs="Times New Roman"/>
        </w:rPr>
        <w:t>Dènye mesaj avètisman pou limanite a dwe se, pa nesesite pwofetik, yon mesaj ki gen de aspè, jan sèt jou migrasyon bèt yo reprezante l la; sèt jou sa yo te kòmanse avèk lanmò Metouchela, kòm akonplisman pwofesi Enòk la ki te pwoklame atravè non pitit gason l lan. Sèt jou migrasyon bèt yo idantifye mesaj ki gen de aspè a, lanmò Metouchela ak bèt ki t ap migre yo, kòm mesaj twazyèm zanj lan pou mete so a. Jezi toujou sèvi ak kòmansman an pou l ilistre lafen an, epi nan liv Revelasyon an, dezyèm vwa vèsè kat la vin jwenn twazyèm zanj Revelasyon dizuit la, menm jan rèl minui a te vin jwenn mesaj dezyèm zanj lan. Dènye mesaj avètisman an toujou prezante kòm yon mesaj entèn ak yon mesaj ekstèn, jan relasyon pwofetik ant legliz yo ak so yo nan liv Revelasyon an reprezante sa. Dènye mesaj avètisman ki nan Danyèl onz lan se mesaj nò a ak lès la. Metouchela ak bèt ki t ap migre yo se te dènye mesaj avètisman ki te gen de aspè a nan epòk Noe a.</w:t>
      </w:r>
    </w:p>
    <w:p>
      <w:pPr>
        <w:pStyle w:val="ArticleBody"/>
        <w:jc w:val="left"/>
      </w:pPr>
      <w:r>
        <w:rPr>
          <w:rFonts w:ascii="Times New Roman" w:hAnsi="Times New Roman" w:eastAsia="Times New Roman" w:cs="Times New Roman"/>
        </w:rPr>
        <w:t>Lanmò Lamèk, avèk mak 777 la, koresponn ak kòmansman syèj la, lè madanm Ezekyèl te mouri. Se la yo mete so sou fidèl yo, ki reprezante pa desandans Sèt la, epi se la tou moun desandans Kayen an reprezante yo resevwa mak la. Enòk te setyèm nan apati Adan, epi li reprezante repè alfa a nan yon peryòd ki fini avèk dènye jenerasyon an ansanm ak premye jenerasyon an, ki toude reprezante pa nimewo uit la. Toude Lamèk yo endike fen tan gras la, epi lanmò Lamèk reprezante yon pòt tan gras la ki fèmen nan kòmansman syèj la.</w:t>
      </w:r>
    </w:p>
    <w:p>
      <w:pPr>
        <w:pStyle w:val="ArticleBody"/>
        <w:jc w:val="left"/>
      </w:pPr>
      <w:r>
        <w:rPr>
          <w:rFonts w:ascii="Times New Roman" w:hAnsi="Times New Roman" w:eastAsia="Times New Roman" w:cs="Times New Roman"/>
        </w:rPr>
        <w:t>Enòk te alfa istwa pwofetik la, e nesesite pwofetik egzije pou li idantifye yon omega nan istwa pwofetik la. Se uit nanm ki te pase soti nan ansyen monn nan pou rive nan nouvo monn nan san yo pa goute lanmò ki reprezante omega sa a. Enòk ak uit nanm yo pa t wè lanmò anvan yo te rive sou nouvo tè a. Ansyen monn nan te pran fen pandan sèt jou migrasyon bèt yo, epi nouvo monn nan te kòmanse avèk sèt jou san lapli. Apre sa, apati 17yèm jou a, pandan senk mwa, pa t gen anyen lòt pase lapli, jiskaske Bondye te reteni lapli a nan fen senk mwa yo, nan disetyèm jou a.</w:t>
      </w:r>
    </w:p>
    <w:p>
      <w:pPr>
        <w:pStyle w:val="ArticleHeading"/>
        <w:jc w:val="left"/>
      </w:pPr>
      <w:r>
        <w:rPr>
          <w:rFonts w:ascii="Arial" w:hAnsi="Arial" w:eastAsia="Arial" w:cs="Arial"/>
        </w:rPr>
        <w:t>Senk mwa</w:t>
      </w:r>
    </w:p>
    <w:p>
      <w:pPr>
        <w:pStyle w:val="ArticleBody"/>
        <w:jc w:val="left"/>
      </w:pPr>
      <w:r>
        <w:rPr>
          <w:rFonts w:ascii="Times New Roman" w:hAnsi="Times New Roman" w:eastAsia="Times New Roman" w:cs="Times New Roman"/>
        </w:rPr>
        <w:t>Gen de temwen ki ateste senk mwa yo nan Apokalips chapit nèf, epi gen twa pwofesi diferan sou tan nan chapit la. Premye peryòd senk mwa a prezante nan vèsè senk; dezyèm peryòd senk mwa a nan vèsè dis, epi twasan katreven-onz ane ak kenz jou yo nan vèsè kenz. Vèsè 5, 10 ak 15 yo idantifye pwofesi sou tan ki konsène Islam nan, avèk de temwen ki ateste senk mwa yo nan kòmansman peryòd pwofetik la. Vèsè 5 ak vèsè 10 yo chak idantifye yon peryòd senk mwa; konsa, liy sou liy, vèsè senk ak vèsè dis fè kenz lè yo adisyone yo. Kidonk, premye peryòd senk mwa a se 15, epi twasan katreven-onz ane ak kenz jou yo prezante nan vèsè 15. Lòd ak estrikti vèsè 5, 10 ak 15 yo idantifye de kenz, epi nan de premye vèsè yo, ki ansanm fè kenz lè yo adisyone yo, gen de pwofesi sou tan ki dire san senkant ane chak.</w:t>
      </w:r>
    </w:p>
    <w:p>
      <w:pPr>
        <w:pStyle w:val="ArticleBody"/>
        <w:jc w:val="left"/>
      </w:pPr>
      <w:r>
        <w:rPr>
          <w:rFonts w:ascii="Times New Roman" w:hAnsi="Times New Roman" w:eastAsia="Times New Roman" w:cs="Times New Roman"/>
        </w:rPr>
        <w:t>Vèsè kenz lan bay pwofesi sou yon peryòd twasan katreven onz ane ak kenz jou. Kris tise nonb kenz lan nan twa vèsè, epi, pandan Li t ap sèvi ak tan pwofetik yo prezante nan vèsè sa yo menm, Li te distenge nonb 15 yo reprezante lè yo adisyone vèsè senk ak dis yo, pou fè kenz lan double lè yo aliyen l ak vèsè kenz lan. Apre sa, Kris te fini tout twa pwofesi ki lye youn ak lòt yo ak kenz jou.</w:t>
      </w:r>
    </w:p>
    <w:p>
      <w:pPr>
        <w:pStyle w:val="ArticleBody"/>
        <w:jc w:val="left"/>
      </w:pPr>
      <w:r>
        <w:rPr>
          <w:rFonts w:ascii="Times New Roman" w:hAnsi="Times New Roman" w:eastAsia="Times New Roman" w:cs="Times New Roman"/>
        </w:rPr>
        <w:t>Kle chapit la se batay Niniv la an 627; senk ane apre, an 632, lanmò Mohammed make kòmansman premye pwofesi senk mwa a. Dis ane apre lanmò Mohammed, lame Pès yo te detwi, ann amoni ak prediksyon Mohammed lan ki te di toude pisans yo, Pès ak Wòm, t ap sibi defèt. Se poutèt sa chapit nèf Revelasyon an kòmanse ak yon liy istorik ki pran depa li nan batay Niniv la ant Pès ak Wòm. Epi, senk ane apre, Mohammed mouri, e se konsa san senkant ane vèsè senk lan kòmanse. Dis ane apre, Pès sibi defèt nan batay Nahavand lan an 642. Islam te rele batay Nahavand lan “viktwa tout viktwa yo.” Premye kenz ane chapit nèf Revelasyon an reprezante yon peryòd senk ane, apre sa dis ane. Dènye pwofesi ki te fikse yon peryòd tan an te rive nan bout li nan dat 11 out 1840. Dis jou anvan evènman an, Josiah Litch te pibliye prediksyon li te mete ajou a konsènan fen sipremasi otoman an. Dènye kenz jou Islam yo nan chapit nèf Revelasyon an divize an senk jou, apre sa dis jou, pa mwayen travay Josiah Litch la, paske Jezi toujou sèvi ak kòmansman an pou l ilistre fen an.</w:t>
      </w:r>
    </w:p>
    <w:p>
      <w:pPr>
        <w:pStyle w:val="ArticleBody"/>
        <w:jc w:val="left"/>
      </w:pPr>
      <w:r>
        <w:rPr>
          <w:rFonts w:ascii="Times New Roman" w:hAnsi="Times New Roman" w:eastAsia="Times New Roman" w:cs="Times New Roman"/>
        </w:rPr>
        <w:t>N ap kontinye trete sijè sa yo nan pwochen atik la.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Istwa kache vèsè karant lan - Nimewo trant-twa</dc:title>
  <dc:subject>Ezekyèl Nimewo Katòz</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