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Joèl la ak Legliz Advantis Setyèm Jou Laodise a — Nimewo De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2025-12-02</w:t>
      </w:r>
    </w:p>
    <w:p>
      <w:pPr>
        <w:pStyle w:val="ArticleHeading"/>
        <w:jc w:val="left"/>
      </w:pPr>
      <w:r>
        <w:rPr>
          <w:rFonts w:ascii="Arial" w:hAnsi="Arial" w:eastAsia="Arial" w:cs="Arial"/>
        </w:rPr>
        <w:t>Nimewo Dezyèm</w:t>
      </w:r>
    </w:p>
    <w:p>
      <w:pPr>
        <w:pStyle w:val="ArticleScripture"/>
        <w:jc w:val="left"/>
      </w:pPr>
      <w:r>
        <w:rPr>
          <w:rFonts w:ascii="Times New Roman" w:hAnsi="Times New Roman" w:eastAsia="Times New Roman" w:cs="Times New Roman"/>
        </w:rPr>
        <w:t>“Se avèk yon anvi sensè mwen ap tann avèk antisipasyon tan lè evènman jou Pannkòt yo va repete avèk menm plis pouvwa pase nan okazyon sa a. Jan di: ‘Mwen wè yon lòt zanj desann soti nan syèl la, li te gen gwo pouvwa; e tè a te vin klere avèk laglwa li.’ Lè sa a, menm jan sa te ye nan sezon Pannkòt la, pèp la va tande verite a yo pale avè l, chak moun nan pwòp lang pa li.”</w:t>
      </w:r>
    </w:p>
    <w:p>
      <w:pPr>
        <w:pStyle w:val="ArticleScripture"/>
        <w:jc w:val="left"/>
      </w:pPr>
      <w:r>
        <w:rPr>
          <w:rFonts w:ascii="Times New Roman" w:hAnsi="Times New Roman" w:eastAsia="Times New Roman" w:cs="Times New Roman"/>
        </w:rPr>
        <w:t>Bondye kapab soufle yon lavi nouvo nan chak nanm ki, avèk senserite, anvi sèvi Li; epi Li kapab touche bouch yo ak yon chabon dife ki soti sou lotèl la, epi fè yo vin pale avèk elokans nan lwanj Li. Dè milye vwa pral ranpli ak pouvwa pou pwoklame bèl mèvèy verite ki nan Pawòl Bondye a. Lang ki bege a pral delye, epi moun ki timid yo pral vin fò pou rann yon temwayaj kouraj sou verite a. Se pou Senyè a ede pèp Li a pirifye tanp nanm nan anba tout salte, epi pou yo kenbe yon lyen tèlman pwòch avèk Li, pou yo kapab patisipe nan dènye lapli a lè l va vide. Review and Herald, 20 jiyè 1886.</w:t>
      </w:r>
    </w:p>
    <w:p>
      <w:pPr>
        <w:pStyle w:val="ArticleBody"/>
        <w:jc w:val="left"/>
      </w:pPr>
      <w:r>
        <w:rPr>
          <w:rFonts w:ascii="Times New Roman" w:hAnsi="Times New Roman" w:eastAsia="Times New Roman" w:cs="Times New Roman"/>
        </w:rPr>
        <w:t>Lapannkòt, lè yo konsidere l kòm yon fèt Seyè a, pa kapab separe ak Pak la, fèt pen san ledven an, ofrann premye fwi yo ak fèt semèn yo. Lapannkòt se yon peryòd tan, byenke li se tou yon pwen nan tan. Se poutèt sa yo rele l “sezon pentkotis la.” Sezon an te kòmanse avèk lanmò Kris la, antèman li ak rezirèksyon li. Apre asansyon li, Kris te kòmanse karant jou ansèyman pèsonèl, epi sa te swiv pa dis jou nan sal anwo a kote inite te reyalize. 9/11 te kòmanse yon peryòd ki fini nan lwa dimanch Ozetazini. Lwa dimanch sa a reprezante pa jou Lapannkòt la kòm yon pwen nan tan; yon pwen nan tan ki te vin apre yon peryòd tan ki te kòmanse nan 9/11. Depi 9/11 rive jouk lwa dimanch lan, “sezon pentkotis la” repete.</w:t>
      </w:r>
    </w:p>
    <w:p>
      <w:pPr>
        <w:pStyle w:val="ArticleBody"/>
        <w:jc w:val="left"/>
      </w:pPr>
      <w:r>
        <w:rPr>
          <w:rFonts w:ascii="Times New Roman" w:hAnsi="Times New Roman" w:eastAsia="Times New Roman" w:cs="Times New Roman"/>
        </w:rPr>
        <w:t>Pyè te esplike ke fenomèn mirakile “lang dife” yo pa t yon foli moun sou, men yon akonplisman liv Jowèl la, paske yo te leve yon konfli kont mesaj la. “Lang” yo reprezante prezantasyon yon mesaj, epi dife a reprezante Lespri Sen an. Mesaj Pannkot la reprezante yon konbinezon divinite a (Bondye se yon dife k ap devore) ak limanite lang lan. Menm jan Pyè reprezante san karannkat mil yo pandan tan lapli dènye a, konsa tou Jwif k ap diskite yo reprezante yon pèp ansyen alyans ki y ap pase sou kote, jis nan moman menm kote lapli dènye a ap tonbe.</w:t>
      </w:r>
    </w:p>
    <w:p>
      <w:pPr>
        <w:pStyle w:val="ArticleScripture"/>
        <w:jc w:val="left"/>
      </w:pPr>
      <w:r>
        <w:rPr>
          <w:rFonts w:ascii="Times New Roman" w:hAnsi="Times New Roman" w:eastAsia="Times New Roman" w:cs="Times New Roman"/>
        </w:rPr>
        <w:t>Epi yo tout te ranpli ak Sentespri a, epi yo te kòmanse pale nan lòt lang, jan Lespri a t ap ba yo pawòl pou yo di. Te gen moun k ap viv Jerizalèm, Jwif, moun devwe, ki te soti nan tout nasyon anba syèl la. Lè nouvèl sa a gaye, foul la te rasanble, epi yo te boulvèse, paske chak moun te tande yo pale nan pwòp lang pa yo. Yo tout te sezi e yo t ap sezi anpil, yonn t ap di lòt: Gade, èske tout moun sa yo k ap pale yo pa Galileyen? Kijan fè nou chak tande yo nan pwòp lang nou, lang kote nou te fèt la? Pati, Med, Elamit, moun k ap viv Mezopotami, Jide, Kapadòs, Pon, ak Azi, Friji ak Panfili, an Ejip, ak nan pati Libi ki bò Sirèn, ak etranje ki soti Wòm, Jwif ak moun ki te vin tounen Jwif, Kretwa ak Arab, nou tande yo ap pale nan lang pa nou bèl mèvèy Bondye yo. Epi yo tout te sezi, yo te nan dout, yonn t ap di lòt: Kisa sa vle di? Men lòt moun, pandan yo t ap pase yo nan betiz, te di: Mesye sa yo plen diven dous. Men Pyè, kanpe ansanm ak onz yo, leve vwa li, li di yo: Nou menm mesye Jide yo, ak nou tout ki rete Jerizalèm, se pou nou konnen sa byen, epi koute pawòl mwen yo: Paske mesye sa yo pa sou, jan nou sipoze a, paske se sèlman twazyèm èdtan jounen an. Travay 2:4–15.</w:t>
      </w:r>
    </w:p>
    <w:p>
      <w:pPr>
        <w:pStyle w:val="ArticleBody"/>
        <w:jc w:val="left"/>
      </w:pPr>
      <w:r>
        <w:rPr>
          <w:rFonts w:ascii="Times New Roman" w:hAnsi="Times New Roman" w:eastAsia="Times New Roman" w:cs="Times New Roman"/>
        </w:rPr>
        <w:t>Pyè ap eksplike Pannkòt la kòm yon akonplisman liv Joèl la. Li ap fè sa nan yon sans pwofetik, lè tout lemonn reprezante, paske pasaj la di odyans lan te soti “nan tout nasyon ki anba syèl la.” Nan 9/11 tè a te vin klere avèk glwa Kris la, epi apre sa ankò, nan lwa dimanch lan, san karannkat mil yo pral reflete glwa Kris la avèk pèfeksyon pandan yo leve kòm yon drapo devan tout lemonn. Peryòd Pannkòt la te kòmanse nan 9/11 e li fini nan lwa dimanch lan.</w:t>
      </w:r>
    </w:p>
    <w:p>
      <w:pPr>
        <w:pStyle w:val="ArticleScripture"/>
        <w:jc w:val="left"/>
      </w:pPr>
      <w:r>
        <w:rPr>
          <w:rFonts w:ascii="Times New Roman" w:hAnsi="Times New Roman" w:eastAsia="Times New Roman" w:cs="Times New Roman"/>
        </w:rPr>
        <w:t>“Pa gen youn nan nou k ap janm resevwa sele Bondye a toutotan karaktè nou yo gen yon sèl tach oswa yon sèl salte sou yo. Se sou nou menm sa depann pou nou korije defo ki nan karaktè nou yo, pou nou netwaye tanp nanm nan anba tout salte. Lè sa a, dènye lapli a va tonbe sou nou menm jan premye lapli a te tonbe sou disip yo nan Jou Pannkòt la.</w:t>
      </w:r>
    </w:p>
    <w:p>
      <w:pPr>
        <w:pStyle w:val="ArticleScripture"/>
        <w:jc w:val="left"/>
      </w:pPr>
      <w:r>
        <w:rPr>
          <w:rFonts w:ascii="Times New Roman" w:hAnsi="Times New Roman" w:eastAsia="Times New Roman" w:cs="Times New Roman"/>
        </w:rPr>
        <w:t>“Nou twò fasil pou nou satisfè ak sa nou rive jwenn yo. Nou santi nou rich e ogmante ak byen, epi nou pa konnen nou se ‘malere, mizèrab, pòv, avèg, ak toutouni.’ Kounye a se moman pou nou koute avètisman Temwen Fidèl la: ‘Mwen konseye ou achte nan men Mwen lò ki pase nan dife, pou ou ka vin rich; epi rad blan, pou ou ka abiye, pou wont toutouni ou pa parèt; epi pase medikaman sou je ou, pou ou ka wè.’ …”</w:t>
      </w:r>
    </w:p>
    <w:p>
      <w:pPr>
        <w:pStyle w:val="ArticleScripture"/>
        <w:jc w:val="left"/>
      </w:pPr>
      <w:r>
        <w:rPr>
          <w:rFonts w:ascii="Times New Roman" w:hAnsi="Times New Roman" w:eastAsia="Times New Roman" w:cs="Times New Roman"/>
        </w:rPr>
        <w:t>“Se kounye a nou dwe veye sou tèt pa nou ak sou pitit nou yo, pou nou rete san tach devan mond lan. Se kounye a nou dwe lave rad karaktè nou epi fè yo vin blan nan san Ti Mouton an. Se kounye a nou dwe venk ògèy, pasyon, ak parès espirityèl. Se kounye a nou dwe leve, epi fè efò detèmine pou amoni karaktè. ‘Jodi a, si nou tande vwa Li, pa fè kè nou di.’ Nou nan yon pozisyon ki trè difisil, n ap tann, n ap veye aparisyon Seyè nou an. Mond lan nan tenèb. ‘Men nou menm, frè m yo,’ Pòl di, ‘nou pa nan tenèb, pou jou sa a pa rive sou nou tankou yon vòlè.’ Se toujou objektif Bondye pou fè limyè soti nan tenèb, lajwa soti nan lapenn, ak repo soti nan fatig pou nanm k ap tann, k ap swaf la.”</w:t>
      </w:r>
    </w:p>
    <w:p>
      <w:pPr>
        <w:pStyle w:val="ArticleScripture"/>
        <w:jc w:val="left"/>
      </w:pPr>
      <w:r>
        <w:rPr>
          <w:rFonts w:ascii="Times New Roman" w:hAnsi="Times New Roman" w:eastAsia="Times New Roman" w:cs="Times New Roman"/>
        </w:rPr>
        <w:t>“Kisa n ap fè, frè m yo, nan gwo travay preparasyon an? Moun ki ap ini ak lemonn ap resevwa fòm lemonn nan epi yo ap prepare pou mak bèt la. Moun ki pa mete konfyans nan tèt yo, ki ap imilye tèt yo devan Bondye epi ki ap pirifye nanm yo lè yo obeyi verite a, se yo menm ki ap resevwa fòm syèl la epi ki ap prepare pou sele Bondye a sou fwon yo. Lè dekrè a va soti epi mak la va enprime, karaktè yo ap rete pwòp e san tach pou letènite.”</w:t>
      </w:r>
    </w:p>
    <w:p>
      <w:pPr>
        <w:pStyle w:val="ArticleScripture"/>
        <w:jc w:val="left"/>
      </w:pPr>
      <w:r>
        <w:rPr>
          <w:rFonts w:ascii="Times New Roman" w:hAnsi="Times New Roman" w:eastAsia="Times New Roman" w:cs="Times New Roman"/>
        </w:rPr>
        <w:t>“Koulye a se tan pou nou prepare. So Bondye a p ap janm mete sou fwon okenn gason oswa fanm ki pa pwòp. Li p ap janm mete sou fwon okenn gason oswa fanm ki anbisye, ki renmen lemonn. Li p ap janm mete sou fwon gason oswa fanm ki gen langaj fo oswa kè twonpè. Tout moun ki resevwa so a dwe san tach devan Bondye—kandida pou syèl la. Kontinye vanse, frè m ak sè m yo. Mwen kapab sèlman ekri yon ti jan sou pwen sa yo kounye a, sèlman pou m atire atansyon nou sou nesesite preparasyon an. Chèche Ekriti yo pou tèt pa nou, pou nou ka konprann solanite ki fè tranble a nan lè prezan an.” Testimonies, volim 5, 214, 216.</w:t>
      </w:r>
    </w:p>
    <w:p>
      <w:pPr>
        <w:pStyle w:val="ArticleBody"/>
        <w:jc w:val="left"/>
      </w:pPr>
      <w:r>
        <w:rPr>
          <w:rFonts w:ascii="Times New Roman" w:hAnsi="Times New Roman" w:eastAsia="Times New Roman" w:cs="Times New Roman"/>
        </w:rPr>
        <w:t>Isit la, Sè White idantifye Pannkòt la kòm yon pwen nan tan, ann amoni ak lwa dimanch nan Etazini yo, “lè dekrè a soti.” Men, byenke li make lwa dimanch lan ak Pannkòt la kòm yon pwen nan tan, mesaj li ki rele pou preparasyon an idantifye yon peryòd ki vini anvan lwa dimanch lan kòm sa sezon Pannkòt la te reprezante pa tip. Lwa dimanch lan se tès saba setyèm jou a, e peryòd ki soti 9/11 rive jouk lwa dimanch lan kapab idantifye kòm “jou preparasyon Senyè a” nan sans senbolik. Preparasyon vini anvan tès la.</w:t>
      </w:r>
    </w:p>
    <w:p>
      <w:pPr>
        <w:pStyle w:val="ArticleBody"/>
        <w:jc w:val="left"/>
      </w:pPr>
      <w:r>
        <w:rPr>
          <w:rFonts w:ascii="Times New Roman" w:hAnsi="Times New Roman" w:eastAsia="Times New Roman" w:cs="Times New Roman"/>
        </w:rPr>
        <w:t>“Lapli dènyè a pral tonbe sou” san karantkat mil yo menm jan “lapli bonè a te tonbe sou disip yo nan Jou Pannkòt la.” Peryòd yo reprezante kòm sezon Pannkòt la te kòmanse avèk yon ti awozaj lè Kris la te retounen apre asansyon Li.</w:t>
      </w:r>
    </w:p>
    <w:p>
      <w:pPr>
        <w:pStyle w:val="ArticleScripture"/>
        <w:jc w:val="left"/>
      </w:pPr>
      <w:r>
        <w:rPr>
          <w:rFonts w:ascii="Times New Roman" w:hAnsi="Times New Roman" w:eastAsia="Times New Roman" w:cs="Times New Roman"/>
        </w:rPr>
        <w:t>Epi lè li te fin di sa, li soufle sou yo, epi li di yo: Resevwa Sentespri a. Jan 20:22.</w:t>
      </w:r>
    </w:p>
    <w:p>
      <w:pPr>
        <w:pStyle w:val="ArticleBody"/>
        <w:jc w:val="left"/>
      </w:pPr>
      <w:r>
        <w:rPr>
          <w:rFonts w:ascii="Times New Roman" w:hAnsi="Times New Roman" w:eastAsia="Times New Roman" w:cs="Times New Roman"/>
        </w:rPr>
        <w:t>Souf li transmèt Sentespri a, epi souf se sa ki pwodui son pawòl yo. Jezi se Pawòl la, epi souf li transmèt Sentespri a atravè kominikasyon pawòl li. Se souf la ki te bay kò Adan lavi, epi se souf la ki bay lavi a lame zo sèch mò yo ki resisite nan Ezekyèl la.</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ការប្រព្រឹត្តរបស់ព្រះគ្រីស្ទក្នុងការផ្លុំលើសិស្សរបស់ទ្រង់នូវព្រះវិញ្ញាណបរិសុទ្ធ</w:t>
      </w:r>
      <w:r>
        <w:rPr>
          <w:rFonts w:ascii="Times New Roman" w:hAnsi="Times New Roman" w:eastAsia="Times New Roman" w:cs="Times New Roman"/>
        </w:rPr>
        <w:t xml:space="preserve"> </w:t>
      </w:r>
      <w:r>
        <w:rPr>
          <w:rFonts w:ascii="Leelawadee UI" w:hAnsi="Leelawadee UI" w:eastAsia="Leelawadee UI" w:cs="Leelawadee UI"/>
        </w:rPr>
        <w:t>និងក្នុងការប្រទានសេចក្ដីសុខសាន្តរបស់ទ្រង់ដល់ពួកគេ</w:t>
      </w:r>
      <w:r>
        <w:rPr>
          <w:rFonts w:ascii="Times New Roman" w:hAnsi="Times New Roman" w:eastAsia="Times New Roman" w:cs="Times New Roman"/>
        </w:rPr>
        <w:t xml:space="preserve"> </w:t>
      </w:r>
      <w:r>
        <w:rPr>
          <w:rFonts w:ascii="Leelawadee UI" w:hAnsi="Leelawadee UI" w:eastAsia="Leelawadee UI" w:cs="Leelawadee UI"/>
        </w:rPr>
        <w:t>នោះប្រៀបដូចជាតំណក់ទឹកប៉ុន្មានតំណក់</w:t>
      </w:r>
      <w:r>
        <w:rPr>
          <w:rFonts w:ascii="Times New Roman" w:hAnsi="Times New Roman" w:eastAsia="Times New Roman" w:cs="Times New Roman"/>
        </w:rPr>
        <w:t xml:space="preserve"> </w:t>
      </w:r>
      <w:r>
        <w:rPr>
          <w:rFonts w:ascii="Leelawadee UI" w:hAnsi="Leelawadee UI" w:eastAsia="Leelawadee UI" w:cs="Leelawadee UI"/>
        </w:rPr>
        <w:t>មុនភ្លៀងធ្លាក់យ៉ាងបរិបូរណ៍ដែលត្រូវបានប្រទាននៅថ្ងៃបុណ្យភេនទីកុស្ត៍។</w:t>
      </w:r>
      <w:r>
        <w:rPr>
          <w:rFonts w:ascii="Times New Roman" w:hAnsi="Times New Roman" w:eastAsia="Times New Roman" w:cs="Times New Roman"/>
        </w:rPr>
        <w:t>” Spirit of Prophecy, volume 3, 243.</w:t>
      </w:r>
    </w:p>
    <w:p>
      <w:pPr>
        <w:pStyle w:val="ArticleBody"/>
        <w:jc w:val="left"/>
      </w:pPr>
      <w:r>
        <w:rPr>
          <w:rFonts w:ascii="Times New Roman" w:hAnsi="Times New Roman" w:eastAsia="Times New Roman" w:cs="Times New Roman"/>
        </w:rPr>
        <w:t>Nan kòmansman sezon Pannkòt la, “souf” Kris la te bay disip yo Sentespri a, men kèk ladan yo te doute.</w:t>
      </w:r>
    </w:p>
    <w:p>
      <w:pPr>
        <w:pStyle w:val="ArticleScripture"/>
        <w:jc w:val="left"/>
      </w:pPr>
      <w:r>
        <w:rPr>
          <w:rFonts w:ascii="Times New Roman" w:hAnsi="Times New Roman" w:eastAsia="Times New Roman" w:cs="Times New Roman"/>
        </w:rPr>
        <w:t>Men, Toma, youn nan douz yo, yo te rele Didim, pa t avèk yo lè Jezi te vini an. Se poutèt sa lòt disip yo di li: Nou wè Seyè a. Men li di yo: Si mwen pa wè mak klou yo nan men li, si mwen pa mete dwèt mwen nan mak klou yo, epi si mwen pa mete men mwen nan bò kote li, mwen p ap kwè. Jan 20:24, 25.</w:t>
      </w:r>
    </w:p>
    <w:p>
      <w:pPr>
        <w:pStyle w:val="ArticleBody"/>
        <w:jc w:val="left"/>
      </w:pPr>
      <w:r>
        <w:rPr>
          <w:rFonts w:ascii="Times New Roman" w:hAnsi="Times New Roman" w:eastAsia="Times New Roman" w:cs="Times New Roman"/>
        </w:rPr>
        <w:t>Peryòd Pannkòt la te louvri yon tan « eprèv », kòmanse ak souf Kris la ak konfli dout Toma a. Konfli Toma a nan kòmansman an se yon tip konfli Juif yo nan fen sezon Pannkòt la. Kris la te kominike pawòl Li ak Sentespri a bay disip yo nan kòmansman an, epi disip yo te kominike pawòl la ak Sentespri a bay mond lan nan fen sezon Pannkòt la.</w:t>
      </w:r>
    </w:p>
    <w:p>
      <w:pPr>
        <w:pStyle w:val="ArticleBody"/>
        <w:jc w:val="left"/>
      </w:pPr>
      <w:r>
        <w:rPr>
          <w:rFonts w:ascii="Times New Roman" w:hAnsi="Times New Roman" w:eastAsia="Times New Roman" w:cs="Times New Roman"/>
        </w:rPr>
        <w:t>Travay Kris te akonpli lè Li te soufle sou disip yo se te yon dezyèm temwayaj konsènan menm travay Li te fèk akonpli avèk disip yo sou wout Emayis.</w:t>
      </w:r>
    </w:p>
    <w:p>
      <w:pPr>
        <w:pStyle w:val="ArticleScripture"/>
        <w:jc w:val="left"/>
      </w:pPr>
      <w:r>
        <w:rPr>
          <w:rFonts w:ascii="Times New Roman" w:hAnsi="Times New Roman" w:eastAsia="Times New Roman" w:cs="Times New Roman"/>
        </w:rPr>
        <w:t>Epi sa te rive, pandan yo t ap pale ansanm epi t ap diskite, Jezi menm pwoche, li mache avèk yo. Men, je yo te anpeche pou yo pa t rekonèt li. …</w:t>
      </w:r>
    </w:p>
    <w:p>
      <w:pPr>
        <w:pStyle w:val="ArticleScripture"/>
        <w:jc w:val="left"/>
      </w:pPr>
      <w:r>
        <w:rPr>
          <w:rFonts w:ascii="Times New Roman" w:hAnsi="Times New Roman" w:eastAsia="Times New Roman" w:cs="Times New Roman"/>
        </w:rPr>
        <w:t>Lè sa a, li di yo: Ò moun san konprann, e ki pran tan nan kè nou pou nou kwè tout sa pwofèt yo te pale a! Èske Kris la pa t dwe soufri bagay sa yo, epi antre nan glwa li? Epi, kòmanse ak Moyiz ak tout pwofèt yo, li te esplike yo, nan tout Ekriti yo, bagay ki konsène li menm. Yo pwoche bò bouk kote yo t ap ale a; e li te fè kòm si li t ap kontinye pi lwen. Men yo te fòse li, yo di li: Rete avèk nou, paske se vè aswè, e jou a prèske fin pase. E li antre pou l rete avèk yo. Epi, pandan li te chita bò tab la avèk yo, li pran pen, li beni li, li kase li, epi li ba yo li. Lè sa a je yo louvri, epi yo rekonèt li; epi li disparèt devan je yo. Epi yo di youn lòt: Èske kè nou pa t ap boule anndan nou, pandan li t ap pale avèk nou sou chemen an, epi pandan li t ap louvri Ekriti yo ban nou? Lik 24:15, 16, 25–32.</w:t>
      </w:r>
    </w:p>
    <w:p>
      <w:pPr>
        <w:pStyle w:val="ArticleBody"/>
        <w:jc w:val="left"/>
      </w:pPr>
      <w:r>
        <w:rPr>
          <w:rFonts w:ascii="Times New Roman" w:hAnsi="Times New Roman" w:eastAsia="Times New Roman" w:cs="Times New Roman"/>
        </w:rPr>
        <w:t>Menm jan Jezi “te chita ap manje” nan Emayis, apre sa Li te manje avèk disip yo. Nan toude ka yo, manje a reprezante. Ansanm, yo idantifye ke kòmansman peryòd Pannkotis la make pa souf Sentespri a epi tou pa manje. Evènman ouvèti yo pwodui yon konfli ant yon klas ki kwè ak yon klas ki doute. Manje a, kominikasyon Sentespri a, ak ouvèti Ekriti yo gen ladan yo lefèt ke Kris te kòmanse ansèyman Li ak “Moyiz ak tout pwofèt yo.” Ansèyman Kris la te transmèt lè Li te pran liy pwofetik Moyiz la epi Li te aliyen li ak liy tout pwofèt yo, isit la yon ti kras epi la yon ti kras.</w:t>
      </w:r>
    </w:p>
    <w:p>
      <w:pPr>
        <w:pStyle w:val="ArticleBody"/>
        <w:jc w:val="left"/>
      </w:pPr>
      <w:r>
        <w:rPr>
          <w:rFonts w:ascii="Times New Roman" w:hAnsi="Times New Roman" w:eastAsia="Times New Roman" w:cs="Times New Roman"/>
        </w:rPr>
        <w:t>Nan 9/11, souf kat van Ezekyèl la te soufle sou zo chèch mò yo nan chapit trant-sèt la. Nan moman sa a, jan sa te prefigire pa zanj ki te desann 11 out 1840 e ki te bay fòs a mesaj premye zanj lan, zanj Revelasyon dizwit la te desann avèk yon mesaj ki dwe manje, menm jan disip yo te manje nan kòmansman peryòd Pannkòt la. Refi Toma te genyen pou l kwè a idantifye ke lè mesaj la prezante, yon soukous make.</w:t>
      </w:r>
    </w:p>
    <w:p>
      <w:pPr>
        <w:pStyle w:val="ArticleBody"/>
        <w:jc w:val="left"/>
      </w:pPr>
      <w:r>
        <w:rPr>
          <w:rFonts w:ascii="Times New Roman" w:hAnsi="Times New Roman" w:eastAsia="Times New Roman" w:cs="Times New Roman"/>
        </w:rPr>
        <w:t>An palan de tonbe De Twa Tou yo nan 11 Septanm nan, yo di nou ke Senyè a leve pou “souke nasyon yo avèk gwo terè.” Li enpòtan pou nou sonje ke yon “souke” pami pèp Bondye a fèt pa moun ki ap konbat kont yon mesaj verite. Gen “souke” ki ekstèn, men soukman anndan legliz la rive nan kontèks kote yon mesaj ap prezante.</w:t>
      </w:r>
    </w:p>
    <w:p>
      <w:pPr>
        <w:pStyle w:val="ArticleScripture"/>
        <w:jc w:val="left"/>
      </w:pPr>
      <w:r>
        <w:rPr>
          <w:rFonts w:ascii="Times New Roman" w:hAnsi="Times New Roman" w:eastAsia="Times New Roman" w:cs="Times New Roman"/>
        </w:rPr>
        <w:t>“Mwen te mande siyifikasyon souke mwen te wè a, epi yo te montre m ke li t ap koze pa temwayaj dwat la, konsèy Temwen Vrè a bay moun Lawodise yo te fè parèt. Sa pral gen efè li sou kè moun k ap resevwa li a, epi sa pral mennen li leve estanda a byen wo epi vide verite dwat la. Gen kèk ki p ap sipòte temwayaj dwat sa a. Yo pral leve kanpe kont li, e se sa ki pral lakòz yon souke pami pèp Bondye a.”</w:t>
      </w:r>
    </w:p>
    <w:p>
      <w:pPr>
        <w:pStyle w:val="ArticleScripture"/>
        <w:jc w:val="left"/>
      </w:pPr>
      <w:r>
        <w:rPr>
          <w:rFonts w:ascii="Times New Roman" w:hAnsi="Times New Roman" w:eastAsia="Times New Roman" w:cs="Times New Roman"/>
        </w:rPr>
        <w:t>“Mwen te wè ke temwayaj Temwen Fidèl la pa t menm koute mwatye jan li te dwe ye a. Temwayaj solanèl sa a, sou li sò legliz la pandye, yo te konsidere li tankou yon bagay ki pa enpòtan, si menm yo pa t neglije l nèt ale. Temwayaj sa a dwe pwodui yon repantans pwofon; tout moun ki resevwa li toutbon va obeyi li epi yo va pirifye.” Early Writings, 271.</w:t>
      </w:r>
    </w:p>
    <w:p>
      <w:pPr>
        <w:pStyle w:val="ArticleBody"/>
        <w:jc w:val="left"/>
      </w:pPr>
      <w:r>
        <w:rPr>
          <w:rFonts w:ascii="Times New Roman" w:hAnsi="Times New Roman" w:eastAsia="Times New Roman" w:cs="Times New Roman"/>
        </w:rPr>
        <w:t>“Sekous” entèn lan lakòz pa moun ki reziste prezantasyon mesaj Laodise a. Sè White idantifye mesaj Jones ak Waggoner an 1888 la kòm mesaj Laodise a.</w:t>
      </w:r>
    </w:p>
    <w:p>
      <w:pPr>
        <w:pStyle w:val="ArticleScripture"/>
        <w:jc w:val="left"/>
      </w:pPr>
      <w:r>
        <w:rPr>
          <w:rFonts w:ascii="Times New Roman" w:hAnsi="Times New Roman" w:eastAsia="Times New Roman" w:cs="Times New Roman"/>
        </w:rPr>
        <w:t>“Mesaj A. T. Jones ak E. J. Waggoner te pote ban nou an se mesaj Bondye pou legliz Lawodise a, e malè pou nenpòt moun ki fè konnen li kwè verite a, men ki pa reflete bay lòt moun reyon Bondye bay yo.” The 1888 Materials, 1053.</w:t>
      </w:r>
    </w:p>
    <w:p>
      <w:pPr>
        <w:pStyle w:val="ArticleBody"/>
        <w:jc w:val="left"/>
      </w:pPr>
      <w:r>
        <w:rPr>
          <w:rFonts w:ascii="Times New Roman" w:hAnsi="Times New Roman" w:eastAsia="Times New Roman" w:cs="Times New Roman"/>
        </w:rPr>
        <w:t>Rezistans kont mesaj Lawodise a pwodui yon soukous, epi Sè White mete mesaj 1888 la an akò ak desand zanj ki nan Revelasyon dizwit la.</w:t>
      </w:r>
    </w:p>
    <w:p>
      <w:pPr>
        <w:pStyle w:val="ArticleScripture"/>
        <w:jc w:val="left"/>
      </w:pPr>
      <w:r>
        <w:rPr>
          <w:rFonts w:ascii="Times New Roman" w:hAnsi="Times New Roman" w:eastAsia="Times New Roman" w:cs="Times New Roman"/>
        </w:rPr>
        <w:t>« Yon mank volonte pou abandone opinyon yo te deja fòme davans, epi pou aksepte verite sa a, te nan rasin yon gwo pati nan opozisyon ki te parèt nan Minneapolis kont mesaj Senyè a atravè Frè Waggoner ak Jones. Lè li te eksite opozisyon sa a, Satan te reyisi fèmen, nan yon gwo mezi, devan pèp nou an, pisans espesyal Sentespri a ke Bondye te swaf pou l te kominike yo. Lènmi an te anpeche yo jwenn efikasite sa a ki ta ka te pa yo nan pote verite a bay mond lan, jan apot yo te pwoklame li apre jou Lapannkòt la. Limyè ki dwe klere tout tè a avèk glwa li te rankontre rezistans, e pa aksyon pwòp frè nou yo li te, nan yon gwo mezi, rete lwen mond lan. » Selected Messages, liv 1, 235.</w:t>
      </w:r>
    </w:p>
    <w:p>
      <w:pPr>
        <w:pStyle w:val="ArticleBody"/>
        <w:jc w:val="left"/>
      </w:pPr>
      <w:r>
        <w:rPr>
          <w:rFonts w:ascii="Times New Roman" w:hAnsi="Times New Roman" w:eastAsia="Times New Roman" w:cs="Times New Roman"/>
        </w:rPr>
        <w:t>Dout Toma a nan kòmansman sezon Pannkòt la, ki te prefigire rebelyon kont mesaj ki te rive jou Pannkòt la, te prefigire tou soukous ki te fèt lè dirijan Advantis Setyèm Jou yo leve kanpe pou reziste mesaj la bay legliz Laodise a jan Jones ak Waggoner te prezante li an 1888. An 1888, zanj pisan nan Revelasyon dizwit la desann pou klere tè a ak glwa Li; men, an gran pati akòz pa t vle dirijan sa yo mete sou kote opinyon yo te deja fòme, rebelyon Kore, Datan ak Abiram nan te repete. Toma, Jwif yo nan Pannkòt, rebelyon Kore a nan tan Moyiz, rebelyon 1888 la—tout yo prefigire 9/11 lè, dapre Joèl, yo te dwe kònen yon twonpèt. Twonpèt sa a, dapre Ezayi, te kònen pou idantifye peche pèp Bondye a, konsa li te prefigire 1888 ak mesaj la bay Laodise a. Gadyen Jeremi an, ki kònen twonpèt la pou retounen nan “ansyen chemen yo,” aliyen ak Ezayi k ap leve vwa li tankou yon twonpèt. Gadyen Jeremi yo se gadyen Abakouk yo, li menm ki poze kestyon an konsènan ki pozisyon pa li pral ye nan agiman oswa deba istwa pa li a?</w:t>
      </w:r>
    </w:p>
    <w:p>
      <w:pPr>
        <w:pStyle w:val="ArticleScripture"/>
        <w:jc w:val="left"/>
      </w:pPr>
      <w:r>
        <w:rPr>
          <w:rFonts w:ascii="Times New Roman" w:hAnsi="Times New Roman" w:eastAsia="Times New Roman" w:cs="Times New Roman"/>
        </w:rPr>
        <w:t>Mwen pral kanpe sou pòs veye mwen, m ap mete tèt mwen sou gwo fò won an; m ap veye pou m wè sa l ap di m, ak sa m pral reponn lè y ap repwoche m. Abakik 2:1.</w:t>
      </w:r>
    </w:p>
    <w:p>
      <w:pPr>
        <w:pStyle w:val="ArticleBody"/>
        <w:jc w:val="left"/>
      </w:pPr>
      <w:r>
        <w:rPr>
          <w:rFonts w:ascii="Times New Roman" w:hAnsi="Times New Roman" w:eastAsia="Times New Roman" w:cs="Times New Roman"/>
        </w:rPr>
        <w:t>Mo “repwouve” a vlé di “reprimande ouswa diskite avèk,” e li sipoze yon kesyon, paske vèsè ki vin apre a bay yon repons.</w:t>
      </w:r>
    </w:p>
    <w:p>
      <w:pPr>
        <w:pStyle w:val="ArticleScripture"/>
        <w:jc w:val="left"/>
      </w:pPr>
      <w:r>
        <w:rPr>
          <w:rFonts w:ascii="Times New Roman" w:hAnsi="Times New Roman" w:eastAsia="Times New Roman" w:cs="Times New Roman"/>
        </w:rPr>
        <w:t>Epi Senyè a reponn mwen, li di m: Ekri vizyon an, epi fè l klè sou tab yo, pou moun k ap li l la ka kouri. Habakik 2:2.</w:t>
      </w:r>
    </w:p>
    <w:p>
      <w:pPr>
        <w:pStyle w:val="ArticleBody"/>
        <w:jc w:val="left"/>
      </w:pPr>
      <w:r>
        <w:rPr>
          <w:rFonts w:ascii="Times New Roman" w:hAnsi="Times New Roman" w:eastAsia="Times New Roman" w:cs="Times New Roman"/>
        </w:rPr>
        <w:t>“Deba” oswa soukous ki te kòmanse nan akonplisman istwa Millerit la se te mesaj William Miller ak règ li yo pou entèpretasyon pwofetik yo, anfas teyolojyen Pwotestantis yo. Deba a nan istwa Millerit la te kòmanse avèk konfimasyon mesaj Millerit la nan 11 dawout 1840, lè pa t “gen pèsonaj ki pi piti pase Jezikri” ki te desann ak yon ti liv Jan te dwe pran epi manje. Diskisyon gad yo nan Abakouk la, dout Toma yo, rebelyon 1888 la, rebelyon Kore a, diskisyon sou tafya a nan Pannkòt la, tout rann temwayaj sou yon deba ki te kòmanse nan 9/11. Kontwovès la y ap debat la se sou mesaj lapli dènyè a, ki te kòmanse voye ti gout sou 9/11.</w:t>
      </w:r>
    </w:p>
    <w:p>
      <w:pPr>
        <w:pStyle w:val="ArticleBody"/>
        <w:jc w:val="left"/>
      </w:pPr>
      <w:r>
        <w:rPr>
          <w:rFonts w:ascii="Times New Roman" w:hAnsi="Times New Roman" w:eastAsia="Times New Roman" w:cs="Times New Roman"/>
        </w:rPr>
        <w:t>Repons ki nan Abakouk la, ki te mennen Milerit yo pou pwodui tablo 1843 a, lye ak devlopman de klas adoratè yo, jan yo reprezante pa Kore ak asosye li yo anfas Moyiz; pa Toma ak lòt disip yo; agiman Jwif yo konsènan sou rés nan Pannkot la; dirijan Advantis yo an 1888; Pwotestan yo anfas Milerit yo an 1844; epi vyèj saj ak vyèj sòt yo nan 22 oktòb 1844.</w:t>
      </w:r>
    </w:p>
    <w:p>
      <w:pPr>
        <w:pStyle w:val="ArticleBody"/>
        <w:jc w:val="left"/>
      </w:pPr>
      <w:r>
        <w:rPr>
          <w:rFonts w:ascii="Times New Roman" w:hAnsi="Times New Roman" w:eastAsia="Times New Roman" w:cs="Times New Roman"/>
        </w:rPr>
        <w:t>Nan dat 9/11 la, Kris te soufle sou disip li yo Sentespri a tankou kèk gout anvan vide total la nan lwa dimanch lan. Apre sa, li te louvri entèlijans yo pou mesaj pwofetik la, kòmanse “liy sou liy” ak Moyiz, lè li te mennen disip sa yo tounen sou ansyen chemen Jeremi yo, kote yo te wen pou sonnen twonpèt avètisman an. Souf Kris la nan 9/11 la te soti nan kat van Ezekyèl ak Jan yo, e se te mesaj Lawodise a, ki se “temwayaj dwat” la, ki lakòz yon soukous pandan y ap reziste li. 1888 la tipifye rebelyon Kore, Datan ak Abiram, paske se pa t sèlman mesaj la yo t ap rejte, men tou, gadyen yo te chwazi yo ki t ap bay twonpèt la yon son ki sèten.</w:t>
      </w:r>
    </w:p>
    <w:p>
      <w:pPr>
        <w:pStyle w:val="ArticleBody"/>
        <w:jc w:val="left"/>
      </w:pPr>
      <w:r>
        <w:rPr>
          <w:rFonts w:ascii="Times New Roman" w:hAnsi="Times New Roman" w:eastAsia="Times New Roman" w:cs="Times New Roman"/>
        </w:rPr>
        <w:t>Sè White te ekri ke, “sekous mwen te wè a” “t ap koze pa temwayaj dwat la, konsèy Temwen Vrè a bay moun Lawodise yo te fè parèt.” Mesaj 1888 la se te temwayaj dwat sa a, epi ni 1888 ni 9/11 make desant zanj Revelasyon dizwit la.</w:t>
      </w:r>
    </w:p>
    <w:p>
      <w:pPr>
        <w:pStyle w:val="ArticleScripture"/>
        <w:jc w:val="left"/>
      </w:pPr>
      <w:r>
        <w:rPr>
          <w:rFonts w:ascii="Times New Roman" w:hAnsi="Times New Roman" w:eastAsia="Times New Roman" w:cs="Times New Roman"/>
        </w:rPr>
        <w:t>“Yon temwayaj dwat dwe pote bay legliz nou yo ak enstitisyon nou yo, pou reveye sila yo k ap dòmi.”</w:t>
      </w:r>
    </w:p>
    <w:p>
      <w:pPr>
        <w:pStyle w:val="ArticleScripture"/>
        <w:jc w:val="left"/>
      </w:pPr>
      <w:r>
        <w:rPr>
          <w:rFonts w:ascii="Times New Roman" w:hAnsi="Times New Roman" w:eastAsia="Times New Roman" w:cs="Times New Roman"/>
        </w:rPr>
        <w:t>“Lè yo kwè nan pawòl Senyè a epi yo obeyi li, y ap fè pwogrè ki fiks. Ann wè kounye a gwo bezwen nou genyen an. Senyè a pa ka sèvi avèk nou jiskaske li soufle lavi nan zo sèch yo. Mwen te tande pawòl sa yo te di: ‘San gwo mouvman pwofon Lespri Bondye a sou kè a, san enfliyans li ki bay lavi, laverite vin tounen yon lèt mouri.’” Review and Herald, 18 novanm 1902.</w:t>
      </w:r>
    </w:p>
    <w:p>
      <w:pPr>
        <w:pStyle w:val="ArticleBody"/>
        <w:jc w:val="left"/>
      </w:pPr>
      <w:r>
        <w:rPr>
          <w:rFonts w:ascii="Times New Roman" w:hAnsi="Times New Roman" w:eastAsia="Times New Roman" w:cs="Times New Roman"/>
        </w:rPr>
        <w:t>Nan dat 11 Septanm nan, mesaj Lawodise a te rive nan akonplisman pafè li kòm dènye apèl la bay ansyen pèp alyans Bondye a te kòmanse fè tande. Se lè sa a Sè White fè remake: “Yon temwayaj dwat dwe pote bay legliz nou yo ak enstitisyon nou yo, pou leve sa yo k ap dòmi yo.” Mesaj Lawodise a te kòmanse lè zanj Revelasyon dizwityèm lan te desann nan 11 Septanm nan, sa ki vle di ke nan 11 Septanm nan mesaj la pou Advantis Setyèm Jou Lawodise yo te ye epi li toujou ye: “reveye.” Joèl te bay moun sou yo lòd pou yo reveye nan vèsè senk chapit youn nan. 11 Septanm nan make rive dènye peryòd eprèv la pou Advantis la, e li reprezante lòd Joèl la pou reveye. Kòmansman sezon Lapannkòt la kòmanse avèk yon reveyman pèp Bondye a nan 11 Septanm nan epi li fini avèk akonplisman parabòl dis vyèj yo jis anvan lwa dimanch la.</w:t>
      </w:r>
    </w:p>
    <w:p>
      <w:pPr>
        <w:pStyle w:val="ArticleBody"/>
        <w:jc w:val="left"/>
      </w:pPr>
      <w:r>
        <w:rPr>
          <w:rFonts w:ascii="Times New Roman" w:hAnsi="Times New Roman" w:eastAsia="Times New Roman" w:cs="Times New Roman"/>
        </w:rPr>
        <w:t>Reveye 9/11 la se yon apèl pou dènye jenerasyon yon pèp alyans ki nan apostazi. Reveye ki fèt jis anvan lwa dimanch la fèmen pòt la sou ansyen pèp alyans lan. Kòmansman an ak fen an se menm bagay la, e nan mwa Jiyè 2023 de temwen yo nan Revelasyon onz yo te reveye konsènan rebelyon prediksyon 18 Jiyè 2020 la. Reveye nan mitan an reprezante pa rebelyon, sa ki idantifye 9/11 kòm premye lèt alfabè ebre a, 18 Jiyè 2020 kòm trèzyèm lèt la, epi lwa dimanch la kòm venn-dezyèm ak dènye lèt alfabè ebre a. Venn-dezyèm lèt la reprezante konbinezon divinite ak limanite ki vin finalman akonpli nan dènye nan twa reveye sa yo.</w:t>
      </w:r>
    </w:p>
    <w:p>
      <w:pPr>
        <w:pStyle w:val="ArticleBody"/>
        <w:jc w:val="left"/>
      </w:pPr>
      <w:r>
        <w:rPr>
          <w:rFonts w:ascii="Times New Roman" w:hAnsi="Times New Roman" w:eastAsia="Times New Roman" w:cs="Times New Roman"/>
        </w:rPr>
        <w:t>Seyè a “soufle lavi nan zo sèch yo” nan 9/11, menm jan Li te soufle Sentespri a sou disip yo nan kòmansman peryòd Lapannkòt la. Disip yo apre asansyon Li a reprezante sila yo ki te resevwa Sentespri a, epi ki, apre sa, te wè konpreyansyon yo sou Pawòl pwofetik la louvri atravè metodoloji “liy sou liy.” Resepsyon Sentespri a te fèt pandan y ap manje yon repa, paske pou manje espirityèlman, fòk ou manje chè Jezi epi bwè san Li, Li menm ki Pawòl la.</w:t>
      </w:r>
    </w:p>
    <w:p>
      <w:pPr>
        <w:pStyle w:val="ArticleBody"/>
        <w:jc w:val="left"/>
      </w:pPr>
      <w:r>
        <w:rPr>
          <w:rFonts w:ascii="Times New Roman" w:hAnsi="Times New Roman" w:eastAsia="Times New Roman" w:cs="Times New Roman"/>
        </w:rPr>
        <w:t>Rebèl yo ki te mete tèt yo ansanm ak Koré, Datan ak Abiram yo reprezante (menm jan ak dirijan Advantis yo an 1888) klas moun ki lakòz soukous la lè yo opoze mesaj twonpèt la k ap idantifye peche pèp Bondye a, epi pandan y ap rele tou pou yon retou nan ansyen chemen yo, verite fondamantal yo ki reprezante pa “sèt fwa” Levitik ventsis la. Twonpèt la ap rele pou ni revèy ni refòm. Premye bijou pwofetik Miller la, epi tou premye sa Advantis yo te rejte a, reprezante kòmansman ak fen mouvman Millerit la. Kòmansman ak fen mesaj premye zanj lan jan Millerit yo te pwoklame l la make pa “sèt fwa” Moyiz yo. Nan kòmansman an yo te aksepte l, nan fen an yo te rejte l. Akòz rejè sa a, Ezekyèl prezante Advantis yo tankou yon vale zo mò ki sèch. Peryòd ki soti nan 1863 rive jis nan lwa dimanch Ozetazini an se vale vizyon an, dapre Ezayi ventde, men li se yon vale zo mò ki sèch dapre Ezekyèl. Toude vale pwofetik sa yo aliyen ak vale Jozafa Joel la, ke Joel idantifye tou kòm vale desizyon an.</w:t>
      </w:r>
    </w:p>
    <w:p>
      <w:pPr>
        <w:pStyle w:val="ArticleBody"/>
        <w:jc w:val="left"/>
      </w:pPr>
      <w:r>
        <w:rPr>
          <w:rFonts w:ascii="Times New Roman" w:hAnsi="Times New Roman" w:eastAsia="Times New Roman" w:cs="Times New Roman"/>
        </w:rPr>
        <w:t>Avèk konsèp sa yo byen etabli, yo ka poze kesyon an: kijan sa fè ke, nan 11/9, liv Jowèl la te vin mesaj Pyè te idantifye nan Pannkòt la? N ap eseye klere konsèp sa yo nan atik k ap vini yo.</w:t>
      </w:r>
    </w:p>
    <w:p>
      <w:pPr>
        <w:pStyle w:val="ArticleScripture"/>
        <w:jc w:val="left"/>
      </w:pPr>
      <w:r>
        <w:rPr>
          <w:rFonts w:ascii="Times New Roman" w:hAnsi="Times New Roman" w:eastAsia="Times New Roman" w:cs="Times New Roman"/>
        </w:rPr>
        <w:t>“(Ekri 5 novanm 1892, soti Adelaide, Sid Ostrali, pou ‘Chè neve ak nyès, Frank ak Hattie [Belden].’)”</w:t>
      </w:r>
    </w:p>
    <w:p>
      <w:pPr>
        <w:pStyle w:val="ArticleScripture"/>
        <w:jc w:val="left"/>
      </w:pPr>
      <w:r>
        <w:rPr>
          <w:rFonts w:ascii="Times New Roman" w:hAnsi="Times New Roman" w:eastAsia="Times New Roman" w:cs="Times New Roman"/>
        </w:rPr>
        <w:t>“Lè ou va resevwa limyè Sentespri a, ou va wè tout mechanste sa a ki te fèt Minneapolis la jan li ye a, jan Bondye wè li. Si mwen pa janm wè ou ankò nan monn sa a, konnen byen ke mwen padonnen ou lapenn, detrès, ak chay nanm ou te fè m pote san okenn rezon. Men poutèt nanm ou, poutèt Sila a ki te mouri pou ou, mwen vle pou ou wè epi konfese erè ou yo. Ou te mete tèt ou ansanm ak moun ki t ap reziste Lespri Bondye a. Ou te gen tout prèv ou te bezwen pou konnen Senyè a t ap travay atravè Frè Jones ak Waggoner; men ou pa t resevwa limyè a; epi apre santiman ou te kite pran plas, apre pawòl ou te di kont verite a, ou pa t santi ou pare pou konfese ke ou te fè sa ki mal, ke mesye sa yo te gen yon mesaj ki soti nan Bondye, e ke ou te meprize ni mesaj la ni mesaje yo.”</w:t>
      </w:r>
    </w:p>
    <w:p>
      <w:pPr>
        <w:pStyle w:val="ArticleScripture"/>
        <w:jc w:val="left"/>
      </w:pPr>
      <w:r>
        <w:rPr>
          <w:rFonts w:ascii="Times New Roman" w:hAnsi="Times New Roman" w:eastAsia="Times New Roman" w:cs="Times New Roman"/>
        </w:rPr>
        <w:t>“Mwen pa t janm wè anvan pami pèp nou an yon konfyans pwòp tèt li ki tèlman fèm ansanm ak yon repiyans pou resevwa epi rekonèt limyè, jan sa te parèt nan Minneapolis. Yo te montre m ke pa t gen menm youn nan gwoup moun ki te nouri lespri ki te parèt nan reyinyon sa a ki t ap janm resevwa ankò limyè klè pou disène valè presye verite yo te voye ba yo soti nan syèl la, jiskaske yo te imilye ògèy yo epi yo te konfese ke se pa t Lespri Bondye ki t ap aji sou yo, men lespri yo ak kè yo te ranpli ak prejije. Senyè a te vle pwoche bò kote yo, pou beni yo epi geri yo anba glisad pa yo, men yo pa t vle koute. Se menm lespri ki te enspire Kore, Datan, ak Abiram ki t ap aji sou yo. Mesye sa yo ann Izrayèl te pran desizyon pou reziste tout prèv ki t ap montre yo yo te nan erè, epi yo te kontinye, toujou pi lwen, nan chemen dezafeksyon yo, jouk anpil lòt te detounen pou mete tèt yo ansanm avèk yo.”</w:t>
      </w:r>
    </w:p>
    <w:p>
      <w:pPr>
        <w:pStyle w:val="ArticleScripture"/>
        <w:jc w:val="left"/>
      </w:pPr>
      <w:r>
        <w:rPr>
          <w:rFonts w:ascii="Times New Roman" w:hAnsi="Times New Roman" w:eastAsia="Times New Roman" w:cs="Times New Roman"/>
        </w:rPr>
        <w:t>“Kim moun sa yo te ye? Se pa t fèb yo, se pa t inyoran yo, se pa t moun ki pa t resevwa limyè yo. Nan rebelyon sa a, te gen de san senkant chèf ki te gen renon nan mitan kongregasyon an, moun yo te byen konnen. Ki temwayaj yo te bay? ‘tout kongregasyon an sen, chak moun ladan yo, e Senyè a nan mitan yo: poukisa, donk, nou menm nou leve tèt nou anlè kongregasyon Senyè a?’ [Numbers 16:3]. Lè Kora ak konpayon li yo te peri anba jijman Bondye, pèp la, ke yo te twonpe, pa t wè men Senyè a nan mirak sa a. Tout kongregasyon an, nan denmen maten, te akize Moyiz ak Arawon, yo di: ‘Se nou ki touye pèp Senyè a’ [verse 41], epi epidemi an te tonbe sou kongregasyon an, e plis pase katòz mil te peri.</w:t>
      </w:r>
    </w:p>
    <w:p>
      <w:pPr>
        <w:pStyle w:val="ArticleScripture"/>
        <w:jc w:val="left"/>
      </w:pPr>
      <w:r>
        <w:rPr>
          <w:rFonts w:ascii="Times New Roman" w:hAnsi="Times New Roman" w:eastAsia="Times New Roman" w:cs="Times New Roman"/>
        </w:rPr>
        <w:t>“Lè m te pran desizyon kite Minneapolis, zanj Senyè a te kanpe bò kote m e li te di: ‘Se pa konsa; Bondye gen yon travay pou ou fè nan kote sa a. Pèp la ap reyaji menm jan ak rebelyon Kore, Datan, ak Abiram. Mwen mete ou nan pozisyon ki dwat pou ou, pozisyon sa a moun ki pa nan limyè a pap rekonèt; yo pap koute temwayaj ou; men Mwen va avèk ou; gras ak pisans Mwen va soutni ou. Se pa ou yo ap meprize, men mesaje yo ak mesaj Mwen voye bay pèp Mwen an. Yo montre mepri pou pawòl Senyè a. Satan avèg je yo e li detounen jijman yo; e sof si chak nanm repanti de peche sa a, endepandans sa a ki pa sen e ki ap fè Lespri Bondye a joure, yo pral mache nan fènwa. M ap retire gwo lanp lan nan plas li sof si yo repanti epi yo konvèti, pou M ka geri yo. Yo bouche vizyon espirityèl yo. Yo pa t vle pou Bondye manifeste Lespri Li ak pisans Li; paske yo gen yon lespri mokri ak degou pou pawòl Mwen. Lejèsite, frivolite, rizib, ak blag ap pratike chak jou. Yo pa mete kè yo pou chèche Mwen. Yo ap mache nan etensèl pwòp dife pa yo limen an, e sof si yo repanti yo pral kouche nan lapenn. Men sa Senyè a di: Kanpe nan pòs devwa ou; paske Mwen avèk ou, e Mwen pap kite ou ni abandone ou.’ Pawòl sa yo ki soti nan Bondye, mwen pa t oze neglije yo.</w:t>
      </w:r>
    </w:p>
    <w:p>
      <w:pPr>
        <w:pStyle w:val="ArticleScripture"/>
        <w:jc w:val="left"/>
      </w:pPr>
      <w:r>
        <w:rPr>
          <w:rFonts w:ascii="Times New Roman" w:hAnsi="Times New Roman" w:eastAsia="Times New Roman" w:cs="Times New Roman"/>
        </w:rPr>
        <w:t>« Limyè te ap klere nan Battle Creek avèk reyon ki klè e briyan; men kiyès pami moun sa yo ki te pran yon pati nan reyinyon Minneapolis la ki vin jwenn limyè a e ki resevwa richès verite Senyè a te voye ba yo soti nan syèl la? Kiyès ki te mache pa pa ak Chèf la, Jezi Kris? Kiyès ki te fè konfesyon konplè konsènan zel yo ki te mal dirije, avègman yo, jalouzi yo ak move sispisyon yo, opozisyon yo kont verite a? Pa youn menm; e poutèt yo te neglije pandan lontan pou rekonèt limyè a, li kite yo byen dèyè; yo pa t ap grandi nan gras ak nan konesans Kris Jezi, Senyè nou an. Yo pa t rive resevwa gras yo te bezwen an, gras yo te ka genyen an, e ki ta fè yo tounen moun djanm nan eksperyans relijye.»</w:t>
      </w:r>
    </w:p>
    <w:p>
      <w:pPr>
        <w:pStyle w:val="ArticleScripture"/>
        <w:jc w:val="left"/>
      </w:pPr>
      <w:r>
        <w:rPr>
          <w:rFonts w:ascii="Times New Roman" w:hAnsi="Times New Roman" w:eastAsia="Times New Roman" w:cs="Times New Roman"/>
        </w:rPr>
        <w:t>“Pozisyon yo te pran nan Minneapolis la te sanble yon baryè enfranchisab ki, nan yon gwo mezi, te fèmen yo ansanm ak moun k ap doute yo, moun k ap poze kestyon yo, ansanm ak moun ki rejte verite a ak pouvwa Bondye a. Lè yon lòt kriz va vini, moun ki pandan tout tan sa a te reziste kont prèv sou prèv yo pral ankò pase anba eprèv sou menm pwen kote yo te echwe si klèman an, e li pral difisil pou yo resevwa sa ki soti nan Bondye epi rejte sa ki soti nan pouvwa tenèb yo. Se poutèt sa, sèl chemen ki an sekirite pou yo se mache nan imilite, fè chemen dwat pou pye yo, pou moun enfim yo pa detounen kite chemen an. Sa fè tout diferans lan ak kiyès nou kenbe konpayi, kit se ak moun ki mache avèk Bondye e ki kwè nan Li epi mete konfyans yo nan Li, oswa ak moun ki suiv sa yo sipoze se pwòp sajès pa yo, k ap mache nan etensèl pwòp limen pa yo.”</w:t>
      </w:r>
    </w:p>
    <w:p>
      <w:pPr>
        <w:pStyle w:val="ArticleScripture"/>
        <w:jc w:val="left"/>
      </w:pPr>
      <w:r>
        <w:rPr>
          <w:rFonts w:ascii="Times New Roman" w:hAnsi="Times New Roman" w:eastAsia="Times New Roman" w:cs="Times New Roman"/>
        </w:rPr>
        <w:t>“Tan, swen, ak travay ki te nesesè pou konbat enfliyans moun sa yo ki te travay kont laverite a, se yon pèt terib; paske nou ta ka deja gen plizyè ane davans nan konesans espirityèl; e anpil, anpil nanm ta ka deja te ajoute nan legliz la si moun ki te dwe mache nan limyè a te kontinye chèche konnen Seyè a, pou yo te ka konnen parèt li a prepare tankou maten an. Men, lè fòk yo depanse anpil travay nan mitan menm legliz la pou konbat enfliyans ouvriye ki te kanpe tankou yon miray granit kont laverite Bondye voye bay pèp Li a, monn nan rete nan yon fènwa konparatif.</w:t>
      </w:r>
    </w:p>
    <w:p>
      <w:pPr>
        <w:pStyle w:val="ArticleScripture"/>
        <w:jc w:val="left"/>
      </w:pPr>
      <w:r>
        <w:rPr>
          <w:rFonts w:ascii="Times New Roman" w:hAnsi="Times New Roman" w:eastAsia="Times New Roman" w:cs="Times New Roman"/>
        </w:rPr>
        <w:t>“Bondye te vle pou gad yo leve kanpe e, ak vwa ini, voye yon mesaj desizif, bay twonpèt la yon son sèten, pou pèp la tout ansanm te ka kouri al pran pòs devwa yo epi jwe pa yo nan gran travay la. Lè sa a, limyè fò, klè, zanj sa a ki lòt la, ki desann soti nan syèl la avèk gwo pouvwa, t ap ranpli tè a ak glwa li. Nou anreta depi plizyè ane; e sila yo ki te kanpe nan avègman epi ki te anpeche avansman menm mesaj Bondye te vle soti nan reyinyon Minneapolis la tankou yon lanp k ap boule, bezwen imilye kè yo devan Bondye epi wè e konprann kijan travay la te antrave pa avègman lespri yo ak dite kè yo.</w:t>
      </w:r>
    </w:p>
    <w:p>
      <w:pPr>
        <w:pStyle w:val="ArticleScripture"/>
        <w:jc w:val="left"/>
      </w:pPr>
      <w:r>
        <w:rPr>
          <w:rFonts w:ascii="Times New Roman" w:hAnsi="Times New Roman" w:eastAsia="Times New Roman" w:cs="Times New Roman"/>
        </w:rPr>
        <w:t>“Yo te pase anpil tan ap diskite sou ti bagay san enpòtans; yo gaspiye bèl opòtinite an lò, pandan mesaje selès yo t ap soufri anpil, yo vin enpasyan poutèt reta a. Sentespri a—yo te gen twò piti apresyasyon pou valè li ak pou nesesite pou chak nanm resevwa li. Moun ki resevwa don selès sa a va sòti abiye ak zam jistis la pou mennen konba pou Bondye. Yo va respekte direksyon Senyè a e yo va ranpli ak rekonesans anvè Li pou mizèrikòd Li. Men, nan anpil, anpil kote, e nan anpil, anpil okazyon, yo te kapab di sa avèk verite menm jan nan epòk Kris la konsènan moun ki pretann yo se pèp Bondye a, ke pa t ka fèt anpil gwo zèv, poutèt enkredilite yo. Anpil moun ki te mare nan chenn fènwa yo te resevwa konsiderasyon paske Bondye te sèvi ak yo, e enkredilite yo te leve dout ak prejije kont mesaj verite a ke zanj syèl la t ap chèche kominike atravè ajan imen yo—jistifikasyon pa lafwa, jistis Kris la.” The 1888 Materials, 1066–1070.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Joèl la ak Legliz Advantis Setyèm Jou Laodise a — Nimewo De</dc:title>
  <dc:subject/>
  <dc:creator>Jeff Pippenger</dc:creator>
  <cp:keywords/>
  <dc:description>Generated by ArticleDigger from joel\02_joel.json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