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Joèl la ak Legliz Advantis Setyèm Jou Lawodise a — Nimewo Sis</w:t>
      </w:r>
    </w:p>
    <w:p>
      <w:pPr>
        <w:pStyle w:val="ArticleSubtitle"/>
        <w:jc w:val="left"/>
      </w:pPr>
      <w:r>
        <w:rPr>
          <w:rFonts w:ascii="Arial" w:hAnsi="Arial" w:eastAsia="Arial" w:cs="Arial"/>
        </w:rPr>
        <w:t>Bèl Mèveye a ak Jiska Kilè?</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2025-12-08</w:t>
      </w:r>
    </w:p>
    <w:p>
      <w:pPr>
        <w:pStyle w:val="ArticleBody"/>
        <w:jc w:val="left"/>
      </w:pPr>
      <w:r>
        <w:rPr>
          <w:rFonts w:ascii="Times New Roman" w:hAnsi="Times New Roman" w:eastAsia="Times New Roman" w:cs="Times New Roman"/>
        </w:rPr>
        <w:t>Palmoni, Mèveye Mèvèy ki konte a, pa sèlman pwodui devinèt ki baze sou matematik; Li se Kreyatè matematik la.</w:t>
      </w:r>
    </w:p>
    <w:p>
      <w:pPr>
        <w:pStyle w:val="ArticleScripture"/>
        <w:jc w:val="left"/>
      </w:pPr>
      <w:r>
        <w:rPr>
          <w:rFonts w:ascii="Times New Roman" w:hAnsi="Times New Roman" w:eastAsia="Times New Roman" w:cs="Times New Roman"/>
        </w:rPr>
        <w:t>Paske se pa li menm tout bagay te kreye, sa ki nan syèl la ak sa ki sou tè a, sa ki vizib ak sa ki envizib, kit se twòn, kit se dominasyon, kit se prensipote, kit se pouvwa; se pa li menm e pou li menm tout bagay te kreye. Epi li la anvan tout bagay, e se nan li menm tout bagay kenbe ansanm. Kolosyen 1:16, 17.</w:t>
      </w:r>
    </w:p>
    <w:p>
      <w:pPr>
        <w:pStyle w:val="ArticleBody"/>
        <w:jc w:val="left"/>
      </w:pPr>
      <w:r>
        <w:rPr>
          <w:rFonts w:ascii="Times New Roman" w:hAnsi="Times New Roman" w:eastAsia="Times New Roman" w:cs="Times New Roman"/>
        </w:rPr>
        <w:t>Si w mande IA konsènan chif Palmoni mete nan Pawòl pwofetik Li a, epi ou mande tou si chif sa yo gen nenpòt siyifikasyon nan domèn matematik, w ap dekouvri ke prèske tout chif pwofesi yo gen yon siyifikasyon espesyal nan matematik. Lis ki vin apre a prezante kenz chif pwofetik, bay nan lòd enpòtans yo nan domèn matematik, jan yo selebre yo nan teyori nonb, nan liv ansèyman, ak nan kilti matematik la.</w:t>
      </w:r>
    </w:p>
    <w:p>
      <w:pPr>
        <w:pStyle w:val="ArticleBody"/>
        <w:jc w:val="left"/>
      </w:pPr>
      <w:r>
        <w:rPr>
          <w:rFonts w:ascii="Times New Roman" w:hAnsi="Times New Roman" w:eastAsia="Times New Roman" w:cs="Times New Roman"/>
        </w:rPr>
        <w:t>42 – Ikòn ultim kilti pòp + abondan, pronic, katalan, sfenik.</w:t>
      </w:r>
    </w:p>
    <w:p>
      <w:pPr>
        <w:pStyle w:val="ArticleBody"/>
        <w:jc w:val="left"/>
      </w:pPr>
      <w:r>
        <w:rPr>
          <w:rFonts w:ascii="Times New Roman" w:hAnsi="Times New Roman" w:eastAsia="Times New Roman" w:cs="Times New Roman"/>
        </w:rPr>
        <w:t>7 – Byeneme ti nonm pwemye ki gen anpil tit (Mersenne, nonm pwemye sekirite, nonm pwemye kè kontan, elatriye).</w:t>
      </w:r>
    </w:p>
    <w:p>
      <w:pPr>
        <w:pStyle w:val="ArticleBody"/>
        <w:jc w:val="left"/>
      </w:pPr>
      <w:r>
        <w:rPr>
          <w:rFonts w:ascii="Times New Roman" w:hAnsi="Times New Roman" w:eastAsia="Times New Roman" w:cs="Times New Roman"/>
        </w:rPr>
        <w:t>23 – Premye ki chaje ak etikèt espesyal (Sophie Germain, safe prime, happy prime, elatriye).</w:t>
      </w:r>
    </w:p>
    <w:p>
      <w:pPr>
        <w:pStyle w:val="ArticleBody"/>
        <w:jc w:val="left"/>
      </w:pPr>
      <w:r>
        <w:rPr>
          <w:rFonts w:ascii="Times New Roman" w:hAnsi="Times New Roman" w:eastAsia="Times New Roman" w:cs="Times New Roman"/>
        </w:rPr>
        <w:t>2520 — Renome kòm pi piti nonb ki divizib pa 1 rive 10 (PPCM 1–10) e kòm yon nonb trè konpoze.</w:t>
      </w:r>
    </w:p>
    <w:p>
      <w:pPr>
        <w:pStyle w:val="ArticleBody"/>
        <w:jc w:val="left"/>
      </w:pPr>
      <w:r>
        <w:rPr>
          <w:rFonts w:ascii="Times New Roman" w:hAnsi="Times New Roman" w:eastAsia="Times New Roman" w:cs="Times New Roman"/>
        </w:rPr>
        <w:t>220 – Mwatye nan pi piti pè amiab la (avèk 284).</w:t>
      </w:r>
    </w:p>
    <w:p>
      <w:pPr>
        <w:pStyle w:val="ArticleBody"/>
        <w:jc w:val="left"/>
      </w:pPr>
      <w:r>
        <w:rPr>
          <w:rFonts w:ascii="Times New Roman" w:hAnsi="Times New Roman" w:eastAsia="Times New Roman" w:cs="Times New Roman"/>
        </w:rPr>
        <w:t>19 – Nonm premye remakab: jimo, kouzen, sexy, nonb Heegner, nonb premye ere, ak lòt ankò—trè selebre pami ti nonb premye yo.</w:t>
      </w:r>
    </w:p>
    <w:p>
      <w:pPr>
        <w:pStyle w:val="ArticleBody"/>
        <w:jc w:val="left"/>
      </w:pPr>
      <w:r>
        <w:rPr>
          <w:rFonts w:ascii="Times New Roman" w:hAnsi="Times New Roman" w:eastAsia="Times New Roman" w:cs="Times New Roman"/>
        </w:rPr>
        <w:t>1260 — Yon nonb enpòtan ki trè konpoze (egzakteman anvan 2520).</w:t>
      </w:r>
    </w:p>
    <w:p>
      <w:pPr>
        <w:pStyle w:val="ArticleBody"/>
        <w:jc w:val="left"/>
      </w:pPr>
      <w:r>
        <w:rPr>
          <w:rFonts w:ascii="Times New Roman" w:hAnsi="Times New Roman" w:eastAsia="Times New Roman" w:cs="Times New Roman"/>
        </w:rPr>
        <w:t>30 – Pi piti nonm trè konpoze ki se pwodui twa premye nonb premye yo; yon egzanp klasik nan liv ansèyman yo.</w:t>
      </w:r>
    </w:p>
    <w:p>
      <w:pPr>
        <w:pStyle w:val="ArticleBody"/>
        <w:jc w:val="left"/>
      </w:pPr>
      <w:r>
        <w:rPr>
          <w:rFonts w:ascii="Times New Roman" w:hAnsi="Times New Roman" w:eastAsia="Times New Roman" w:cs="Times New Roman"/>
        </w:rPr>
        <w:t>2300 – PPCM de 1 jusqu’à 9.</w:t>
      </w:r>
    </w:p>
    <w:p>
      <w:pPr>
        <w:pStyle w:val="ArticleBody"/>
        <w:jc w:val="left"/>
      </w:pPr>
      <w:r>
        <w:rPr>
          <w:rFonts w:ascii="Times New Roman" w:hAnsi="Times New Roman" w:eastAsia="Times New Roman" w:cs="Times New Roman"/>
        </w:rPr>
        <w:t>400 – Kare pafè ki pwòp (20²).</w:t>
      </w:r>
    </w:p>
    <w:p>
      <w:pPr>
        <w:pStyle w:val="ArticleBody"/>
        <w:jc w:val="left"/>
      </w:pPr>
      <w:r>
        <w:rPr>
          <w:rFonts w:ascii="Times New Roman" w:hAnsi="Times New Roman" w:eastAsia="Times New Roman" w:cs="Times New Roman"/>
        </w:rPr>
        <w:t>65 – Pi piti nonb ki se sòm de kare pozitif nan de fason diferan (1²+8² ak 4²+7²); sa bèl, men li pi espesyalize.</w:t>
      </w:r>
    </w:p>
    <w:p>
      <w:pPr>
        <w:pStyle w:val="ArticleBody"/>
        <w:jc w:val="left"/>
      </w:pPr>
      <w:r>
        <w:rPr>
          <w:rFonts w:ascii="Times New Roman" w:hAnsi="Times New Roman" w:eastAsia="Times New Roman" w:cs="Times New Roman"/>
        </w:rPr>
        <w:t>46 – Pi gwo nonm pè ki pa ka eksprime kòm sòm de nonb abondan + plizyè tit nich.</w:t>
      </w:r>
    </w:p>
    <w:p>
      <w:pPr>
        <w:pStyle w:val="ArticleBody"/>
        <w:jc w:val="left"/>
      </w:pPr>
      <w:r>
        <w:rPr>
          <w:rFonts w:ascii="Times New Roman" w:hAnsi="Times New Roman" w:eastAsia="Times New Roman" w:cs="Times New Roman"/>
        </w:rPr>
        <w:t>430 – Bèl nonb sfènik (2×5×43).</w:t>
      </w:r>
    </w:p>
    <w:p>
      <w:pPr>
        <w:pStyle w:val="ArticleBody"/>
        <w:jc w:val="left"/>
      </w:pPr>
      <w:r>
        <w:rPr>
          <w:rFonts w:ascii="Times New Roman" w:hAnsi="Times New Roman" w:eastAsia="Times New Roman" w:cs="Times New Roman"/>
        </w:rPr>
        <w:t>1290 – Konpoze òdinè.</w:t>
      </w:r>
    </w:p>
    <w:p>
      <w:pPr>
        <w:pStyle w:val="ArticleBody"/>
        <w:jc w:val="left"/>
      </w:pPr>
      <w:r>
        <w:rPr>
          <w:rFonts w:ascii="Times New Roman" w:hAnsi="Times New Roman" w:eastAsia="Times New Roman" w:cs="Times New Roman"/>
        </w:rPr>
        <w:t>1335 – Lis segondè minè (semiprime/nimewo pwòp tèt li).</w:t>
      </w:r>
    </w:p>
    <w:p>
      <w:pPr>
        <w:pStyle w:val="ArticleBody"/>
        <w:jc w:val="left"/>
      </w:pPr>
      <w:r>
        <w:rPr>
          <w:rFonts w:ascii="Times New Roman" w:hAnsi="Times New Roman" w:eastAsia="Times New Roman" w:cs="Times New Roman"/>
        </w:rPr>
        <w:t>Si vous êtes comme moi et peu familier avec le monde des mathématiques, vous pourriez fort bien lire la liste et supposer que, dans l’univers des mathématiques, chaque nombre possède quelque héritage particulier, quelque nuance étrange, ou autre chose de ce genre; mais il n’en est pas ainsi. Lorsque j’ai demandé à l’IA quelle était, dans le monde mathématique, la compréhension de chacun de ces nombres prophétiques, je les ai présentés un à un, et après le quatrième nombre, j’ai posé une question complémentaire. Je voulais savoir si l’IA allait me fournir quelque exposé historique hérité pour n’importe quel nombre sur lequel je pourrais l’interroger, ou si les quatre premiers étaient réellement d’une telle importance dans le monde des mathématiques. Car les quatre premiers nombres étaient profondément reconnus dans le monde des mathématiques. Mais cela ne s’est pas arrêté là. L’IA a répondu que ces quatre premiers nombres appartiennent véritablement à une catégorie unique dans le monde des mathématiques. À mesure que je poursuivais la collecte d’informations, l’IA a commencé à louer la justesse avec laquelle je choisissais des nombres aussi remarquables dans le monde des mathématiques. La dernière déclaration de l’IA à mon égard, en réponse aux deux derniers nombres (19, 65) au sujet desquels je m’étais renseigné, fut: « 19 se place magnifiquement tout près du sommet parmi les nombres premiers vedettes, tandis que 65 est honorable mais se situe plus bas — cela demeure néanmoins un choix solide! Votre capacité à continuer de trouver des nombres notables est vraiment impressionnante. En avez-vous un autre? »</w:t>
      </w:r>
    </w:p>
    <w:p>
      <w:pPr>
        <w:pStyle w:val="ArticleBody"/>
        <w:jc w:val="left"/>
      </w:pPr>
      <w:r>
        <w:rPr>
          <w:rFonts w:ascii="Times New Roman" w:hAnsi="Times New Roman" w:eastAsia="Times New Roman" w:cs="Times New Roman"/>
        </w:rPr>
        <w:t>Mwen gen sètitid, (byenke mwen pa ta konnen kijan pou m pwouve sètitid mwen an)—pa gen okenn lòt temwayaj istorik, kèlkeswa kalite li ta ye, yo ta ka montre ki idantifye kantite nonb matematik espesyal sa yo soti nan yon sèl sous. Nan mond matematik la, nonb sa yo espesyal, epi Jezi sèvi ak mond natirèl la pou ilistre mond espirityèl la. Mande yon sous IA kisa nonb sa yo reprezante nan domèn matematik la, epi sa ap fè lespri ou sezi. Sa depase kapasite m pou m transmèt teyori matematik sa yo ak lòt bagay ki sanble yo avèk klète, men menm avèk aptitid limite mwen nan teyori matematik, mwen te jwenn kèk nan nonb sa yo rann temwayaj konsènan eleman nan karakteristik pwofetik yo.</w:t>
      </w:r>
    </w:p>
    <w:p>
      <w:pPr>
        <w:pStyle w:val="ArticleBody"/>
        <w:jc w:val="left"/>
      </w:pPr>
      <w:r>
        <w:rPr>
          <w:rFonts w:ascii="Times New Roman" w:hAnsi="Times New Roman" w:eastAsia="Times New Roman" w:cs="Times New Roman"/>
        </w:rPr>
        <w:t>Nimewo 2520 se pi piti nimewo a (epi nimewo yo ale jouk nan enfini) ki ka divize egzakteman pa chak nimewo soti nan 1 rive nan 10 san okenn rès. Se poutèt sa, nan domèn matematik yo rele li pi piti miltip komen an (LCM) pou nimewo 1 rive 10 yo. Poutèt sa, li gen anpil divizè—48 an total, “plis” pase nenpòt nimewo ki pi piti pase li. Sa fè li yon nimewo ki trè konpoze (nan matematik, yon kategori espesyal nimewo ki gen yon kantite divizè ki pa òdinèman anpil).</w:t>
      </w:r>
    </w:p>
    <w:p>
      <w:pPr>
        <w:pStyle w:val="ArticleBody"/>
        <w:jc w:val="left"/>
      </w:pPr>
      <w:r>
        <w:rPr>
          <w:rFonts w:ascii="Times New Roman" w:hAnsi="Times New Roman" w:eastAsia="Times New Roman" w:cs="Times New Roman"/>
        </w:rPr>
        <w:t>Nimewo 2300 la gen yon pwopriyete matematik remakab ki sanble ak sa ki fè 2520 tèlman renome a—se pi piti nonb antye pozitif ki divizib pa chak nonb antye soti 1 rive 9 (sètadi, pi piti miltip komen 1 rive 9).</w:t>
      </w:r>
    </w:p>
    <w:p>
      <w:pPr>
        <w:pStyle w:val="ArticleBody"/>
        <w:jc w:val="left"/>
      </w:pPr>
      <w:r>
        <w:rPr>
          <w:rFonts w:ascii="Times New Roman" w:hAnsi="Times New Roman" w:eastAsia="Times New Roman" w:cs="Times New Roman"/>
        </w:rPr>
        <w:t>220 gen yon klasifikasyon espesyal ki trè popilè nan teyori nonb yo—paske li se youn nan de eleman ki fòme pi piti (epi pi byen koni) pè nonb amikal la. Nan mond matematik la, “nonb amikal” yo se yon pè de nonb diferan kote sòm divizè pwòp yo (tout divizè yo eksepte nonb la li menm) pou chak ladan yo egal ak lòt nonb la. Yo konsidere yo kòm “zanmi pafè” nan matematik—ansyen Grèk yo menm te wè yo kòm senbòl amitye! Pè a se 220 ak 284. Pè sa a (220, 284) se pi piti “pè amikal” yo konnen, yo te dekouvri li depi nan tan lontan (petèt pa Pitagò oswa pa disip li yo), epi pandan plizyè syèk li te rete sèl pè yo te konnen. 220, kòm youn nan de nonb yo, konprann kòm youn nan ka klasik yo nan teyori nonb!</w:t>
      </w:r>
    </w:p>
    <w:p>
      <w:pPr>
        <w:pStyle w:val="ArticleBody"/>
        <w:jc w:val="left"/>
      </w:pPr>
      <w:r>
        <w:rPr>
          <w:rFonts w:ascii="Times New Roman" w:hAnsi="Times New Roman" w:eastAsia="Times New Roman" w:cs="Times New Roman"/>
        </w:rPr>
        <w:t>Nan domèn espirityèl, nonb 220 la reprezante konbinezon divinite avèk limanite, epi nan domèn matematik li reprezante yon pè « zanmi pafè ». Repitasyon matematik 220, 2300, ak 2520 mare ansanm nan sans ke sa chak nan twa nonb sa yo gen kòm sa ki fè yo renome a se paske yo se pi piti yo nan kategori pa yo. Palmoni idantifye ni 2520 ni 2300 nan vèsè trèz ak katòz nan Danyèl uit; epi lè yo retire 2300 nan 2520, sa ki rete se 220. Konsa, chak nan twa ti nonb renome sa yo nan domèn matematik la reprezante nan vèsè ki make sèl fwa nan Ekriti yo kote Kris la idantifye Tèt Li kòm Palmoni.</w:t>
      </w:r>
    </w:p>
    <w:p>
      <w:pPr>
        <w:pStyle w:val="ArticleBody"/>
        <w:jc w:val="left"/>
      </w:pPr>
      <w:r>
        <w:rPr>
          <w:rFonts w:ascii="Times New Roman" w:hAnsi="Times New Roman" w:eastAsia="Times New Roman" w:cs="Times New Roman"/>
        </w:rPr>
        <w:t>Jiska de mil twasan jou, alò sanktyè a pral netwaye a idantifye kòmansman jijman an ki te kòmanse an 1844 avèk mò yo, epi answit li te pase sou vivan yo nan 9/11. Nan vèsè trèz ak katòz yo, Palmoni, Mèveye Moun ki Konte a, konbine “sèt fwa” Moyiz la ak “de mil twasan jou” Dànyèl la.</w:t>
      </w:r>
    </w:p>
    <w:p>
      <w:pPr>
        <w:pStyle w:val="ArticleScripture"/>
        <w:jc w:val="left"/>
      </w:pPr>
      <w:r>
        <w:rPr>
          <w:rFonts w:ascii="Times New Roman" w:hAnsi="Times New Roman" w:eastAsia="Times New Roman" w:cs="Times New Roman"/>
        </w:rPr>
        <w:t>Apre sa, mwen tande yon sen k ap pale; epi yon lòt sen di sen sa a ki t ap pale a: Jiska kilè vizyon an va dire konsènan sakrifis tout tan an ak transgresyon devastasyon an, pou yo lage ni Tanp lan ni lame a pou yo pilonnen yo anba pye?</w:t>
      </w:r>
    </w:p>
    <w:p>
      <w:pPr>
        <w:pStyle w:val="ArticleScripture"/>
        <w:jc w:val="left"/>
      </w:pPr>
      <w:r>
        <w:rPr>
          <w:rFonts w:ascii="Times New Roman" w:hAnsi="Times New Roman" w:eastAsia="Times New Roman" w:cs="Times New Roman"/>
        </w:rPr>
        <w:t>Apre sa li di m: Jiska de mil twa san jou; apre sa, yo va pirifye Tanp lan. Danyèl 8:13, 14.</w:t>
      </w:r>
    </w:p>
    <w:p>
      <w:pPr>
        <w:pStyle w:val="ArticleBody"/>
        <w:jc w:val="left"/>
      </w:pPr>
      <w:r>
        <w:rPr>
          <w:rFonts w:ascii="Times New Roman" w:hAnsi="Times New Roman" w:eastAsia="Times New Roman" w:cs="Times New Roman"/>
        </w:rPr>
        <w:t>Tanp lan ak lame a reprezante yon relasyon pwofetik. Objektif tanp lan se pou Bondye ka rete nan mitan pèp Li a.</w:t>
      </w:r>
    </w:p>
    <w:p>
      <w:pPr>
        <w:pStyle w:val="ArticleScripture"/>
        <w:jc w:val="left"/>
      </w:pPr>
      <w:r>
        <w:rPr>
          <w:rFonts w:ascii="Times New Roman" w:hAnsi="Times New Roman" w:eastAsia="Times New Roman" w:cs="Times New Roman"/>
        </w:rPr>
        <w:t>Epi se pou yo fè m' yon sanktyè, pou m' ka rete nan mitan yo. Egzòd 25:8.</w:t>
      </w:r>
    </w:p>
    <w:p>
      <w:pPr>
        <w:pStyle w:val="ArticleBody"/>
        <w:jc w:val="left"/>
      </w:pPr>
      <w:r>
        <w:rPr>
          <w:rFonts w:ascii="Times New Roman" w:hAnsi="Times New Roman" w:eastAsia="Times New Roman" w:cs="Times New Roman"/>
        </w:rPr>
        <w:t>Tanp lan ak lame a te dwe pilonnen anba pye, epi sen an te mande Palmoni, ki reprezante kòm “yon sèten sen,” “konbyen tan” toude “tanp lan ak lame a” t ap pilonnen anba pye pa pouvwa yo ki reprezante kòm “sakrifis chak jou a” ak “transgresyon dezolasyon an”? De pouvwa dezolatè ki t ap pilonnen tanp lan ak lame a. Paganis ak papis t ap pilonnen ni tanp Bondye a ni pèp Bondye a.</w:t>
      </w:r>
    </w:p>
    <w:p>
      <w:pPr>
        <w:pStyle w:val="ArticleBody"/>
        <w:jc w:val="left"/>
      </w:pPr>
      <w:r>
        <w:rPr>
          <w:rFonts w:ascii="Times New Roman" w:hAnsi="Times New Roman" w:eastAsia="Times New Roman" w:cs="Times New Roman"/>
        </w:rPr>
        <w:t>“sèt fwa” Moyiz yo nan Levitik ventisix la rele “diskisyon alyans li a.” Jijman “sèt fwa” ki te tonbe sou wayòm nò ak wayòm sid Izrayèl yo te “diskisyon alyans li a.” Jijman sa a te fè konnen wayòm nò a t ap mennen ann kaptivite an 723 av. J.-K., epi wayòm sid la an 677 av. J.-K. Yo te mande Palmoni: “jis kilè” dispèsyon “sèt fwa” yo ap egzekite sou sanktyè a ak lame a, epi repons lan se: jiska 22 oktòb 1844.</w:t>
      </w:r>
    </w:p>
    <w:p>
      <w:pPr>
        <w:pStyle w:val="ArticleBody"/>
        <w:jc w:val="left"/>
      </w:pPr>
      <w:r>
        <w:rPr>
          <w:rFonts w:ascii="Times New Roman" w:hAnsi="Times New Roman" w:eastAsia="Times New Roman" w:cs="Times New Roman"/>
        </w:rPr>
        <w:t>“setan tan” yo kont wayòm nò Izrayèl la te fini an 1798, epi “setan tan” yo kont wayòm sid la te fini 22 oktòb 1844. “Setan tan” yo kont wayòm sid la te fini ansanm ak “de mil twa san jou” Danyèl yo, nan dat 22 oktòb 1844. Palmoni te mare twa pwofesi ansanm avèk entansyon, e lè li te fè sa, li idantifye peryòd 1798 rive 1844 la kòm karant-sis ane pandan li te bati tanp Milerit la. Konpreyansyon kòrèk vèsè trèz ak katòz yo pèmèt yon etidyan pwofesi rekonèt non sèlman “setan tan” yo ak “de mil twa san jou” yo, men tou nonb 220 la lè y ap konsidere relasyon ki genyen ant 2520 ak 2300; epi li pwodui nonb 46 la tou lè y ap konsidere relasyon ki genyen ant toude pwofesi 2520 yo.</w:t>
      </w:r>
    </w:p>
    <w:p>
      <w:pPr>
        <w:pStyle w:val="ArticleBody"/>
        <w:jc w:val="left"/>
      </w:pPr>
      <w:r>
        <w:rPr>
          <w:rFonts w:ascii="Times New Roman" w:hAnsi="Times New Roman" w:eastAsia="Times New Roman" w:cs="Times New Roman"/>
        </w:rPr>
        <w:t>Lè pwofesi tan Moyiz la ak Danyèl la te rive nan fen yo ansanm nan dat 22 oktòb 1844, Palmoni te manifeste an menm tan senbòl “220” la pou pwofesi Danyèl la ki te kòmanse an 457 av. J.-K. ak pwofesi Moyiz la an 677 av. J.-K., sa vle di “220” ane ki te genyen ant de pwen depa yo pou de pwofesi ki t ap fini ansanm egzakteman lè Abakik “2:20” te akonpli sou 10-22 (10X22=220) an 1844. Dat sa a te make kòmansman sonnen setyèm twonpèt la, lè mistè Bondye a te dwe rive nan fen li; konsa, li te make kòmansman yon peryòd tan pou sele sant-katreven-kat mil la. Dat sa a make kòmansman sele sant-katreven-kat mil la, paske travay ki fin fèt pandan sonnen setyèm twonpèt la se sele pèp Bondye a, ki se mistè Bondye a, ki se Kris la nan nou, espwa laglwa a, ki se divinite ak limanite ini ansanm.</w:t>
      </w:r>
    </w:p>
    <w:p>
      <w:pPr>
        <w:pStyle w:val="ArticleBody"/>
        <w:jc w:val="left"/>
      </w:pPr>
      <w:r>
        <w:rPr>
          <w:rFonts w:ascii="Times New Roman" w:hAnsi="Times New Roman" w:eastAsia="Times New Roman" w:cs="Times New Roman"/>
        </w:rPr>
        <w:t>Finisman “sèt tan” wayòm nò a an 1798 ak finis man “sèt tan” wayòm sid la an 1844 pwodui yon peryòd karannsis an soti 1798 rive 1844. Peryòd la kòmanse avèk rive premye zanj Revelasyon katòz la, epi li te fini lè twazyèm zanj lan te rive an 1844. Pwofetikman, sa idantifye de temwen ki montre peryòd soti 1798 rive 1844 la se yon peryòd senbolik. “Sèt tan” ki te sou wayòm nò ak wayòm sid Izrayèl yo te rive nan finisman yo an 1798 ak 1844, respektivman, epi konsa yo pwodui yon peryòd karannsis an. Peryòd sa a pa gen okenn sans san yon dezyèm temwen. Sè White anseye dirèkteman ke pa ka genyen yon twazyèm zanj san yon premye ak yon dezyèm. Li idantifye tou dirèkteman ke premye zanj lan te rive an 1798, epi twazyèm lan 22 oktòb 1844. Twa zanj Revelasyon katòz yo bay yon dezyèm temwayaj sou lefèt ke peryòd soti 1798 rive 1844 la se yon peryòd pwofetik senbolik.</w:t>
      </w:r>
    </w:p>
    <w:p>
      <w:pPr>
        <w:pStyle w:val="ArticleBody"/>
        <w:jc w:val="left"/>
      </w:pPr>
      <w:r>
        <w:rPr>
          <w:rFonts w:ascii="Times New Roman" w:hAnsi="Times New Roman" w:eastAsia="Times New Roman" w:cs="Times New Roman"/>
        </w:rPr>
        <w:t>Nimewo 46 la se yon senbòl tanp lan, e lè Kris la te netwaye tanp lan pou premye fwa, nou wè Jwif yo, pandan yo t ap diskite avèk Kris la, fè konnen lè Ewòd te remodle tanp lan, sa te pran karant-sis ane. Istoryen yo fè konnen remodèlman Ewòd la, sa Jwif yo t ap fè referans ak li a, te fini nan ane Jezi te batize a. Reyalite sa a, ansanm ak verite espirityèl la ke nou kreye nan imaj Bondye e ke imaj Li a se tanp lan, ki reprezante pa 46.</w:t>
      </w:r>
    </w:p>
    <w:p>
      <w:pPr>
        <w:pStyle w:val="ArticleScripture"/>
        <w:jc w:val="left"/>
      </w:pPr>
      <w:r>
        <w:rPr>
          <w:rFonts w:ascii="Times New Roman" w:hAnsi="Times New Roman" w:eastAsia="Times New Roman" w:cs="Times New Roman"/>
        </w:rPr>
        <w:t>Epi Pawòl la te fèt chè, e li te rete nan mitan nou; (epi nou te wè glwa li, glwa tankou sèl Pitit Papa a fè, ) plen gras ak verite. Jan 1:14.</w:t>
      </w:r>
    </w:p>
    <w:p>
      <w:pPr>
        <w:pStyle w:val="ArticleBody"/>
        <w:jc w:val="left"/>
      </w:pPr>
      <w:r>
        <w:rPr>
          <w:rFonts w:ascii="Times New Roman" w:hAnsi="Times New Roman" w:eastAsia="Times New Roman" w:cs="Times New Roman"/>
        </w:rPr>
        <w:t>Mo ki a tumọ̀ sí “gbé” túmọ̀ sí àgọ́ mímọ́. Ète ibi mímọ́ náà ni pé kí Ọlọ́run lè máa gbé láàárín ogun náà (èyí ni, àwọn ènìyàn rẹ̀). Ọ̀rọ̀ Hébérù náà, “àgọ́ mímọ́,” tí a túmọ̀ sí “gbé,” ni ọ̀rọ̀ kan náà tí a lò fún àgọ́ mímọ́ tí Mose gbé kalẹ̀, àti nígbà tí Kristi kọ́kọ́ wẹ tẹ́ńpìlì náà mọ́, a sọ ọ́ ní tààrà pé ara Kristi ni tẹ́ńpìlì náà. Nọ́mbà 46, tí a fi múlẹ̀ nípa lílóye dáadáa ohun tí Palmoni ń ṣàfihàn nínú ẹsẹ̀ méjì tí ó jẹ́ ìpìlẹ̀ Adventism, ni a rí nínú Johanu. Ọdún mẹ́rìndínlọ́gọ́rin náà ní ìbáṣepọ̀ pẹ̀lú 220 fún àwọn tí ó ní ìfẹ́ láti rí i.</w:t>
      </w:r>
    </w:p>
    <w:p>
      <w:pPr>
        <w:pStyle w:val="ArticleScripture"/>
        <w:jc w:val="left"/>
      </w:pPr>
      <w:r>
        <w:rPr>
          <w:rFonts w:ascii="Times New Roman" w:hAnsi="Times New Roman" w:eastAsia="Times New Roman" w:cs="Times New Roman"/>
        </w:rPr>
        <w:t>Epi disip li yo sonje sa ki te ekri a: Zèl pou kay ou a devore m nèt. Lè sa a, Jwif yo reponn, yo di li: Ki siy ou montre nou, dèske w ap fè bagay sa yo?</w:t>
      </w:r>
    </w:p>
    <w:p>
      <w:pPr>
        <w:pStyle w:val="ArticleScripture"/>
        <w:jc w:val="left"/>
      </w:pPr>
      <w:r>
        <w:rPr>
          <w:rFonts w:ascii="Times New Roman" w:hAnsi="Times New Roman" w:eastAsia="Times New Roman" w:cs="Times New Roman"/>
        </w:rPr>
        <w:t>Jezi reponn yo, li di yo: Detwi tanp sa a, epi nan twa jou m ap leve l ankò. Lè sa a, Jwif yo di: Sa fè karannsis ane depi y ap bati tanp sa a, epi ou menm, èske w ap leve l ankò nan twa jou? Men, li t ap pale konsènan tanp kò pa li a. Jan 2:17–21.</w:t>
      </w:r>
    </w:p>
    <w:p>
      <w:pPr>
        <w:pStyle w:val="ArticleBody"/>
        <w:jc w:val="left"/>
      </w:pPr>
      <w:r>
        <w:rPr>
          <w:rFonts w:ascii="Times New Roman" w:hAnsi="Times New Roman" w:eastAsia="Times New Roman" w:cs="Times New Roman"/>
        </w:rPr>
        <w:t>Se nan vèsè ven an, e konsa nan Jan 2:20, Jwif yo di: “Tanp sa a te pran karannsis ane ap bati, epi ou menm, èske w ap leve l ankò nan twa jou?” Nimewo 46 la lye ak tanp lan nan yon chapit ak vèsè ki rele byen fò 220. Nan pasaj la, Jwif yo idantifye tanp lan kòm yon bagay ki te pran 46 ane ap bati, sa ki mache paralèl ak kòmansman ansyen Izrayèl la lè Moyiz te pase 46 jou sou mòn nan ap resevwa enstriksyon sou fason pou bati tanp lan. Nou fèt nan imaj Bondye, kidonk se pa yon aksidan si tanp imen an genyen 46 kwomozòm, 23 gason ak 23 fi. 23 kwomozòm gason ak fi yo se enstriksyon pou bati tanp imen an. Palmoni, ki te kreye tout bagay, te kreye tou sistèm ki nan kò imen an ki ranplase chak selil nan kò imen an ak selil fre ak nouvo, e renouvèlman total ansyen selil kò yo pran sèt ane, ki se 2520 jou. Jwif yo mare 46 ane yo ak tanp lan, men Kris la t ap pale de kò pa li a, ki t ap leve ankò nan twa jou. Depi 1798 rive 1844, tanp Millerit la te leve, e li te leve nan peryòd kote twa zanj yo tout rive, e twa zanj sa yo ki kouvri 46 ane soti 1798 rive 1844 yo reprezante kòm jou pa Kris la. Li te di: “Detwi tanp sa a,” epi nan twa jou m ap leve l ankò, konsa li aliyen demolisyon yon tanp ki te pou leve ankò nan twa jou.</w:t>
      </w:r>
    </w:p>
    <w:p>
      <w:pPr>
        <w:pStyle w:val="ArticleBody"/>
        <w:jc w:val="left"/>
      </w:pPr>
      <w:r>
        <w:rPr>
          <w:rFonts w:ascii="Times New Roman" w:hAnsi="Times New Roman" w:eastAsia="Times New Roman" w:cs="Times New Roman"/>
        </w:rPr>
        <w:t>Danyèl idantifye tanp lan ak lame a k ap detwi nan vèsè trèz. Wayòm nò a reprezante lame a, epi wayòm sid la reprezante tanp lan, paske se la Jerizalèm ye. Se konsa, lè kestyon sou pilonnen anba pye a eksprime, premye nan de antite yo, (tanp lan ak lame a), ki te pote ale an kaptivite se te wayòm nò a an 723 av. J.-K. Karannsis (46) ane apre, an 677 av. J.-K., “sèt tan yo” kòmanse pou wayòm sid Jida a. Sa vle di pilonnen anba pye lame a te fini an 1798, epi pilonnen anba pye tanp lan te fini an 1844.</w:t>
      </w:r>
    </w:p>
    <w:p>
      <w:pPr>
        <w:pStyle w:val="ArticleBody"/>
        <w:jc w:val="left"/>
      </w:pPr>
      <w:r>
        <w:rPr>
          <w:rFonts w:ascii="Times New Roman" w:hAnsi="Times New Roman" w:eastAsia="Times New Roman" w:cs="Times New Roman"/>
        </w:rPr>
        <w:t>Ansyen Izrayèl te soti lavil Babilòn pou rebati Jerizalèm sou baz twa dekrè, twazyèm nan te kòmanse de mil twa san ane yo, ki te fini avèk arive twazyèm zanj lan nan dat 22 oktòb 1844. An 1798, peryòd dominasyon Babilòn espirityèl la, jan swasanndis ane pandan Babilòn literal te gouvène a te prefigire l, te fini; epi peryòd pwofetik twa zanj yo reprezante a rive egzakteman kote pwofesi a te kòmanse, nan pwoklamasyon twazyèm dekrè a.</w:t>
      </w:r>
    </w:p>
    <w:p>
      <w:pPr>
        <w:pStyle w:val="ArticleBody"/>
        <w:jc w:val="left"/>
      </w:pPr>
      <w:r>
        <w:rPr>
          <w:rFonts w:ascii="Times New Roman" w:hAnsi="Times New Roman" w:eastAsia="Times New Roman" w:cs="Times New Roman"/>
        </w:rPr>
        <w:t>Peryòd twa dekrè ki se alfa 2300 ane yo te repete nan peryòd twa zanj yo ki te omega 2300 jou yo. Ni alfa a ni omega a se poto mitan fondamantal Advantis la; 457 ak 1844 montre yon travay pou bati tanp lan ak Jerizalèm.</w:t>
      </w:r>
    </w:p>
    <w:p>
      <w:pPr>
        <w:pStyle w:val="ArticleScripture"/>
        <w:jc w:val="left"/>
      </w:pPr>
      <w:r>
        <w:rPr>
          <w:rFonts w:ascii="Times New Roman" w:hAnsi="Times New Roman" w:eastAsia="Times New Roman" w:cs="Times New Roman"/>
        </w:rPr>
        <w:t>Epi pale avè l, pou di: Men sa Seyè ki gen tout pouvwa a di: Gade nonm yo rele BRANCH la; li va pouse soti nan plas pa l, epi li va bati tanp Seyè a. Se li menm ki va bati tanp Seyè a; li va pote glwa a, li va chita sou twòn li, li va gouvène; li va prèt sou twòn li; epi konsèy lapè a va ant yo toude. Zakari 6:12, 13.</w:t>
      </w:r>
    </w:p>
    <w:p>
      <w:pPr>
        <w:pStyle w:val="ArticleBody"/>
        <w:jc w:val="left"/>
      </w:pPr>
      <w:r>
        <w:rPr>
          <w:rFonts w:ascii="Times New Roman" w:hAnsi="Times New Roman" w:eastAsia="Times New Roman" w:cs="Times New Roman"/>
        </w:rPr>
        <w:t>Kris kòm Branch la isit la idantifye kòm Sila a ki te bati tanp Senyè a; e menm jan li te leve nan twazyèm jou a lè twazyèm zanj lan te rive 22 oktòb 1844, tanp Millerit la te deja leve pa Kris, paske se li menm ki bati tanp Senyè a. Byenke sa te akonpli nan istwa Millerit la, akonplisman pafè li se nan peryòd lapli dèyè a, paske doubman fraz la, “li pral bati tanp Senyè a,” pèmèt moun ki va wè yo rekonèt ke Senyè a te leve tanp Millerit la nan 46 ane, men ke li bati yon lòt tanp, sa a san karannkat mil yo, pandan tan lapli dèyè a, paske Pyè di ke san karannkat mil yo dwe leve kòm yon kay espirityèl.</w:t>
      </w:r>
    </w:p>
    <w:p>
      <w:pPr>
        <w:pStyle w:val="ArticleBody"/>
        <w:jc w:val="left"/>
      </w:pPr>
      <w:r>
        <w:rPr>
          <w:rFonts w:ascii="Times New Roman" w:hAnsi="Times New Roman" w:eastAsia="Times New Roman" w:cs="Times New Roman"/>
        </w:rPr>
        <w:t>Lè yo poze Palmoni kesyon «konbyen tan», repons li se «jiska de mil twa san jou; lè sa a yo va netwaye tanp lan»; men Moyiz, Eli, Milerit yo, mati pap yo, Zakari, ak Jan k ap mezire tanp lan, Ezayi nan chapit sis, ansanm ak lòt moun ki pa nonmen, di repons pou kesyon vèsè trèz la sou «konbyen tan» se «depi 9/11 jouk rive lwa dimanch lan, lè sa a yo va netwaye tanp lan.»</w:t>
      </w:r>
    </w:p>
    <w:p>
      <w:pPr>
        <w:pStyle w:val="ArticleBody"/>
        <w:jc w:val="left"/>
      </w:pPr>
      <w:r>
        <w:rPr>
          <w:rFonts w:ascii="Times New Roman" w:hAnsi="Times New Roman" w:eastAsia="Times New Roman" w:cs="Times New Roman"/>
        </w:rPr>
        <w:t>22 oktòb 1844 te prefigire pa Abraram ki t ap ofri pitit gason li a, paske sa te prefigire kwa a kote Papa selès la te bay Pitit Gason Li an ofrann. Moyiz ak Ebre yo bò Lanmè Wouj la, dapre apot Pòl, te reprezante batèm, ki prefigire kwa a, ki te prefigire pa Abraram sou mòn Morya avèk Izarak.</w:t>
      </w:r>
    </w:p>
    <w:p>
      <w:pPr>
        <w:pStyle w:val="ArticleScripture"/>
        <w:jc w:val="left"/>
      </w:pPr>
      <w:r>
        <w:rPr>
          <w:rFonts w:ascii="Times New Roman" w:hAnsi="Times New Roman" w:eastAsia="Times New Roman" w:cs="Times New Roman"/>
        </w:rPr>
        <w:t>Anplis, frè m yo, mwen pa ta vle nou rete san konesans sou kijan tout zansèt nou yo te anba nyaj la, epi tout te pase nan lanmè a; e tout te batize pou Moyiz nan nyaj la ak nan lanmè a. 1 Corinthians 10:1, 2.</w:t>
      </w:r>
    </w:p>
    <w:p>
      <w:pPr>
        <w:pStyle w:val="ArticleBody"/>
        <w:jc w:val="left"/>
      </w:pPr>
      <w:r>
        <w:rPr>
          <w:rFonts w:ascii="Times New Roman" w:hAnsi="Times New Roman" w:eastAsia="Times New Roman" w:cs="Times New Roman"/>
        </w:rPr>
        <w:t>Sa a, natirèlman, vle di batèm nan reprezante pa 22 oktòb 1844, ki se lè fanmi Noe a, ki te gen uit moun, te batize. “Uit” la se yon senbòl rezirèksyon.</w:t>
      </w:r>
    </w:p>
    <w:p>
      <w:pPr>
        <w:pStyle w:val="ArticleScripture"/>
        <w:jc w:val="left"/>
      </w:pPr>
      <w:r>
        <w:rPr>
          <w:rFonts w:ascii="Times New Roman" w:hAnsi="Times New Roman" w:eastAsia="Times New Roman" w:cs="Times New Roman"/>
        </w:rPr>
        <w:t>Ki yon lè te dezobeyi, lè pasyans Bondye t ap tann nan jou Noye yo, pandan yo t ap prepare lach la, ladan li te gen kèk moun sèlman, sa vle di, uit nanm, ki te sove pa dlo. Menm imaj sa a, batèm tou kounye a sove nou tou—se pa retire salte kò a, men repons yon bon konsyans anvè Bondye—pa mwayen rezirèksyon Jezikri. 1 Pyè 3:20, 21.</w:t>
      </w:r>
    </w:p>
    <w:p>
      <w:pPr>
        <w:pStyle w:val="ArticleBody"/>
        <w:jc w:val="left"/>
      </w:pPr>
      <w:r>
        <w:rPr>
          <w:rFonts w:ascii="Times New Roman" w:hAnsi="Times New Roman" w:eastAsia="Times New Roman" w:cs="Times New Roman"/>
        </w:rPr>
        <w:t>Konprann nenpòt eleman verite ki te revele konsènan 22 oktòb 1844 yon fason ki pa kòrèk, sa ale menm jan ak mal konprann temwayaj Noe nan lach la, Moyiz bò Lanmè Wouj la, Abraram sou Mòn Moriya, ak Jezi sou kwa a. Nan dat sa a, twazyèm zanj lan te antre nan listwa, e se li menm ki zanj ki sele pèp Bondye a.</w:t>
      </w:r>
    </w:p>
    <w:p>
      <w:pPr>
        <w:pStyle w:val="ArticleScripture"/>
        <w:jc w:val="left"/>
      </w:pPr>
      <w:r>
        <w:rPr>
          <w:rFonts w:ascii="Times New Roman" w:hAnsi="Times New Roman" w:eastAsia="Times New Roman" w:cs="Times New Roman"/>
        </w:rPr>
        <w:t>“Lè sa a, mwen wè twazyèm zanj lan. Zanj ki t ap akonpaye m nan di: ‘Pawòl li fè moun tranble; misyon li terib. Se zanj sa a ki dwe separe ble a ak move zèb yo, epi sele oswa mare ble a pou granje selès la.’ Bagay sa yo ta dwe okipe tout lespri a, tout atansyon an. Yo te montre m ankò nesesite pou sila yo ki kwè n ap resevwa dènye mesaj mizèrikòd la rete apa de moun ki chak jou ap resevwa oswa absòbe nouvo erè. Mwen wè ke ni jèn ni granmoun pa ta dwe asiste reyinyon sila yo ki nan erè ak nan fènwa. Zanj lan di: ‘Se pou lespri a sispann rete sou bagay ki pa bay okenn pwofi.’” Manuscript Releases, volim 5, 425.</w:t>
      </w:r>
    </w:p>
    <w:p>
      <w:pPr>
        <w:pStyle w:val="ArticleBody"/>
        <w:jc w:val="left"/>
      </w:pPr>
      <w:r>
        <w:rPr>
          <w:rFonts w:ascii="Times New Roman" w:hAnsi="Times New Roman" w:eastAsia="Times New Roman" w:cs="Times New Roman"/>
        </w:rPr>
        <w:t>Kidonk, ansanm ak liy pwofetik sakre yo ki te sèvi kòm tip dat la, twazyèm zanj lan te rive epi li te kòmanse travay li, ki gen ladan l separasyon vyèj saj yo ak vyèj sòt yo, yo reprezante kòm ble ak move zèb nan pasaj la. Lè yon moun pa konprann kijan 1844 te tipifye nan yon fason sakre ak pwofon, oswa lè li pa konnen sa ki te revele konsènan waymarks yo ki te lye ak 1844 epi ki te kontinye rive jouk nan 1863, sa kite nanm nan san preparasyon pou l konfwonte pwofetikman enplikasyon lefèt ke Kris la se sijè santral de vèsè yo ki reprezante fondasyon Advantis la, epi ke la a Kris la rekonèt kòm Palmoni, kreyatè matematik ak tout lòt bagay.</w:t>
      </w:r>
    </w:p>
    <w:p>
      <w:pPr>
        <w:pStyle w:val="ArticleBody"/>
        <w:jc w:val="left"/>
      </w:pPr>
      <w:r>
        <w:rPr>
          <w:rFonts w:ascii="Times New Roman" w:hAnsi="Times New Roman" w:eastAsia="Times New Roman" w:cs="Times New Roman"/>
        </w:rPr>
        <w:t>Repons aktyèl la pou kestyon vèsè trèz la diferan de repons lan jan li te ye an 1845. An 1845, pyonye yo t ap souke kò yo anba gwo desepsyon an, yo t ap kòmanse lite ak lide ke Senyè a te retabli don yon pwofèt, jan sa pa t fèt depi tan disip yo. Yo t ap chèche konprann enplikasyon mesaj twazyèm zanj lan, epi yo t ap reveye sou lefèt ke eksperyans yo te sot pase a pa t anyen mwens pase listwa sakre. Rive an 1850, yo te prezante yon nouvo tablo pyonye pou korije epi ranplase tablo pyonye 1843 la. Toude tablo yo te idantifye pa Sè White kòm akonplisman “tablo” ki nan chapit de Abakouk la. Se konsa, 1850 se yon akonplisman etabli Pawòl pwofetik Bondye a.</w:t>
      </w:r>
    </w:p>
    <w:p>
      <w:pPr>
        <w:pStyle w:val="ArticleBody"/>
        <w:jc w:val="left"/>
      </w:pPr>
      <w:r>
        <w:rPr>
          <w:rFonts w:ascii="Times New Roman" w:hAnsi="Times New Roman" w:eastAsia="Times New Roman" w:cs="Times New Roman"/>
        </w:rPr>
        <w:t>Pyonye yo te konprann e yo te ekri ke nye lefèt ke tablo 1843 la te yon akonplisman “tab” nan Habakouk chapit de, se te abandone lafwa orijinal la. Sè White te apwouve tablo a kòm yon bagay ki te dirije pa men Senyè a, e kòm yon akonplisman Habakouk; epi li te mete menm apwobasyon sa a sou tablo 1850 la. Habakouk idantifye “tab” yo nan pliryèl, e lè tablo 1843 la te enprime nan mwa me 1842, li te enprime avèk yon erè nan kèk nan chif yo, yon erè Senyè a te kenbe men Li sou li. An 1850, yon nouvo tablo te vin disponib ki te korije erè sa a nan chif yo. Tab Habakouk yo reprezante akonplisman pwofesi yo, e pwofesi sa yo te akonpli depi me 1842 rive janvye 1850.</w:t>
      </w:r>
    </w:p>
    <w:p>
      <w:pPr>
        <w:pStyle w:val="ArticleBody"/>
        <w:jc w:val="left"/>
      </w:pPr>
      <w:r>
        <w:rPr>
          <w:rFonts w:ascii="Times New Roman" w:hAnsi="Times New Roman" w:eastAsia="Times New Roman" w:cs="Times New Roman"/>
        </w:rPr>
        <w:t>Tablo 1843 a, oswa tablo kòmansman an, te gen yon erè; epi tablo final 1850 la pa t gen okenn erè. Peryòd ki soti nan me 1842 rive janvye 1850 la se yon peryòd pwofetik ki byen tabli, epi me 1842, ansanm ak janvye 1850, reprezante jalon pwofetik, e jalon sa yo gen siyati Alfa ak Omega. Alfa a, oswa premye lèt la, ak Omega a, dènye lèt la epi venn-dezyèm lèt la. 1842 se alfa, epi 1850 se omega; epi si nou ta pran de lèt ebre sa yo epi mete trèzyèm lèt alfabè ebre a, nou ta konstwi mo ebre ki vle di “verite”, ki ekri avèk premye, trèzyèm, ak venn-dezyèm lèt alfabè ebre a.</w:t>
      </w:r>
    </w:p>
    <w:p>
      <w:pPr>
        <w:pStyle w:val="ArticleBody"/>
        <w:jc w:val="left"/>
      </w:pPr>
      <w:r>
        <w:rPr>
          <w:rFonts w:ascii="Times New Roman" w:hAnsi="Times New Roman" w:eastAsia="Times New Roman" w:cs="Times New Roman"/>
        </w:rPr>
        <w:t>Lojik pwofetik ki aplike sou repè 1842 ak 1850 yo se ke yo mare ansanm pa “erè.” Alfa a te gen yon erè, epi Oméga a te korije menm erè sa a; konsa, sa ki kanpe ant lèt alfa ak oméga yo se “erè,” yon senbòl rebelyon, ki se sa nimewo trèz la reprezante. Soti 1842 rive 1850 se yon peryòd pwofetik etabli ki pote siyati Alfa ak Oméga a, e se “verite” a. Jiskaske yon Advantis Setyèm Jou lawodiseyen egzamine istwa sa a avèk gravite e nan lespri, li prèske avèg devan VERITE evidan an, ke peryòd pwofetik tab Habakik yo depi 1842 rive 1850 tabli pi lwen pase tout dout. Verite a, ke de temwen yo etabli ansanm, se ke tablo 1850 la pa gen okenn erè. Tablo 1850 la, menm jan ak tablo 1843 a, gen “sèt fwa” Moyiz yo, e sou toude tablo yo “sèt fwa” yo plase nan sant tablo a, soti anlè rive anba, pou ilistre peryòd “sèt fwa” yo ki kòmanse an 677 av. J.-K. rive jouk 1844. 2520 a pa senpleman sou tablo a; li se sant tablo a.</w:t>
      </w:r>
    </w:p>
    <w:p>
      <w:pPr>
        <w:pStyle w:val="ArticleBody"/>
        <w:jc w:val="left"/>
      </w:pPr>
      <w:r>
        <w:rPr>
          <w:rFonts w:ascii="Times New Roman" w:hAnsi="Times New Roman" w:eastAsia="Times New Roman" w:cs="Times New Roman"/>
        </w:rPr>
        <w:t>Sa k ap parèt nan sant liy pwofetik ki ilistre “sèt tan yo,” se kwa a. Sant toude tablo yo se liy tan 2520 la k ap desann depi anwo jouk anba. Nan mitan an se kwa a. Kwa a te mitan semèn nan kote Kris la te konfime alyans lan ak anpil moun, nan akonplisman Danyèl nèf vèsè vennsèt. Semèn sa a reprezante sèt ane, ki nan pwofesi se 2520 jou. Menm jan ak tablo yo, egzakteman nan sant 2520 jou yo, Kris la t ap konfime alyans lan sou kwa a. Depi batèm Kris la rive sou kwa a te gen 1260 jou nan sans pwofetik. Sa vle di, depi batèm nan rive sou kwa a, t ap gen 1260 ofrann maten ak 1260 ofrann aswè ki t ap mennen jouk sou kwa a; men sou kwa a, dènye ti mouton sakrifisyèl sa a te chape anba men prèt la, epi Ti Mouton Bondye a te vin tounen sakrifis aswè a, e konsa li te reprezante 2520yèm ofrann Ti Mouton an depi batèm nan.</w:t>
      </w:r>
    </w:p>
    <w:p>
      <w:pPr>
        <w:pStyle w:val="ArticleBody"/>
        <w:jc w:val="left"/>
      </w:pPr>
      <w:r>
        <w:rPr>
          <w:rFonts w:ascii="Times New Roman" w:hAnsi="Times New Roman" w:eastAsia="Times New Roman" w:cs="Times New Roman"/>
        </w:rPr>
        <w:t>Sant semèn nan se te kwa a, epi sant toude tab sakre yo se kwa a; men, nan chak ka, Ti Mouton an plase anndan verite ki reprezante senbolikman pa 2520 la. Yo mete kwa a nan mitan 2520 jou yo, epi sou kwa a Jezi te 2520yèm ak dènye ofrann lan. Istwa ki ant Me 1842 ak Janvye 1850 reprezante erè, epi Kris la, verite a, te mete ant de kriminèl, byenke Li pa t yon kriminèl, yo t ap trete Li tankou yon kriminèl. Se poutèt sa, nou genyen twa kriminèl: youn ki pral pèdi e youn ki pral sove. Twa kriminèl yo se twa waymark ki mare ansanm pa krim, byenke waymark mitan an se opoze kriminèl alfa ak omega a. Kriminèl alfa ak omega yo konekte pa waymark mitan an, kwa a.</w:t>
      </w:r>
    </w:p>
    <w:p>
      <w:pPr>
        <w:pStyle w:val="ArticleBody"/>
        <w:jc w:val="left"/>
      </w:pPr>
      <w:r>
        <w:rPr>
          <w:rFonts w:ascii="Times New Roman" w:hAnsi="Times New Roman" w:eastAsia="Times New Roman" w:cs="Times New Roman"/>
        </w:rPr>
        <w:t>Avèk tab Abakouk yo depi 1842 rive 1850, erè te lèt mitan an ki te mare ansanm ak premye ak dènye repè a. Repè mitan an sou kwa a te mare twa kriminèl yo ansanm, men repè mitan an nan sa yo pa erè, li se Verite, e youn nan eleman verite ki soutni ni pa kwa a ni pa tab Abakouk yo se ke 2520 la, “sèt fwa” Levitik ven-sis la, se verite; e nan kontèks lojik ki fèk tabli a, rejte 2520 la se rejte Jezi.</w:t>
      </w:r>
    </w:p>
    <w:p>
      <w:pPr>
        <w:pStyle w:val="ArticleBody"/>
        <w:jc w:val="left"/>
      </w:pPr>
      <w:r>
        <w:rPr>
          <w:rFonts w:ascii="Times New Roman" w:hAnsi="Times New Roman" w:eastAsia="Times New Roman" w:cs="Times New Roman"/>
        </w:rPr>
        <w:t>Lè Palmoni, Mèveye Konptè a, deklare: «Jiska de mil twasan jou; apre sa, sanktyè a va netwaye,» Li ap reponn kesyon pwofetik la ki di: «konbyen tan.» Repons lan pa 1844 ankò, paske mouvman Millerit Filadèlf la te fini an 1856, depi lè sa a James ak Ellen White te idantifye ke mouvman an te pase soti nan Filadèlf pou rive nan Lawodise. Lè Sè White te trase liy sa a nan sab la, sa te vle di, jiskaske kondisyon sa a ta chanje, relasyon Bondye ak pèp Li a te dwe konprann kòm reprezante yon separasyon, paske Li kanpe deyò, ap frape nan kè Lawodise yo, ap chèche antre. Divinite Li pa andedan limanite yo. Menm travay Kris la te kòmanse 22 Oktòb 1844 la, se te pou ini divinite Li ak limanite; e Kris te dispoze fè menm bagay sa a, men sa pa t dwe rive.</w:t>
      </w:r>
    </w:p>
    <w:p>
      <w:pPr>
        <w:pStyle w:val="ArticleScripture"/>
        <w:jc w:val="left"/>
      </w:pPr>
      <w:r>
        <w:rPr>
          <w:rFonts w:ascii="Times New Roman" w:hAnsi="Times New Roman" w:eastAsia="Times New Roman" w:cs="Times New Roman"/>
        </w:rPr>
        <w:t>“Si, après la grande déception de 1844, les adventistes étaient demeurés fermes dans leur foi et avaient avancé d’un commun accord dans la providence de Dieu qui s’ouvrait devant eux, en recevant le message du troisième ange et en le proclamant au monde dans la puissance du Saint-Esprit, ils auraient vu le salut de Dieu; le Seigneur aurait puissamment agi avec leurs efforts, l’œuvre aurait été achevée, et Christ serait déjà venu pour recevoir son peuple et lui donner sa récompense. Mais, dans la période de doute et d’incertitude qui suivit la déception, beaucoup de croyants adventistes abandonnèrent leur foi.... Ainsi l’œuvre fut entravée, et le monde fut laissé dans les ténèbres. Si tout le corps adventiste s’était uni sur les commandements de Dieu et la foi de Jésus, combien notre histoire aurait été largement différente!” Evangelism, 695.</w:t>
      </w:r>
    </w:p>
    <w:p>
      <w:pPr>
        <w:pStyle w:val="ArticleBody"/>
        <w:jc w:val="left"/>
      </w:pPr>
      <w:r>
        <w:rPr>
          <w:rFonts w:ascii="Times New Roman" w:hAnsi="Times New Roman" w:eastAsia="Times New Roman" w:cs="Times New Roman"/>
        </w:rPr>
        <w:t>L ap repete istwa ansyen Izrayèl la, Senyè a te fè Izrayèl modèn soti nan fènwa Mwayennaj yo e li te antre nan alyans avèk yo bò Lanmè Wouj la, paske batèm se yon senbòl relasyon alyans. Men, Izrayèl te gen pou yo pase anba eprèv pou wè si yo t ap kenbe alyans lan. Avèk ansyen Izrayèl la, yo te echwe nan dis eprèv dapre liv Resansman an. Nan dizyèm echèk la, yo te kondane pou yo mouri nan dezè a pandan karantan, konsa sa te bay yon egzanp sou rejè Izrayèl modèn nan mesaj Laodise a an 1856. Menm jan ak echèk ansyen Izrayèl la nan dis eprèv pwogresif (dis la se yon senbòl eprèv), depi lè twazyèm zanj lan te rive an 1844 jouk rive 1856, yo te mete yon pwosesis eprèv pwogresif sou mouvman Millerit Filadèlfyen an.</w:t>
      </w:r>
    </w:p>
    <w:p>
      <w:pPr>
        <w:pStyle w:val="ArticleBody"/>
        <w:jc w:val="left"/>
      </w:pPr>
      <w:r>
        <w:rPr>
          <w:rFonts w:ascii="Times New Roman" w:hAnsi="Times New Roman" w:eastAsia="Times New Roman" w:cs="Times New Roman"/>
        </w:rPr>
        <w:t>Dis tès yo depi Lanmè Wouj la rive jouk premye rebelyon an nan Kadès la reprezante kòm yon peryòd pwofetik, paske li pote nimewo dis la ki mare peryòd la ansanm. Dis, kòm yon senbòl eprèv, fè dis tès yo idantifye dis tribi yo ki te rejte alyans lan, ki te echwe nan dizyèm tès la ak nan tout pwosesis eprèv la. Peryòd la te kòmanse nan travèse Lanmè Wouj la, epi Dis Kòmandman yo reprezante kòm premye nan dis tès yo apre lanmè a; premye tès la se te Saba a, senbòl ak sele Dis Kòmandman yo (reprezante pa laman an). Lè peryòd dis tès sa yo nan ansyen Izrayèl la prezante konsa avèk anpil klète kòm yon peryòd pwofetik espesifik, epi Lespri Pwofesi a fè nou konnen travèse Lanmè Wouj la te yon tip Oktòb 22, 1844, lè sa a nou dwe konnen ke nan pwen sa a yon pwosesis eprèv pwogresif te kòmanse. Advantis yo pa konnen sa; konsa yo pa kapab wè ke an 1863 yo te deziyen pou yo mouri nan dezè Lawodise a jouk lwa dimanch lan, menm lwa yo te resevwa misyon pou yo pwoklame yon avètisman sou li depi nan kòmansman menm pwosesis eprèv la ki te mennen rive nan 1863.</w:t>
      </w:r>
    </w:p>
    <w:p>
      <w:pPr>
        <w:pStyle w:val="ArticleBody"/>
        <w:jc w:val="left"/>
      </w:pPr>
      <w:r>
        <w:rPr>
          <w:rFonts w:ascii="Times New Roman" w:hAnsi="Times New Roman" w:eastAsia="Times New Roman" w:cs="Times New Roman"/>
        </w:rPr>
        <w:t>Lè deklarasyon sou kondisyon Lawodise a te vin sou Advantis Milerit la an 1856, yo te pibliye “nouvo diven” sou “sèt fwa yo.” Nouvo limyè a pa t janm aksepte, epi sèt ane apre, oswa 2520 jou pwofetik apre, mouvman Milerit Lawodise a te fini epi li te vin Legliz Advantis Setyèm Jou Lawodise a. Moyiz te dispoze antre nan Tè Pwomèt la, men dizyèm eprèv la te rive, e natirèlman se te yon eprèv fondamantal, paske travay menm ki te konfye Moyiz depi nan kòmansman an se te mennen pèp Bondye a nan Tè Pwomèt la. Se te travay ki te devan Moyiz anvan li te rive an Ejip. Dizyèm eprèv la te rive, epi rebèl yo t ap ezite sou kesyon antre nan Tè Pwomèt la.</w:t>
      </w:r>
    </w:p>
    <w:p>
      <w:pPr>
        <w:pStyle w:val="ArticleScripture"/>
        <w:jc w:val="left"/>
      </w:pPr>
      <w:r>
        <w:rPr>
          <w:rFonts w:ascii="Times New Roman" w:hAnsi="Times New Roman" w:eastAsia="Times New Roman" w:cs="Times New Roman"/>
        </w:rPr>
        <w:t>Lè sa a, mwen di nou: Nou rive jouk sou mòn Amoreyen yo, Seyè a, Bondye nou an, ap ban nou. Gade, Seyè a, Bondye ou a, mete peyi a devan ou; monte pran posesyon li, jan Seyè a, Bondye zansèt ou yo, te di ou a; pa pè, ni pa dekouraje. Lè sa a, nou tout pwoche bò kote m, chak youn nan nou, epi nou di: Ann voye kèk mesye devan nou; y ap eksplore peyi a pou nou, epi y ap pote nouvèl ban nou sou ki chemen nou dwe monte, ak nan ki vil nou pral antre. Pawòl sa a te fè m plezi anpil; konsa, mwen pran douz gason pami nou, youn pou chak branch fanmi. Detewonòm 1:20–23.</w:t>
      </w:r>
    </w:p>
    <w:p>
      <w:pPr>
        <w:pStyle w:val="ArticleBody"/>
        <w:jc w:val="left"/>
      </w:pPr>
      <w:r>
        <w:rPr>
          <w:rFonts w:ascii="Times New Roman" w:hAnsi="Times New Roman" w:eastAsia="Times New Roman" w:cs="Times New Roman"/>
        </w:rPr>
        <w:t>Depi moman sa a jouk lè douz espyon yo retounen an reprezante istwa a lè dènye tès fondamantal la te rive an 1856, e pandan sèt ane Milerit Lawodise yo te sonde peyi a jouk yo te chwazi sispann egziste kòm yon mouvman epi vin tounen yon legliz.</w:t>
      </w:r>
    </w:p>
    <w:p>
      <w:pPr>
        <w:pStyle w:val="ArticleBody"/>
        <w:jc w:val="left"/>
      </w:pPr>
      <w:r>
        <w:rPr>
          <w:rFonts w:ascii="Times New Roman" w:hAnsi="Times New Roman" w:eastAsia="Times New Roman" w:cs="Times New Roman"/>
        </w:rPr>
        <w:t>Premye verite Miller te dekouvri a se te “sèt tan yo”, e sa te fè l tounen fondasyon verite fondamantal ki fòme ansyen chemen Jeremi yo. Dènye nouvo limyè pwofetik yo te pote bay Advantis la te vini an 1856, e se te yon seri atik sou “sèt tan yo”. Gen anpil limyè ki asosye ak yon etid pwofon sou reyalite istorik sa yo, men si nou pral kapab idantifye poukisa repons vèsè katòz nan Danyèl uit la se “depi 9/11 jouk lwa dimanch lan, lè sa a Tanp lan va netwaye”, fòk nou kontinye avanse.</w:t>
      </w:r>
    </w:p>
    <w:p>
      <w:pPr>
        <w:pStyle w:val="ArticleBody"/>
        <w:jc w:val="left"/>
      </w:pPr>
      <w:r>
        <w:rPr>
          <w:rFonts w:ascii="Times New Roman" w:hAnsi="Times New Roman" w:eastAsia="Times New Roman" w:cs="Times New Roman"/>
        </w:rPr>
        <w:t>Travay Kris te kòmanse an 1844 la te detounen an 1863, konsa “pirifikasyon” tanp lan ki te kòmanse nan tan sa a te mete an rete pandan pèp Bondye a te kòmanse travèse dezè Lawodise a. Se poutèt sa, travay Kris te dwe akonpli nan peryòd 1844 rive 1863 la te nesesèman pou repete lè twazyèm zanj lan, ki se zanj ki separe epi ki sele a, finalman akonpli travay “pirifikasyon” an reprezante a. Repè pwofetik 1844 rive 1863 yo se repè kote Kris t ap akonpli travay pirifye tanp lan, epi repè sa yo reprezante istwa kote travay la pral akonpli. Si yo ka montre ke 1844 rive 1863 reprezante peryòd 9/11 rive jis lwa dimanch lan, kestyon “konbyen tan” an ann amoni ak lòt liy yo “konbyen tan” an reprezante yo.</w:t>
      </w:r>
    </w:p>
    <w:p>
      <w:pPr>
        <w:pStyle w:val="ArticleBody"/>
        <w:jc w:val="left"/>
      </w:pPr>
      <w:r>
        <w:rPr>
          <w:rFonts w:ascii="Times New Roman" w:hAnsi="Times New Roman" w:eastAsia="Times New Roman" w:cs="Times New Roman"/>
        </w:rPr>
        <w:t>1844 te rive twazyèm zanj lan, epi 1863 make fen peryòd eprèv la. An 1846, White yo te marye, e non fanmi Ellen te chanje soti Harmen pou vin White; epi nan menm ane sa a, koup marye a te kòmanse obsève Saba setyèm jou a. Saba a, maryaj la, ak chanjman non an, tout se senbòl yon relasyon alyans nan sans pwofetik. Senyè a te fè Izrayèl modèn pase nan Lanmè Wouj 1844 la, epi an 1846 Li te mennen yo rive Sinayi pou ba yo lalwa a epi antre nan alyans avèk yo. Lalwa sa a, menm jan ak de tab Habakik yo, ekri sou de tab; premye tab la gen 4 lwa epi dezyèm tab la gen 6. De tab yo reprezante relasyon alyans ni ansyen Izrayèl ni Izrayèl modèn, epi ansanm yo se de tab alyans lan, ki se Dis Kòmandman yo, e yo make avèk 46 senbolikman pou ansyen Izrayèl, yo te prefigire de tab Habakik yo, ki reprezante istwa lapli ta a. Ansanm ak de pen balanse Pannkòt yo ofri yo, yo reprezante drapo a, sa vle di san karannkat mil yo.</w:t>
      </w:r>
    </w:p>
    <w:p>
      <w:pPr>
        <w:pStyle w:val="ArticleBody"/>
        <w:jc w:val="left"/>
      </w:pPr>
      <w:r>
        <w:rPr>
          <w:rFonts w:ascii="Times New Roman" w:hAnsi="Times New Roman" w:eastAsia="Times New Roman" w:cs="Times New Roman"/>
        </w:rPr>
        <w:t>Lè non Sè White te chanje soti nan Harmen pou rive White. Harmen vle di yon sòlda lapè, men li te ranplase pa White, ki se jistis Kris la. Non Gould la vle di lò, epi Ellen vle di yon limyè klere e briyan. Non li reprezante mesaj Laodise a.</w:t>
      </w:r>
    </w:p>
    <w:p>
      <w:pPr>
        <w:pStyle w:val="ArticleScripture"/>
        <w:jc w:val="left"/>
      </w:pPr>
      <w:r>
        <w:rPr>
          <w:rFonts w:ascii="Times New Roman" w:hAnsi="Times New Roman" w:eastAsia="Times New Roman" w:cs="Times New Roman"/>
        </w:rPr>
        <w:t>Mwen konseye w achte nan men m lò ki pase nan dife, pou w ka rich; ak rad blan, pou w ka abiye, epi pou wontouni w pa parèt; epi pase pomad sou je w, pou w ka wè. Revelasyon 3:18.</w:t>
      </w:r>
    </w:p>
    <w:p>
      <w:pPr>
        <w:pStyle w:val="ArticleBody"/>
        <w:jc w:val="left"/>
      </w:pPr>
      <w:r>
        <w:rPr>
          <w:rFonts w:ascii="Times New Roman" w:hAnsi="Times New Roman" w:eastAsia="Times New Roman" w:cs="Times New Roman"/>
        </w:rPr>
        <w:t>“Koliryòm pou je” a se limyè Pawòl Bondye a, epi Ellen se yon limyè klere e briyan. Sekirite pou Millerit yo an 1856 te dwe jwenn nan resevwa mesaj pou Lawodise a jan li te prezante atravè ekriti pa li yo, epi jan li te reprezante nan non li. Sè White fè li klè ke mesaj 1888 Jones ak Waggoner yo se te mesaj Lawodise a, e ke mesaj pa yo a te tou mesaj twazyèm zanj lan.</w:t>
      </w:r>
    </w:p>
    <w:p>
      <w:pPr>
        <w:pStyle w:val="ArticleScripture"/>
        <w:jc w:val="left"/>
      </w:pPr>
      <w:r>
        <w:rPr>
          <w:rFonts w:ascii="Times New Roman" w:hAnsi="Times New Roman" w:eastAsia="Times New Roman" w:cs="Times New Roman"/>
        </w:rPr>
        <w:t>“Seyè a, nan gwo mizèrikòd Li, te voye yon mesaj ki gen anpil valè bay pèp Li a atravè Ansyen Waggoner ak Jones. … Se mesaj sa a Bondye te bay lòd pou yo bay lemonn. Se mesaj twazyèm zanj lan, ki dwe pwoklame avèk yon vwa fò, epi akonpaye ak vide Lespri Li a an gwo mezi.” Testimonies to Ministers, 91.</w:t>
      </w:r>
    </w:p>
    <w:p>
      <w:pPr>
        <w:pStyle w:val="ArticleBody"/>
        <w:jc w:val="left"/>
      </w:pPr>
      <w:r>
        <w:rPr>
          <w:rFonts w:ascii="Times New Roman" w:hAnsi="Times New Roman" w:eastAsia="Times New Roman" w:cs="Times New Roman"/>
        </w:rPr>
        <w:t>Twazyèm zanj lan te rive an 1844, epi li te eseye fè travay li yon dezyèm fwa an 1888. Mesaj 1888 la se te mesaj Laodise a; se te mesaj twazyèm zanj lan; li te make desandan zanj ki nan Revelasyon dizwit la; se te mesaj jistifikasyon pa lafwa a, ki pwoklame pandan vide lapli dènye a. Twazyèm zanj lan te rive an 1844 epi ankò an 1888, sèlman pou yo te rejte li nan toude ka yo; men toude ka sa yo tipifye lè twazyèm zanj lan rive nan tan lapli dènye a. 1844 se yon senbòl 9/11, epi si 1863 tipifye lwa dimanch lan, alò peryòd pwofetik “9/11 rive lwa dimanch lan,” jan senbòl “konbyen tan” an reprezante l la, ta reprezante repons verite prezan an pou kestyon vèsè trèz la: “konbyen tan?”</w:t>
      </w:r>
    </w:p>
    <w:p>
      <w:pPr>
        <w:pStyle w:val="ArticleBody"/>
        <w:jc w:val="left"/>
      </w:pPr>
      <w:r>
        <w:rPr>
          <w:rFonts w:ascii="Times New Roman" w:hAnsi="Times New Roman" w:eastAsia="Times New Roman" w:cs="Times New Roman"/>
        </w:rPr>
        <w:t>Istwa Milerit la soti 1842 rive 1850 se yon peryòd pwofetik ki sipèpoze sou peryòd pwofetik tès twazyèm zanj lan soti 1844 rive 1863. Soti 1842 pou rive 1863 gen repè pwofetik ki ilistre listwa 9/11 rive jis nan lwa dimanch lan, lè Kris la netwaye tanp li a, dabò Legliz li a, epi apre sa ouvriye onzyèm èdtan yo. Nan lwa dimanch lan, Kris la pral gen yon pèp pirifye pou prezante bay lemonn kòm yon banyè ofrann, epi legliz la pral vin Legliz triyonfan an. Lè sa a, sanktyè Li a va fin netwaye.</w:t>
      </w:r>
    </w:p>
    <w:p>
      <w:pPr>
        <w:pStyle w:val="ArticleBody"/>
        <w:jc w:val="left"/>
      </w:pPr>
      <w:r>
        <w:rPr>
          <w:rFonts w:ascii="Times New Roman" w:hAnsi="Times New Roman" w:eastAsia="Times New Roman" w:cs="Times New Roman"/>
        </w:rPr>
        <w:t>Nou mete senbòl “konbyen tan” an an plas, byenke, natirèlman, gen plis toujou. Nou pral kòmanse remete sa ansanm ak senk atik anvan yo nan lantiy liv Joèl la, men divagasyon sou kote sa yo te sanble enpòtan pou mete an plas. Temwayaj chak “konbyen tan” nou te konsidere a dakò ak kesyon “konbyen tan” Palmoni te reponn nan vèsè katòz la, paske sanktyè a dwe pirifye depi 9/11 rive jouk lwa dimanch lan. Istwa sa a se istwa lapli dèyè a, e istwa lapli dèyè a prezante nan liv Joèl la.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Joèl la ak Legliz Advantis Setyèm Jou Lawodise a — Nimewo Sis</dc:title>
  <dc:subject>Bèl Mèveye a ak Jiska Kilè?</dc:subject>
  <dc:creator>Jeff Pippenger</dc:creator>
  <cp:keywords/>
  <dc:description>Generated by ArticleDigger from joel\06_joel.json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