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Sèt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Chif Sèt</w:t>
      </w:r>
    </w:p>
    <w:p>
      <w:pPr>
        <w:pStyle w:val="ArticleBody"/>
        <w:jc w:val="left"/>
      </w:pPr>
      <w:r>
        <w:rPr>
          <w:rFonts w:ascii="Times New Roman" w:hAnsi="Times New Roman" w:eastAsia="Times New Roman" w:cs="Times New Roman"/>
        </w:rPr>
        <w:t>Nan premye atik yo, nou te mete pasaj ki soti nan *The Desire of Ages* la ki pale de Kris k ap prezante parabòl jaden rezen an bay Jwif ki t ap chache diskite yo. Parabòl chan jaden rezen an se tou chan Moyiz ak Ti Mouton an, ke san karannkat mil yo chante; e enspirasyon an fè nou konnen ke yon “chan” nan pwofesi reprezante yon “eksperyans.” San karannkat mil yo suiv Ti Mouton an tout kote Li ale; konsa, yo pral mache atravè menm eksperyans Kris ak Moyiz te fè a. Kris, kòm omega istwa pwofetik ansyen Izrayèl la, ak Moyiz, alfa istwa pwofetik ansyen Izrayèl la, toude te viv nan peryòd paralèl kote yo t ap pase sou kote yon ansyen pèp alyans, pandan yo t ap chwazi yon nouvo pèp alyans. San karannkat mil yo chante chan Moyiz ak Ti Mouton an lè yo fè eksperyans yon istwa kote yo ap pase sou kote yon ansyen pèp alyans—pandan Seyè a ap antre nan alyans ak dènye pèp alyans Li a.</w:t>
      </w:r>
    </w:p>
    <w:p>
      <w:pPr>
        <w:pStyle w:val="ArticleBody"/>
        <w:jc w:val="left"/>
      </w:pPr>
      <w:r>
        <w:rPr>
          <w:rFonts w:ascii="Times New Roman" w:hAnsi="Times New Roman" w:eastAsia="Times New Roman" w:cs="Times New Roman"/>
        </w:rPr>
        <w:t>Nan sans pwofesi, lè Kris t ap prezante parabòl la, sa ann amoni ak Pyè k ap pale ak Jwif k ap diskite yo nan Pannkòt. Nan kriz final la, Jezi k ap prezante parabòl la bay Jwif k ap diskite yo reprezante sila yo k ap chante chan jaden rezen an pou tafyatè Efrayim yo. Pyè ap prezante menm chan an nan Pannkòt, men li menm li ap chante l nan tonalite Joèl la. Chan jaden rezen an se chan yon pèp ansyen alyans ki ap divòse nan menm tan an kote yon pèp nouvo alyans ap marye ak Seyè a. Vyèj yo ki te desi e ki te antre nan tan reta a t ap tann maryaj la, e akonplisman pafè a t ap ye se ke yo ap tann sele san karannkat mil yo.</w:t>
      </w:r>
    </w:p>
    <w:p>
      <w:pPr>
        <w:pStyle w:val="ArticleBody"/>
        <w:jc w:val="left"/>
      </w:pPr>
      <w:r>
        <w:rPr>
          <w:rFonts w:ascii="Times New Roman" w:hAnsi="Times New Roman" w:eastAsia="Times New Roman" w:cs="Times New Roman"/>
        </w:rPr>
        <w:t>Liv Joèl la kòmanse ak premye chapit li a, ki dekri kijan jaden rezen Bondye a te detwi pa moun k ap bwè diven ak bwason fò, moun yo te koupe “diven nouvo a” nan bouch yo. Tousuit apre Jezi te fè Jwif yo konnen wayòm nan t ap retire nan men yo pou yo bay yon gwoup jadenye ki va pote vrè fwi jaden rezen an, Jezi chanje direksyon epi li site wòch angilè nan tanp lan yo te mete sou kote a, men ki te destine pou l vin wòch tèt kwen an. Sa ki te nan kòmansman an t apral repete nan lafen an, epi lè verite sa a parèt aklè, yo prezante li kòm “bèl bagay.”</w:t>
      </w:r>
    </w:p>
    <w:p>
      <w:pPr>
        <w:pStyle w:val="ArticleBody"/>
        <w:jc w:val="left"/>
      </w:pPr>
      <w:r>
        <w:rPr>
          <w:rFonts w:ascii="Times New Roman" w:hAnsi="Times New Roman" w:eastAsia="Times New Roman" w:cs="Times New Roman"/>
        </w:rPr>
        <w:t>“Règ premye mansyon” nan Pawòl Bondye a fè nou konnen ke, paske Joel premye pale sou destriksyon jaden rezen an, se sa ki pwen prensipal temwayaj li. Joel pa poukont li, paske chak gwo pwofèt kòmanse temwayaj yo lè yo pale sou peche yo ak eta pèdi Izrayèl la.</w:t>
      </w:r>
    </w:p>
    <w:p>
      <w:pPr>
        <w:pStyle w:val="ArticleBody"/>
        <w:jc w:val="left"/>
      </w:pPr>
      <w:r>
        <w:rPr>
          <w:rFonts w:ascii="Times New Roman" w:hAnsi="Times New Roman" w:eastAsia="Times New Roman" w:cs="Times New Roman"/>
        </w:rPr>
        <w:t>Nan Ezayi vennuit yo, “mesye meprizan k ap dirije” “Jerizalèm” yo prezante kòm “soulan Efrayim yo”, epi kòm “kouwòn ògèy la.” “Kouwòn” reprezante direksyon, epi “ògèy” reprezante yon karaktè satanik.</w:t>
      </w:r>
    </w:p>
    <w:p>
      <w:pPr>
        <w:pStyle w:val="ArticleBody"/>
        <w:jc w:val="left"/>
      </w:pPr>
      <w:r>
        <w:rPr>
          <w:rFonts w:ascii="Times New Roman" w:hAnsi="Times New Roman" w:eastAsia="Times New Roman" w:cs="Times New Roman"/>
        </w:rPr>
        <w:t>Sou ki sou yo mete an kontras ak rès la (“sa ki rete a”), ki vin tounen “kouwòn” laglwa Bondye a; paske pandan dènye lapli a, Senyè a etabli “wayòm laglwa” Li a, jan sa te prefigire lè Li te etabli “wayòm gras” la sou kwa a. Wayòm gras la sou kwa a se yon tip wayòm laglwa a nan lwa dimanch la.</w:t>
      </w:r>
    </w:p>
    <w:p>
      <w:pPr>
        <w:pStyle w:val="ArticleBody"/>
        <w:jc w:val="left"/>
      </w:pPr>
      <w:r>
        <w:rPr>
          <w:rFonts w:ascii="Times New Roman" w:hAnsi="Times New Roman" w:eastAsia="Times New Roman" w:cs="Times New Roman"/>
        </w:rPr>
        <w:t>Lapli dèyè a te kòmanse nan 9/11 lè sele san karant-kat mil yo te kòmanse, epi jijman vivan yo te kòmanse tou. Nan tan sele a, vide Sentespri a te kòmanse nan 9/11, menm jan Jezi te soufle kèk gout. Se fondasyon an, epi vide Sentespri a nan Rèl Minwi a se pyè tèt kwen an. “Mèvèye” se yon senbòl pou peryòd vide Lespri a depi “9/11 jouk rive nan lwa dimanch la.”</w:t>
      </w:r>
    </w:p>
    <w:p>
      <w:pPr>
        <w:pStyle w:val="ArticleBody"/>
        <w:jc w:val="left"/>
      </w:pPr>
      <w:r>
        <w:rPr>
          <w:rFonts w:ascii="Times New Roman" w:hAnsi="Times New Roman" w:eastAsia="Times New Roman" w:cs="Times New Roman"/>
        </w:rPr>
        <w:t>Paralelis men opoze senbolis “kouwòn” nan ki reprezante lidèchip la parèt klè nan narasyon Ezayi vennuit la, lè moun sou yo ki ap dirije Jerizalèm yo pase sou kote, epi yo bay rès la lidèchip legliz Bondye a. Sa montre parabòl jaden rezen an. Yo retire kouwòn moun sou yo, epi san karannkat mil yo vin kouwòn ki reprezante wayòm Kris la. Ezayi anseye menm verite a nan chapit vennnde a, lè yo jete Shebna nan yon peyi byen lwen epi yo ranplase l ak Elyakim. Kit se moun sou Efrayim yo, kit se Shebna nan chapit vennnde a, toude reprezante lidèchip ansyen pèp alyans Bondye a yo pase sou kote.</w:t>
      </w:r>
    </w:p>
    <w:p>
      <w:pPr>
        <w:pStyle w:val="ArticleBody"/>
        <w:jc w:val="left"/>
      </w:pPr>
      <w:r>
        <w:rPr>
          <w:rFonts w:ascii="Times New Roman" w:hAnsi="Times New Roman" w:eastAsia="Times New Roman" w:cs="Times New Roman"/>
        </w:rPr>
        <w:t>Zakari idantifye Antre Triyonfal la, ki se tou Kri a Minwi a, epi vèsè ki vin apre yo dakò ak Ezayi lè yo idantifye pèp Bondye a kòm yon kouwòn.</w:t>
      </w:r>
    </w:p>
    <w:p>
      <w:pPr>
        <w:pStyle w:val="ArticleScripture"/>
        <w:jc w:val="left"/>
      </w:pPr>
      <w:r>
        <w:rPr>
          <w:rFonts w:ascii="Times New Roman" w:hAnsi="Times New Roman" w:eastAsia="Times New Roman" w:cs="Times New Roman"/>
        </w:rPr>
        <w:t>Se pou ou rejwi anpil, ò pitit fi Siyon; rele byen fò, ò pitit fi Jerizalèm: gade, Wa ou a ap vini kote ou; li jis, e li pote delivrans; li imil, e li monte sou yon bourik, sou yon ti bourik, pitit yon bourik. E mwen pral detwi cha lagè a nan Efrayim, ak chwal la nan Jerizalèm, e banza lagè a pral disparèt; epi li pral pale lapè bay nasyon yo; e dominasyon li pral soti nan lanmè rive nan lanmè, soti nan larivyè a rive jis nan bout latè.</w:t>
      </w:r>
    </w:p>
    <w:p>
      <w:pPr>
        <w:pStyle w:val="ArticleScripture"/>
        <w:jc w:val="left"/>
      </w:pPr>
      <w:r>
        <w:rPr>
          <w:rFonts w:ascii="Times New Roman" w:hAnsi="Times New Roman" w:eastAsia="Times New Roman" w:cs="Times New Roman"/>
        </w:rPr>
        <w:t>Pou ou menm tou, se pa san alyans ou a mwen voye prizonye ou yo soti nan twou kote pa gen dlo a.</w:t>
      </w:r>
    </w:p>
    <w:p>
      <w:pPr>
        <w:pStyle w:val="ArticleScripture"/>
        <w:jc w:val="left"/>
      </w:pPr>
      <w:r>
        <w:rPr>
          <w:rFonts w:ascii="Times New Roman" w:hAnsi="Times New Roman" w:eastAsia="Times New Roman" w:cs="Times New Roman"/>
        </w:rPr>
        <w:t>Tounen vin jwenn fòtrès la, nou menm prizonye espwa yo; depi jodi a menm, mwen deklare m ap rann ou doub; Lè m fin ranje Jida pou mwen tankou yon banza, lè m fin plen banza a ak Efrayim, epi lè m leve pitit gason ou yo, o Siyon, kont pitit gason pa ou yo, o Lagrès, epi lè m fè ou tankou nepe yon vanyan sòlda.</w:t>
      </w:r>
    </w:p>
    <w:p>
      <w:pPr>
        <w:pStyle w:val="ArticleScripture"/>
        <w:jc w:val="left"/>
      </w:pPr>
      <w:r>
        <w:rPr>
          <w:rFonts w:ascii="Times New Roman" w:hAnsi="Times New Roman" w:eastAsia="Times New Roman" w:cs="Times New Roman"/>
        </w:rPr>
        <w:t>Seyè a pral parèt anlè yo, e flèch li pral soti tankou zeklè; epi Senyè Jewova a pral sonnen twonpèt la, e li pral mache ak toubiyon van sid yo. Seyè ki gen tout lame yo pral defann yo; e yo pral devore, e yo pral soumèt ak wòch fistibal; e yo pral bwè, e yo pral fè gwo bri tankou lè moun bwè diven; e yo pral plen tankou bòl, tankou kwen lotèl la. Epi Seyè a, Bondye pa yo a, pral sove yo nan jou sa a tankou bann mouton pèp li a; paske yo pral tankou pyè kouwòn nan, leve byen wo tankou yon drapo sou peyi li a. Paske, ala gran bonte li, e ala gran bote li! Ble pral fè jèn gason yo kontan, e diven nouvo pral fè jèn fi yo kontan. Zakari 9:9–17.</w:t>
      </w:r>
    </w:p>
    <w:p>
      <w:pPr>
        <w:pStyle w:val="ArticleBody"/>
        <w:jc w:val="left"/>
      </w:pPr>
      <w:r>
        <w:rPr>
          <w:rFonts w:ascii="Times New Roman" w:hAnsi="Times New Roman" w:eastAsia="Times New Roman" w:cs="Times New Roman"/>
        </w:rPr>
        <w:t>Vèsè onz (9/11) deklare: “Pou ou menm tou, pa san alyans ou a, mwen voye prizonye ou yo soti nan twou kote pa gen dlo a.” Kris te konfime alyans lan avèk anpil moun pandan yon semèn, epi semèn nan te kòmanse nan batèm Li. Pandan twa ane edmi Kris te mache pami lèzòm, epi nan peryòd final twa ane edmi sa yo Kris te akonpli prediksyon Zakari a, ki te idantifye antre triyonfal Mesi a nan Jerizalèm. Rèl Minwi a te kòmanse yon peryòd ki te mennen nan lanmò, antèman ak rezirèksyon Kris la. Batèm Kris la reprezante lanmò, antèman ak rezirèksyon Li; kidonk, kòmansman ak fen peryòd twa ane edmi a se menm bagay la.</w:t>
      </w:r>
    </w:p>
    <w:p>
      <w:pPr>
        <w:pStyle w:val="ArticleBody"/>
        <w:jc w:val="left"/>
      </w:pPr>
      <w:r>
        <w:rPr>
          <w:rFonts w:ascii="Times New Roman" w:hAnsi="Times New Roman" w:eastAsia="Times New Roman" w:cs="Times New Roman"/>
        </w:rPr>
        <w:t>Batèm Kris la se yon tip 9/11, epi 9/11 make kòmansman yon peryòd ki fini nan lwa dimanch lan. Nan 9/11 lapli ta a te kòmanse tonbe an ti gout, epi nan lwa dimanch lan li vide san mezi, jan sa te prefigire lè Kris te soufle sou disip yo kèk gout lapli davans, anvan gwo vide a nan Pannkòt.</w:t>
      </w:r>
    </w:p>
    <w:p>
      <w:pPr>
        <w:pStyle w:val="ArticleBody"/>
        <w:jc w:val="left"/>
      </w:pPr>
      <w:r>
        <w:rPr>
          <w:rFonts w:ascii="Times New Roman" w:hAnsi="Times New Roman" w:eastAsia="Times New Roman" w:cs="Times New Roman"/>
        </w:rPr>
        <w:t>Zekarya 9:11 ann amoni avèk 9/11, epi tou avèk Kri a nan Minwi a ki mennen nan lwa dimanch lan. Nan 9/11, mesaj Lawodise a te rive kòm verite prezan, menm jan li te fè sa an 1856 ak an 1888. Mesaj Lawodise a bay moun ki pa konnen yo mouri. Yo nan yon “twou” kote pa gen mesaj lapli dèyè a, paske twou yo a pa gen dlo. Si Lawodise ta sèlman reponn a frap la sou kè yo, Senyè a ta leve yo soti nan twou a, paske jiskaske tan gras la fèmen nan lwa dimanch lan yo se “prizonye espwa.”</w:t>
      </w:r>
    </w:p>
    <w:p>
      <w:pPr>
        <w:pStyle w:val="ArticleScripture"/>
        <w:jc w:val="left"/>
      </w:pPr>
      <w:r>
        <w:rPr>
          <w:rFonts w:ascii="Times New Roman" w:hAnsi="Times New Roman" w:eastAsia="Times New Roman" w:cs="Times New Roman"/>
        </w:rPr>
        <w:t>Pou ou menm tou, se grasa san alyans ou a mwen lage prizonye ou yo soti nan twou kote pa gen dlo a. Tounen nan fòs la, nou menm prizonye espwa yo: se jòdi a menm mwen deklare mwen pral rann ou doub. Zakari 9:11, 12.</w:t>
      </w:r>
    </w:p>
    <w:p>
      <w:pPr>
        <w:pStyle w:val="ArticleBody"/>
        <w:jc w:val="left"/>
      </w:pPr>
      <w:r>
        <w:rPr>
          <w:rFonts w:ascii="Times New Roman" w:hAnsi="Times New Roman" w:eastAsia="Times New Roman" w:cs="Times New Roman"/>
        </w:rPr>
        <w:t>9/11 te bay fòs a mesaj ki te rive an 1989. Mesaj sa a se mesaj twazyèm zanj lan, men dapre estrikti ak tèm mouvman refòm Millerit la, 1989 te make rive premye zanj lan. Mesaj premye zanj lan te resevwa pouvwa le 11 dawout 1840 grasa akonplisman yon pwofesi konsènan Islam, epi li montre ke rive twazyèm zanj lan an 1989 t ap resevwa fòs grasa akonplisman yon pwofesi konsènan Islam.</w:t>
      </w:r>
    </w:p>
    <w:p>
      <w:pPr>
        <w:pStyle w:val="ArticleBody"/>
        <w:jc w:val="left"/>
      </w:pPr>
      <w:r>
        <w:rPr>
          <w:rFonts w:ascii="Times New Roman" w:hAnsi="Times New Roman" w:eastAsia="Times New Roman" w:cs="Times New Roman"/>
        </w:rPr>
        <w:t>Lè pwofesi Islam nan te konfime nan dat 11 out 1840, zanj Revelasyon dis la te desann; konsa sa te sèvi kòm tip pou desant zanj Revelasyon dizwit la nan 9/11. Bay premye zanj lan pouvwa an 1840, ak bay dezyèm zanj lan pouvwa an 1844, toude sèvi kòm tip pou bay twazyèm zanj lan pouvwa nan 9/11. Dat 18 jiyè 2020 te make arive dezyèm zanj lan, jan premye desepsyon Millerit yo nan 19 avril 1844 te sèvi kòm tip li. Istwa toude bay premye ak dezyèm zanj yo pouvwa nan istwa Millerit la, ansanm ak istwa bay twazyèm zanj lan pouvwa nan 9/11, bay temwayaj konsènan bay mesaj Rèl Minwi a pouvwa, mesaj sa a ki te rive nan jiyè 2023.</w:t>
      </w:r>
    </w:p>
    <w:p>
      <w:pPr>
        <w:pStyle w:val="ArticleBody"/>
        <w:jc w:val="left"/>
      </w:pPr>
      <w:r>
        <w:rPr>
          <w:rFonts w:ascii="Times New Roman" w:hAnsi="Times New Roman" w:eastAsia="Times New Roman" w:cs="Times New Roman"/>
        </w:rPr>
        <w:t>Peryòd poze sele a kòmanse nan 9/11 e li fini nan lwa dimanch lan. Li kòmanse ak Kris la ap soufle kèk gout nan lapli ta a, epi li fini ak lang dife k ap pote yon mesaj bay lemonn nan Pannkòt. Pyè te idantifye Pannkòt kòm yon akonplisman Joèl. Etandone se konsa reyalite a ye, sa tabli ke souf Kris la te yon akonplisman Joèl tou, paske sezon Pannkòt la gen yon kòmansman ak yon fen presi ki demontre ke alfa a se omega a tou. Nan jou rezirèksyon Kris la, yo te fè ofrann premye fwi lòj la, epi senkant jou apre, nan Pannkòt, yo te leve ofrann premye fwi ble a. 9/11 tipifye Kri Minwi a ki rive tousuit anvan lwa dimanch lan epi ki mennen nan li. Akonplisman pafè reprezantasyon Zakari 9:9 sou Kri Minwi a se apre Jiyè 2023.</w:t>
      </w:r>
    </w:p>
    <w:p>
      <w:pPr>
        <w:pStyle w:val="ArticleScripture"/>
        <w:jc w:val="left"/>
      </w:pPr>
      <w:r>
        <w:rPr>
          <w:rFonts w:ascii="Times New Roman" w:hAnsi="Times New Roman" w:eastAsia="Times New Roman" w:cs="Times New Roman"/>
        </w:rPr>
        <w:t>Pran anpil lajwa, O pitit fi Siyon an; rele byen fò, O pitit fi Jerizalèm nan: gade, Wa ou a ap vin jwenn ou; li jis, e li pote delivrans; li gen imilite, e li monte sou yon bourik, sou yon ti bourik, ti pitit yon bourik. Zakari 9:9.</w:t>
      </w:r>
    </w:p>
    <w:p>
      <w:pPr>
        <w:pStyle w:val="ArticleBody"/>
        <w:jc w:val="left"/>
      </w:pPr>
      <w:r>
        <w:rPr>
          <w:rFonts w:ascii="Times New Roman" w:hAnsi="Times New Roman" w:eastAsia="Times New Roman" w:cs="Times New Roman"/>
        </w:rPr>
        <w:t>Konsa, Zakari dakò ak senbolizasyon Ezayi a ki montre pèp Bondye a kòm yon kouwòn, men li ajoute tou ke kouwòn nan se drapo a lè li te ekri: “for they shall be as the stones of a crown, lifted up as an ensign upon his land“, epi Zakari fè plis eko ak lajwa ki asosye ak senbòl “corn” ak “new wine” lakay Jowèl yo, lè li deklare: “corn shall make the young men cheerful, and new wine the maids.” Pandan n ap konsidere istwa sou tafyatè Efrayim yo nan chapit vennuit la, pran nòt ke se chapit biblik sa a ki idantifye “rest and the refreshing.” Sa se youn nan pasaj prensipal nan Ekriti yo konsènan dènye lapli a; kidonk, tafyatè Efrayim sa yo dwe menm ak bwasonè Jowèl la pale yo.</w:t>
      </w:r>
    </w:p>
    <w:p>
      <w:pPr>
        <w:pStyle w:val="ArticleScripture"/>
        <w:jc w:val="left"/>
      </w:pPr>
      <w:r>
        <w:rPr>
          <w:rFonts w:ascii="Times New Roman" w:hAnsi="Times New Roman" w:eastAsia="Times New Roman" w:cs="Times New Roman"/>
        </w:rPr>
        <w:t>Malè pou kouwòn lògèy la, pou tafyatè Éfrayim yo, ki bèlte gloriye yo se yon flè k ap fennen, ki chita sou tèt vale rich yo, yo menm ki ven fin kraze! Gade, Seyè a gen yon vanyan ki fò ak pisan; tankou yon tanpèt lagrèl ak yon move tanpèt destriksyon, tankou yon debòde gwo dlo pisan, l ap voye yo atè ak fòs men li. Kouwòn lògèy la, tafyatè Éfrayim yo, pral pilonnen anba pye; epi bèlte gloriye a, ki sou tèt vale rich la, pral tounen yon flè k ap fennen, tankou premye fwi ki rive anvan sezon lete; lè moun ki wè l la remake l, pandan li toujou nan men li, li vale l tousuit. Nan jou sa a, SENYÈ dèzame yo va tounen yon kouwòn glwa ak yon dyadèm bote pou rès pèp li a, epi yon lespri jijman pou sila ki chita pou jije, epi fòs pou moun ki fè lagè a retounen jouk nan pòtay la. Men yo menm tou, yo pèdi chemen an poutèt diven, epi poutèt bwason fò yo egare; prèt la ak pwofèt la pèdi chemen an poutèt bwason fò, diven vale yo nèt; yo egare poutèt bwason fò; yo fè erè nan vizyon, yo bite nan jijman. Paske tout tab yo plen ak vomisman ak salte, konsa pa gen yon sèl kote ki pwòp. …</w:t>
      </w:r>
    </w:p>
    <w:p>
      <w:pPr>
        <w:pStyle w:val="ArticleScripture"/>
        <w:jc w:val="left"/>
      </w:pPr>
      <w:r>
        <w:rPr>
          <w:rFonts w:ascii="Times New Roman" w:hAnsi="Times New Roman" w:eastAsia="Times New Roman" w:cs="Times New Roman"/>
        </w:rPr>
        <w:t>Rete la, epi sezi; rele byen fò, wi, rele: yo sou tankou moun sou, men se pa ak diven; yo bite tankou moun ki bwè, men se pa ak bwason fò. Paske Seyè a vide sou nou lespri yon gwo dòmi, e li fèmen je nou: pwofèt yo ak chèf nou yo, moun k ap wè yo, li kouvri yo. E vizyon tout bagay la vin pou nou tankou pawòl yon liv ki sele, yo remèt bay yon moun ki konn li, yo di l: Tanpri, li sa a; epi li di: Mwen pa kapab, paske li sele. Epi yo remèt liv la bay yon moun ki pa konn li, yo di: Tanpri, li sa a; epi li di: Mwen pa konn li.</w:t>
      </w:r>
    </w:p>
    <w:p>
      <w:pPr>
        <w:pStyle w:val="ArticleScripture"/>
        <w:jc w:val="left"/>
      </w:pPr>
      <w:r>
        <w:rPr>
          <w:rFonts w:ascii="Times New Roman" w:hAnsi="Times New Roman" w:eastAsia="Times New Roman" w:cs="Times New Roman"/>
        </w:rPr>
        <w:t>Se poutèt sa, Senyè a di: Paske pèp sa a pwoche bò kote m ak bouch yo, epi onore m ak lèv yo, men yo mete kè yo byen lwen mwen, epi krent yo gen pou mwen an se yon bagay yo aprann dapre kòmandman lèzòm: Se poutèt sa, gade, m ap kontinye fè yon travay mèvèy nan mitan pèp sa a, wi, yon travay mèvèy ak yon bèl mèvèy; paske sajès moun saj yo ap peri, epi konprann moun ki gen bon jijman yo ap kache. Malè pou moun ki fouye byen fon pou kache plan yo devan Senyè a, epi zèv yo fèt nan fènwa, epi yo di: Ki moun ki wè nou? epi ki moun ki konnen nou? Sètènman, vire bagay yo tèt anba jan nou fè a va konsidere tankou labou bòs potye a; paske èske sa ki fèt la va di konsènan sila a ki fè l la: Li pa t fè m? Oswa èske sa ki fòme a va di konsènan sila a ki fòme l la: Li pa t gen okenn konprann? Ezayi 28:1–8; 29:9–16.</w:t>
      </w:r>
    </w:p>
    <w:p>
      <w:pPr>
        <w:pStyle w:val="ArticleBody"/>
        <w:jc w:val="left"/>
      </w:pPr>
      <w:r>
        <w:rPr>
          <w:rFonts w:ascii="Times New Roman" w:hAnsi="Times New Roman" w:eastAsia="Times New Roman" w:cs="Times New Roman"/>
        </w:rPr>
        <w:t>Seyè a pral fè yon “travay mèvèy” pami tafyatè Efrayim yo pandan l ap retire sajès yo ak konpreyansyon yo, menm de eleman sa yo ki asosye ak konprann ogmantasyon konesans lan lè yon mesaj pwofetik deseley. Se moun saj yo ki konprann. Youn nan pati nan “travay mèvèy” la se retire konesans ki deseley pa Lyon tribi Jida a nan lespri tafyatè Efrayim yo. Separasyon ant moun saj yo ak mechan yo fè pati “travay mèvèy” Seyè a. Se levanjil etènèl la. Apre Kris la te mennen Juif k ap fè diskisyon san fen yo atravè parabòl jaden rezen an, epi konsa li te pran yo nan pyèj pou yo pwononse pwòp jijman pa yo, Li te poze yon kestyon ki soti nan Sòm 118:</w:t>
      </w:r>
    </w:p>
    <w:p>
      <w:pPr>
        <w:pStyle w:val="ArticleScripture"/>
        <w:jc w:val="left"/>
      </w:pPr>
      <w:r>
        <w:rPr>
          <w:rFonts w:ascii="Times New Roman" w:hAnsi="Times New Roman" w:eastAsia="Times New Roman" w:cs="Times New Roman"/>
        </w:rPr>
        <w:t>Wòch moun ki t ap bati yo te rejte a, se li menm ki vin tounen tèt kwen an. Se Senyè a ki fè sa; sa se yon mèvèy devan je nou. Men jou Senyè a fè a; n ap fè kè nou kontan e n ap rejwi ladan l. Sòm 118:22–24.</w:t>
      </w:r>
    </w:p>
    <w:p>
      <w:pPr>
        <w:pStyle w:val="ArticleBody"/>
        <w:jc w:val="left"/>
      </w:pPr>
      <w:r>
        <w:rPr>
          <w:rFonts w:ascii="Times New Roman" w:hAnsi="Times New Roman" w:eastAsia="Times New Roman" w:cs="Times New Roman"/>
        </w:rPr>
        <w:t>Seyè a pral akonpli “yon travay mèvèye ak yon mèvèy” sou tafyatè Efrayim yo, e sa gen ladan l retire nan men yo kapasite pou yo rekonèt verite a. “Wòch prensipal kwen an” se yon mèvèy nan je sila yo ki posede “diven nouvo” Joel la.</w:t>
      </w:r>
    </w:p>
    <w:p>
      <w:pPr>
        <w:pStyle w:val="ArticleBody"/>
        <w:jc w:val="left"/>
      </w:pPr>
      <w:r>
        <w:rPr>
          <w:rFonts w:ascii="Times New Roman" w:hAnsi="Times New Roman" w:eastAsia="Times New Roman" w:cs="Times New Roman"/>
        </w:rPr>
        <w:t>Moun ki sou pa ka li liv ki sele a, kit se dirijan yo yo reprezante kòm “moun ki gen konesans”, kit se laik yo yo reprezante pa “moun ki pa gen konesans”. Li enposib pou moun ki sou yo konprann kòrèkteman temwayaj pwofetik Ekriti yo, ki reprezante kòm “liv ki sele a”. Moun ki sou yo idantifye tou de fwa kòm moun ki “deyò chemen an”. Yon lòt fwa ankò, sa ekri nan Ezayi ventuit, yon pasaj prensipal sou dènye lapli a nan Ekriti yo, kote Ezayi idantifye “repo ak rafrechisman” moun ki sou yo pa t vle tande a. “Repo ak rafrechisman” an se yon mesaj, paske li kapab tande.</w:t>
      </w:r>
    </w:p>
    <w:p>
      <w:pPr>
        <w:pStyle w:val="ArticleBody"/>
        <w:jc w:val="left"/>
      </w:pPr>
      <w:r>
        <w:rPr>
          <w:rFonts w:ascii="Times New Roman" w:hAnsi="Times New Roman" w:eastAsia="Times New Roman" w:cs="Times New Roman"/>
        </w:rPr>
        <w:t>Ita a sou rési sou laout ansyen chimen” Jeremi yo, ki se “chemen” pou n mache ladan l e jwenn lapli denye a, ke Jeremi reprezante kòm “repo.” Rejè mesaj lapli denye a pa bwadè Efrayim yo se yon sijè byen presi nan Pawòl Bondye a. Yo sou, paske yo te refize retounen nan istwa fondamantal la, ki bay modèl pou istwa san karannkat mil yo, ki se istwa lapli denye a.</w:t>
      </w:r>
    </w:p>
    <w:p>
      <w:pPr>
        <w:pStyle w:val="ArticleBody"/>
        <w:jc w:val="left"/>
      </w:pPr>
      <w:r>
        <w:rPr>
          <w:rFonts w:ascii="Times New Roman" w:hAnsi="Times New Roman" w:eastAsia="Times New Roman" w:cs="Times New Roman"/>
        </w:rPr>
        <w:t>“Travay mèvèy” ki fèt sou tafyatè Efrayim yo rive pandan vide lapli dènyè a. Pandan lapli dènyè a, yon mesaj tès pwodui de klas adoratè, ki ilistre pa “diven” yo bwè a. Mechan yo refize baze aplikasyon pwofetik yo sou liy istwa sakre yo, tandiske sila yo ki sèvi ak metodoloji “liy sou liy” Ezayi vennuit la, yo menm, yo bwè “diven nèf la.” Soulsri mechan yo parèt nan enkapasite yo genyen pou yo konprann pwofesi, epi kondisyon avèg yo a te koze pa repiyans yo pou yo retounen sou ansyen chemen fondamantal yo. Jezi te reprimande Jwif k ap diskite pou ti detay yo lè li te mande yo si yo pa t janm li konsènan wòch yo te rejte a, ki vin tounen tèt kwen an.</w:t>
      </w:r>
    </w:p>
    <w:p>
      <w:pPr>
        <w:pStyle w:val="ArticleBody"/>
        <w:jc w:val="left"/>
      </w:pPr>
      <w:r>
        <w:rPr>
          <w:rFonts w:ascii="Times New Roman" w:hAnsi="Times New Roman" w:eastAsia="Times New Roman" w:cs="Times New Roman"/>
        </w:rPr>
        <w:t>Wòch ki vin tounen tèt kwen an reprezante verite pwofetik la: fondasyon an, oswa wòch angilè a, repwodui nan tèt la. Wòch alfa a se menm wòch omega a. Prensip pwofetik prensipal ki tabli epi soutni metodoloji “liy sou liy” la, (ki se metodoloji lapli ta a), se ke kòmansman yon bagay montre fen yon bagay. Prensip pwofetik prensipal nan mouvman Millerit la se te prensip yon jou pou yon ane a, ki te konfime lè zanj Revelasyon dis la desann. Prensip pwofetik prensipal nan mouvman san karannkat mil yo se ke kòmansman an montre fen an, prensip ki te konfime lè zanj Revelasyon dizwit la desann.</w:t>
      </w:r>
    </w:p>
    <w:p>
      <w:pPr>
        <w:pStyle w:val="ArticleBody"/>
        <w:jc w:val="left"/>
      </w:pPr>
      <w:r>
        <w:rPr>
          <w:rFonts w:ascii="Times New Roman" w:hAnsi="Times New Roman" w:eastAsia="Times New Roman" w:cs="Times New Roman"/>
        </w:rPr>
        <w:t>Pawòl pwofetik Bondye a bay anpil detay nan eksplikasyon li sou faktè ki enplike nan lapli dènye a. Youn nan reyalite sa yo se ke tafyatè Efrayim yo pa kapab rekonèt lapli dènye a, e sa te tipifye pa Jwif yo ki t ap sijere Pyè ke disip yo te sou. Prensip prensipal metodoloji a prezante dirèkteman kòm Alfa ak Omega repete nan Pawòl Bondye a, men Pawòl la te sele pou yo. Metodoloji a, prensipal règ pwofetik la, ak mesaj lapli dènye a se kèk nan tèm sanktifye yo nan yon liy istwa pwofetik ki reprezante kòm yon “travay mèvèy.”</w:t>
      </w:r>
    </w:p>
    <w:p>
      <w:pPr>
        <w:pStyle w:val="ArticleScripture"/>
        <w:jc w:val="left"/>
      </w:pPr>
      <w:r>
        <w:rPr>
          <w:rFonts w:ascii="Times New Roman" w:hAnsi="Times New Roman" w:eastAsia="Times New Roman" w:cs="Times New Roman"/>
        </w:rPr>
        <w:t>Seyè ki gen tout lame yo pale avè m ankò, li di m konsa: Men sa Seyè ki gen tout lame yo di: Mwen te jalou pou Siyon ak yon gwo jalouzi, e mwen te jalou pou li avèk yon gwo kòlè. Men sa Seyè a di: Mwen tounen vin jwenn Siyon, e mwen pral rete nan mitan Jerizalèm; epi yo pral rele Jerizalèm vil verite a; epi mòn Seyè ki gen tout lame yo a, mòn ki sen an. Men sa Seyè ki gen tout lame yo di: Va gen ankò granmoun gason ak granmoun fanm ki pral rete nan lari Jerizalèm yo, chak moun ak baton li nan men li, poutèt laj li ki anpil. Epi lari vil la pral plen ak ti gason ak tifi k ap jwe nan lari li yo.</w:t>
      </w:r>
    </w:p>
    <w:p>
      <w:pPr>
        <w:pStyle w:val="ArticleScripture"/>
        <w:jc w:val="left"/>
      </w:pPr>
      <w:r>
        <w:rPr>
          <w:rFonts w:ascii="Times New Roman" w:hAnsi="Times New Roman" w:eastAsia="Times New Roman" w:cs="Times New Roman"/>
        </w:rPr>
        <w:t>Men sa Seyè ki gen tout lame yo: Si bagay sa a parèt mèvèy nan je rès pèp sa a nan jou sa yo, èske li ta dwe parèt mèvèy nan je pa m tou? se sa Seyè ki gen tout lame yo di. Men sa Seyè ki gen tout lame yo di: Gade, m ap sove pèp mwen an soti nan peyi kote solèy leve a, ak nan peyi kote solèy kouche a; m ap mennen yo vini, epi y ap rete nan mitan Jerizalèm; y ap pèp mwen, epi mwen menm m ap Bondye yo, nan verite ak nan jistis. Men sa Seyè ki gen tout lame yo di: Se pou men nou vin fò, nou menm k ap tande nan jou sa yo pawòl sa yo pa bouch pwofèt yo, ki t ap pale nan jou kote yo te poze fondasyon kay Seyè ki gen tout lame yo, pou tanp lan te ka bati. Paske anvan jou sa yo pa t gen salè pou moun, ni salè pou bèt; pa t gen okenn lapè pou moun ki t ap soti oswa ki t ap antre, poutèt tribilasyon an; paske mwen te mete tout moun, chak moun, kont vwazen pa l. Men koulye a, mwen p ap aji anvè rès pèp sa a tankou nan premye jou yo, se sa Seyè ki gen tout lame yo di. Zakari 8:1–11.</w:t>
      </w:r>
    </w:p>
    <w:p>
      <w:pPr>
        <w:pStyle w:val="ArticleBody"/>
        <w:jc w:val="left"/>
      </w:pPr>
      <w:r>
        <w:rPr>
          <w:rFonts w:ascii="Times New Roman" w:hAnsi="Times New Roman" w:eastAsia="Times New Roman" w:cs="Times New Roman"/>
        </w:rPr>
        <w:t>Zakari deklare: “Se pou men nou yo vin fèm, nou menm k ap tande nan jou sa yo pawòl sa yo pa bouch pwofèt yo, ki te la nan jou yo te poze fondasyon kay Seyè ki gen tout lame yo, pou tanp lan te ka bati.” Sa ki bay pèp Bondye a fòs, se mesaj fondasyon an ki vin tounen tèt kwen an. Mesaj sa a se ke istwa Millerit la repete nan istwa san karannkat mil yo.</w:t>
      </w:r>
    </w:p>
    <w:p>
      <w:pPr>
        <w:pStyle w:val="ArticleBody"/>
        <w:jc w:val="left"/>
      </w:pPr>
      <w:r>
        <w:rPr>
          <w:rFonts w:ascii="Times New Roman" w:hAnsi="Times New Roman" w:eastAsia="Times New Roman" w:cs="Times New Roman"/>
        </w:rPr>
        <w:t>Kris la mande: “Si sa parèt bèl mèvèy nan je rès pèp sa a nan jou sa yo, èske sa ta dwe parèt bèl mèvèy tou nan je pa m?” Kesyon sa a idantifye peryòd pwofetik “travay mèvèy” Bondye a ki se sijè chak pwofèt; men li idantifye tou moman kote mouvman Laodiseyen san karant-kat mil yo chanje pou l vin mouvman Filadèlfyen san karant-kat mil yo. Se menm pwen an kote yo sele yo, e menm pwen kote mouvman an chanje soti nan eta militan pou l antre nan eta triyonfan; se la tou travay pou ini divinite ak limanite pami gwoup pèp sa a rive nan akonplisman final li pandan Tanp lan vrèman pirifye. Sa ka rekonèt nan vèsè yo, paske istwa pwofetik ki reprezante pa “travay mèvèy” Li a se yon mèvèy nan je Bondye ak nan je rès la, epi je nan je se yon senbòl inite. Inite ki reprezante isit la a pale sou sele pèp Bondye a ki suiv Ti Mouton an nenpòt kote Li ale, ki rive nan yon pwen kote yo ta pito mouri pase peche epi bay yon move reprezantasyon karaktè Kris la.</w:t>
      </w:r>
    </w:p>
    <w:p>
      <w:pPr>
        <w:pStyle w:val="ArticleBody"/>
        <w:jc w:val="left"/>
      </w:pPr>
      <w:r>
        <w:rPr>
          <w:rFonts w:ascii="Times New Roman" w:hAnsi="Times New Roman" w:eastAsia="Times New Roman" w:cs="Times New Roman"/>
        </w:rPr>
        <w:t>Miche fè konnen istwa fondamantal pèp Izrayèl tan lontan an kòm “bèl mèvèy.”</w:t>
      </w:r>
    </w:p>
    <w:p>
      <w:pPr>
        <w:pStyle w:val="ArticleScripture"/>
        <w:jc w:val="left"/>
      </w:pPr>
      <w:r>
        <w:rPr>
          <w:rFonts w:ascii="Times New Roman" w:hAnsi="Times New Roman" w:eastAsia="Times New Roman" w:cs="Times New Roman"/>
        </w:rPr>
        <w:t>Daprè jou sòti ou nan peyi Lejip la, m ap montre l bagay mèvèye. Mika 7:15.</w:t>
      </w:r>
    </w:p>
    <w:p>
      <w:pPr>
        <w:pStyle w:val="ArticleBody"/>
        <w:jc w:val="left"/>
      </w:pPr>
      <w:r>
        <w:rPr>
          <w:rFonts w:ascii="Times New Roman" w:hAnsi="Times New Roman" w:eastAsia="Times New Roman" w:cs="Times New Roman"/>
        </w:rPr>
        <w:t>“travay mèvèy” yo se istwa fondamantal ki “mèvèy” paske istwa fondamantal la repete nan istwa fen an, jan pyè tèt la reprezante l. “Travay mèvèy” yo se istwa ki kòmanse avèk pyè kwen an e ki fini avèk “pyè tèt la.” “Travay mèvèy” Li yo te parèt nan istwa Moyiz e yo te repete nan istwa Kris la. Moyiz te pyè kwen an, e Kris la te pyè tèt la. Pwofetikman, Moyiz se alfa e Kris se omega.</w:t>
      </w:r>
    </w:p>
    <w:p>
      <w:pPr>
        <w:pStyle w:val="ArticleScripture"/>
        <w:jc w:val="left"/>
      </w:pPr>
      <w:r>
        <w:rPr>
          <w:rFonts w:ascii="Times New Roman" w:hAnsi="Times New Roman" w:eastAsia="Times New Roman" w:cs="Times New Roman"/>
        </w:rPr>
        <w:t>“Depi nan Moyiz, menm Alfa istwa Bib la, Kris te esplike nan tout Ekriti yo bagay ki te konsène pwòp tèt pa li.” The Desire of Ages, 797.</w:t>
      </w:r>
    </w:p>
    <w:p>
      <w:pPr>
        <w:pStyle w:val="ArticleBody"/>
        <w:jc w:val="left"/>
      </w:pPr>
      <w:r>
        <w:rPr>
          <w:rFonts w:ascii="Times New Roman" w:hAnsi="Times New Roman" w:eastAsia="Times New Roman" w:cs="Times New Roman"/>
        </w:rPr>
        <w:t>Moyiz te anseye, e Pyè te sèvi ak pawòl Moyiz yo nan Pannkòt pou idantifye ke Moyiz te yon tip Kris la.</w:t>
      </w:r>
    </w:p>
    <w:p>
      <w:pPr>
        <w:pStyle w:val="ArticleScripture"/>
        <w:jc w:val="left"/>
      </w:pPr>
      <w:r>
        <w:rPr>
          <w:rFonts w:ascii="Times New Roman" w:hAnsi="Times New Roman" w:eastAsia="Times New Roman" w:cs="Times New Roman"/>
        </w:rPr>
        <w:t>Men bagay sa yo, ke Bondye te fè konnen davans pa bouch tout pwofèt li yo, jan Kris la te dwe soufri, li akonpli yo konsa. Se poutèt sa, repanti nou, epi tounen vin jwenn Bondye, pou peche nou yo ka efase, lè tan rafrechisman yo va vini soti nan prezans Senyè a; epi li va voye Jezikri, li menm ki te anonse nou davans: li menm syèl la dwe resevwa jouk rive tan retablisman tout bagay yo, sa Bondye te pale pa bouch tout pwofèt sen li yo depi kòmansman mond lan. Paske Moyiz te di vre ak zansèt yo: Senyè a, Bondye nou an, va leve yon pwofèt soti nan mitan frè nou yo pou nou, menm jan avè m; se li n ap koute nan tout bagay, kèlkeswa sa l va di nou. Epi sa va rive, tout nanm ki pa vle koute pwofèt sa a, y ap detwi l pami pèp la. Wi, e tout pwofèt yo depi Samyèl ak tout sa ki te vini apre yo, tout moun ki te pale, yo menm tou yo te anonse davans jou sa yo. Travay 3:18–24.</w:t>
      </w:r>
    </w:p>
    <w:p>
      <w:pPr>
        <w:pStyle w:val="ArticleBody"/>
        <w:jc w:val="left"/>
      </w:pPr>
      <w:r>
        <w:rPr>
          <w:rFonts w:ascii="Times New Roman" w:hAnsi="Times New Roman" w:eastAsia="Times New Roman" w:cs="Times New Roman"/>
        </w:rPr>
        <w:t>Moyiz antanke alfa a ak Kris kòm omega te tabli pa dezyèm temwayaj Pyè te rann konsènan Moyiz nan debòde Pannkòt la; e, lè li te fè sa, Pyè ap mete anfaz epi idantifye ke yon eleman prensipal nan mesaj dènye lapli a (ak konfli ki leve kont li a) se prensip pwofetik “alfa ak omega” a. Prensip sa a se kontrepati san karannkat mil yo ak prensip ane/jou a nan istwa Millerit la. Prensip “alfa ak omega” a se prensip kote ‘fondasyon an vin tounen wòch tèt kwen an’; li se prensip ‘Moyiz ak Ti Mouton an’; e, poutèt sa, enspirasyon idantifye li kòm youn nan vèsè nan chan jaden rezen an, ki se tou chan Moyiz ak Ti Mouton an.</w:t>
      </w:r>
    </w:p>
    <w:p>
      <w:pPr>
        <w:pStyle w:val="ArticleBody"/>
        <w:jc w:val="left"/>
      </w:pPr>
      <w:r>
        <w:rPr>
          <w:rFonts w:ascii="Times New Roman" w:hAnsi="Times New Roman" w:eastAsia="Times New Roman" w:cs="Times New Roman"/>
        </w:rPr>
        <w:t>Kòmansman ak finisman ki reprezante pa divès liy pwofetik yo reprezante istwa kote Bondye akonpli “zèv mèvèy” Li yo; e se limyè ki soti nan rekonèt sa senbòl “zèv mèvèy” yo reprezante a ki transfòme yon Laodiseyen an yon Filadèlfyen, konsa li vin tounen yon wòch nan yon tanp k ap bati, menm jan tanp Millerit la te bati pandan 46 ane jiska 22 oktòb 1844, lè Senyè a te vini toudenkou nan tanp Li a.</w:t>
      </w:r>
    </w:p>
    <w:p>
      <w:pPr>
        <w:pStyle w:val="ArticleScripture"/>
        <w:jc w:val="left"/>
      </w:pPr>
      <w:r>
        <w:rPr>
          <w:rFonts w:ascii="Times New Roman" w:hAnsi="Times New Roman" w:eastAsia="Times New Roman" w:cs="Times New Roman"/>
        </w:rPr>
        <w:t>Si toutefois vous avez goûté que le Seigneur est bon. En vous approchant de lui, pierre vivante, rejetée par les hommes, mais choisie de Dieu et précieuse, vous-mêmes aussi, comme des pierres vivantes, êtes édifiés pour former une maison spirituelle, un saint sacerdoce, afin d’offrir des sacrifices spirituels, agréables à Dieu par Jésus-Christ. C’est pourquoi il est dit dans l’Écriture: Voici, je mets en Sion une pierre angulaire, choisie, précieuse; et celui qui croit en elle ne sera point confus. L’honneur est donc pour vous qui croyez; mais, pour les rebelles, la pierre qu’ont rejetée ceux qui bâtissaient est devenue la principale de l’angle, et une pierre d’achoppement et un rocher de scandale; ils s’y heurtent pour n’avoir pas obéi à la parole, et c’est à cela qu’ils ont été destinés. Vous, au contraire, vous êtes une race élue, un sacerdoce royal, une nation sainte, un peuple acquis, afin que vous annonciez les vertus de celui qui vous a appelés des ténèbres à son admirable lumière; vous qui autrefois n’étiez pas un peuple, mais qui maintenant êtes le peuple de Dieu; vous qui n’aviez pas obtenu miséricorde, mais qui maintenant avez obtenu miséricorde. 1 Pierre 2:3–10.</w:t>
      </w:r>
    </w:p>
    <w:p>
      <w:pPr>
        <w:pStyle w:val="ArticleBody"/>
        <w:jc w:val="left"/>
      </w:pPr>
      <w:r>
        <w:rPr>
          <w:rFonts w:ascii="Times New Roman" w:hAnsi="Times New Roman" w:eastAsia="Times New Roman" w:cs="Times New Roman"/>
        </w:rPr>
        <w:t>Lè yon moun resevwa apèl pou antre nan limyè mèvèy Li a, sa idantifye moman kote apèl la fèt; paske repè 1888 la, ke enspirasyon mete ann amoni ak rebelyon Kore a nan istwa alfa Moyiz la, lè yo pote l rive nan dènye jou yo, li aliyen ak 9/11, lè mesaj Laodise a rive ansanm ak twazyèm zanj lan selon enspirasyon. Laodiseyen yo nan pwofesi yo “avèg,” sa vle di yo nan tenèb, e apèl pou soti nan tenèb la te kòmanse lè mesaj Laodise a te rive an 1856, 1888, ak 9/11. Nan 9/11, “apèl pou soti nan tenèb la” pa t sèlman yon apèl pou konprann limyè zanj Revelasyon dizwit la, men tou yon apèl bay moun k ap tande a pou antre nan menm istwa a kote “zèv mèvèy” Bondye yo pral jwenn akonplisman pafè yo.</w:t>
      </w:r>
    </w:p>
    <w:p>
      <w:pPr>
        <w:pStyle w:val="ArticleBody"/>
        <w:jc w:val="left"/>
      </w:pPr>
      <w:r>
        <w:rPr>
          <w:rFonts w:ascii="Times New Roman" w:hAnsi="Times New Roman" w:eastAsia="Times New Roman" w:cs="Times New Roman"/>
        </w:rPr>
        <w:t>Sa ki te demontre plizye fwa pandan twa dènye deseni yo se ke definisyon pwofetik “levanjil etènèl la” se yon istwa kote yon verite pwofetik sele a vin desegele, sa ki inisye yon pwosesis eprèv an twa etap, avèk de karakteristik distenksyon nan twa eprèv yo. De premye eprèv yo diferan nan nati ak twazyèm nan, paske twazyèm nan se yon tès desizif ki demontre si ou te pase premye ak dezyèm eprèv yo. Lòt distenksyon ki nan levanjil etènèl la se ke ou dwe pase eprèv aktyèl la pou w patisipe nan eprèv ki vin apre a.</w:t>
      </w:r>
    </w:p>
    <w:p>
      <w:pPr>
        <w:pStyle w:val="ArticleBody"/>
        <w:jc w:val="left"/>
      </w:pPr>
      <w:r>
        <w:rPr>
          <w:rFonts w:ascii="Times New Roman" w:hAnsi="Times New Roman" w:eastAsia="Times New Roman" w:cs="Times New Roman"/>
        </w:rPr>
        <w:t>Istwa “bèl mèvèy yo” se tou istwa kote “levanjil etènèl la” rive nan pik li, paske lè jijman an premye zanj lan anonse a, epi yo idantifye kòm levanjil etènèl la, jwenn akonplisman pafè li kòmanse nan 9/11. Jijman yo t ap bay Millerit yo avètisman sou li a se te 22 oktòb 1844, lè pòt la te fèmen nan parabòl dis vyèj yo, konsa li te vin yon tip lwa dimanch lan lè pòt la fèmen ankò nan parabòl dis vyèj yo. 9/11 ap anonse ke lè jijman egzekitif Bondye a kòmanse nan lwa dimanch lan, menm jan Millerit yo te anonse ke lè jijman ankèt la te kòmanse nan 22 oktòb 1844.</w:t>
      </w:r>
    </w:p>
    <w:p>
      <w:pPr>
        <w:pStyle w:val="ArticleBody"/>
        <w:jc w:val="left"/>
      </w:pPr>
      <w:r>
        <w:rPr>
          <w:rFonts w:ascii="Times New Roman" w:hAnsi="Times New Roman" w:eastAsia="Times New Roman" w:cs="Times New Roman"/>
        </w:rPr>
        <w:t>Depi 9/11 rive jouk nan lwa dimanch lan, gen yon peryòd ki reprezante kòm “bèl mèvèy Bondye yo,” menm jan ak pyè fondasyon an ki vin tounen “tèt kwen an,” menm jan ak “sezon Pannkòt la,” menm jan ak “Abakik chapit de,” menm jan ak “tan sele san karannkat mil yo,” menm jan ak “tan eprèv imaj bèt la,” menm jan ak “levanjil etènèl la,” menm jan ak “istwa sakre 1840 rive 1844 la,” menm jan ak istwa “Revelasyon chapit dis la,” epi menm jan ak “istwa depi batèm Kris la rive jouk nan lanmò Li.”</w:t>
      </w:r>
    </w:p>
    <w:p>
      <w:pPr>
        <w:pStyle w:val="ArticleBody"/>
        <w:jc w:val="left"/>
      </w:pPr>
      <w:r>
        <w:rPr>
          <w:rFonts w:ascii="Times New Roman" w:hAnsi="Times New Roman" w:eastAsia="Times New Roman" w:cs="Times New Roman"/>
        </w:rPr>
        <w:t>Istwa ki reprezante an fraktal pa batèm Li a te kòmanse peryòd 2520 jou a ki te fini sou kwa a. Batèm Kris la te reprezante lanmò Li, antèman Li ak rezirèksyon Li, ki te akonpli literalman nan fen 1260 jou yo.</w:t>
      </w:r>
    </w:p>
    <w:p>
      <w:pPr>
        <w:pStyle w:val="ArticleBody"/>
        <w:jc w:val="left"/>
      </w:pPr>
      <w:r>
        <w:rPr>
          <w:rFonts w:ascii="Times New Roman" w:hAnsi="Times New Roman" w:eastAsia="Times New Roman" w:cs="Times New Roman"/>
        </w:rPr>
        <w:t>Lè Sentespri a te desann sou Kris nan batèm li a, sa te prefigire desant zanj ki nan Revelasyon dizwit la nan 9/11. Mil de san swasant jou pwofetik apre sa, evènman batèm nan te senbolize yo te akonpli literalman sou kwa a. Istwa ki soti nan batèm nan rive sou kwa a genyen yon istwa alfa senbolik ki akonpli literalman nan fen peryòd la. Istwa alfa ak omega yo se fraktal tout istwa jeneral la antye. Istwa ki soti nan batèm nan rive sou kwa a se “zèv mèvèy Bondye yo,” epi istwa sa a reprezante tou pa “batèm Kris la,” epi tou pa “lanmò, antèman ak rezirèksyon” literal li a, e poutèt sa tou pa “batèm ansyen Izrayèl la nan Lanmè Wouj la,” epi tou pa “batèm uit nanm yo pandan istwa Noe a.” Tout peryòd sa yo reprezante istwa “zèv mèvèy li yo.”</w:t>
      </w:r>
    </w:p>
    <w:p>
      <w:pPr>
        <w:pStyle w:val="ArticleBody"/>
        <w:jc w:val="left"/>
      </w:pPr>
      <w:r>
        <w:rPr>
          <w:rFonts w:ascii="Times New Roman" w:hAnsi="Times New Roman" w:eastAsia="Times New Roman" w:cs="Times New Roman"/>
        </w:rPr>
        <w:t>Lè n ap konsidere chif 8 kòm yon senbòl rezirèksyon, se uit nanm sa yo ki te sou lach la ki fè premye mansyon chif 8 la kòm yon senbòl; epi dapre règ premye mansyon an, tout detay pwofetik yo deja nan premye mansyon sa a. Uit nanm sa yo ap soti nan ansyen tè a pou antre nan yon nouvo tè, pa vre?</w:t>
      </w:r>
    </w:p>
    <w:p>
      <w:pPr>
        <w:pStyle w:val="ArticleBody"/>
        <w:jc w:val="left"/>
      </w:pPr>
      <w:r>
        <w:rPr>
          <w:rFonts w:ascii="Times New Roman" w:hAnsi="Times New Roman" w:eastAsia="Times New Roman" w:cs="Times New Roman"/>
        </w:rPr>
        <w:t>Uitm sa sink sa yo te viv atravè tan lapli a, men tout moun ki te refize mesaj avètisman lapli a te mouri, pa vre? “8” nanm yo ki ale sou nouvo tè a, ki reprezante pa istwa mesaj avètisman yo te rejte a, pòt fèmen an, lapli a, ak nouvo tè a, te pase atravè yon chanjman dispensasyonèl soti nan ansyen mond lan pou rive nan nouvo mond lan.</w:t>
      </w:r>
    </w:p>
    <w:p>
      <w:pPr>
        <w:pStyle w:val="ArticleBody"/>
        <w:jc w:val="left"/>
      </w:pPr>
      <w:r>
        <w:rPr>
          <w:rFonts w:ascii="Times New Roman" w:hAnsi="Times New Roman" w:eastAsia="Times New Roman" w:cs="Times New Roman"/>
        </w:rPr>
        <w:t>Chanjman dispansasyonèl ki make uit nanm yo ki se san karannkat mil la, se pasaj soti nan Laodise pou rive Filadèlfi, ki se tou pasaj soti nan legliz militan an, ki konpoze ak ble ak move zèb, pou rive nan legliz triyonfan an, ki konpoze sèlman ak ofrann premye fwi ble a, ki leve anlè kòm yon ofrann siy pou tout lemonn ka wè, menm jan ak lè yon moun ap gade yon sèl kannòt sou dlo tanpèt. Moun sa yo se 8 ki soti nan 7 la, epi istwa travèse lach la ak travèse Lanmè Wouj la se toude ilistrasyon “zèv mèvèy” Li yo.</w:t>
      </w:r>
    </w:p>
    <w:p>
      <w:pPr>
        <w:pStyle w:val="ArticleBody"/>
        <w:jc w:val="left"/>
      </w:pPr>
      <w:r>
        <w:rPr>
          <w:rFonts w:ascii="Times New Roman" w:hAnsi="Times New Roman" w:eastAsia="Times New Roman" w:cs="Times New Roman"/>
        </w:rPr>
        <w:t>Nanm sa yo se sila yo ki te resisite nan akonplisman Revelasyon 11:11. Yo se pèp alyans Bondye a, yo reprezante pa zansèt yo Abraram, ki te pote siy alyans lan atravè sikonsizyon ki te dwe fèt sou uityèm jou a.</w:t>
      </w:r>
    </w:p>
    <w:p>
      <w:pPr>
        <w:pStyle w:val="ArticleBody"/>
        <w:jc w:val="left"/>
      </w:pPr>
      <w:r>
        <w:rPr>
          <w:rFonts w:ascii="Times New Roman" w:hAnsi="Times New Roman" w:eastAsia="Times New Roman" w:cs="Times New Roman"/>
        </w:rPr>
        <w:t>Toutes ces lignes représentent la même période de temps, et cette période de temps commence avec les fondements du 11 septembre et s’achève à la loi du dimanche. Le 11 septembre est la pierre de fondation et la loi du dimanche est la pierre de faîte. Dans l’histoire de la reconstruction de Jérusalem au temps de Néhémie et d’Esdras, le fondement fut achevé durant l’histoire du premier décret, et le temple lui-même fut terminé bien avant le troisième décret. Dans l’histoire millérite, les fondements furent établis en mai 1842, lorsque la carte de 1843 fut publiée. Le temple millérite devait être en construction pendant quarante-six ans, de 1798 à 1844. Avant le 22 octobre 1844, le temple millérite fut achevé, la pierre de faîte étant le Cri de Minuit. Lorsque le Cri de Minuit prit fin le 22 octobre 1844, l’alpha et le troisième décret de 457 av. J.-C. avaient rencontré leur contrepartie dans l’oméga de 1844. 457 av. J.-C. comme alpha des 2300 ans, et 1844 comme oméga. Les deux étant semblables à un certain niveau, car un décret ou un ange sont tous deux des messages, et tous deux préfigurent la loi du dimanche, où il y aura un décret et où le message du troisième ange enflera jusqu’à devenir un grand cri.</w:t>
      </w:r>
    </w:p>
    <w:p>
      <w:pPr>
        <w:pStyle w:val="ArticleBody"/>
        <w:jc w:val="left"/>
      </w:pPr>
      <w:r>
        <w:rPr>
          <w:rFonts w:ascii="Times New Roman" w:hAnsi="Times New Roman" w:eastAsia="Times New Roman" w:cs="Times New Roman"/>
        </w:rPr>
        <w:t>Depi 457 anvan Jezikri rive jouk 408 anvan Jezikri, karantnèf ane yo te idantifye pa Danyèl kòm peryòd tan pandan ki Jwif yo t ap fini bati “plas piblik la va rebati, ansanm ak miray la, menm nan tan tètchaje.”</w:t>
      </w:r>
    </w:p>
    <w:p>
      <w:pPr>
        <w:pStyle w:val="ArticleScripture"/>
        <w:jc w:val="left"/>
      </w:pPr>
      <w:r>
        <w:rPr>
          <w:rFonts w:ascii="Times New Roman" w:hAnsi="Times New Roman" w:eastAsia="Times New Roman" w:cs="Times New Roman"/>
        </w:rPr>
        <w:t>Konnen sa, epi konprann sa byen: depi lè lòd la pral soti pou restore ak rebati Jerizalèm, rive jouk sou Mesi a, Prens lan, pral gen sèt semèn ak swasantde semèn; lari a pral rebati ankò, ak miray la tou, menm nan tan twoub. Danyèl 9:25.</w:t>
      </w:r>
    </w:p>
    <w:p>
      <w:pPr>
        <w:pStyle w:val="ArticleBody"/>
        <w:jc w:val="left"/>
      </w:pPr>
      <w:r>
        <w:rPr>
          <w:rFonts w:ascii="Times New Roman" w:hAnsi="Times New Roman" w:eastAsia="Times New Roman" w:cs="Times New Roman"/>
        </w:rPr>
        <w:t>457 av. J.-C. et 1844 sont l’alpha et l’oméga de la prophétie des 2300 ans. Tous deux sont typiques de la loi du dimanche, car, en tant qu’alpha et oméga, ils sont identiques, et la déception de 1844 est mise en parallèle, par l’inspiration, avec la déception de la croix. Si 1844 est une figure de la croix, et c’est bien le cas, alors son pendant alpha (457 av. J.-C.) l’est également. De 1844 à 1863 s’illustre le processus d’épreuve du troisième ange. Ce processus d’épreuve est représenté par les 49 ans entre le troisième décret, le décret de la loi du dimanche, et l’achèvement de l’œuvre de la rue et de la muraille qui a lieu en des temps de trouble.</w:t>
      </w:r>
    </w:p>
    <w:p>
      <w:pPr>
        <w:pStyle w:val="ArticleBody"/>
        <w:jc w:val="left"/>
      </w:pPr>
      <w:r>
        <w:rPr>
          <w:rFonts w:ascii="Times New Roman" w:hAnsi="Times New Roman" w:eastAsia="Times New Roman" w:cs="Times New Roman"/>
        </w:rPr>
        <w:t>Depi 457 av. J.-K. rive 408 av. J.-K. se istwa alfa 2300 ane yo ki ilistre istwa omega a depi 1844 rive 1863. De istwa sa yo ilistre istwa san karannkat mil yo apre yo fin sele anba lwa dimanch la jouk lè pwobasyon limanite fèmen. Travay san karannkat mil yo se rele gason ak fanm tounen sou “ansyen chemen yo”, sa Ezayi dekri kòm rebati ansyen kote ki te kraze yo, e Jeremi idantifye kòm chemen ki mennen nan mesaj lapli dèyè a. “Miray la” se lalwa Bondye, lalwa san karannkat mil yo pral reprezante devan lemonn antye kòm yon drapo. Sa pral fèt nan tan twoub twazyèm malè Islam nan, paske se Islam ki fè nasyon yo fache. Travay la ak tan twoub yo kontinye jouk lè Mikayèl leve kanpe.</w:t>
      </w:r>
    </w:p>
    <w:p>
      <w:pPr>
        <w:pStyle w:val="ArticleBody"/>
        <w:jc w:val="left"/>
      </w:pPr>
      <w:r>
        <w:rPr>
          <w:rFonts w:ascii="Times New Roman" w:hAnsi="Times New Roman" w:eastAsia="Times New Roman" w:cs="Times New Roman"/>
        </w:rPr>
        <w:t>Kidonk, si nou ka wè ke soti nan 457 av. J.-K. rive 408 av. J.-K. se yon peryòd pwofetik ki te kòmanse avèk twazyèm dekrè a e ki te tipifye yon peryòd pwofetik ki te kòmanse an 1844 avèk arive twazyèm zanj lan epi ki te fini an 1863, alò nou ka wè ke koneksyon yo avèk pwofesi 2300 ane a, swa kòm pwen depa a oswa kòm pwen final la, idantifye yo kòm alfa ak omega youn an rapò ak lòt. Tan twoub Neemi yo ilistre tan twoub ki mennen rive nan Lagè Sivil la epi ki gen ladan l tou. Peryòd karantnèf ane a nan istwa alfa a reprezante peryòd 19 ane a nan istwa omega a. Peryòd 19 ane sa a te reprezante tou pa 19 ane yo nan kòmansman pwofesi 65 ane Ezayi a.</w:t>
      </w:r>
    </w:p>
    <w:p>
      <w:pPr>
        <w:pStyle w:val="ArticleScripture"/>
        <w:jc w:val="left"/>
      </w:pPr>
      <w:r>
        <w:rPr>
          <w:rFonts w:ascii="Times New Roman" w:hAnsi="Times New Roman" w:eastAsia="Times New Roman" w:cs="Times New Roman"/>
        </w:rPr>
        <w:t>Paske tèt peyi Siri se Damas, epi tèt Damas se Rezin; epi nan swasant-senk ane, Efrayim ap kraze, pou l pa yon pèp ankò. Ezayi 7:8.</w:t>
      </w:r>
    </w:p>
    <w:p>
      <w:pPr>
        <w:pStyle w:val="ArticleBody"/>
        <w:jc w:val="left"/>
      </w:pPr>
      <w:r>
        <w:rPr>
          <w:rFonts w:ascii="Times New Roman" w:hAnsi="Times New Roman" w:eastAsia="Times New Roman" w:cs="Times New Roman"/>
        </w:rPr>
        <w:t>Ésaïe présenta cette prophétie en 742 av. J.-C., et 19 ans plus tard, en 723 av. J.-C., le royaume du Nord fut emmené en captivité pour 2520 ans, période qui prit fin en 1798. Les 19 années allant de 742 av. J.-C. à 723 av. J.-C. correspondent aux 19 années allant de 1844 à 1863, car les 19 premières années constituent l’alpha de cette prophétie, et les 19 dernières en sont l’oméga. Au cours de cette période de 19 ans, le roi impie Achaz fut confronté par Ésaïe au message de la pluie de l’arrière-saison, représenté au verset huit comme le message des « sept temps ». Achaz rejeta ce message, tout comme l’adventisme millérite laodicéen le fit en 1863.</w:t>
      </w:r>
    </w:p>
    <w:p>
      <w:pPr>
        <w:pStyle w:val="ArticleBody"/>
        <w:jc w:val="left"/>
      </w:pPr>
      <w:r>
        <w:rPr>
          <w:rFonts w:ascii="Times New Roman" w:hAnsi="Times New Roman" w:eastAsia="Times New Roman" w:cs="Times New Roman"/>
        </w:rPr>
        <w:t>Pandan peryòd sa a, gran prèt Akaz la te vizite Lasiri, li te pote tounen modèl tanp payen yo a, epi Akaz te fè konstwi li nan lakou tanp Bondye a. Liy sa a paralèl ak istwa pwofèt dezobeyisan an ki pa t dwe retounen Jida pa menm chemen li te vini an, men li te fè sa e yon fo pwofèt, yon pwofèt mantè, te twonpe li; sa reprezante retou a nan metodoloji Pwotestan aposta a pou kache tèt li kont konpreyansyon Millerit la sou “sèt fwa yo,” nan yon akonplisman klasik pawòl ki di chen an retounen nan pwòp vomisman pa li.</w:t>
      </w:r>
    </w:p>
    <w:p>
      <w:pPr>
        <w:pStyle w:val="ArticleBody"/>
        <w:jc w:val="left"/>
      </w:pPr>
      <w:r>
        <w:rPr>
          <w:rFonts w:ascii="Times New Roman" w:hAnsi="Times New Roman" w:eastAsia="Times New Roman" w:cs="Times New Roman"/>
        </w:rPr>
        <w:t>Sa t ap fèt pandan yon Gè Sivil ant wayòm nò a ak wayòm sid la t ap kòmanse, konsa li sèvi kòm yon tip Gè Sivil Ozetazini lè peryòd 19 ane a te repete. 742 av. J.-K. rive 723 av. J.-K. reprezante peryòd 19 ane ki soti 1844 rive 1863, ki reprezante peryòd ki soti nan lwa dimanch la rive nan fen tan gras la. Istwa 11/9 la rive nan lwa dimanch la se istwa tès imaj bèt la anndan Etazini, ki vin repwodui nan tès imaj bèt mondyal la k ap kòmanse nan lwa dimanch la. Se pou rezon sa a peryòd 19 ane yo, ki reprezante lwa dimanch la rive nan fen tan gras la, reprezante tou istwa 11/9 la rive nan lwa dimanch la, ki se istwa “bèl mèvèy” Li yo.</w:t>
      </w:r>
    </w:p>
    <w:p>
      <w:pPr>
        <w:pStyle w:val="ArticleBody"/>
        <w:jc w:val="left"/>
      </w:pPr>
      <w:r>
        <w:rPr>
          <w:rFonts w:ascii="Times New Roman" w:hAnsi="Times New Roman" w:eastAsia="Times New Roman" w:cs="Times New Roman"/>
        </w:rPr>
        <w:t>N ap kontinye nan pwochen atik la.</w:t>
      </w:r>
    </w:p>
    <w:p>
      <w:pPr>
        <w:pStyle w:val="ArticleScripture"/>
        <w:jc w:val="left"/>
      </w:pPr>
      <w:r>
        <w:rPr>
          <w:rFonts w:ascii="Times New Roman" w:hAnsi="Times New Roman" w:eastAsia="Times New Roman" w:cs="Times New Roman"/>
        </w:rPr>
        <w:t>Seyè a pale avè m, li di m konsa: Pitit lòm, ki pwovèb sa a nou genyen nan peyi Izrayèl la, lè nou di: Jou yo ap pwolonje, e tout vizyon ap echwe? Se poutèt sa, di yo: Men sa Seyè sèl Mèt la di: M ap fè pwovèb sa a sispann, e yo p ap sèvi avè l ankò kòm pwovèb nan Izrayèl; men di yo pito: Jou yo toupre, epi akonplisman chak vizyon an. Paske p ap gen ankò okenn vizyon ki vid ni okenn divinasyon flatè nan mitan kay Izrayèl la. Paske mwen se Seyè a: m ap pale, e pawòl mwen pral pale a ap rive vre; li p ap pwolonje ankò; paske se nan jou pa nou menm, o kay rebèl, m ap di pawòl la, e m ap akonpli li, se sa Seyè sèl Mèt la di.</w:t>
      </w:r>
    </w:p>
    <w:p>
      <w:pPr>
        <w:pStyle w:val="ArticleScripture"/>
        <w:jc w:val="left"/>
      </w:pPr>
      <w:r>
        <w:rPr>
          <w:rFonts w:ascii="Times New Roman" w:hAnsi="Times New Roman" w:eastAsia="Times New Roman" w:cs="Times New Roman"/>
        </w:rPr>
        <w:t>Ankò, pawòl Senyè a vin jwenn mwen, li di: Pitit lòm, men sa moun lakay Izrayèl yo ap di: Vizyon li wè a se pou anpil jou k ap vini ankò, e li pwofetize sou tan ki byen lwen. Se poutèt sa, di yo: Men sa Senyè Bondye a di: Pèsonn nan pawòl mwen yo p ap pran reta ankò; men pawòl mwen te pale a va akonpli, se sa Senyè Bondye a di. Ezekiel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Sèt</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