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Jowèl la ak Legliz Advantis Setyèm Jou Lawodise a - Nimewo Uit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2025-12-09</w:t>
      </w:r>
    </w:p>
    <w:p>
      <w:pPr>
        <w:pStyle w:val="ArticleHeading"/>
        <w:jc w:val="left"/>
      </w:pPr>
      <w:r>
        <w:rPr>
          <w:rFonts w:ascii="Arial" w:hAnsi="Arial" w:eastAsia="Arial" w:cs="Arial"/>
        </w:rPr>
        <w:t>Nimewo Uit</w:t>
      </w:r>
    </w:p>
    <w:p>
      <w:pPr>
        <w:pStyle w:val="ArticleScripture"/>
        <w:jc w:val="left"/>
      </w:pPr>
      <w:r>
        <w:rPr>
          <w:rFonts w:ascii="Times New Roman" w:hAnsi="Times New Roman" w:eastAsia="Times New Roman" w:cs="Times New Roman"/>
        </w:rPr>
        <w:t>Li pral anseye konesans a kiyès? E kiyès li pral fè konprann doktrin nan? Sila yo ki sevre ak lèt, sila yo yo wete sou tete.</w:t>
      </w:r>
    </w:p>
    <w:p>
      <w:pPr>
        <w:pStyle w:val="ArticleScripture"/>
        <w:jc w:val="left"/>
      </w:pPr>
      <w:r>
        <w:rPr>
          <w:rFonts w:ascii="Times New Roman" w:hAnsi="Times New Roman" w:eastAsia="Times New Roman" w:cs="Times New Roman"/>
        </w:rPr>
        <w:t>Paske prensip dwe vini sou prensip, prensip sou prensip; liy sou liy, liy sou liy; yon ti kras isit, yon ti kras lòtbò a. Paske se avèk bouch k ap bege ak yon lòt lang li pral pale ak pèp sa a. Se yo menm li te di: Men repo a kote nou ka fè moun ki bouke yo repoze; men rafrechisman an; men yo pa t vle koute.</w:t>
      </w:r>
    </w:p>
    <w:p>
      <w:pPr>
        <w:pStyle w:val="ArticleScripture"/>
        <w:jc w:val="left"/>
      </w:pPr>
      <w:r>
        <w:rPr>
          <w:rFonts w:ascii="Times New Roman" w:hAnsi="Times New Roman" w:eastAsia="Times New Roman" w:cs="Times New Roman"/>
        </w:rPr>
        <w:t>Men pawòl Senyè a te vin pou yo lòd sou lòd, lòd sou lòd; liy sou liy, liy sou liy; yon ti kras isit la, yon ti kras laba; pou yo ka ale, tonbe bak, kraze, pran nan pèlen, epi kaptire.</w:t>
      </w:r>
    </w:p>
    <w:p>
      <w:pPr>
        <w:pStyle w:val="ArticleScripture"/>
        <w:jc w:val="left"/>
      </w:pPr>
      <w:r>
        <w:rPr>
          <w:rFonts w:ascii="Times New Roman" w:hAnsi="Times New Roman" w:eastAsia="Times New Roman" w:cs="Times New Roman"/>
        </w:rPr>
        <w:t>Se poutèt sa, koute pawòl Seyè a, nou menm mesye k ap pase nan betiz yo, nou menm k ap dirije pèp sa a ki nan Jerizalèm. Paske nou di: Nou fè yon alyans ak lanmò, e avèk lanfè nou fè yon antant; lè fwèt debòde a va pase, li p ap rive sou nou; paske nou fè manti tounen refij nou, e anba manti nou kache tèt nou. Se poutèt sa, men sa Seyè Bondye a di: Gade, m ap mete nan Siyon yon wòch pou fondasyon, yon wòch éprouve, yon pyè kwen presye, yon fondasyon ki sèten; moun ki kwè a p ap prese. M ap mete jijman sou liy la tou, e lajistis sou filaplon an; lagrèl la va bale refij manti a, e dlo yo va anvayi kote yo te kache a. Alyans nou avèk lanmò a va anile, e antant nou avèk lanfè a p ap kanpe; lè fwèt debòde a va pase, lè sa a li va pilonnen nou. Ezayi 28:9–18.</w:t>
      </w:r>
    </w:p>
    <w:p>
      <w:pPr>
        <w:pStyle w:val="ArticleBody"/>
        <w:jc w:val="left"/>
      </w:pPr>
      <w:r>
        <w:rPr>
          <w:rFonts w:ascii="Times New Roman" w:hAnsi="Times New Roman" w:eastAsia="Times New Roman" w:cs="Times New Roman"/>
        </w:rPr>
        <w:t>Mesye derespektan ki ap dirije Jerizalèm yo se dirijan legliz Advantis Setyèm Jou Lawodiseyen an, ke Ezayi te idantifye kèk vèsè pi bonè kòm “tafyatè Efrayim yo” ak “kouwòn lògèy la.” Nan Pannkòt, Pyè te reponn moun ki t ap deklare mesaj la t ap pwoklame pa moun sou. Peryòd gwo lapli denye a konsène yon vrè mesaj gwo lapli denye ak yon fo mesaj gwo lapli denye. Yon mesaj ki soti nan Senyè a toujou pwodui de klas adoratè, e toude klas yo bwè diven. Mesaj ki sanktifye a, oswa diven ki sanktifye a, se sa yo koupe retire nan bouch moun ki pa fidèl yo nan Joèl.</w:t>
      </w:r>
    </w:p>
    <w:p>
      <w:pPr>
        <w:pStyle w:val="ArticleScripture"/>
        <w:jc w:val="left"/>
      </w:pPr>
      <w:r>
        <w:rPr>
          <w:rFonts w:ascii="Times New Roman" w:hAnsi="Times New Roman" w:eastAsia="Times New Roman" w:cs="Times New Roman"/>
        </w:rPr>
        <w:t>Reveye nou, nou menm ki sou, epi kriye; rele byen fò, nou tout k ap bwè diven, poutèt diven nouvo a; paske yo wete l nan bouch nou. Joèl 1:5.</w:t>
      </w:r>
    </w:p>
    <w:p>
      <w:pPr>
        <w:pStyle w:val="ArticleBody"/>
        <w:jc w:val="left"/>
      </w:pPr>
      <w:r>
        <w:rPr>
          <w:rFonts w:ascii="Times New Roman" w:hAnsi="Times New Roman" w:eastAsia="Times New Roman" w:cs="Times New Roman"/>
        </w:rPr>
        <w:t>Nan Joèl chapit premye a, yo kondane epi jije move kiltivatè jaden rezen yo, ki reprezante legliz Advantis Setyèm Jou Lawodise a, an rapò ak “diven nouvo a” ki “koupe” soti nan bouch yo. Bondye koupe, oswa kenbe, vide Lespri Bondye a nan dènye lapli a, jan sa reprezante pa “ofrann manje ak bwason” yo, lwen move kiltivatè sou yo ki sou.</w:t>
      </w:r>
    </w:p>
    <w:p>
      <w:pPr>
        <w:pStyle w:val="ArticleScripture"/>
        <w:jc w:val="left"/>
      </w:pPr>
      <w:r>
        <w:rPr>
          <w:rFonts w:ascii="Times New Roman" w:hAnsi="Times New Roman" w:eastAsia="Times New Roman" w:cs="Times New Roman"/>
        </w:rPr>
        <w:t>Ofrann manje a ak ofrann bwason an koupe soti nan kay Seyè a; prèt yo, sèvitè Seyè a, nan lapenn. Jaden an fin depafini, tè a ap plenn; paske ble a gate: diven nouvo a cheche, lwil la febli. Nou dwe wont, nou menm kiltivatè yo; rele byen fò, nou menm moun k ap travay nan jaden rezen yo, poutèt ble a ak lòj la; paske rekòt jaden an peri. Pye rezen an cheche, pye fig frans lan febli; pye grenad la, pye palmis la tou, ak pye pòm lan, wi, tout pyebwa nan jaden an, fennen: paske lajwa fennen lwen pitit lèzòm yo. Mare nou ak twal sak, epi plenn, nou menm prèt yo: rele byen fò, nou menm sèvitè lotèl la: vini, pase tout lannuit lan nan twal sak, nou menm sèvitè Bondye mwen an: paske ofrann manje a ak ofrann bwason an rete anpeche nan kay Bondye nou an. Konsakre yon jèn, rele yon asanble solanèl, rasanble ansyen yo ak tout abitan peyi a nan kay Seyè a, Bondye nou an, epi rele nan pye Seyè a, Malè pou jou a! paske jou Seyè a toupre, e li pral vini tankou yon destriksyon ki soti nan Toupisan an. Èske manje a pa koupe devan je nou, wi, lajwa ak kè kontan soti nan kay Bondye nou an? Joèl 1:9–16.</w:t>
      </w:r>
    </w:p>
    <w:p>
      <w:pPr>
        <w:pStyle w:val="ArticleBody"/>
        <w:jc w:val="left"/>
      </w:pPr>
      <w:r>
        <w:rPr>
          <w:rFonts w:ascii="Times New Roman" w:hAnsi="Times New Roman" w:eastAsia="Times New Roman" w:cs="Times New Roman"/>
        </w:rPr>
        <w:t>Lè « bwè twòp Efrayim » Ezayi yo « reveye » nan Joèl, sikonstans yo reveye pou yo a se mesaj lapli denye a—ki reprezante kòm « diven nouvo ». Yo te kenbe li lwen pèp alyans Bondye a li te chwazi a. « Mayi » nan pasaj la se yon mo jeneral pou grenn manje, e Pawòl Bondye a se Pen Syèl la, epi nan pasaj la, li te « gaspiye ».</w:t>
      </w:r>
    </w:p>
    <w:p>
      <w:pPr>
        <w:pStyle w:val="ArticleBody"/>
        <w:jc w:val="left"/>
      </w:pPr>
      <w:r>
        <w:rPr>
          <w:rFonts w:ascii="Times New Roman" w:hAnsi="Times New Roman" w:eastAsia="Times New Roman" w:cs="Times New Roman"/>
        </w:rPr>
        <w:t>“Diven nèf” la se mesaj verite prezan an ki te rive nan 9/11. “Diven nèf la seche” e li “koupe retire,” paske “diven nèf” la rekonèt sèlman pa moun k ap retounen sou chemen “ansyen” Jeremi yo, paske yon mesaj “nèf” toujou ann amoni ak mesaj “ansyen” an. Mo yo tradui kòm “seche” a vle di “gen wont” nan lang ebre a.</w:t>
      </w:r>
    </w:p>
    <w:p>
      <w:pPr>
        <w:pStyle w:val="ArticleBody"/>
        <w:jc w:val="left"/>
      </w:pPr>
      <w:r>
        <w:rPr>
          <w:rFonts w:ascii="Times New Roman" w:hAnsi="Times New Roman" w:eastAsia="Times New Roman" w:cs="Times New Roman"/>
        </w:rPr>
        <w:t>Moun ki “wont” yo se youn nan sijè prensipal Joèl ak pwofèt yo. Tafyatè Efrayim yo wont poutèt fo mesaj lapli ta yo a, yo souvan rele yon mesaj “lapè ak sekirite”. Twa senbòl ble, diven nouvo ak lwil la reprezante mesaj lapli ta a. Lapli ta a reprezante tou kòm vide Sentespri a.</w:t>
      </w:r>
    </w:p>
    <w:p>
      <w:pPr>
        <w:pStyle w:val="ArticleBody"/>
        <w:jc w:val="left"/>
      </w:pPr>
      <w:r>
        <w:rPr>
          <w:rFonts w:ascii="Times New Roman" w:hAnsi="Times New Roman" w:eastAsia="Times New Roman" w:cs="Times New Roman"/>
        </w:rPr>
        <w:t>Travay Sentespri a se pou konvenk konsènan peche, lajistis ak jijman, e sa menm nan lòd sa a. Pawòl Bondye a konvenk konsènan peche, epi li reprezante pa “ble.” Lè yon moun posede “diven nèf” la, sa idantifye moun ki an posesyon Sentespri a, ki reprezante pa “lapli” epi tou pa “diven,” paske ni “lapli” ni “diven” ka fasilman demontre kòm yon mesaj oswa yon doktrin.</w:t>
      </w:r>
    </w:p>
    <w:p>
      <w:pPr>
        <w:pStyle w:val="ArticleScripture"/>
        <w:jc w:val="left"/>
      </w:pPr>
      <w:r>
        <w:rPr>
          <w:rFonts w:ascii="Times New Roman" w:hAnsi="Times New Roman" w:eastAsia="Times New Roman" w:cs="Times New Roman"/>
        </w:rPr>
        <w:t>Men, m ap di nou verite a; li itil pou nou pou m ale: paske si m pa ale, Konsolatè a p ap vin jwenn nou; men si m pati, m ap voye li vin jwenn nou. Lè li vini, li pral konvenk lemonn konsènan peche, konsènan lajistis, ak konsènan jijman: konsènan peche, paske yo pa kwè nan mwen; konsènan lajistis, paske m ale bò kote Papa m, epi nou p ap wè m ankò; konsènan jijman, paske chèf lemonn sa a deja jije. Mwen gen anpil lòt bagay toujou pou m di nou, men nou pa kapab sipòte yo kounye a. Men lè li menm, Lespri verite a, vini, li pral gide nou nan tout verite a: paske li p ap pale dapre pwòp tèt pa li; men kèlkeswa sa li tande, se sa li pral pale; epi li pral fè nou konnen bagay ki gen pou vini. Jan 16:7–13.</w:t>
      </w:r>
    </w:p>
    <w:p>
      <w:pPr>
        <w:pStyle w:val="ArticleBody"/>
        <w:jc w:val="left"/>
      </w:pPr>
      <w:r>
        <w:rPr>
          <w:rFonts w:ascii="Times New Roman" w:hAnsi="Times New Roman" w:eastAsia="Times New Roman" w:cs="Times New Roman"/>
        </w:rPr>
        <w:t>“Mayi” Joel la se Pawòl Bondye a, ki konvenk konsènan “peche.” “Jistis” manifeste lakay sila yo ki ini limanite yo avèk divinite a atravè mesaj verite prezan an, ki reprezante kòm “diven” “nèf” (verite-prezan) la (mesaj la). “Lwil” la se senbòl “jijman,” paske “jijman” an baze sou si moun yo ap jije yo genyen “lwil.” Mayi, diven nèf, ak lwil Joel la se konviksyon peche, jistis, ak jijman. Tout eleman travay Sentespri a an rapò ak vide lapli denye a fòme verite yo ki dwe teste Advantis lawodiseyen an, kòmanse nan 9/11 lè Joel bay yo lòd: “Reveye nou!”</w:t>
      </w:r>
    </w:p>
    <w:p>
      <w:pPr>
        <w:pStyle w:val="ArticleBody"/>
        <w:jc w:val="left"/>
      </w:pPr>
      <w:r>
        <w:rPr>
          <w:rFonts w:ascii="Times New Roman" w:hAnsi="Times New Roman" w:eastAsia="Times New Roman" w:cs="Times New Roman"/>
        </w:rPr>
        <w:t>Twa senbòl mesaj lapli denye a mache an paralèl ak mesaj twa zanj yo nan Revelasyon katòz la, epi “kiltivatè yo” dwe “wonte” epi “moun k ap okipe jaden rezen yo” dwe “ranni.” Nan Joel, pèp Bondye a pa dwe janm wont.</w:t>
      </w:r>
    </w:p>
    <w:p>
      <w:pPr>
        <w:pStyle w:val="ArticleScripture"/>
        <w:jc w:val="left"/>
      </w:pPr>
      <w:r>
        <w:rPr>
          <w:rFonts w:ascii="Times New Roman" w:hAnsi="Times New Roman" w:eastAsia="Times New Roman" w:cs="Times New Roman"/>
        </w:rPr>
        <w:t>Epi n a konnen mwen nan mitan pèp Izrayèl la, e se mwen menm ki SENYÈ a, Bondye nou an, e pa gen okenn lòt; epi pèp mwen an p ap janm wont. Joèl 2:27.</w:t>
      </w:r>
    </w:p>
    <w:p>
      <w:pPr>
        <w:pStyle w:val="ArticleBody"/>
        <w:jc w:val="left"/>
      </w:pPr>
      <w:r>
        <w:rPr>
          <w:rFonts w:ascii="Times New Roman" w:hAnsi="Times New Roman" w:eastAsia="Times New Roman" w:cs="Times New Roman"/>
        </w:rPr>
        <w:t>Kiltivatè yo ak moun k ap travay nan jaden rezen yo wont e yo rele anmwe, paske mesaj fo lapli ta a yo prezante a pa gen pouvwa pou pwodui lavi nan jaden rezen yo te resevwa pou yo pran swen an. Advantis la konnen, dapre pwofètès pa yo, yo te rele pou yo akonpli eksperyans lapli ta a, men fwi chan yo cheche. Yo wont e yo kriye sitou “pou ble a ak pou lòj la.” Ofrann premye fwi “lòj” la nan jou rezirèksyon Kris la te kòmanse sezon Pannkòt la, ki te fini nan Pannkòt ak ofrann premye fwi “ble” a nan Pannkòt. Tafyatè Efrayim yo wont paske yo sou move bò sezon Pannkòt la, ki repete depi 11 Septanm rive jouk lwa dimanch lan, lè lapli ta a ap tonbe.</w:t>
      </w:r>
    </w:p>
    <w:p>
      <w:pPr>
        <w:pStyle w:val="ArticleScripture"/>
        <w:jc w:val="left"/>
      </w:pPr>
      <w:r>
        <w:rPr>
          <w:rFonts w:ascii="Times New Roman" w:hAnsi="Times New Roman" w:eastAsia="Times New Roman" w:cs="Times New Roman"/>
        </w:rPr>
        <w:t>“Anpil moun, nan yon gran mezi, pa rive resevwa premye lapli a. Yo pa t jwenn tout byenfè Bondye te konsa prepare pou yo. Yo atann yo mank la va konble pa dènye lapli a. Lè pi rich abondans gras la va vide sou yo, yo gen entansyon louvri kè yo pou resevwa li. Yo ap fè yon erè terib. Travay Bondye te kòmanse nan kè lèzòm lè Li bay limyè ak konesans Li dwe kontinye avanse san rete. Chak moun dwe rekonèt pwòp nesesite pa li. Kè a dwe vide de tout salte epi pirifye pou Lespri a ka rete ladan l. Se pa konfese peche ak abandone peche, pa lapriyè sensè, epi pa konsakre tèt yo bay Bondye, premye disip yo te prepare tèt yo pou vide Sentespri a nan Jou Pannkòt la. Menm travay la, men nan yon degre ki pi gran, dwe fèt kounye a. Lè sa a, ajan imen an te sèlman gen pou l mande benediksyon an, epi tann Seyè a pou l mennen travay ki konsène li a nan pèfeksyon. Se Bondye ki te kòmanse travay la, e Li va fini travay Li, fè moun vin konplè nan Jezikri. Men pa dwe gen okenn neglijans anvè gras premye lapli a reprezante a. Se sèlman sila yo ki ap viv selon limyè yo resevwa a ki va resevwa pi gwo limyè. Si nou pa ap avanse chak jou nan demonstrasyon vèti kretyen aktif yo, nou p ap rekonèt manifestasyon Sentespri a nan dènye lapli a. Li ka ap tonbe sou kè toutotou nou, men nou p ap disène li ni resevwa li.” Testimonies to Ministers, 506, 507.</w:t>
      </w:r>
    </w:p>
    <w:p>
      <w:pPr>
        <w:pStyle w:val="ArticleBody"/>
        <w:jc w:val="left"/>
      </w:pPr>
      <w:r>
        <w:rPr>
          <w:rFonts w:ascii="Times New Roman" w:hAnsi="Times New Roman" w:eastAsia="Times New Roman" w:cs="Times New Roman"/>
        </w:rPr>
        <w:t>Nan kontèks liy lan ke Sè White rele “sezon Lapannkòt la,” “premye lapli a” se te Kris la k ap soufle sou disip yo apre Li te desann soti nan rankont selès Li apre Li te resisite. “Dènye lapli a” nan kontèks sa a se te Lapannkòt. Nan alfa sezon Lapannkòt la, kèk gout te soufle sou disip yo, epi nan omega a, disip yo ki te resevwa souf la t ap pale ak lang dife devan lemonn antye. Yon manifestasyon Sentespri a nan kòmansman an ak nan fen an. Divinite k ap transmèt Sentespri a bay limanite atravè yon mesaj nan kòmansman an; epi divinite ak limanite ini ansanm, jan sa reprezante pa lang yo (limanite) ak dife a (Divinite), k ap transmèt Sentespri a bay limanite atravè yon mesaj nan fen an. Ofrann premye fwi lòj la nan kòmansman an koresponn ak rezirèksyon Kris la, epi de pen ble yo nan ofrann premye fwi Lapannkòt la koresponn ak Lapannkòt.</w:t>
      </w:r>
    </w:p>
    <w:p>
      <w:pPr>
        <w:pStyle w:val="ArticleBody"/>
        <w:jc w:val="left"/>
      </w:pPr>
      <w:r>
        <w:rPr>
          <w:rFonts w:ascii="Times New Roman" w:hAnsi="Times New Roman" w:eastAsia="Times New Roman" w:cs="Times New Roman"/>
        </w:rPr>
        <w:t>De pen sa yo se sèl ofrann ki te gen ledven ladan yo, yon senbòl peche. Pen yo te kwit, konsa yo te reprezante retire peche a, men yo te soutni verite a ke de pen brase yo, ki te reprezante san karant-kat mil yo, se te gason ak fanm ki te pechè, men ki te fin pirifye anba peche sa yo pa Mesaje Alyans lan nan Malachi chapit twa. Konsa, alfa sezon Pannkòt la te reprezante Pen Syèl la k ap anseye disip Li yo, epi omega sezon sa a te gen menm disip sa yo senbolize kòm de pen ki te leve anlè pou syèl la. Konsa, senbòl divinite ak limanite nan lang dife yo ansanm ak leve ofrann brase a, ki te tipifye disip yo k ap pote mesaj la bay lemonn, reyini pou idantifye ke san karant-kat mil yo dwe leve kòm yon ofrann ki reprezante Jezikri nètale, epi Jezikri montre ke Divinite ini ak limanite pa peche.</w:t>
      </w:r>
    </w:p>
    <w:p>
      <w:pPr>
        <w:pStyle w:val="ArticleBody"/>
        <w:jc w:val="left"/>
      </w:pPr>
      <w:r>
        <w:rPr>
          <w:rFonts w:ascii="Times New Roman" w:hAnsi="Times New Roman" w:eastAsia="Times New Roman" w:cs="Times New Roman"/>
        </w:rPr>
        <w:t>Si l’on ne « reçoit pas la pluie de la première saison » tout en s’attendant à ce que « ce qui manque » de « tous les bienfaits que Dieu » a « accordés » avec la « pluie de la première saison » « soit suppléé par la pluie de l’arrière-saison », c’est « une terrible erreur ». La pluie de la première saison correspond aux « anciens sentiers » de Jérémie, qui furent identifiés comme le chemin dans lequel il fallait marcher au 11 septembre. C’est une « terrible erreur », et aussi une puissante séduction, qui amène les gens à penser qu’ils possèdent un message de l’arrière-saison fondé sur le roc, pour découvrir ensuite que leur message était fondé sur le sable.</w:t>
      </w:r>
    </w:p>
    <w:p>
      <w:pPr>
        <w:pStyle w:val="ArticleBody"/>
        <w:jc w:val="left"/>
      </w:pPr>
      <w:r>
        <w:rPr>
          <w:rFonts w:ascii="Times New Roman" w:hAnsi="Times New Roman" w:eastAsia="Times New Roman" w:cs="Times New Roman"/>
        </w:rPr>
        <w:t>Pyè pa t wont esplike dirèkteman kiyès ki te sou ak kiyès ki pa t sou nan reprezantasyon li te bay konsènan san karantkat mil yo pandan peryòd lapli dèyè a. Tout pwofèt yo pale sou dènye jou yo, epi Jowèl ap idantifye “bwè yo nan Efrayim” k ap leve, pandan y ap konfwonte ak prèv klè ke privilèj pou yo te pèp ki t ap pwoklame gwo rèl twazyèm zanj lan anba pouvwa lapli dèyè a retire pou tout tan. San karantkat mil yo devlope epi sele pandan peryòd lapli dèyè a, depi 9/11 jouk rive nan lwa dimanch lan. Se yo menm ki swiv Ti Mouton an nenpòt kote Li ale.</w:t>
      </w:r>
    </w:p>
    <w:p>
      <w:pPr>
        <w:pStyle w:val="ArticleBody"/>
        <w:jc w:val="left"/>
      </w:pPr>
      <w:r>
        <w:rPr>
          <w:rFonts w:ascii="Times New Roman" w:hAnsi="Times New Roman" w:eastAsia="Times New Roman" w:cs="Times New Roman"/>
        </w:rPr>
        <w:t>Pyè nan Jou Pannkòt la reprezante moun sa yo k ap pwoklame mesaj dènye lapli a, mesaj li baze sou liv Jowèl la. Jwif yo, ki te resevwa responsablite pou yo obsève Jou Pannkòt la pandan tout listwa yo, t ap resevwa enfòmasyon nan men Pyè ke Pannkòt tout Pannkòt anvan yo te anonse davans lan te rive nan akonplisman li kounye a. Jwif yo, tankou tafyatè Efrayim yo, te tèlman sou pa diven Babilòn nan, yo te akize Pyè ak onz lòt yo dèske yo te sou, pandan yo t ap prezante mesaj dènye lapli a nan kontèks liv Jowèl la. Lè tafyatè Efrayim yo “reveye” nan vèsè senk nan premye chapit Jowèl la, yo vin fas ak pwosesis eprèv dènye lapli a, kote de klas devlope. Nan pwosesis eprèv sa a, yon klas rekonèt mesaj dènye lapli a, epi lòt klas la pa rekonèt li.</w:t>
      </w:r>
    </w:p>
    <w:p>
      <w:pPr>
        <w:pStyle w:val="ArticleScripture"/>
        <w:jc w:val="left"/>
      </w:pPr>
      <w:r>
        <w:rPr>
          <w:rFonts w:ascii="Times New Roman" w:hAnsi="Times New Roman" w:eastAsia="Times New Roman" w:cs="Times New Roman"/>
        </w:rPr>
        <w:t>“Nou pa dwe tann lapli an reta a. Li ap vini sou tout moun ki va rekonèt epi resevwa lawouze ak gwo lapli gras yo ki tonbe sou nou. Lè nou ranmase moso limyè yo, lè nou apresye mizèrikòd sèten Bondye yo, Li menm ki renmen wè nou mete konfyans nou nan Li, alò chak pwomès ap akonpli. ‘Paske menm jan tè a fè boujon li parèt, epi menm jan jaden an fè sa yo simen ladan l pouse; konsa Senyè Bondye a pral fè jistis ak louwanj pouse devan tout nasyon yo.’ Ezayi 61:11. Tout tè a dwe ranpli ak laglwa Bondye.” The Seventh-day Adventist Bible Commentary, volume 7, 984.</w:t>
      </w:r>
    </w:p>
    <w:p>
      <w:pPr>
        <w:pStyle w:val="ArticleBody"/>
        <w:jc w:val="left"/>
      </w:pPr>
      <w:r>
        <w:rPr>
          <w:rFonts w:ascii="Times New Roman" w:hAnsi="Times New Roman" w:eastAsia="Times New Roman" w:cs="Times New Roman"/>
        </w:rPr>
        <w:t>«Reconnaître» signifie «se ressouvenir ou recouvrer une connaissance», car le message de la pluie de l’arrière-saison se reconnaît à la lumière des histoires sacrées du passé qui illustrent l’histoire de la pluie de l’arrière-saison. L’histoire de Pierre à la Pentecôte fut placée dans le cadre historique exposé par Joël. Le contexte de Joël, avec son accomplissement en Pierre, fournit deux témoins de l’histoire du Cri de Minuit de 1844. Ces trois témoins (et d’autres) doivent être «reconnus» comme des illustrations de l’histoire, du cadre et du message de la pluie de l’arrière-saison.</w:t>
      </w:r>
    </w:p>
    <w:p>
      <w:pPr>
        <w:pStyle w:val="ArticleBody"/>
        <w:jc w:val="left"/>
      </w:pPr>
      <w:r>
        <w:rPr>
          <w:rFonts w:ascii="Times New Roman" w:hAnsi="Times New Roman" w:eastAsia="Times New Roman" w:cs="Times New Roman"/>
        </w:rPr>
        <w:t>Lè Kris la te soufle sou disip yo apre Li te monte epi answit retounen, sa te tankou “kèk gout” anvan gwo debòdman an nan Pannkòt. Nan kòmansman an ak nan fen an, te gen yon manifestasyon Sentespri a k ap vide desann. Kèk gout yo soti nan Kris pou rive sou disip Li yo se alfa sezon Pannkòt la, ki fini ak omega a ansanm ak vide-desann mesaj la soti nan disip yo pou rive sou lemonn. Alfa a make pa ofrann premye fwi lòj la, epi li fini ak ofrann premye fwi ble a. Kòmansman lapli dènye a te make pa efondreman gwo batiman Vil Nouyòk yo nan 11 septanm. Sa make kòmansman listwa ki mennen nan lwa dimanch la. 11 septanm reprezante pa ofrann premye fwi lòj la, epi lwa dimanch la se ofrann premye fwi ble a.</w:t>
      </w:r>
    </w:p>
    <w:p>
      <w:pPr>
        <w:pStyle w:val="ArticleBody"/>
        <w:jc w:val="left"/>
      </w:pPr>
      <w:r>
        <w:rPr>
          <w:rFonts w:ascii="Times New Roman" w:hAnsi="Times New Roman" w:eastAsia="Times New Roman" w:cs="Times New Roman"/>
        </w:rPr>
        <w:t>Sou nanm yo, moun Efrayim yo ki sou, yo reveye pou yo wè reyalite a: wayòm nan t ap wete nan men yo epi yo t ap bay li yon pèp ki t ap pote fwi ki apwopriye yo. Joèl mete deyò dezobeyisans moun ki sou yo lè li montre ke ofrann “manje” ak ofrann “bwè” yo te retranche nan kay Seyè a, epi ke “diven nouvo” a te retranche nan bouch yo. “Diven nouvo” a, nan lang ebre a, se ji ki fèk peze; men “diven” moun ki sou yo bwè nan vèsè senk la se ji ki fèrmante. Gen de kalite diven, ki reprezante doktrin; e, nan kontèks Joèl la, doktrin nan se mesaj lapli ta a. Moun Efrayim yo ki sou yo ap bwè ji ki fèrmante, epi yo “retranche” de ji “nouvo” ki fèk peze a. De kalite diven yo reprezante de mesaj lapli ta yo, epi moun ki sou yo “retranche” de mesaj ki pi a. Mo ebre ki tradui pa “retranche” a chita sou ansyen pratik alyans kote yo te koupe bèt yo epi yo te mache nan mitan moso yo. Lè yon moun “retranche,” sa vle di yo rejte li kòm pèp alyans Bondye a.</w:t>
      </w:r>
    </w:p>
    <w:p>
      <w:pPr>
        <w:pStyle w:val="ArticleBody"/>
        <w:jc w:val="left"/>
      </w:pPr>
      <w:r>
        <w:rPr>
          <w:rFonts w:ascii="Times New Roman" w:hAnsi="Times New Roman" w:eastAsia="Times New Roman" w:cs="Times New Roman"/>
        </w:rPr>
        <w:t>Liv Joèl la ap idantifye pèp Bondye a nan dènye jou yo, kòmanse avèk Millerit yo ki te leve kòm konsekans ouvèti sele liv Danyèl la an 1798, epi li fini avèk san karannkat mil yo ki leve kòm konsekans ouvèti sele liv Danyèl la an 1989. Nan kòmansman an, debòdman Sentespri a te reprezante pa peryòd tan ki soti nan reyinyon kan Exeter la rive jouk nan desepsyon 22 Oktòb 1844 la. Istwa sa a te akonpli parabòl dis vyèj yo nan Matye vennsenk, ki repete jis nan chak lèt nan istwa san karannkat mil yo.</w:t>
      </w:r>
    </w:p>
    <w:p>
      <w:pPr>
        <w:pStyle w:val="ArticleScripture"/>
        <w:jc w:val="left"/>
      </w:pPr>
      <w:r>
        <w:rPr>
          <w:rFonts w:ascii="Times New Roman" w:hAnsi="Times New Roman" w:eastAsia="Times New Roman" w:cs="Times New Roman"/>
        </w:rPr>
        <w:t>«Parabòl dis vyèj yo nan Matye 25 la montre tou eksperyans pèp Advantis la.» The Great Controversy, 393.</w:t>
      </w:r>
    </w:p>
    <w:p>
      <w:pPr>
        <w:pStyle w:val="ArticleScripture"/>
        <w:jc w:val="left"/>
      </w:pPr>
      <w:r>
        <w:rPr>
          <w:rFonts w:ascii="Times New Roman" w:hAnsi="Times New Roman" w:eastAsia="Times New Roman" w:cs="Times New Roman"/>
        </w:rPr>
        <w:t>“Mwen souvan jwenn referans ak parabòl dis vyèj yo, senk ladan yo te saj, e senk te sòt. Parabòl sa a te akonpli e li pral akonpli jouk nan pi piti detay li yo, paske li gen yon aplikasyon espesyal pou tan sa a, e, menm jan ak mesaj twazyèm zanj lan, li te akonpli epi li pral kontinye rete verite prezan jouk nan fen tan an.” Review and Herald, 19 out 1890.</w:t>
      </w:r>
    </w:p>
    <w:p>
      <w:pPr>
        <w:pStyle w:val="ArticleScripture"/>
        <w:jc w:val="left"/>
      </w:pPr>
      <w:r>
        <w:rPr>
          <w:rFonts w:ascii="Times New Roman" w:hAnsi="Times New Roman" w:eastAsia="Times New Roman" w:cs="Times New Roman"/>
        </w:rPr>
        <w:t>“Gen yon monn k ap chita nan mechanste, nan twonpri, ak nan delizyon, anba menm lonbraj lanmò a,—dòmi, dòmi. Kilès ki santi doulè nanm pou reveye yo? Ki vwa ki ka rive jwenn yo? Lespri m pote m nan lavni, lè siy la pral bay: ‘Men Veterinè a ap vini; soti al kontre Li.’ Men, kèk pral retade pou jwenn lwil pou ranpli lanp yo ankò, epi twò ta yo pral dekouvri ke karaktè a, ki reprezante pa lwil la, pa ka transfere. Lwil sa a se jistis Kris la. Li reprezante karaktè, epi karaktè pa transfere. Pèsonn pa ka asire l pou yon lòt. Chak moun dwe jwenn pou tèt pa l yon karaktè ki pirifye anba tout tach peche.” Bible Echo, 4 me 1896.</w:t>
      </w:r>
    </w:p>
    <w:p>
      <w:pPr>
        <w:pStyle w:val="ArticleBody"/>
        <w:jc w:val="left"/>
      </w:pPr>
      <w:r>
        <w:rPr>
          <w:rFonts w:ascii="Times New Roman" w:hAnsi="Times New Roman" w:eastAsia="Times New Roman" w:cs="Times New Roman"/>
        </w:rPr>
        <w:t>Kiyès ki “ap santi travay nanm pou reveye” “yon mond k ap kouche nan mechanste?” Jowèl reponn kesyon an:</w:t>
      </w:r>
    </w:p>
    <w:p>
      <w:pPr>
        <w:pStyle w:val="ArticleScripture"/>
        <w:jc w:val="left"/>
      </w:pPr>
      <w:r>
        <w:rPr>
          <w:rFonts w:ascii="Times New Roman" w:hAnsi="Times New Roman" w:eastAsia="Times New Roman" w:cs="Times New Roman"/>
        </w:rPr>
        <w:t>Epi sa rive, nenpòt moun ki va rele non Senyè a va delivre; paske sou mòn Siyon ak nan Jerizalèm va gen delivrans, jan Senyè a te di a, e pami rès la Senyè a va rele. Joel 2:32.</w:t>
      </w:r>
    </w:p>
    <w:p>
      <w:pPr>
        <w:pStyle w:val="ArticleBody"/>
        <w:jc w:val="left"/>
      </w:pPr>
      <w:r>
        <w:rPr>
          <w:rFonts w:ascii="Times New Roman" w:hAnsi="Times New Roman" w:eastAsia="Times New Roman" w:cs="Times New Roman"/>
        </w:rPr>
        <w:t>N ap kontinye bagay sa yo nan atik kap vini an.</w:t>
      </w:r>
    </w:p>
    <w:p>
      <w:pPr>
        <w:pStyle w:val="ArticleScripture"/>
        <w:jc w:val="left"/>
      </w:pPr>
      <w:r>
        <w:rPr>
          <w:rFonts w:ascii="Times New Roman" w:hAnsi="Times New Roman" w:eastAsia="Times New Roman" w:cs="Times New Roman"/>
        </w:rPr>
        <w:t>“Anreta nan fen apremidi jou rezirèksyon an, de nan disip yo t ap pran chemen pou yo ale Emawis, yon ti bouk ki te a wit mil de Jerizalèm. Disip sa yo pa t okipe okenn plas enpòtan nan travay Kris la, men yo te kwayan sensè nan Li. Yo te vini nan vil la pou selebre Pak la, epi yo te anpil twouble poutèt evènman ki te fèk pase yo. Yo te tande nouvèl maten an konsènan disparisyon kò Kris la nan tonbo a, ansanm ak rapò medam yo ki te wè zanj yo epi ki te rankontre Jezi. Kounye a yo t ap retounen lakay yo pou medite epi pou priye. Avèk tristès yo t ap kontinye mache nan aswè a, pandan yo t ap pale sou sèn jijman an ak krisifiksyon an. Jamè anvan sa yo pa t janm tèlman dekouraje nèt. San espwa e san lafwa, yo t ap mache anba lonbraj kwa a.”</w:t>
      </w:r>
    </w:p>
    <w:p>
      <w:pPr>
        <w:pStyle w:val="ArticleScripture"/>
        <w:jc w:val="left"/>
      </w:pPr>
      <w:r>
        <w:rPr>
          <w:rFonts w:ascii="Times New Roman" w:hAnsi="Times New Roman" w:eastAsia="Times New Roman" w:cs="Times New Roman"/>
        </w:rPr>
        <w:t>“Yo pa t t avanse lwen nan vwayaj yo lè yon etranje vin mete tèt li avèk yo; men yo te tèlman plonje nan tenèb lapenn yo ak nan desepsyon yo, yo pa t byen gade l. Yo te kontinye konvèsasyon yo, pandan yo t ap eksprime panse ki te nan kè yo. Yo t ap rezone sou leson Kris la te bay yo, leson yo te sanble pa kapab konprann. Pandan yo t ap pale sou evènman ki te fèt yo, Jezi te anvi konsole yo. Li te wè lapenn yo; Li te konprann lide konfli ak konfizyon ki t ap fè yo vin poze nan lespri yo kestyon sa a: Èske Nonm sa a, ki te kite yo imilye L konsa, kapab Kris la? Lapenn yo pa t kapab rete kache, epi yo t ap kriye. Jezi te konnen kè yo te mare ak Li nan lanmou, e Li te anvi siye dlo nan je yo, epi ranpli yo ak kè kontan ak lajwa. Men, fòk Li te premye ba yo leson yo pa t ap janm bliye.”</w:t>
      </w:r>
    </w:p>
    <w:p>
      <w:pPr>
        <w:pStyle w:val="ArticleScripture"/>
        <w:jc w:val="left"/>
      </w:pPr>
      <w:r>
        <w:rPr>
          <w:rFonts w:ascii="Times New Roman" w:hAnsi="Times New Roman" w:eastAsia="Times New Roman" w:cs="Times New Roman"/>
        </w:rPr>
        <w:t>“Li di yo: Ki kalite konvèsasyon sa yo n ap fè youn ak lòt konsa, pandan n ap mache, e nou tris? Yonn ladan yo, ki te rele Kléyopas, reponn li, li di l: Èske se ou menm sèl ki etranje nan Jerizalèm, epi ou pa konnen bagay ki rive la nan jou sa yo?” Yo rakonte l jan yo te desi konsènan Mèt yo a, “ki te yon pwofèt pwisan nan aksyon ak nan pawòl devan Bondye ak devan tout pèp la;” men, yo di, “chèf prèt yo ak chèf pa nou yo te lage l pou yo kondane l a lanmò, epi yo te kloure l sou kwa a.” Avèk kè yo ki te blese anpil anba desepsyon, epi ak bouch yo k ap tranble, yo ajoute: “Nou te espere se li menm ki t apral delivre Izrayèl; epi, anplis tout sa, jodi a fè twazyèm jou depi bagay sa yo te fèt.”</w:t>
      </w:r>
    </w:p>
    <w:p>
      <w:pPr>
        <w:pStyle w:val="ArticleScripture"/>
        <w:jc w:val="left"/>
      </w:pPr>
      <w:r>
        <w:rPr>
          <w:rFonts w:ascii="Times New Roman" w:hAnsi="Times New Roman" w:eastAsia="Times New Roman" w:cs="Times New Roman"/>
        </w:rPr>
        <w:t>“Sa te etranj dèske disip yo pa t sonje pawòl Kris yo, ni yo pa t rann yo kont ke Li te anonse davans evènman ki te rive yo! Yo pa t konprann ke dènye pati revelasyon Li a t ap akonpli avèk menm sètitid ak premye pati a, ke sou twazyèm jou a Li t ap leve ankò. Se pati sa a yo te dwe sonje. Prèt yo ak chèf yo pa t bliye sa. Nan jou ‘ki te swiv jou preparasyon an, chèf prèt yo ak Farizyen yo te reyini devan Pilat, yo di: Mèt, nou sonje ke twonpè sa a, pandan Li te toujou vivan, te di: Apre twa jou m ap leve ankò.’ Matye 27:62, 63. Men, disip yo pa t sonje pawòl sa yo.”</w:t>
      </w:r>
    </w:p>
    <w:p>
      <w:pPr>
        <w:pStyle w:val="ArticleScripture"/>
        <w:jc w:val="left"/>
      </w:pPr>
      <w:r>
        <w:rPr>
          <w:rFonts w:ascii="Times New Roman" w:hAnsi="Times New Roman" w:eastAsia="Times New Roman" w:cs="Times New Roman"/>
        </w:rPr>
        <w:t>« Alors il leur dit : Ô insensés, et lents de cœur à croire tout ce qu’ont dit les prophètes ! Ne fallait-il pas que le Christ souffrît ces choses, et qu’il entrât dans sa gloire ? » Les disciples se demandaient qui pouvait bien être cet étranger, pour pénétrer jusqu’au plus profond de leur âme et parler avec une telle ferveur, une telle tendresse et une telle sympathie, et avec une si grande espérance. Pour la première fois depuis la trahison de Christ, ils commencèrent à reprendre espoir. Souvent, ils regardaient attentivement leur compagnon et pensaient que ses paroles étaient précisément celles que Christ aurait prononcées. Ils étaient remplis d’étonnement, et leur cœur se mit à palpiter d’une joyeuse attente.</w:t>
      </w:r>
    </w:p>
    <w:p>
      <w:pPr>
        <w:pStyle w:val="ArticleScripture"/>
        <w:jc w:val="left"/>
      </w:pPr>
      <w:r>
        <w:rPr>
          <w:rFonts w:ascii="Times New Roman" w:hAnsi="Times New Roman" w:eastAsia="Times New Roman" w:cs="Times New Roman"/>
        </w:rPr>
        <w:t>“Kòmanse avèk Moyiz, menm Alfa istwa Bib la, Kris te esplike nan tout Ekriti yo bagay ki konsène tèt pa li. Si li te fè yo konnen li an premye, kè yo t ap satisfè. Nan plenitid lajwa yo, yo pa t ap grangou pou anyen ankò. Men, li te nesesè pou yo konprann temwayaj tipoloji ak pwofesi Ansyen Testaman an te rann sou li. Se sou bagay sa yo lafwa yo te dwe tabli. Kris pa t fè okenn mirak pou konvenk yo, men premye travay li se te eksplike Ekriti yo. Yo te konsidere lanmò li kòm destriksyon tout espwa yo. Kounye a li te montre, soti nan pwofèt yo, ke se sa menm ki te prèv ki pi fò pou lafwa yo.”</w:t>
      </w:r>
    </w:p>
    <w:p>
      <w:pPr>
        <w:pStyle w:val="ArticleScripture"/>
        <w:jc w:val="left"/>
      </w:pPr>
      <w:r>
        <w:rPr>
          <w:rFonts w:ascii="Times New Roman" w:hAnsi="Times New Roman" w:eastAsia="Times New Roman" w:cs="Times New Roman"/>
        </w:rPr>
        <w:t>“Pandan Jezi t ap anseye disip sa yo, li te montre enpòtans Ansyen Testaman an kòm yon temwen konsènan misyon pa li. Anpil moun ki deklare yo se kretyen jodi a rejte Ansyen Testaman an, yo pretann li pa sèvi anyen ankò. Men, se pa konsa ansèyman Kris la ye. Li te bay li yon valè tèlman wo, ke nan yon lè li te di: ‘Si yo pa koute Moyiz ak pwofèt yo, yo p ap kite konvenk yo, menm si yon moun ta leve soti nan lanmò.’ Lik 16:31.”</w:t>
      </w:r>
    </w:p>
    <w:p>
      <w:pPr>
        <w:pStyle w:val="ArticleScripture"/>
        <w:jc w:val="left"/>
      </w:pPr>
      <w:r>
        <w:rPr>
          <w:rFonts w:ascii="Times New Roman" w:hAnsi="Times New Roman" w:eastAsia="Times New Roman" w:cs="Times New Roman"/>
        </w:rPr>
        <w:t>“Se vwa Kris la ki pale atravè patriyach yo ak pwofèt yo, depi nan jou Adan yo jouk rive nan dènye sèn tan an. Sovè a revele nan Ansyen Testaman an avèk menm klète tankou nan Nouvo Testaman an. Se limyè sot nan tan pwofetik ki pase a ki mete lavi Kris la ak ansèyman Nouvo Testaman an an limyè avèk klète ak bèlte. Mirak Kris yo se yon prèv divinite Li; men yon prèv ki pi fò ke Li se Redanmtè lemonn nan jwenn lè yo konpare pwofesi Ansyen Testaman an ak istwa Nouvo Testaman an.”</w:t>
      </w:r>
    </w:p>
    <w:p>
      <w:pPr>
        <w:pStyle w:val="ArticleScripture"/>
        <w:jc w:val="left"/>
      </w:pPr>
      <w:r>
        <w:rPr>
          <w:rFonts w:ascii="Times New Roman" w:hAnsi="Times New Roman" w:eastAsia="Times New Roman" w:cs="Times New Roman"/>
        </w:rPr>
        <w:t>“Lè Kris la te rezone apati pwofesi yo, li te bay disip li yo yon konpreyansyon kòrèk sou sa li t ap ye nan limanite. Atant yo te genyen konsènan yon Mesi ki ta pran twòn li ak pouvwa wayal li ann akò ak dezi lèzòm te twonpe yo. Sa t ap anpeche yon konpreyansyon kòrèk sou desandan li soti nan pi wo pozisyon an rive nan pi ba pozisyon ki te kapab okipe. Kris la te vle pou lide disip li yo te pwòp e vre nan tout detay. Yo te dwe konprann, otank posib, konsènan gode soufrans ki te atribye pou li a. Li te montre yo ke konfli terib la, yo menm ki pa t ankò kapab konprann li, se te akonplisman alyans ki te fèt anvan fondasyon mond lan te poze. Kris la te dwe mouri, menm jan chak transgresè lalwa dwe mouri si li pèsiste nan peche. Tout sa te dwe rive; men sa pa t dwe fini nan defèt, men nan yon viktwa gloriyeuz, etènèl. Jezi te di yo ke tout efò dwe fèt pou sove mond lan anba peche. Disip li yo dwe viv jan li te viv la, epi travay jan li te travay la, avèk efò entans, pèseveran.”</w:t>
      </w:r>
    </w:p>
    <w:p>
      <w:pPr>
        <w:pStyle w:val="ArticleScripture"/>
        <w:jc w:val="left"/>
      </w:pPr>
      <w:r>
        <w:rPr>
          <w:rFonts w:ascii="Times New Roman" w:hAnsi="Times New Roman" w:eastAsia="Times New Roman" w:cs="Times New Roman"/>
        </w:rPr>
        <w:t>“Konsa Kris la te pale ak disip li yo konsa, li t ap louvri lespri yo pou yo te ka konprann Ekriti yo. Disip yo te bouke, men konvèsasyon an pa t febli. Pawòl lavi ak asirans t ap soti nan bouch Sovè a. Men, je yo te toujou kenbe. Lè Li t ap rakonte yo sou destriksyon Jerizalèm, yo te gade vil ki te kondane a avèk dlo nan je. Men yo pa t ankò menm sispèk kiyès konpayon vwayaj yo a te ye. Yo pa t panse sijè konvèsasyon yo a t ap mache bò kote yo; paske Kris te pale de tèt Li tankou si se te yon lòt moun. Yo te panse Li se te youn nan moun sa yo ki te asiste gran fèt la, epi ki kounye a t ap retounen lakay li. Li te mache ak menm prekosyon ak yo sou wòch graj yo, e detanzantan Li te rete ansanm ak yo pou yon ti repo. Konsa yo te kontinye sou chemen montay la, pandan Sila a ki te byento pou pran plas Li adwat Bondye, e ki te kapab di, ‘Tout pouvwa ban Mwen nan syèl la ak sou tè a,’ t ap mache bò kote yo. Matye 28:18.”</w:t>
      </w:r>
    </w:p>
    <w:p>
      <w:pPr>
        <w:pStyle w:val="ArticleScripture"/>
        <w:jc w:val="left"/>
      </w:pPr>
      <w:r>
        <w:rPr>
          <w:rFonts w:ascii="Times New Roman" w:hAnsi="Times New Roman" w:eastAsia="Times New Roman" w:cs="Times New Roman"/>
        </w:rPr>
        <w:t>“Pandan vwayaj la, solèy la te deja kouche, epi anvan vwayajè yo te rive nan kote repo yo, travayè ki te nan chan yo te deja kite travay yo. Kòm disip yo t ap pral antre lakay yo, etranje a te parèt tankou si Li ta kontinye chemen Li. Men disip yo te santi yo atire bò kote L. Nanm yo te grangou pou yo tande plis toujou nan men Li. ‘Rete avèk nou,’ yo te di. Li pa t sanble aksepte envitasyon an, men yo te ensiste anpil, yo t ap sipliye: ‘Li prèske aswè, epi jounen an fin anpil.’ Kris la te sede devan siplikasyon sa a, epi ‘Li antre pou L rete avèk yo.’”</w:t>
      </w:r>
    </w:p>
    <w:p>
      <w:pPr>
        <w:pStyle w:val="ArticleScripture"/>
        <w:jc w:val="left"/>
      </w:pPr>
      <w:r>
        <w:rPr>
          <w:rFonts w:ascii="Times New Roman" w:hAnsi="Times New Roman" w:eastAsia="Times New Roman" w:cs="Times New Roman"/>
        </w:rPr>
        <w:t>“Si les disciples n’avaient pas insisté dans leur invitation, ils n’auraient pas su que leur compagnon de route était le Seigneur ressuscité. Christ n’impose jamais Sa présence à personne. Il s’intéresse à ceux qui ont besoin de Lui. C’est avec joie qu’Il entrera dans la demeure la plus humble et réjouira le cœur le plus modeste. Mais si les hommes sont trop indifférents pour penser à l’Hôte céleste, ou pour Lui demander de demeurer avec eux, Il passe son chemin. Ainsi, beaucoup subissent une grande perte. Ils ne connaissent pas Christ davantage que ne le connaissaient les disciples lorsqu’Il marchait avec eux sur le chemin. ”</w:t>
      </w:r>
    </w:p>
    <w:p>
      <w:pPr>
        <w:pStyle w:val="ArticleScripture"/>
        <w:jc w:val="left"/>
      </w:pPr>
      <w:r>
        <w:rPr>
          <w:rFonts w:ascii="Times New Roman" w:hAnsi="Times New Roman" w:eastAsia="Times New Roman" w:cs="Times New Roman"/>
        </w:rPr>
        <w:t>“Repas senp aswè a, ki gen pen ladan l, pa pran tan pou l pare. Yo mete l devan envite a, ki te pran plas Li nan tèt tab la. Kounyeya Li lonje men Li pou beni manje a. Disip yo rale kò yo dèyè ak sezi. Konpayon yo a lonje men Li menm jan egzakteman ak Mèt yo a te konn fè a. Yo gade ankò, epi gade, yo wè nan men Li mak klou yo. Toude rele an menm tan: Se Seyè Jezi a! Li leve soti vivan nan lanmò!”</w:t>
      </w:r>
    </w:p>
    <w:p>
      <w:pPr>
        <w:pStyle w:val="ArticleScripture"/>
        <w:jc w:val="left"/>
      </w:pPr>
      <w:r>
        <w:rPr>
          <w:rFonts w:ascii="Times New Roman" w:hAnsi="Times New Roman" w:eastAsia="Times New Roman" w:cs="Times New Roman"/>
        </w:rPr>
        <w:t>“Yo leve pou yo lage kò yo nan pye Li pou yo adore Li, men Li disparèt devan je yo. Yo gade kote Sila a te kanpe, Li menm ki kò Li te fèk kouche nan tonbo a, epi yo di youn ak lòt: ‘Èske kè nou pa t ap boule anndan nou, pandan Li t ap pale avèk nou sou chemen an, epi pandan Li t ap louvri Ekriti yo ban nou?’”</w:t>
      </w:r>
    </w:p>
    <w:p>
      <w:pPr>
        <w:pStyle w:val="ArticleScripture"/>
        <w:jc w:val="left"/>
      </w:pPr>
      <w:r>
        <w:rPr>
          <w:rFonts w:ascii="Times New Roman" w:hAnsi="Times New Roman" w:eastAsia="Times New Roman" w:cs="Times New Roman"/>
        </w:rPr>
        <w:t>“Men, avèk gwo nouvèl sa a pou yo kominike, yo pa kapab rete chita ap pale. Fatig yo ak grangou yo disparèt. Yo kite manje yo san yo pa menm goute l, epi, plen ak lajwa, yo reprann chemen an tousuit menm pa menm wout yo te vini an, yo prese pou yo pote nouvèl la bay disip yo nan vil la. Nan kèk pati, wout la pa an sekirite; men yo monte sou pant ki apik yo, y ap glise sou wòch lis yo. Yo pa wè, yo pa konnen, yo gen pwoteksyon Sila a ki te vwayaje sou wout la avèk yo. Avèk baton pelerin yo nan men yo, yo vanse san rete, yo swete ale pi vit pase sa yo oze fè. Yo pèdi tras yo, men yo jwenn li ankò. Pafwa y ap kouri, pafwa y ap bite, yo kontinye avanse, Konpayon envizib yo a rete toupre bò kote yo pandan tout chemen an.</w:t>
      </w:r>
    </w:p>
    <w:p>
      <w:pPr>
        <w:pStyle w:val="ArticleScripture"/>
        <w:jc w:val="left"/>
      </w:pPr>
      <w:r>
        <w:rPr>
          <w:rFonts w:ascii="Times New Roman" w:hAnsi="Times New Roman" w:eastAsia="Times New Roman" w:cs="Times New Roman"/>
        </w:rPr>
        <w:t>“Nwit la fè nwa, men Solèy Jistis la ap klere sou yo. Kè yo sote ak lajwa. Yo sanble yo nan yon nouvo mond. Kris se yon Sovè vivan. Yo pa nan lapenn ankò pou Li tankou yon moun ki mouri. Kris leve vivan—ankò e ankò yo repete sa. Se mesaj sa a y ap pote bay moun ki nan lapenn yo. Yo dwe rakonte yo bèl istwa mache ale Emayis la. Yo dwe di kiyès ki te vin jwenn yo sou chemen an. Yo pote pi gran mesaj ki janm bay mond lan, yon mesaj bon nouvèl kote espwa fanmi lèzòm pou tan sa a ak pou letènite depann.” The Desire of Ages, 795–801.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Jowèl la ak Legliz Advantis Setyèm Jou Lawodise a - Nimewo Uit</dc:title>
  <dc:subject/>
  <dc:creator>Jeff Pippenger</dc:creator>
  <cp:keywords/>
  <dc:description>Generated by ArticleDigger from joel\08_joel.json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