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Laodiseyen an — Nimewo Kenz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Nimewo Kenz</w:t>
      </w:r>
      <w:r>
        <w:rPr>
          <w:rFonts w:ascii="Microsoft YaHei" w:hAnsi="Microsoft YaHei" w:eastAsia="Microsoft YaHei" w:cs="Microsoft YaHei"/>
        </w:rPr>
        <w:t>】</w:t>
      </w:r>
    </w:p>
    <w:p>
      <w:pPr>
        <w:pStyle w:val="ArticleBody"/>
        <w:jc w:val="left"/>
      </w:pPr>
      <w:r>
        <w:rPr>
          <w:rFonts w:ascii="Times New Roman" w:hAnsi="Times New Roman" w:eastAsia="Times New Roman" w:cs="Times New Roman"/>
        </w:rPr>
        <w:t>Mwen soutni ke li enpòtan pou konprann koneksyon senbòl kat jenerasyon yo ak mesaj lapli dèyè a, pou nou gen pi bon espwa pou rekonèt siyifikasyon kat premye vèsè chapit premye Joèl la. Joèl chante chan jaden rezen an, men premye estwòf li a se asosiyasyon pwofetik alyans lan avèk kat jenerasyon yo.</w:t>
      </w:r>
    </w:p>
    <w:p>
      <w:pPr>
        <w:pStyle w:val="ArticleScripture"/>
        <w:jc w:val="left"/>
      </w:pPr>
      <w:r>
        <w:rPr>
          <w:rFonts w:ascii="Times New Roman" w:hAnsi="Times New Roman" w:eastAsia="Times New Roman" w:cs="Times New Roman"/>
        </w:rPr>
        <w:t>Li di Abraram: “Ou mèt konnen sètènman desandan ou yo ap vin etranje nan yon peyi ki pa pou yo; y ap sèvi moun peyi sa a, e moun sa yo ap maltrete yo pandan katsan ane. Men, m ap jije nasyon y ap sèvi a tou; apre sa, y ap sòti avèk anpil richès. Kanta pou ou, ou pral jwenn zansèt ou yo nan lapè; y ap antere ou nan yon bèl vyeyès. Men, nan katriyèm jenerasyon an, yo va tounen isit ankò; paske mechanste moun Amori yo poko rive nan tout mezi li.” Jenèz 15:13–16.</w:t>
      </w:r>
    </w:p>
    <w:p>
      <w:pPr>
        <w:pStyle w:val="ArticleBody"/>
        <w:jc w:val="left"/>
      </w:pPr>
      <w:r>
        <w:rPr>
          <w:rFonts w:ascii="Times New Roman" w:hAnsi="Times New Roman" w:eastAsia="Times New Roman" w:cs="Times New Roman"/>
        </w:rPr>
        <w:t>Pasaj sa a se pwofesi ki te akonpli atravè lavi Moyiz. Lè liv Joèl la kòmanse chan jaden rezen an lè li fè referans ak kat jenerasyon destriksyon k ap vin pi grav, li mete liv Joèl la ann amoni ak katriyèm jenerasyon pwofetik la, ki se dènye a. Jenerasyon sa a se “jenerasyon eli” Pyè a, yo menm ki te rele soti nan fènwa pou antre nan “limyè mèvèy” Li a. Yo mete yo an kontrast ak kontrepati jenerasyonèl yo a, ki reprezante kòm yon jenerasyon sèpan. Katriyèm jenerasyon sa a, ki se dènye a, reprezante pa Jan, ki se yon senbòl san karannkat mil yo, ki “rele, eli, ak fidèl.”</w:t>
      </w:r>
    </w:p>
    <w:p>
      <w:pPr>
        <w:pStyle w:val="ArticleBody"/>
        <w:jc w:val="left"/>
      </w:pPr>
      <w:r>
        <w:rPr>
          <w:rFonts w:ascii="Times New Roman" w:hAnsi="Times New Roman" w:eastAsia="Times New Roman" w:cs="Times New Roman"/>
        </w:rPr>
        <w:t>Rele a 9/11, chwazi nan Kri Minwi a epi fidèl nan kriz lwa dimanch lan, menm jan Levit yo te fidèl nan rebelyon estati ti towo bèf an lò Arawon an ak Jewoboram yo. Nanm ki pirifye tankou ajan nan Malachi 3 yo, se Levit ki chwazi pandan mesaj Kri Minwi a, paske sele a akonpli avèk, epi pa mwayen yon efizyon Lespri Sen an.</w:t>
      </w:r>
    </w:p>
    <w:p>
      <w:pPr>
        <w:pStyle w:val="ArticleBody"/>
        <w:jc w:val="left"/>
      </w:pPr>
      <w:r>
        <w:rPr>
          <w:rFonts w:ascii="Times New Roman" w:hAnsi="Times New Roman" w:eastAsia="Times New Roman" w:cs="Times New Roman"/>
        </w:rPr>
        <w:t>Nan atik anvan an, nou te mete an evidans kèk liy nan istwa Moyiz, ke Sè White idantifye kòm alfa pwofesi biblik la, ki an koneksyon pwofetik ak Kris la kòm omega pwofesi biblik la. Moyiz se wòch fondasyon an, epi Kris la se pyè tèt kwen an. Toude se senbòl delivrans anba peche, jan sa reprezante pa delivrans soti ann Ejip avèk Moyiz. Men, tout manifestasyon pouvwa Bondye ki te fèt pa mwayen Moyiz yo, Kris la te depase yo byen lwen lè Li te konfime alyans lan ak anpil moun pandan yon semèn. Moyiz se alfa a, epi Kris la se omega a, e omega a se nimewo “22” epi alfa a se nimewo “1.”</w:t>
      </w:r>
    </w:p>
    <w:p>
      <w:pPr>
        <w:pStyle w:val="ArticleBody"/>
        <w:jc w:val="left"/>
      </w:pPr>
      <w:r>
        <w:rPr>
          <w:rFonts w:ascii="Times New Roman" w:hAnsi="Times New Roman" w:eastAsia="Times New Roman" w:cs="Times New Roman"/>
        </w:rPr>
        <w:t>Nan ka Moyiz, nou jwenn delivrans ki anvayi tout temwayaj pwofetik li a tabli anndan dlo. Delivrans li anba dlo Nil la lè li te fèt, te tipifye Noye nan lach la. Batèm nan Lanmè Wouj la aliyen ak Noye ak uit moun ki te anndan lach la, e sa, nan vire pa li, aliyen ak batèm Jozye nan Rivyè Jouden an, ke Kris te repete nan menm kote sa a. Temwayaj Moyiz la kòmanse ak delivrans nan Rivyè Nil la epi li fini sou rivaj Rivyè Jouden an. Batèm Kris la te onksyon Li pou rann temwayaj pandan twa ane edmi ki te mennen rive nan lanmò Li, ki te reprezante depi nan kòmansman an nan batèm Li. Nan rezirèksyon Li, te gen kèk gout jouk rive nan debòde total la nan Pannkòt.</w:t>
      </w:r>
    </w:p>
    <w:p>
      <w:pPr>
        <w:pStyle w:val="ArticleBody"/>
        <w:jc w:val="left"/>
      </w:pPr>
      <w:r>
        <w:rPr>
          <w:rFonts w:ascii="Times New Roman" w:hAnsi="Times New Roman" w:eastAsia="Times New Roman" w:cs="Times New Roman"/>
        </w:rPr>
        <w:t>Pwomès alyans Bondye fè ak limanite kòmanse avèk Noye, epi pwomès alyans Li te fè ak yon pèp chwazi atravè Abraram te akonpli avèk Moyiz. Moyiz, alfa a, te prefigire Jezi, omega a, ki t ap vini pou konfime alyans lan avèk “anpil moun,” pa sèlman avèk yon pèp chwazi. Antanke yon tip Kris la, nesans Moyiz aliyen ak alyans yo te bay Noye a, ak lakansyèl la kòm siy la pou tout moun. Moyiz aliyen tou ak alyans yo te bay yon pèp chwazi a, ak sikonsizyon kòm siy la pou pèp chwazi a. Travay alyans Moyiz la te fèt avèk “anpil moun,” pa t sèlman avèk yon pèp chwazi. Si sa pa t konsa, yo pa t ap toujou ap sibi kontinyèlman afliksyon foul melanje a.</w:t>
      </w:r>
    </w:p>
    <w:p>
      <w:pPr>
        <w:pStyle w:val="ArticleBody"/>
        <w:jc w:val="left"/>
      </w:pPr>
      <w:r>
        <w:rPr>
          <w:rFonts w:ascii="Times New Roman" w:hAnsi="Times New Roman" w:eastAsia="Times New Roman" w:cs="Times New Roman"/>
        </w:rPr>
        <w:t>Nan mitan tout divès “dlo delivrans” yo ki reprezante atravè lavi Moyiz la, batèm nan Bethabara sou larivyè Jouden an mare kòmansman istwa alyans ansyen Izrayèl la nan Tè Pwomiz la ak fen istwa li, pandan semèn kote Kris la te konfime alyans la ak anpil moun. Batèm Kris la aliyen ak batèm ansyen Izrayèl la, epi toude istwa yo temwaye konsènan rezirèksyon Li lè Li te soufle kèk gout lapli, anvan gwo lapli an kantite yo nan Lapannkòt senkant jou apre. Tout liy alfa ak omega a, depi Moyiz rive nan Kris la, prezante anndan dlo delivrans yo.</w:t>
      </w:r>
    </w:p>
    <w:p>
      <w:pPr>
        <w:pStyle w:val="ArticleScripture"/>
        <w:jc w:val="left"/>
      </w:pPr>
      <w:r>
        <w:rPr>
          <w:rFonts w:ascii="Times New Roman" w:hAnsi="Times New Roman" w:eastAsia="Times New Roman" w:cs="Times New Roman"/>
        </w:rPr>
        <w:t>“Nann anseye disip sa yo, Jezi te montre enpòtans Ansyen Testaman an kòm temwen sou misyon pa Li. Anpil moun ki deklare yo se kretyen kounye a rejte Ansyen Testaman an, yo pretann li pa gen okenn itilite ankò. Men, sa pa t ansèyman Kris la. Li te bay li yon valè tèlman wo, yon lè Li te di: ‘Si yo pa koute Moyiz ak pwofèt yo, yo p ap kite yo konvenk yo, menm si yon moun ta leve soti vivan pami mò yo.’ Lik 16:31.</w:t>
      </w:r>
    </w:p>
    <w:p>
      <w:pPr>
        <w:pStyle w:val="ArticleScripture"/>
        <w:jc w:val="left"/>
      </w:pPr>
      <w:r>
        <w:rPr>
          <w:rFonts w:ascii="Times New Roman" w:hAnsi="Times New Roman" w:eastAsia="Times New Roman" w:cs="Times New Roman"/>
        </w:rPr>
        <w:t>“Se vwa Kris la ki pale atravè patriyach yo ak pwofèt yo, depi nan jou Adan yo jouk rive nan dènye sèn tan yo. Sovè a revele nan Ansyen Testaman an avèk menm klète ak nan Nouvo Testaman an. Se limyè ki soti nan tan pwofetik ki pase a ki mete lavi Kris la ak ansèyman Nouvo Testaman an an limyè avèk klète ak bote. Mirak Kris yo se yon prèv divinite li; men yon prèv ki pi fò toujou ke li se Redanmtè lemonn nan jwenn lè yo konpare pwofesi Ansyen Testaman an ak istwa Nouvo Testaman an.” The Desire of Ages, 799.</w:t>
      </w:r>
    </w:p>
    <w:p>
      <w:pPr>
        <w:pStyle w:val="ArticleBody"/>
        <w:jc w:val="left"/>
      </w:pPr>
      <w:r>
        <w:rPr>
          <w:rFonts w:ascii="Times New Roman" w:hAnsi="Times New Roman" w:eastAsia="Times New Roman" w:cs="Times New Roman"/>
        </w:rPr>
        <w:t>Nan atik ki trete liv Joèl la, nou te “konpare pwofesi Ansyen Testaman an ak istwa Nouvo Testaman an,” epi tou ak istwa pèp Izrayèl espirityèl modèn nan. Kit se Ansyen oswa Nouvo Testaman yo, oswa istwa twa zanj yo ki te kòmanse an 1798, tout liy sa yo reprezante kòm “vwa Kris la.” Temwayaj ekri Labib la ak Lespri Pwofesi a se vwa Kris la, epi vwa Kris la se vwa Sila a ki se Pawòl Bondye a.</w:t>
      </w:r>
    </w:p>
    <w:p>
      <w:pPr>
        <w:pStyle w:val="ArticleBody"/>
        <w:jc w:val="left"/>
      </w:pPr>
      <w:r>
        <w:rPr>
          <w:rFonts w:ascii="Times New Roman" w:hAnsi="Times New Roman" w:eastAsia="Times New Roman" w:cs="Times New Roman"/>
        </w:rPr>
        <w:t>“Vwa” Pawòl Bondye a se mesaj Bondye jan li reprezante nan Pawòl li ekri a. Mesaj li nan dènye jou yo se mesaj lapli ta a, ki gen ladan yon lapli bonè, epi apre sa yon lapli bonè ak lapli ta ansanm, dapre Joèl.</w:t>
      </w:r>
    </w:p>
    <w:p>
      <w:pPr>
        <w:pStyle w:val="ArticleBody"/>
        <w:jc w:val="left"/>
      </w:pPr>
      <w:r>
        <w:rPr>
          <w:rFonts w:ascii="Times New Roman" w:hAnsi="Times New Roman" w:eastAsia="Times New Roman" w:cs="Times New Roman"/>
        </w:rPr>
        <w:t>Jan Revelatè a reprezante san karannkat mil yo ki retounen sou ansyen chemen yo, paske li tande yon “vwa” dèyè li. “Vwa” ki dèyè a se vwa Kris la “depi nan jou Adan” e annapre.</w:t>
      </w:r>
    </w:p>
    <w:p>
      <w:pPr>
        <w:pStyle w:val="ArticleScripture"/>
        <w:jc w:val="left"/>
      </w:pPr>
      <w:r>
        <w:rPr>
          <w:rFonts w:ascii="Times New Roman" w:hAnsi="Times New Roman" w:eastAsia="Times New Roman" w:cs="Times New Roman"/>
        </w:rPr>
        <w:t>Epi mwen vire pou m wè vwa ki t ap pale avè m lan. Lè m te vire, mwen wè sèt gwo lanp an lò. Revelasyon 1:12.</w:t>
      </w:r>
    </w:p>
    <w:p>
      <w:pPr>
        <w:pStyle w:val="ArticleBody"/>
        <w:jc w:val="left"/>
      </w:pPr>
      <w:r>
        <w:rPr>
          <w:rFonts w:ascii="Times New Roman" w:hAnsi="Times New Roman" w:eastAsia="Times New Roman" w:cs="Times New Roman"/>
        </w:rPr>
        <w:t>Vèsè sa a make yon tranzisyon nan premye chapit la, paske jouk nan vèsè anvan an Jan te sou zile yo rele Patmos la; men nan vèsè douz la li vire, epi depi lè sa a Jan nan Tanp Senyè ki nan syèl la. Lè li vire, se paske, dapre vèsè dis la, li te tande yon vwa dèyè li.</w:t>
      </w:r>
    </w:p>
    <w:p>
      <w:pPr>
        <w:pStyle w:val="ArticleScripture"/>
        <w:jc w:val="left"/>
      </w:pPr>
      <w:r>
        <w:rPr>
          <w:rFonts w:ascii="Times New Roman" w:hAnsi="Times New Roman" w:eastAsia="Times New Roman" w:cs="Times New Roman"/>
        </w:rPr>
        <w:t>Mwen te nan Lespri a nan jou Senyè a, epi mwen tande dèyè mwen yon gwo vwa, tankou son yon twonpèt, ki t ap di: Mwen se Alfa ak Omega, premye a ak dènye a; epi: Sa ou wè a, ekri li nan yon liv, epi voye li bay sèt legliz ki nan Azi yo: bay Efèz, ak Smirn, ak Pègam, ak Tiyatir, ak Sàd, ak Filadèlfi, ak Lawodise. Revelasyon 1:10, 11.</w:t>
      </w:r>
    </w:p>
    <w:p>
      <w:pPr>
        <w:pStyle w:val="ArticleBody"/>
        <w:jc w:val="left"/>
      </w:pPr>
      <w:r>
        <w:rPr>
          <w:rFonts w:ascii="Times New Roman" w:hAnsi="Times New Roman" w:eastAsia="Times New Roman" w:cs="Times New Roman"/>
        </w:rPr>
        <w:t>Jan reprezante sila yo ki tande vwa Kris la dèyè yo. Li tande mesaj twonpèt Jeremi an k ap rele pou retounen nan ansyen chemen yo, chemen mechan yo te refize mache ladan yo, ansanm ak twonpèt avètisman yo refize koute a. Jan te koute, epi vwa ki te dèyè li a te idantifye tèt li kòm Alfa ak Omega a—Sila a ki montre nouvo chemen an, ansanm ak ansyen chemen an.</w:t>
      </w:r>
    </w:p>
    <w:p>
      <w:pPr>
        <w:pStyle w:val="ArticleScripture"/>
        <w:jc w:val="left"/>
      </w:pPr>
      <w:r>
        <w:rPr>
          <w:rFonts w:ascii="Times New Roman" w:hAnsi="Times New Roman" w:eastAsia="Times New Roman" w:cs="Times New Roman"/>
        </w:rPr>
        <w:t>Epi nan mitan sèt gwo chandelye yo, te gen youn ki sanble ak Pitit lòm nan, abiye ak yon rad ki desann jouk nan pye, epi mare sou lestomak li ak yon sentiwon an lò. Tèt li ak cheve li te blan tankou lenn mouton, blan tankou nèj; epi je li te tankou yon flanm dife; epi pye li te tankou kwiv rafine, tankou si yo t ap boule nan yon fou; epi vwa li te tankou bri anpil dlo. Epi li te gen sèt zetwal nan men dwat li; epi soti nan bouch li te sòti yon nepe file de bò; epi figi li te tankou solèy la lè l ap klere ak tout fòs li. Revelasyon 1:13–16.</w:t>
      </w:r>
    </w:p>
    <w:p>
      <w:pPr>
        <w:pStyle w:val="ArticleBody"/>
        <w:jc w:val="left"/>
      </w:pPr>
      <w:r>
        <w:rPr>
          <w:rFonts w:ascii="Times New Roman" w:hAnsi="Times New Roman" w:eastAsia="Times New Roman" w:cs="Times New Roman"/>
        </w:rPr>
        <w:t>Nan vèsè douz, Jan vire tounen epi li wè yon vizyon Kris la ke Sè White mete ann akò ak vizyon Kris la Danyèl te genyen an, ki se menm vizyon Ezayi, Jeremi, Ezekyèl ak Pòl te genyen an.</w:t>
      </w:r>
    </w:p>
    <w:p>
      <w:pPr>
        <w:pStyle w:val="ArticleScripture"/>
        <w:jc w:val="left"/>
      </w:pPr>
      <w:r>
        <w:rPr>
          <w:rFonts w:ascii="Times New Roman" w:hAnsi="Times New Roman" w:eastAsia="Times New Roman" w:cs="Times New Roman"/>
        </w:rPr>
        <w:t>“Se avèk yon dezi sensè e pwofon mwen ap tann avèk enpasyans tan kote evènman jou Pannkot la va repete, ak yon pouvwa ki pi gran menm pase sa ki te manifeste nan okazyon sa a. Jan di konsa: ‘Mwen wè yon lòt zanj desann soti nan syèl la, li te gen gwo pouvwa; e tè a te klere ak glwa li.’ Lè sa a, menm jan nan tan Pannkot la, pèp la va tande verite a pale ak yo, chak moun nan pwòp lang pa li.”</w:t>
      </w:r>
    </w:p>
    <w:p>
      <w:pPr>
        <w:pStyle w:val="ArticleScripture"/>
        <w:jc w:val="left"/>
      </w:pPr>
      <w:r>
        <w:rPr>
          <w:rFonts w:ascii="Times New Roman" w:hAnsi="Times New Roman" w:eastAsia="Times New Roman" w:cs="Times New Roman"/>
        </w:rPr>
        <w:t>“Bondye kapab soufle nouvo lavi nan chak nanm ki sensèman vle sèvi Li [Adan ak vale zo Ezekyèl la], epi Li kapab touche bouch yo ak yon chabon dife ki soti sou lotèl la [Ezayi], epi fè yo vin pale avèk elokans pou louwanj Li. Plizyè milye vwa pral ranpli ak puisans pou pwoklame bèl mèvèy verite ki nan Pawòl Bondye a. Lang k ap bege a pral delye [lòt lang Ezayi a], epi moun ki timid yo pral vin fò pou rann yon temwayaj kourajè pou verite a. Se pou Senyè a ede pèp Li a pirifye tanp nanm nan anba tout salte [Levit Malachi yo], epi pou yo kenbe yon inyon tèlman sere avèk Li, pou yo kapab patisipe nan dènye lapli a lè l va vide.” Review and Herald, 20 jiyè 1886.</w:t>
      </w:r>
    </w:p>
    <w:p>
      <w:pPr>
        <w:pStyle w:val="ArticleBody"/>
        <w:jc w:val="left"/>
      </w:pPr>
      <w:r>
        <w:rPr>
          <w:rFonts w:ascii="Times New Roman" w:hAnsi="Times New Roman" w:eastAsia="Times New Roman" w:cs="Times New Roman"/>
        </w:rPr>
        <w:t>Vizyon n ap konsidere a gen ladan l deskripsyon vwa Kris la. Lè Jan vire epi li tande vwa Kris la, li tankou son “gwo dlo anpil.” Lè vwa Kris la pale konsènan alyans Li avèk lèzòm oswa avèk yon pèp chwazi, li asosye ak gwo dlo anpil. Mesaj Danyèl sèt rive nèf la te devwale an 1798, epi apre sa, an 1989, mesaj Danyèl dis rive douz la te devwale. Ane 1798 la asosye ak vwa larivyè Oulayi a, epi 1989 se vwa larivyè Idèkèl la.</w:t>
      </w:r>
    </w:p>
    <w:p>
      <w:pPr>
        <w:pStyle w:val="ArticleScripture"/>
        <w:jc w:val="left"/>
      </w:pPr>
      <w:r>
        <w:rPr>
          <w:rFonts w:ascii="Times New Roman" w:hAnsi="Times New Roman" w:eastAsia="Times New Roman" w:cs="Times New Roman"/>
        </w:rPr>
        <w:t>“Lumière que Daniel reçut de Dieu te donnée espesyalman pou dènye jou sa yo. Vizyon li te wè bò rivaj Ulaï ak Hiddekel yo, gran rivyè peyi Chinea yo, yo kounye a nan pwosesis akonplisman, e tout evènman yo te predi yo pral byento rive.” Testimonies to Ministers, 112.</w:t>
      </w:r>
    </w:p>
    <w:p>
      <w:pPr>
        <w:pStyle w:val="ArticleBody"/>
        <w:jc w:val="left"/>
      </w:pPr>
      <w:r>
        <w:rPr>
          <w:rFonts w:ascii="Times New Roman" w:hAnsi="Times New Roman" w:eastAsia="Times New Roman" w:cs="Times New Roman"/>
        </w:rPr>
        <w:t>Rivyè Jouden an se lyen ant istwa alyans alfa a ak istwa alyans omega ansyen Izrayèl la. Mo Jouden an vle di “sila ki desann” e li reprezante Kris, “gran sila ki desann lan.”</w:t>
      </w:r>
    </w:p>
    <w:p>
      <w:pPr>
        <w:pStyle w:val="ArticleScripture"/>
        <w:jc w:val="left"/>
      </w:pPr>
      <w:r>
        <w:rPr>
          <w:rFonts w:ascii="Times New Roman" w:hAnsi="Times New Roman" w:eastAsia="Times New Roman" w:cs="Times New Roman"/>
        </w:rPr>
        <w:t>Se pou menm santiman sa a ki te nan Kris Jezi a rete nan nou: Li menm, ki te nan fòm Bondye, pa t konsidere kòm yon bagay pou l rache lefètke li te egal ak Bondye; men li te depouye tèt li, li te pran fòm yon sèvitè, e li te vin sanble ak lèzòm. Epi, lè yo te jwenn li nan aparans tankou yon moun, li te imilye tèt li, li te vin obeyisan jis rive nan lanmò, menm lanmò sou kwa a. Filipyen 2:5–9.</w:t>
      </w:r>
    </w:p>
    <w:p>
      <w:pPr>
        <w:pStyle w:val="ArticleBody"/>
        <w:jc w:val="left"/>
      </w:pPr>
      <w:r>
        <w:rPr>
          <w:rFonts w:ascii="Times New Roman" w:hAnsi="Times New Roman" w:eastAsia="Times New Roman" w:cs="Times New Roman"/>
        </w:rPr>
        <w:t>Rivyè Jouden an reprezante Kris la, “gwo sa ki desann nan,” e Jouden an se lyen ki genyen ant istwa alfa ak omega pèp Bondye chwazi a, yo menm yo te resevwa yon jaden rezen pou yo okipe. Dlo delivrans Moyiz yo reprezante vwa Kris la, ki ka tande si yon nanm ta sèlman vire tèt li, pou l tande “vwa ki dèyè yo,” epi vwa yo ta tande a se—vwa anpil dlo. Depi delij Noe a rive jis nan destriksyon Jerizalèm nan ane 70 aprè Jezikri, dlo delivrans yo prezante kòm mak sou chemen pou pèp alyans Bondye a. Mak sa yo sou chemen an reprezante istwa enteryè pèp final alyans Bondye a, san karannkat mil yo. Dlo ki alimante Rivyè Jouden an soti nan lawouze ak nèj ki rasanble nan mòn Èmòn yo, ki fòme sous prensipal Rivyè Jouden an.</w:t>
      </w:r>
    </w:p>
    <w:p>
      <w:pPr>
        <w:pStyle w:val="ArticleScripture"/>
        <w:jc w:val="left"/>
      </w:pPr>
      <w:r>
        <w:rPr>
          <w:rFonts w:ascii="Times New Roman" w:hAnsi="Times New Roman" w:eastAsia="Times New Roman" w:cs="Times New Roman"/>
        </w:rPr>
        <w:t>Yon Chante Degre David la. Gade, ala bon bagay e ala sa dous, lè frè yo rete ansanm nan inite! Sa tankou lwil presye a sou tèt la, ki koule desann sou bab la, sou bab Arawon menm; ki desann jouk sou bò rad li yo; tankou lawouze Emon an, ak tankou lawouze ki desann sou mòn Siyon yo: paske se la Seyè a bay lòd pou benediksyon an, sa vle di lavi pou tout tan. Sòm 133:1–3.</w:t>
      </w:r>
    </w:p>
    <w:p>
      <w:pPr>
        <w:pStyle w:val="ArticleBody"/>
        <w:jc w:val="left"/>
      </w:pPr>
      <w:r>
        <w:rPr>
          <w:rFonts w:ascii="Times New Roman" w:hAnsi="Times New Roman" w:eastAsia="Times New Roman" w:cs="Times New Roman"/>
        </w:rPr>
        <w:t>Dlo sa yo tou pwodui grot Pàn nan, yon pisin pwofon ki plase anndan yon kav ki sitiye nan Panyòm nan Danyèl 11:13–15, epi nan Sezare Filip nan jou Pyè yo. Sous prensipal larivyè Jouden an tou pwodui pisin satanik grot Pàn nan. Vwa gwo dlo yo idantifye ke gwo konfli ant Kris ak Satan an te pran nesans sou gwo tèt mòn ki wo nan mòn Èmòn yo.</w:t>
      </w:r>
    </w:p>
    <w:p>
      <w:pPr>
        <w:pStyle w:val="ArticleScripture"/>
        <w:jc w:val="left"/>
      </w:pPr>
      <w:r>
        <w:rPr>
          <w:rFonts w:ascii="Times New Roman" w:hAnsi="Times New Roman" w:eastAsia="Times New Roman" w:cs="Times New Roman"/>
        </w:rPr>
        <w:t>Mwen di ou tou: Ou se Pyè, e se sou wòch sa a m ap bati legliz mwen an; epi pòtay lanfè yo p ap gen fòs sou li. Matye 16:18.</w:t>
      </w:r>
    </w:p>
    <w:p>
      <w:pPr>
        <w:pStyle w:val="ArticleBody"/>
        <w:jc w:val="left"/>
      </w:pPr>
      <w:r>
        <w:rPr>
          <w:rFonts w:ascii="Times New Roman" w:hAnsi="Times New Roman" w:eastAsia="Times New Roman" w:cs="Times New Roman"/>
        </w:rPr>
        <w:t>Non “Èmòn” nan vle di “sakre, konsakre, devwe, oswa mete apa,” epi li se yon senbòl Syèl la, sous tout dlo ak kòmansman gwo konfli a jan sa reprezante pa “pòt lanfè yo,” ki te non Jezi te bay grot Pan an, lè li te nan Sezare Filip. Nan kontèks sa a, non Simon Baryona te chanje pou Pyè. Simon vle di “moun ki tande,” epi Baryona vle di “pitit pijon an.” Simon te yon senbòl nanm ki te tande mesaj batèm Jezi a, batèm ki te reprezante pa Sentespri a sou fòm yon pijon. Antanke moun ki te tande mesaj batèm Kris la, Pyè chanje, sa ki reprezante 144,000 yo. Pyè te sele pandan li te Panium, ki se vèsè trèz rive kenz nan Danyèl onz.</w:t>
      </w:r>
    </w:p>
    <w:p>
      <w:pPr>
        <w:pStyle w:val="ArticleBody"/>
        <w:jc w:val="left"/>
      </w:pPr>
      <w:r>
        <w:rPr>
          <w:rFonts w:ascii="Times New Roman" w:hAnsi="Times New Roman" w:eastAsia="Times New Roman" w:cs="Times New Roman"/>
        </w:rPr>
        <w:t>Soti nan dlo mòn Èmòn yo, larivyè Jouden an, yon senbòl Kris la—gran Sila ki desann lan—fini vwayaj li nan Lanmè Mò a. Soti nan Syèl la, kote lawouze lavi a pran nesans, Kris la desann rive jouk nan lanmò sou kwa a, jan Lanmè Mò a reprezante sa. Rivaj Lanmè Mò a se sifas tè ki pi ba sou latè ki rete dekouvri. Larivyè Jouden an, ki desann, desann jouk nan nivo dlo ki pi ba sou latè a, menm jan Kris la te desann rive jouk nan lanmò li sou kwa a. Depi nan dlo lavi a rive nan dlo lanmò a, larivyè Jouden an reprezante desandan Kris la soti nan syèl la rive sou kwa a.</w:t>
      </w:r>
    </w:p>
    <w:p>
      <w:pPr>
        <w:pStyle w:val="ArticleBody"/>
        <w:jc w:val="left"/>
      </w:pPr>
      <w:r>
        <w:rPr>
          <w:rFonts w:ascii="Times New Roman" w:hAnsi="Times New Roman" w:eastAsia="Times New Roman" w:cs="Times New Roman"/>
        </w:rPr>
        <w:t>Tèm enpòtan nan pwofesi Bib la asosye ak dlo, e pwofesi Bib la se vwa Kris la, ki se yon vwa anpil dlo. Pwostitye Babilòn nan chita sou anpil dlo, e dlo Lefrat yo seche pou prepare chemen wa ki soti nan lès yo, epi machann yo ak wa yo kanpe byen lwen epi yo plenn, paske bato Tasis yo detwi nan mitan lanmè yo, epi alyans lanmò a ke tafyatè Efrayim yo te aksepte lè yo te kache tèt yo anba manti, anile pa inondasyon anvayisan lwa dimanch papal la.</w:t>
      </w:r>
    </w:p>
    <w:p>
      <w:pPr>
        <w:pStyle w:val="ArticleBody"/>
        <w:jc w:val="left"/>
      </w:pPr>
      <w:r>
        <w:rPr>
          <w:rFonts w:ascii="Times New Roman" w:hAnsi="Times New Roman" w:eastAsia="Times New Roman" w:cs="Times New Roman"/>
        </w:rPr>
        <w:t>Lè Sè White fè referans ak “gran rivyè Chinea yo,” li ap pale de rivyè Tig la ak Larivyè Lefrat la. Yo ka remonte dlo sa yo rive jouk nan Jaden Edenn nan, kote yo se twazyèm ak katriyèm rivyè ki soti nan Edenn.</w:t>
      </w:r>
    </w:p>
    <w:p>
      <w:pPr>
        <w:pStyle w:val="ArticleScripture"/>
        <w:jc w:val="left"/>
      </w:pPr>
      <w:r>
        <w:rPr>
          <w:rFonts w:ascii="Times New Roman" w:hAnsi="Times New Roman" w:eastAsia="Times New Roman" w:cs="Times New Roman"/>
        </w:rPr>
        <w:t>Epi non twazyèm rivyè a se Hiddèkèl; se li menm ki koule bò lès peyi Lasiri. Epi katriyèm rivyè a se Lefrat. Jenèz 2:14.</w:t>
      </w:r>
    </w:p>
    <w:p>
      <w:pPr>
        <w:pStyle w:val="ArticleBody"/>
        <w:jc w:val="left"/>
      </w:pPr>
      <w:r>
        <w:rPr>
          <w:rFonts w:ascii="Times New Roman" w:hAnsi="Times New Roman" w:eastAsia="Times New Roman" w:cs="Times New Roman"/>
        </w:rPr>
        <w:t>Iddékèl la se Tig la, e natirèlman, Èfrat la te Èfrat la, menm si istoryen ak teyolojyen modèn yo pa dakò. Yo ensiste ke Ulayi a pa t yon gwo larivyè, men senpleman yon akedik moun te fè nan Pès, pa nan Chinea. Menm otorite imen sa yo fè konnen sèl de larivyè ki gen kèk enpòtans ki asosye ak Chinea se te Tig la ak Èfrat la, epi pwofètès la deklare ke Ulayi a ak Iddékèl la te “gwo larivyè Chinea yo.”</w:t>
      </w:r>
    </w:p>
    <w:p>
      <w:pPr>
        <w:pStyle w:val="ArticleBody"/>
        <w:jc w:val="left"/>
      </w:pPr>
      <w:r>
        <w:rPr>
          <w:rFonts w:ascii="Times New Roman" w:hAnsi="Times New Roman" w:eastAsia="Times New Roman" w:cs="Times New Roman"/>
        </w:rPr>
        <w:t>Pawòl pwofètès la konsènan mesaj dlo a opoze ak ekspè modèn yo, menm jan ekspè nan tan lontan yo te opoze ak mesaj dlo Noye a. Yo fè nou konnen ke de vizyon yo, ke de rivyè yo reprezante, ap antre nan pwosesis akonplisman yo; e poutèt sa, tout sa ki te reprezante andedan de vizyon sa yo, ki te bay pa “de gwo rivyè Chinea yo,” pral byento rive. Mesaj ki asosye ak rivyè sa yo se vwa Kris la, paske vwa Li tankou anpil dlo. Tig ak Lefrat reprezante yon gwo tèm pwofetik, e temwayaj yo gen rapò ak alyans alfa Moyiz la te tabli a, ki se menm alyans omega Kris la te konfime a.</w:t>
      </w:r>
    </w:p>
    <w:p>
      <w:pPr>
        <w:pStyle w:val="ArticleBody"/>
        <w:jc w:val="left"/>
      </w:pPr>
      <w:r>
        <w:rPr>
          <w:rFonts w:ascii="Times New Roman" w:hAnsi="Times New Roman" w:eastAsia="Times New Roman" w:cs="Times New Roman"/>
        </w:rPr>
        <w:t>Nan pwofesi, Tig la reprezante Lasiri, epi Lefrat la se Babilòn. Nan relasyon sa a, yo se de pouvwa yo, Jeremi te reprezante yo kòm lyon, ki t ap mennen an premye wayòm nò a, epi apre sa wayòm sid la, an kaptivite.</w:t>
      </w:r>
    </w:p>
    <w:p>
      <w:pPr>
        <w:pStyle w:val="ArticleScripture"/>
        <w:jc w:val="left"/>
      </w:pPr>
      <w:r>
        <w:rPr>
          <w:rFonts w:ascii="Times New Roman" w:hAnsi="Times New Roman" w:eastAsia="Times New Roman" w:cs="Times New Roman"/>
        </w:rPr>
        <w:t>Izrayèl se yon mouton ki gaye; lyon yo te kouri dèyè l pou chase l ale: an premye, wa Lasiri a te devore l; epi an dènye, Nebikadnetsa, wa Babilòn nan, te kraze zo li yo. Jeremi 50:17.</w:t>
      </w:r>
    </w:p>
    <w:p>
      <w:pPr>
        <w:pStyle w:val="ArticleBody"/>
        <w:jc w:val="left"/>
      </w:pPr>
      <w:r>
        <w:rPr>
          <w:rFonts w:ascii="Times New Roman" w:hAnsi="Times New Roman" w:eastAsia="Times New Roman" w:cs="Times New Roman"/>
        </w:rPr>
        <w:t>Toude Asiri ak Babilòn te lènmi ki soti nan nò anrapò ak youn oswa lòt nan wayòm Izrayèl la, e se poutèt sa yo se tip fo wa nò a—pwisans papal la. Anfèt, de pwisans ki te leve soti nan menm anviwònman kiltirèl la te mete an aplikasyon esansyèlman menm tradisyon politik ak relijye yo; men estrikti politik Asiri a te mete anfaz sou atizay gouvènman an, tandiske Babilòn te mete anfaz sou atizay legliz la, byenke yo te trè sanble. Wòm payen ak Wòm papal, sou kèk nivo, se menm bagay la; men kanmenm, Wòm payen reprezante atizay gouvènman an, epi Wòm papal reprezante atizay legliz la. Asiri, nan relasyon pwofetik ak Babilòn, te yon wayòm atizay gouvènman an, epi apre li Babilòn te vini kòm yon pwisans menm jan an ki te mete anfaz sou atizay legliz la. Asiri te reprezante Wòm payen, epi Babilòn reprezante Wòm papal. Tout kat pwisans sa yo te pilonnen Tanp Bondye a ak lame li a. Asiri asosye ak Tig la, epi Babilòn ak Lefrat. Sa annamoni ak siye Lefrat la nan liv Revelasyon an, pou prepare chemen an pou wa ki soti nan lès yo, jan sa te prefigire pa travay Siris lè li te devye Lefrat la pou fè Babilòn tonbe. Babilòn se Lefrat la; Asiri se Tig la.</w:t>
      </w:r>
    </w:p>
    <w:p>
      <w:pPr>
        <w:pStyle w:val="ArticleBody"/>
        <w:jc w:val="left"/>
      </w:pPr>
      <w:r>
        <w:rPr>
          <w:rFonts w:ascii="Times New Roman" w:hAnsi="Times New Roman" w:eastAsia="Times New Roman" w:cs="Times New Roman"/>
        </w:rPr>
        <w:t>Wa nò nan nò a, nan pwofesi a, konkeri lemonn pandan kriz lwa dimanch lan, epi apre sa li tonbe; men souvan, konkèt sa a reprezante tankou yon inondasyon ki anvayi tout bagay. Istwa wa nò a, jan li reprezante pa Lasiri ak Babilòn, senbolize pa rivyè, paske istwa a rakonte pa vwa anpil dlo.</w:t>
      </w:r>
    </w:p>
    <w:p>
      <w:pPr>
        <w:pStyle w:val="ArticleBody"/>
        <w:jc w:val="left"/>
      </w:pPr>
      <w:r>
        <w:rPr>
          <w:rFonts w:ascii="Times New Roman" w:hAnsi="Times New Roman" w:eastAsia="Times New Roman" w:cs="Times New Roman"/>
        </w:rPr>
        <w:t>Tè ki ant de rivyè yo rele Mezopotami, sa vle di “tè ki ant de rivyè.” De rivyè yo reprezante pouvwa ki soti nan nò a, ke Bondye itilize pou pini pèp aposta Li a lè Li gaye yo an kaptivite. Youn nan kouran afliyan vwa anpil dlo yo jwenn nan non “Padanaram,” ki parèt sèlman dis fwa nan Ekriti yo. Premye mansyònman an fèt an rapò ak alyans lan, paske li idantifye rasin san Rebeka, madanm Izarak. Vèsè a di:</w:t>
      </w:r>
    </w:p>
    <w:p>
      <w:pPr>
        <w:pStyle w:val="ArticleScripture"/>
        <w:jc w:val="left"/>
      </w:pPr>
      <w:r>
        <w:rPr>
          <w:rFonts w:ascii="Times New Roman" w:hAnsi="Times New Roman" w:eastAsia="Times New Roman" w:cs="Times New Roman"/>
        </w:rPr>
        <w:t>Epi Izarak te gen karantan lè li te pran Rebeka pou madanm li, pitit fi Betwèl, moun Siri ki soti Padanaram, sè Laban, moun Siri a.</w:t>
      </w:r>
    </w:p>
    <w:p>
      <w:pPr>
        <w:pStyle w:val="ArticleBody"/>
        <w:jc w:val="left"/>
      </w:pPr>
      <w:r>
        <w:rPr>
          <w:rFonts w:ascii="Times New Roman" w:hAnsi="Times New Roman" w:eastAsia="Times New Roman" w:cs="Times New Roman"/>
        </w:rPr>
        <w:t>Finisman karant ane yo montre sou twa temwen Moyiz yo kòm mennen rive Kadès, 1863, ak lwa dimanch lan. Maryaj Izarak la se yon maryaj alyans ki tipifye maryaj Kris la ak san karannkat mil yo nan lwa dimanch lan, ki se 1863, ki se Kadès, ki se finisman yon istwa alyans karant ane. Rebeka te pitit fi yon Siryen, e li te sè Laban, yon Siryen, (ki, nan jenerasyon swivan istwa alyans lan, te kraze yon alyans avèk Jakòb, pitit gason Izarak la.)</w:t>
      </w:r>
    </w:p>
    <w:p>
      <w:pPr>
        <w:pStyle w:val="ArticleBody"/>
        <w:jc w:val="left"/>
      </w:pPr>
      <w:r>
        <w:rPr>
          <w:rFonts w:ascii="Times New Roman" w:hAnsi="Times New Roman" w:eastAsia="Times New Roman" w:cs="Times New Roman"/>
        </w:rPr>
        <w:t>Betyèl vle di “kay dezolasyon” oswa “dezolatè”; konsa, Rebeka te pitit fi “kay dezolatè a.” Siri vle di plato wo ak tè-wo, epi Padanaram vle di Mezopotami, oswa peyi ki nan mitan an. Rebeka te soti nan liy san Siryen ki te sòti Mezopotami, tè-wo ki nan mitan “Tigris Asiri a” ak “Lefrat Babilòn nan,” ki reprezante lyon Seyè a te itilize pou gaye mouton aposta li yo. Kay dezolatè yo te ini ak kay Bondye a nan maryaj Izarak ak Rebeka. Se pa yon aksidan si, nan premye mansyon Padanaram, de rivyè sa yo ki reprezante wa pwofetik nò a, yo premye mansyone li kòm yon inondasyon k ap debòde nan Jenèz 25:20.</w:t>
      </w:r>
    </w:p>
    <w:p>
      <w:pPr>
        <w:pStyle w:val="ArticleBody"/>
        <w:jc w:val="left"/>
      </w:pPr>
      <w:r>
        <w:rPr>
          <w:rFonts w:ascii="Times New Roman" w:hAnsi="Times New Roman" w:eastAsia="Times New Roman" w:cs="Times New Roman"/>
        </w:rPr>
        <w:t>Koneksyon kay dezolasyon an avèk pèp alyans Bondye a kontinye lè Jakòb kouri pou Ezayi, epi li rive lakay tonton li, Laban, kote li sèvi de peryòd 2520 jou pou l ka jwenn pwochen maryaj alyans lan. Youn nan maryaj yo fini avèk dispèsyon wayòm nò Izrayèl la, epi lòt maryaj la fini avèk dispèsyon wayòm sid la. Lè peryòd dispèsyon de wayòm sa yo te fini respektivman an 1798 ak 1844, maryaj Jakòb te travay pou l akonpli pandan de peryòd 2520 yo te akonpli, lè Veterinè a te vini nan maryaj la nan dat 22 oktòb 1844.</w:t>
      </w:r>
    </w:p>
    <w:p>
      <w:pPr>
        <w:pStyle w:val="ArticleBody"/>
        <w:jc w:val="left"/>
      </w:pPr>
      <w:r>
        <w:rPr>
          <w:rFonts w:ascii="Times New Roman" w:hAnsi="Times New Roman" w:eastAsia="Times New Roman" w:cs="Times New Roman"/>
        </w:rPr>
        <w:t>Èske Kris, alò, te marye ak Leya, ki vle di “fatige e bouke,” oswa èske Li te marye ak Rachèl, ki vle di “yon bon vwayajè”? Leya ak Rachèl reprezante de kategori vyèj k ap vwayaje, youn se yon vyèj ki “vin bouke,” epi lòt la se yon vyèj ki “vwayaje byen” sou chemen pou marye ak Jakòb nan dat 22 oktòb 1844.</w:t>
      </w:r>
    </w:p>
    <w:p>
      <w:pPr>
        <w:pStyle w:val="ArticleScripture"/>
        <w:jc w:val="left"/>
      </w:pPr>
      <w:r>
        <w:rPr>
          <w:rFonts w:ascii="Times New Roman" w:hAnsi="Times New Roman" w:eastAsia="Times New Roman" w:cs="Times New Roman"/>
        </w:rPr>
        <w:t>“Yo te mete yon gwo limyè byen klere dèyè yo, nan kòmansman chemen an; e yon zanj te di m se te ‘rèl minwi a.’ Limyè sa a te klere sou tout longè chemen an, e li te bay limyè pou pye yo, pou yo pa bite.”</w:t>
      </w:r>
    </w:p>
    <w:p>
      <w:pPr>
        <w:pStyle w:val="ArticleScripture"/>
        <w:jc w:val="left"/>
      </w:pPr>
      <w:r>
        <w:rPr>
          <w:rFonts w:ascii="Times New Roman" w:hAnsi="Times New Roman" w:eastAsia="Times New Roman" w:cs="Times New Roman"/>
        </w:rPr>
        <w:t>“Si yo te kenbe je yo fikse sou Jezi, ki te jis devan yo, k ap mennen yo nan vil la, yo te an sekirite. Men, byento kèk te vin bouke, epi yo te di vil la te twò lwen, e yo te espere yo ta deja antre ladan l. Lè sa a, Jezi t ap ankouraje yo lè Li leve bra dwat Li ki gen glwa a, epi soti nan bra Li te gen yon limyè ki t ap flote anlè gwoup advenis la, epi yo te rele: ‘Allelouya!’ Gen lòt ki, avèk prese ak odas, te nye limyè ki te dèyè yo a, epi yo te di se pa Bondye ki te mennen yo soti jis rive lwen konsa. Limyè ki te dèyè yo a te etenn, sa ki te kite pye yo nan yon fènwa total; epi yo te bite, yo te pèdi mak la ak Jezi devan je yo, epi yo te tonbe sòti sou chemen an desann nan mond tenèb ak mechanste ki anba a.” Early Writings, 15.</w:t>
      </w:r>
    </w:p>
    <w:p>
      <w:pPr>
        <w:pStyle w:val="ArticleBody"/>
        <w:jc w:val="left"/>
      </w:pPr>
      <w:r>
        <w:rPr>
          <w:rFonts w:ascii="Times New Roman" w:hAnsi="Times New Roman" w:eastAsia="Times New Roman" w:cs="Times New Roman"/>
        </w:rPr>
        <w:t>Nan ane 1844, mouvman Millerit Filadèlf la te antre nan maryaj la. Maryaj 22 oktòb 1844 la te separe de kategori moun k ap adore, ki te reprezante pa Rachèl ak Leya. Rachèl reprezante yon kategori ki te rive fè vwayaj la avèk siksè sou chemen ki mennen nan maryaj 22 oktòb 1844 la, men kategori Leya a te vin bouke. Lè sa a, yo te separe, epi pwosesis eprèv twazyèm zanj lan te kòmanse egzakteman kote pwosesis eprèv Kri Minwi a te fini.</w:t>
      </w:r>
    </w:p>
    <w:p>
      <w:pPr>
        <w:pStyle w:val="ArticleBody"/>
        <w:jc w:val="left"/>
      </w:pPr>
      <w:r>
        <w:rPr>
          <w:rFonts w:ascii="Times New Roman" w:hAnsi="Times New Roman" w:eastAsia="Times New Roman" w:cs="Times New Roman"/>
        </w:rPr>
        <w:t>Maryaj la te deja kòmanse, epi apre sa li te dwe konsome epi sibi tès. Maryaj la te konsome an 1846, epi pwosesis tès twazyèm zanj lan te kòmanse. An 1849 ak 1850, Seyè a t ap lonje men Li yon dezyèm fwa pou rasanble rès pèp Li a. Dezyèm tab Habakik la te lè sa a antre nan listwa, jan dezyèm seri Kòmandman yo te prefigire sa. Apre Moyiz te kraze premye seri a, dezyèm seri tab yo te prezante. Tablo 1850 la te ranplase tablo 1843 a, epi an 1850, tès ansyen Izrayèl kòm lamarye nouvo alyans Bondye a te kontinye nan direksyon Kadèch ak 1863.</w:t>
      </w:r>
    </w:p>
    <w:p>
      <w:pPr>
        <w:pStyle w:val="ArticleBody"/>
        <w:jc w:val="left"/>
      </w:pPr>
      <w:r>
        <w:rPr>
          <w:rFonts w:ascii="Times New Roman" w:hAnsi="Times New Roman" w:eastAsia="Times New Roman" w:cs="Times New Roman"/>
        </w:rPr>
        <w:t>An 1856, plis dlo ki soti nan de rivyè yo te vini atravè plim Hiram Edson. Limyè sou “sèt fwa” yo ki te vini atravè plim Edson an, se te limyè de rivyè yo te reprezante, rivyè ki te kòmanse temwayaj pwofetik yo nan Jaden Edenn nan. Jaden Edenn nan se yon senbòl rebelyon limanite kont lalwa Bondye a, e se la dlo rivyè Ulayi ak Idekèl yo kòmanse vwayaj yo. Yo travèse istwa alyans lan, paske Jaden sa a, senbòl rebelyon an, se tou kote yo te touye yon ti mouton pou bay rad pou ranplase fèy fig frans ki te sou Adan ak Èv. Istwa alyans lan kòmanse avèk alyans lavi ki te genyen ant Adan ak Bondye. Alyans sa a, pyebwa lavi a te senbolize, te mennen nan alyans Adan ak Èv te vyole a, ki te inisye yon nouvo alyans lavi, lè Ti Mouton yo te touye depi nan fondasyon lemonn nan te bay rad pou koup la ki te toutouni e ki te pèdi a. De rivyè ki koule soti nan Jaden sa a finalman vin tounen senbòl pouvwa Bondye sèvi avè yo kòm baton chatiman Li.</w:t>
      </w:r>
    </w:p>
    <w:p>
      <w:pPr>
        <w:pStyle w:val="ArticleScripture"/>
        <w:jc w:val="left"/>
      </w:pPr>
      <w:r>
        <w:rPr>
          <w:rFonts w:ascii="Times New Roman" w:hAnsi="Times New Roman" w:eastAsia="Times New Roman" w:cs="Times New Roman"/>
        </w:rPr>
        <w:t>Ò Asiryen, baton kòlè mwen an, e baton ki nan men yo a se endiyasyon mwen. M ap voye l kont yon nasyon ipokrit, e kont pèp ki anba kòlè mwen an m ap ba li lòd pou l pran piye a, pou l pran bèt yo pran an, epi pou l foule yo anba pye tankou labou nan lari yo. Ezayi 10:5, 6.</w:t>
      </w:r>
    </w:p>
    <w:p>
      <w:pPr>
        <w:pStyle w:val="ArticleBody"/>
        <w:jc w:val="left"/>
      </w:pPr>
      <w:r>
        <w:rPr>
          <w:rFonts w:ascii="Times New Roman" w:hAnsi="Times New Roman" w:eastAsia="Times New Roman" w:cs="Times New Roman"/>
        </w:rPr>
        <w:t>De rivyè sa yo te koule soti nan Eden pou antre nan desandans Rebeka ak nan maryaj alyans li avèk Izarak, epi yo te kontinye rive jwenn Jakòb, kote dlo de rivyè yo reprezante kòm de peryòd diferan, chak gen sèt tan. Ansuit, menm de rivyè sa yo koule atravè sis dènye chapit liv Danyèl la, kote chak rivyè reprezante pa twa chapit. Youn nan rivyè yo reprezante ogmantasyon konesans ki te sele a louvri nan chapit sèt, uit ak nèf; epi lòt rivyè a reprezante ogmantasyon konesans ki te sele a louvri nan chapit dis, onz ak douz.</w:t>
      </w:r>
    </w:p>
    <w:p>
      <w:pPr>
        <w:pStyle w:val="ArticleBody"/>
        <w:jc w:val="left"/>
      </w:pPr>
      <w:r>
        <w:rPr>
          <w:rFonts w:ascii="Times New Roman" w:hAnsi="Times New Roman" w:eastAsia="Times New Roman" w:cs="Times New Roman"/>
        </w:rPr>
        <w:t>Chapit sèt, uit ak nèf yo prezante kòm vizyon Oulayi a, epi Kris la dekri yon fason ki sanble nan chapit dis, onz ak douz yo. Nan toude vizyon rivyè yo, ki reprezante pa twa chapit, Kris la prezante kòm kanpe sou dlo a.</w:t>
      </w:r>
    </w:p>
    <w:p>
      <w:pPr>
        <w:pStyle w:val="ArticleScripture"/>
        <w:jc w:val="left"/>
      </w:pPr>
      <w:r>
        <w:rPr>
          <w:rFonts w:ascii="Times New Roman" w:hAnsi="Times New Roman" w:eastAsia="Times New Roman" w:cs="Times New Roman"/>
        </w:rPr>
        <w:t>Epi sa li rive, lè mwen menm, Danyèl, mwen te wè vizyon an epi mwen t ap chèche konprann siyifikasyon li, men yon moun ki te sanble ak aparans yon nonm te kanpe devan mwen. E mwen tande vwa yon nonm ant de bò larivyè Oulayi a, ki rele epi ki di: Gabriyèl, fè nonm sa a konprann vizyon an. Danyèl 8:15, 16.</w:t>
      </w:r>
    </w:p>
    <w:p>
      <w:pPr>
        <w:pStyle w:val="ArticleBody"/>
        <w:jc w:val="left"/>
      </w:pPr>
      <w:r>
        <w:rPr>
          <w:rFonts w:ascii="Times New Roman" w:hAnsi="Times New Roman" w:eastAsia="Times New Roman" w:cs="Times New Roman"/>
        </w:rPr>
        <w:t>Vizyon Kris la nan chapit dis la sanble ak vizyon Jan te temwen nan Revelasyon chapit youn nan, epi nan vizyon Danyèl la nan chapit uit la, Palmoni te sou dlo yo, menm jan Li te ye nan chapit douz la, kote Li te abiye ak twal fin blan.</w:t>
      </w:r>
    </w:p>
    <w:p>
      <w:pPr>
        <w:pStyle w:val="ArticleScripture"/>
        <w:jc w:val="left"/>
      </w:pPr>
      <w:r>
        <w:rPr>
          <w:rFonts w:ascii="Times New Roman" w:hAnsi="Times New Roman" w:eastAsia="Times New Roman" w:cs="Times New Roman"/>
        </w:rPr>
        <w:t>“Nan epòk vizit Gabriyèl la, pwofèt Danyèl pa t kapab resevwa plis enstriksyon; men kèk ane apre sa, avèk dezi pou l konnen plis sou sijè ki poko te esplike nèt, li mete tèt li ankò pou chèche limyè ak sajès nan men Bondye. ‘Nan jou sa yo, mwen menm Danyèl, mwen te nan dèy pandan twa senmenn antye. Mwen pa t manje pen délikatès, ni vyann ni diven pa t antre nan bouch mwen, ni mwen pa t benyen tèt mwen ak lwil ditou…. Lè sa a, mwen leve je m, mwen gade, epi gade, te gen yon nonm abiye ak twal fin blan, ren li te mare ak lò rafine ki soti Oufaz. Kò li menm te tankou beryl, figi li te tankou aparans zèklè, je li tankou lanp dife, bra li ak pye li te tankou koulè kwiv poli, epi vwa pawòl li yo te tankou bri yon foul moun.’”</w:t>
      </w:r>
    </w:p>
    <w:p>
      <w:pPr>
        <w:pStyle w:val="ArticleScripture"/>
        <w:jc w:val="left"/>
      </w:pPr>
      <w:r>
        <w:rPr>
          <w:rFonts w:ascii="Times New Roman" w:hAnsi="Times New Roman" w:eastAsia="Times New Roman" w:cs="Times New Roman"/>
        </w:rPr>
        <w:t>“Se pa t yon lòt pèsonaj pase Pitit Bondye a ki te parèt devan Danyèl. Deskripsyon sa a sanble ak sa Jan te bay lè Kris te revele tèt li ba li sou zile Patmòs la. Kounye a, Seyè nou an vini ansanm ak yon lòt mesaje selès pou anseye Danyèl sa ki t ap rive nan dènye jou yo. Konesans sa a te bay Danyèl e li te ekri anba enspirasyon pou nou menm sou ki bout mond lan rive.” Review and Herald, 8 fevriye 1881.</w:t>
      </w:r>
    </w:p>
    <w:p>
      <w:pPr>
        <w:pStyle w:val="ArticleBody"/>
        <w:jc w:val="left"/>
      </w:pPr>
      <w:r>
        <w:rPr>
          <w:rFonts w:ascii="Times New Roman" w:hAnsi="Times New Roman" w:eastAsia="Times New Roman" w:cs="Times New Roman"/>
        </w:rPr>
        <w:t>Nan vizyon Hiddékèl la konsènan Kris nan chapit dis la, Kris la sou dlo a epi Li abiye an twal len; epi nan vizyon Oulay la, Li sou dlo a. Vizyon Revelasyon premye chapit la ann amoni ak vizyon ki prezante nan vizyon Oulay ak Hiddékèl yo, kote Sè White idantifye ke se “pa mwens pase Pèsonaj la menm, Pitit Bondye a.” Lè li idantifye zanj Revelasyon dis la, li deklare zanj lan te “pa mwens pase Pèsonaj la menm, Jezikri.” Zanj ki nan Revelasyon dis la leve men Li anlè nan syèl la, epi Li fè sèman pa Sila a ki viv pou tout tan ak pou tout tan an, an rapò ak vizyon Kris la nan chapit douz la, ki leve toude men Li anlè nan syèl la epi ki fè sèman pa Sila a ki viv pou tout tan ak pou tout tan an. Nan Revelasyon dis la, Li sou dlo a ansanm ak tè a.</w:t>
      </w:r>
    </w:p>
    <w:p>
      <w:pPr>
        <w:pStyle w:val="ArticleBody"/>
        <w:jc w:val="left"/>
      </w:pPr>
      <w:r>
        <w:rPr>
          <w:rFonts w:ascii="Times New Roman" w:hAnsi="Times New Roman" w:eastAsia="Times New Roman" w:cs="Times New Roman"/>
        </w:rPr>
        <w:t>Sa ki egziste “ant de rivaj” yon larivyè se dlo, epi Danyèl te tande “vwa yon nonm ant de rivaj yo”; konsa, vwa a te soti nan nonm ki te sou dlo a, e vwa a te son dlo larivyè Oulay la.</w:t>
      </w:r>
    </w:p>
    <w:p>
      <w:pPr>
        <w:pStyle w:val="ArticleScripture"/>
        <w:jc w:val="left"/>
      </w:pPr>
      <w:r>
        <w:rPr>
          <w:rFonts w:ascii="Times New Roman" w:hAnsi="Times New Roman" w:eastAsia="Times New Roman" w:cs="Times New Roman"/>
        </w:rPr>
        <w:t>Epi nan katrevenzyèm jou premye mwa a, pandan mwen te bò gwo larivyè a, ki rele Hiddèkèl, mwen leve je m, mwen gade, epi gade, te gen yon nonm sèten ki te abiye ak twal len, ren li te mare ak bon lò Oufaz. Kò li menm te tankou beril, figi li te tankou aparans zèklè, je li te tankou lanp dife, bra li ak pye li te tankou kwiv poli nan koulè yo, epi vwa pawòl li yo te tankou bri yon foul moun. …</w:t>
      </w:r>
    </w:p>
    <w:p>
      <w:pPr>
        <w:pStyle w:val="ArticleScripture"/>
        <w:jc w:val="left"/>
      </w:pPr>
      <w:r>
        <w:rPr>
          <w:rFonts w:ascii="Times New Roman" w:hAnsi="Times New Roman" w:eastAsia="Times New Roman" w:cs="Times New Roman"/>
        </w:rPr>
        <w:t>Men ou menm, Danyèl, fèmen pawòl sa yo, epi sele liv la, jouk nan tan lafen an: anpil moun pral kouri ale vini, epi konesans pral ogmante. Lè sa a, mwen menm Danyèl, mwen gade, epi men de lòt moun te kanpe, youn sou bò sa a nan rivaj larivyè a, epi lòt la sou bò lòt la nan rivaj larivyè a. Epi youn di nonm ki te abiye an twal len an, ki te anwo dlo larivyè a: Konbyen tan sa pral pran rive nan fen mèvèy sa yo? Epi mwen tande nonm ki te abiye an twal len an, ki te anwo dlo larivyè a, lè li leve men dwat li ak men gòch li nan direksyon syèl la, epi li sèmante pa sila a ki viv pou tout tan, sa pral dire pou yon tan, de tan, ak yon mwatye; epi lè li va fin akonpli gaye pouvwa pèp sen an, tout bagay sa yo va fini.</w:t>
      </w:r>
    </w:p>
    <w:p>
      <w:pPr>
        <w:pStyle w:val="ArticleScripture"/>
        <w:jc w:val="left"/>
      </w:pPr>
      <w:r>
        <w:rPr>
          <w:rFonts w:ascii="Times New Roman" w:hAnsi="Times New Roman" w:eastAsia="Times New Roman" w:cs="Times New Roman"/>
        </w:rPr>
        <w:t>Epi mwen te tande, men mwen pa t konprann; lè sa a, mwen di: O Seyè mwen, ki sa ki pral dènye bagay sa yo? E li di: Ale fè chemen pa ou, Danyèl; paske pawòl yo fèmen epi sele jouk nan tan lafen an. Anpil pral pirifye, yo pral vin blan, epi yo pral pase anba eprèv; men mechan yo pral kontinye fè mechanste; e okenn nan mechan yo p ap konprann; men moun saj yo va konprann. Danyèl 10:4–6; 12:4–10.</w:t>
      </w:r>
    </w:p>
    <w:p>
      <w:pPr>
        <w:pStyle w:val="ArticleBody"/>
        <w:jc w:val="left"/>
      </w:pPr>
      <w:r>
        <w:rPr>
          <w:rFonts w:ascii="Times New Roman" w:hAnsi="Times New Roman" w:eastAsia="Times New Roman" w:cs="Times New Roman"/>
        </w:rPr>
        <w:t>Gwo rivyè Chinea yo, jan Sè White idantifye yo, toude mare ak yon vizyon kote Kris la sou dlo a ap pale, paske vwa li tankou bri anpil dlo. Nan toude vizyon yo, yo poze kesyon an: “konbyen tan?” Toude rivyè yo reprezante tou nan “kesyon ak repons” Danyèl la nan chapit uit la, ki se poto santral ak fondasyon Adantis la. La a, de rivyè yo se senbòl “sèt fwa” dispèsyon ak pilonnen anba pye ni tanp lan ni lame a. De rivyè yo akonpli wòl yo kòm baton chatiman Bondye a, epi apre sa yo koule antre nan istwa Milerit la sou premye zanj lan, kote William Miller dekouvri premye bijou pwofetik li a, ki se liy “sèt fwa” ki nan Levitik vennsis. De rivyè yo reprezante de dispèsyon 2520 ane yo, ki te akonpli pa de lyon Asiri ak Babilòn yo, ki reprezante pa Tig la ak Lefrat la, epi, natirèlman, pa Leya ak Rachèl, nyès Rebeka yo, ki maryaj alyans yo te fèt lè Izarak te gen karantan, jan sa ekri nan Jenèz 2520.</w:t>
      </w:r>
    </w:p>
    <w:p>
      <w:pPr>
        <w:pStyle w:val="ArticleBody"/>
        <w:jc w:val="left"/>
      </w:pPr>
      <w:r>
        <w:rPr>
          <w:rFonts w:ascii="Times New Roman" w:hAnsi="Times New Roman" w:eastAsia="Times New Roman" w:cs="Times New Roman"/>
        </w:rPr>
        <w:t>Miller te prezante sèlman dispèsyon “sèt fwa yo” kont wayòm sid Jida a, ki te akonpli ansanm ak pwofesi 2300 ane a an 1844. An 1856, “diven nouvo” “sèt fwa yo” te idantifye menm dispèsyon an sou wayòm nò a, ki te fini an 1798. Kòm premye dekouvèt pwofetik William Miller, dlo larivyè Lefrat la te parèt kòm doktrin alfa a nan istwa premye zanj lan. Dlo larivyè Oulay la te parèt avèk twazyèm zanj lan. Dekouvèt alfa Miller la se te sèt fwa yo, reprezante pa larivyè Oulay la, epi dekouvèt omega Hiram Edson lan se te sèt fwa yo, reprezante pa larivyè Idèkèl la.</w:t>
      </w:r>
    </w:p>
    <w:p>
      <w:pPr>
        <w:pStyle w:val="ArticleBody"/>
        <w:jc w:val="left"/>
      </w:pPr>
      <w:r>
        <w:rPr>
          <w:rFonts w:ascii="Times New Roman" w:hAnsi="Times New Roman" w:eastAsia="Times New Roman" w:cs="Times New Roman"/>
        </w:rPr>
        <w:t>2520 la reprezante dire peryòd la ki menm pou chak wayòm, men ki kòmanse epi ki fini ak karant-sis ane ant yo. 1798 make tan lafen an ak rive premye zanj la nan Revelasyon katòz. 1798 se akonplisman 2520 ane dispèsyon ki te tonbe sou wayòm nò a pa lyon Lasiri a. 1844 se akonplisman “sèt tan” ki te tonbe sou wayòm sid la, epi li reprezante pa lyon Babilòn nan. De rivyè yo se sipò devan ak dèyè pou istwa mesaj premye ak dezyèm zanj yo, ki te fini ak rive twazyèm nan le 22 oktòb 1844, lè toude, setyèm twonpèt la ak twonpèt rejwisans lan tou, te sonnen nan Jou Ekspyasyon antitipik la.</w:t>
      </w:r>
    </w:p>
    <w:p>
      <w:pPr>
        <w:pStyle w:val="ArticleScripture"/>
        <w:jc w:val="left"/>
      </w:pPr>
      <w:r>
        <w:rPr>
          <w:rFonts w:ascii="Times New Roman" w:hAnsi="Times New Roman" w:eastAsia="Times New Roman" w:cs="Times New Roman"/>
        </w:rPr>
        <w:t>Lè sa a, w'a fè twonpèt rejwisans lan sonnen nan dizyèm jou setyèm mwa a; nan jou ekspyasyon an, n'a fè twonpèt la sonnen nan tout peyi nou an. Levitik 25:9.</w:t>
      </w:r>
    </w:p>
    <w:p>
      <w:pPr>
        <w:pStyle w:val="ArticleBody"/>
        <w:jc w:val="left"/>
      </w:pPr>
      <w:r>
        <w:rPr>
          <w:rFonts w:ascii="Times New Roman" w:hAnsi="Times New Roman" w:eastAsia="Times New Roman" w:cs="Times New Roman"/>
        </w:rPr>
        <w:t>Son setyèm twonpèt la se yon senbòl travay Kris la nan ini Divinite Li ak limanite, epi li reprezante pa 2300 ane vizyon larivyè Oulai a; epi son twonpèt rejwisans lan se yon senbòl alyans tè a ki te vyole epi ki te tonbe sou pèp Bondye a, sa Danyèl te rele madichon ak sèman Moyiz la, epi sa Moyiz te rele “kontestasyon alyans Bondye a.”</w:t>
      </w:r>
    </w:p>
    <w:p>
      <w:pPr>
        <w:pStyle w:val="ArticleScripture"/>
        <w:jc w:val="left"/>
      </w:pPr>
      <w:r>
        <w:rPr>
          <w:rFonts w:ascii="Times New Roman" w:hAnsi="Times New Roman" w:eastAsia="Times New Roman" w:cs="Times New Roman"/>
        </w:rPr>
        <w:t>Wi, tout Izrayèl te transgrese lalwa ou a, menm lè yo te vire do bay li, pou yo pa t obeyi vwa ou; se poutèt sa madichon an vide sou nou, ansanm ak sèman ki ekri nan lalwa Moyiz, sèvitè Bondye a, paske nou peche kont li. Danyèl 9:11.</w:t>
      </w:r>
    </w:p>
    <w:p>
      <w:pPr>
        <w:pStyle w:val="ArticleBody"/>
        <w:jc w:val="left"/>
      </w:pPr>
      <w:r>
        <w:rPr>
          <w:rFonts w:ascii="Times New Roman" w:hAnsi="Times New Roman" w:eastAsia="Times New Roman" w:cs="Times New Roman"/>
        </w:rPr>
        <w:t>“Madichon” ak “sèman” yo ekri “nan lalwa Moyiz la” se “sèt fwa” Levitik ventsis la. Mo yo tradui kòm “sèman” an se menm mo ebre a ki, nan Levitik, tradui kòm “sèt fwa.” Madichon an, poutèt yo te kraze sèman alyans lan nan chapit venksenk lan, prezante nan chapit ventsis la, kote Moyiz idantifye madichon an kòm “kontestasyon alyans lan.”</w:t>
      </w:r>
    </w:p>
    <w:p>
      <w:pPr>
        <w:pStyle w:val="ArticleScripture"/>
        <w:jc w:val="left"/>
      </w:pPr>
      <w:r>
        <w:rPr>
          <w:rFonts w:ascii="Times New Roman" w:hAnsi="Times New Roman" w:eastAsia="Times New Roman" w:cs="Times New Roman"/>
        </w:rPr>
        <w:t>Lè sa a, mwen menm tou, m ap mache kont nou, e m ap pini nou sèt fwa ankò poutèt peche nou yo. E m ap fè epe vini sou nou, ki va tire revanj pou kont kontra mwen an; e lè nou rasanble andedan vil nou yo, m ap voye maladi kontajye nan mitan nou; e y ap lage nou nan men lènmi an. Levitik 26:24, 25.</w:t>
      </w:r>
    </w:p>
    <w:p>
      <w:pPr>
        <w:pStyle w:val="ArticleBody"/>
        <w:jc w:val="left"/>
      </w:pPr>
      <w:r>
        <w:rPr>
          <w:rFonts w:ascii="Times New Roman" w:hAnsi="Times New Roman" w:eastAsia="Times New Roman" w:cs="Times New Roman"/>
        </w:rPr>
        <w:t>Seyè a te fè nepe lyon Asiri a vini sou wayòm nò a pou “pini” yo lè li te livre yo nan “men lènmi an,” an 723 anvan Jezikri. Karant-sis ane apre, an 677 anvan Jezikri, wayòm sid la te santi madichon Moyiz la. Madichon Moyiz la se diskisyon alyans lan. Pandan karant-sis ane, Bondye te sèvi ak lyon Mezopotami yo pou retire epi foule lame a anba pye. Nan fen peryòd karant-sis ane sa a, Nèbikadneza te detwi tanp lan. Lame kesyon Danyèl la nan vèsè trèz nan Danyèl uit la te esklav anba lènmi yo pandan yon peryòd karant-sis ane ki te abouti nan destriksyon tanp lan, ki te lòt sijè ki te dwe foule anba pye nan vèsè trèz la. Lè rivyè sa yo te rive nan 1798 ak 1844 respektivman, yon lame te rasanble ansanm kòm yon tanp, paske lame a se yon kò, epi kò a se yon tanp. Nan fen peryòd sa a, tanp ki te bati pandan karant-sis ane yo te dwe ini ak tanp selès la nan maryaj Divinite ak limanite. Maryaj fèt ant de tanp, epi sa Bondye mete ansanm pa dwe separe.</w:t>
      </w:r>
    </w:p>
    <w:p>
      <w:pPr>
        <w:pStyle w:val="ArticleBody"/>
        <w:jc w:val="left"/>
      </w:pPr>
      <w:r>
        <w:rPr>
          <w:rFonts w:ascii="Times New Roman" w:hAnsi="Times New Roman" w:eastAsia="Times New Roman" w:cs="Times New Roman"/>
        </w:rPr>
        <w:t>Dlo Tig la te rive nan 1798, epi dlo Lefrat la te rive nan 1844. Jis anvan arive twazyèm zanj lan, dezyèm zanj lan te rive, epi apre sa, nan reyinyon kan Exeter, New Hampshire, ki te fèt 12–17 out 1844, mesaj Rèl Minwi a te vide deyò. Exeter vle di “yon fò dlo”, epi nan reyinyon kan an, te gen yon reyinyon kontrefè ki te fèt nan yon lòt tant, yon gwoup ki soti Watertown, Massachusetts, te monte l. Dapre Sè White, dlo ki te soti nan Eden yo te prèske pral gaye tankou “yon vag mare” sou tout kot lès Etazini. Tranblemanntè ki te pwovoke vag mare sa a te fèt nan Jaden Edenn nan lè Satan te venk limanite, sa ki te lakòz yon gwo boulvèsman sismik nan Edenn, e vag li yo te rive jis nan Rèl Minwi istwa Millerit la. Vag mare sa a anvayi Rèl Minwi a nan istwa san karannkat mil yo, epi vag ki te kòmanse ak tranblemanntè peche Adan an rive jouk nan tranblemanntè lwa dimanch la nan Revelasyon chapit onz.</w:t>
      </w:r>
    </w:p>
    <w:p>
      <w:pPr>
        <w:pStyle w:val="ArticleBody"/>
        <w:jc w:val="left"/>
      </w:pPr>
      <w:r>
        <w:rPr>
          <w:rFonts w:ascii="Times New Roman" w:hAnsi="Times New Roman" w:eastAsia="Times New Roman" w:cs="Times New Roman"/>
        </w:rPr>
        <w:t>Vwa Kris la se vwa anpil dlo, e dlo yo ansanm fòme mesaj lapli dènye a. Ezayi ak pitit gason li a, Shearjashub, kanpe nan vèsè twa nan chapit sèt la bò pisin ki soti nan kanal anwo a, ap prezante mesaj lapli dènye a nan tan sele san karannkat mil yo. La a, deklarasyon Ezayi kont wa Achaz, ki te sòt ak mechan, se te ke Senyè a t ap voye sou Achaz dlo Asiri yo, wa Sennakerib la, epi dlo li a t ap monte rive jis nan kou a.</w:t>
      </w:r>
    </w:p>
    <w:p>
      <w:pPr>
        <w:pStyle w:val="ArticleScripture"/>
        <w:jc w:val="left"/>
      </w:pPr>
      <w:r>
        <w:rPr>
          <w:rFonts w:ascii="Times New Roman" w:hAnsi="Times New Roman" w:eastAsia="Times New Roman" w:cs="Times New Roman"/>
        </w:rPr>
        <w:t>Seyè a pale avè m ankò, li di: Paske pèp sa a refize dlo Siloa yo ki koule dousman, e yo pran plezi nan Rezin ak pitit gason Remalya a; kounye a, se poutèt sa, gade, Seyè a ap fè dlo rivyè a monte sou yo, dlo ki fò e anpil, menm wa Lasiri a ak tout glwa li; li va monte anlè tout chanèl li yo, e li va debòde sou tout rivaj li yo; li va travèse Jida; li va anvayi l e li va debòde sou li; li va rive menm jouk nan kou a; e etandaj zèl li yo va plen lajè peyi ou a, O Emanyèl. Ezayi 8:5–8.</w:t>
      </w:r>
    </w:p>
    <w:p>
      <w:pPr>
        <w:pStyle w:val="ArticleBody"/>
        <w:jc w:val="left"/>
      </w:pPr>
      <w:r>
        <w:rPr>
          <w:rFonts w:ascii="Times New Roman" w:hAnsi="Times New Roman" w:eastAsia="Times New Roman" w:cs="Times New Roman"/>
        </w:rPr>
        <w:t>Akaz te refize dlo yo ki te “voye” pa Senyè a; konsa Senyè a “voye” dlo Lasiri yo sou Akaz. Akaz te “rejwi” nan konfederasyon “Rezin ak pitit gason Remalya a.” Akaz “rejwi” nan yon fo mesaj lapli dènye tan an, Rezin ak pitit gason Remalya a reprezante l.</w:t>
      </w:r>
    </w:p>
    <w:p>
      <w:pPr>
        <w:pStyle w:val="ArticleBody"/>
        <w:jc w:val="left"/>
      </w:pPr>
      <w:r>
        <w:rPr>
          <w:rFonts w:ascii="Times New Roman" w:hAnsi="Times New Roman" w:eastAsia="Times New Roman" w:cs="Times New Roman"/>
        </w:rPr>
        <w:t>Rezin ak pitit gason Remalya a, ki se Peka, wa wayòm nò a, reprezante yon fo imitasyon Ezayi ak pitit gason li. Wa Akaz, ki sòt e mechan, “rejwi” nan konfederasyon an ke dis branch fanmi nò Izrayèl yo ak Siri reprezante, sa ki sèvi kòm tip relasyon ilegal ant legliz ak leta anba lwa dimanch lan. Akaz rejwi, paske wont ak lajwa se de emosyon opoze enspirasyon itilize pou pale ak sa yo ki reprezante nan deba lapli ta a. Lè Jeremi te manje ti liv la, sa te lajwa ak rejwisans kè li, epi Jowèl fè nou konnen pèp Bondye a p ap janm wont. Akaz, antanke yon Lawodise, avèg; konsa li ap rejwi nan fo mesaj dlo a epi li rejte vrè mesaj dlo Ezayi a. Li ta dwe wont paske li mete konfyans li nan mesaj fo lapli ta a, fo mesaj ki reprezante pa inondasyon wa nò a; men li te rejte mesaj Siloa a.</w:t>
      </w:r>
    </w:p>
    <w:p>
      <w:pPr>
        <w:pStyle w:val="ArticleBody"/>
        <w:jc w:val="left"/>
      </w:pPr>
      <w:r>
        <w:rPr>
          <w:rFonts w:ascii="Times New Roman" w:hAnsi="Times New Roman" w:eastAsia="Times New Roman" w:cs="Times New Roman"/>
        </w:rPr>
        <w:t>Mesaj Chiloa a nan Ezayi uit la se mesaj dènye lapli a. Rezèvwa Chiloa a idantifye nan Nouvo Testaman an kòm rezèvwa Silowam nan. Nan lang ebre oubyen grèk, sa vle di “voye.” Li te nesesè pou Kris la ale, pou Li te kapab “voye” Sentespri a. Ezayi ak Akaz yo nan rezèvwa Chiloa a, epi eprèv la baze sou si pou yo gen lafwa nan rezèvwa Chiloa a jan Ezayi ak pitit gason li reprezante l la, oswa lafwa nan Rezin ak pitit gason Remalya a? Akaz ap chwazi ant de dlo: dlo Chiloa yo oswa dlo wa Lasiri yo. Akaz te rejwi nan alyans ak mesaj Rezin ak pitit gason Remalya a te reprezante a, e se poutèt sa li te resevwa inondasyon dezolasyon an, olye dlo ki koule dousman an nan jijman li. Jijman li a reprezante lwa dimanch lan lè wa nò a debòde sou lemonn antye tankou yon inondasyon. Li fè sa depi lwa dimanch lan e annapre, lè inondasyon Rèl Minwi a ap baleye lemonn tou.</w:t>
      </w:r>
    </w:p>
    <w:p>
      <w:pPr>
        <w:pStyle w:val="ArticleBody"/>
        <w:jc w:val="left"/>
      </w:pPr>
      <w:r>
        <w:rPr>
          <w:rFonts w:ascii="Times New Roman" w:hAnsi="Times New Roman" w:eastAsia="Times New Roman" w:cs="Times New Roman"/>
        </w:rPr>
        <w:t>Akaz rejwi nan alyans dis tribi nò yo ak Siri a, e konsa li rejwi nan mesaj ki ini legliz ak leta, jan sa reprezante pa tout alyans ilegal yo jwenn nan Pawòl Bondye a. Ezayi reprezante yon Filadelfyen, epi Akaz yon Laodiseyen. Kris la mare temwayaj Ezayi a ak pwòp pa Li lè Li geri nonm avèg la, yon Laodiseyen, bò pisin Silowam nan.</w:t>
      </w:r>
    </w:p>
    <w:p>
      <w:pPr>
        <w:pStyle w:val="ArticleScripture"/>
        <w:jc w:val="left"/>
      </w:pPr>
      <w:r>
        <w:rPr>
          <w:rFonts w:ascii="Times New Roman" w:hAnsi="Times New Roman" w:eastAsia="Times New Roman" w:cs="Times New Roman"/>
        </w:rPr>
        <w:t>Pandan Jezi t ap pase, li wè yon nonm ki te avèg depi li te fèt. Disip li yo mande li, yo di: Mèt, kiyès ki te peche, nonm sa a, oswa paran li yo, pou l te fèt avèg?</w:t>
      </w:r>
    </w:p>
    <w:p>
      <w:pPr>
        <w:pStyle w:val="ArticleScripture"/>
        <w:jc w:val="left"/>
      </w:pPr>
      <w:r>
        <w:rPr>
          <w:rFonts w:ascii="Times New Roman" w:hAnsi="Times New Roman" w:eastAsia="Times New Roman" w:cs="Times New Roman"/>
        </w:rPr>
        <w:t>Jezi reponn: Ni nonm sa a pa t peche, ni paran li yo; men se pou zèv Bondye yo ta parèt aklè nan li. Mwen dwe fè zèv Sila a ki voye m nan, pandan li lajounen; lannwit lan ap vini, lè pèsonn pa ka travay. Toutotan mwen nan mond lan, mwen se limyè mond lan. Lè li te fin di bagay sa yo, li krache atè, li fè labou ak krache a, epi li pase labou a sou je nonm avèg la, Epi li di li: Ale, lave kò ou nan pisin Silowam nan (sa vle di: Voye). Se konsa li ale, li lave, epi li tounen vin wè.</w:t>
      </w:r>
    </w:p>
    <w:p>
      <w:pPr>
        <w:pStyle w:val="ArticleScripture"/>
        <w:jc w:val="left"/>
      </w:pPr>
      <w:r>
        <w:rPr>
          <w:rFonts w:ascii="Times New Roman" w:hAnsi="Times New Roman" w:eastAsia="Times New Roman" w:cs="Times New Roman"/>
        </w:rPr>
        <w:t>Se poutèt sa, vwazen yo ansanm ak moun ki te konn wè l anvan, lè li te avèg, t ap di: Èske se pa li menm ki te konn chita ap mande charite a? Genyen ki te di: Se li menm; lòt yo te di: Li sanble avè l; men li menm li te di: Se mwen menm. Se poutèt sa yo te di li: Ki jan je ou yo te louvri?</w:t>
      </w:r>
    </w:p>
    <w:p>
      <w:pPr>
        <w:pStyle w:val="ArticleScripture"/>
        <w:jc w:val="left"/>
      </w:pPr>
      <w:r>
        <w:rPr>
          <w:rFonts w:ascii="Times New Roman" w:hAnsi="Times New Roman" w:eastAsia="Times New Roman" w:cs="Times New Roman"/>
        </w:rPr>
        <w:t>Li reponn epi li di: Yon nonm yo rele Jezi fè labou, li pase l sou je m, epi li di m: Ale nan pisin Silowam nan, epi lave w. Mwen ale, mwen lave m, epi mwen vin wè. Jan 9:1–11.</w:t>
      </w:r>
    </w:p>
    <w:p>
      <w:pPr>
        <w:pStyle w:val="ArticleBody"/>
        <w:jc w:val="left"/>
      </w:pPr>
      <w:r>
        <w:rPr>
          <w:rFonts w:ascii="Times New Roman" w:hAnsi="Times New Roman" w:eastAsia="Times New Roman" w:cs="Times New Roman"/>
        </w:rPr>
        <w:t>Nonm avèg la ansanm ak wa sòt ak mechan Akaz yo teste pou wè si yo va mete konfyans yo nan pisin Silowam nan oswa nan inondasyon Asiri a. Nonm avèg la konnen li avèg, men Akaz rich, li vin ogmante ak byen, e li pa bezwen anyen. Akaz se vyèj sòt la bò pisin lapli dènye a, epi nonm avèg la se yon vyèj saj. Dlo ki voye soti a, oswa dlo ki voye soti nan Asiri a, se tès la.</w:t>
      </w:r>
    </w:p>
    <w:p>
      <w:pPr>
        <w:pStyle w:val="ArticleBody"/>
        <w:jc w:val="left"/>
      </w:pPr>
      <w:r>
        <w:rPr>
          <w:rFonts w:ascii="Times New Roman" w:hAnsi="Times New Roman" w:eastAsia="Times New Roman" w:cs="Times New Roman"/>
        </w:rPr>
        <w:t>Yon pisin se yon kote dlo rasanble ansanm; epi nan sans pwofetik, yon pisin se kote divès kouran, rivyè, ravin, lanmè, oseyan, lak, lapli ak lawouze tout “dlo” yo, ki reprezante vwa Kris la, rasanble ansanm. Pisin lapli dènye a fòme ak dlo ki koule soti nan pisin anwo a. Pisin nan reprezante mesaj lapli dènye a nan kontèks yon tès. Akaz te rejte dlo ki koule dousman yo, men nonm avèg la te obeyisan anvè mesaj ki te konekte ak pisin nan. Jezi te pran yon pati nan Divinite Li, ki reprezante kòm “krache”, epi Li te melanje li ak labou, sa ki reprezante inyon Divinite ak limanite Kris akonpli nan Kote ki Pi Sen an.</w:t>
      </w:r>
    </w:p>
    <w:p>
      <w:pPr>
        <w:pStyle w:val="ArticleBody"/>
        <w:jc w:val="left"/>
      </w:pPr>
      <w:r>
        <w:rPr>
          <w:rFonts w:ascii="Times New Roman" w:hAnsi="Times New Roman" w:eastAsia="Times New Roman" w:cs="Times New Roman"/>
        </w:rPr>
        <w:t>Kris te krache atè a, epi li melanje krache li pou fòme labou. Li te sèvi ak mesaj konbinezon Divinite ak limanite a pou li onksyonnen je avèg la. Mesaj ki reprezante pa konbinezon Divinite ak limanite sa a se mesaj 1888 la, epi li fèt pou transfòme yon moun soti nan kondisyon Laodise pou mennen l nan kondisyon Filadèlfi. Men mesaj la mande patisipasyon imen. Yo dwe ale nan pisin nan, epi apre sa lave.</w:t>
      </w:r>
    </w:p>
    <w:p>
      <w:pPr>
        <w:pStyle w:val="ArticleBody"/>
        <w:jc w:val="left"/>
      </w:pPr>
      <w:r>
        <w:rPr>
          <w:rFonts w:ascii="Times New Roman" w:hAnsi="Times New Roman" w:eastAsia="Times New Roman" w:cs="Times New Roman"/>
        </w:rPr>
        <w:t>Tout moun peche, e yo pa rive nan glwa Bondye; men Jezi te di ni nonm avèg la ni paran li yo pa t peche. Jezi retire kestyon koupabilite a nan kondisyon nonm avèg la, e Li idantifye li kòm yon nonm ki te leve pou bay Seyè a glwa; epi nonm pwofetik la nan pwofesi Bib la, ki leve pou rezon sa a, pou “zèv Bondye yo ka parèt aklè,” se drapo a, ki fòme ak gason ak fanm ki soti nan Laodise pou rive Filadèlfi. Drapo a se kote zèv Bondye yo parèt aklè, paske zèv Li se te mete Divinite ansanm ak limanite (jan sa reprezante pa pomad labou a), e twofe zèv sa a se moun ki pa sèlman te tande mesaj Laodise a, men moun ki te suiv preskripsyon ki nan mesaj la. Preskripsyon an pou nonm avèg la se te ale epi lave. Lè li te kapab wè, li pa t bezwen eseye bay Bondye glwa; sikonstans ki te antoure li yo te fè sa rive.</w:t>
      </w:r>
    </w:p>
    <w:p>
      <w:pPr>
        <w:pStyle w:val="ArticleBody"/>
        <w:jc w:val="left"/>
      </w:pPr>
      <w:r>
        <w:rPr>
          <w:rFonts w:ascii="Times New Roman" w:hAnsi="Times New Roman" w:eastAsia="Times New Roman" w:cs="Times New Roman"/>
        </w:rPr>
        <w:t>Li te kòmanse avèk apwòch Kris la, epi ansuit avèk travay Kris la. Dènye travay Kris la nan Tanp lan ki nan Syèl la an rapò ak lèzòm, se transfòme yon èt imen soti nan yon vale zo chèch ki mouri, oswa soti nan eta kote li mouri nan lari yo, oswa soti nan eta kote li avèg nèt. Dènye travay Li se rekreye pèp Li a nan imaj Li, e se menm travay sa a Li te fè lè Li te kreye Adan soti nan pousyè tè a, epi ansuit Li te soufle nan li souf lavi a. Dènye travay la se premye travay la, paske Li te fè labou a an premye, epi apre sa Li te onksyonnen labou sa a avèk lavi Lespri Li a. Avèk Adan, Lespri a te souf Li; avèk nonm avèg la, se te dlo a. Avèk vale zo mouri Ezekyèl la, se te yon mesaj rasanbleman ki te kreye kò a. Lè sa a, yon mesaj sou kat van yo te soufle sou kò a, epi lè sa a li te kanpe sou pye li kòm yon lame pisan.</w:t>
      </w:r>
    </w:p>
    <w:p>
      <w:pPr>
        <w:pStyle w:val="ArticleBody"/>
        <w:jc w:val="left"/>
      </w:pPr>
      <w:r>
        <w:rPr>
          <w:rFonts w:ascii="Times New Roman" w:hAnsi="Times New Roman" w:eastAsia="Times New Roman" w:cs="Times New Roman"/>
        </w:rPr>
        <w:t>Pandan nonm avèg la te toujou avèg, Jezi te wè li, epi ansuit Li te pwoche bò kote l. Li pwoche bò kote nonm avèg la nan kontèks yon kesyon disip Li yo te soulve, konsa sa pèmèt Li tabli bon kad pwofetik pou ilistrasyon an. “Zèv Bondye yo” se yon senbòl pwofetik sou anpil divès liy temwen nan Bib la. Chak manifestasyon “zèv Bondye yo” nan Ekriti yo akonpli nan tan lapli dèyè a. Jezi ap mete kontèks istwa a an tèm dènye mesaj la, jan Eli reprezante l nan dènye vèsè Malachi yo.</w:t>
      </w:r>
    </w:p>
    <w:p>
      <w:pPr>
        <w:pStyle w:val="ArticleBody"/>
        <w:jc w:val="left"/>
      </w:pPr>
      <w:r>
        <w:rPr>
          <w:rFonts w:ascii="Times New Roman" w:hAnsi="Times New Roman" w:eastAsia="Times New Roman" w:cs="Times New Roman"/>
        </w:rPr>
        <w:t>Paran yo ak timoun avèg la pa kondane kòm pechè, paske se tan mèvèy travay Bondye yo, e nan tan sa a kè paran yo ak kè timoun yo pral tounen pou yo wè kestyon ki devan yo. Kestyon an se—si wi ou non nonm avèg Lawodise a te chanje pou l vin tounen yon nonm Filadèlfyen wen. Se kestyon sa a ki kanpe devan paran yo ak timoun nan nan tan lapli dèyè a, paske se tan jijman tou. E tan jijman an ap akonpli pandan twazyèm ak katriyèm jenerasyon yo dapre pwofesi alyans Abraram nan. Nonm avèg la se dènye a, katriyèm jenerasyon an, epi paran li yo se twazyèm nan. Nan peryòd sa a, mesaj Eli a mete fanmi yo nan sikonstans kote yo fòse swa aksepte swa rejte mesaj pisin Silowam nan. Wa Acha, ki te sòt ak mechan an, te rejte mesaj pisin sa a, men nonm avèg la te aksepte li. Mesaj Eli a nan Malachi tabli nan kontèks yon madichon anvan gran e redoutab jou Seyè a.</w:t>
      </w:r>
    </w:p>
    <w:p>
      <w:pPr>
        <w:pStyle w:val="ArticleBody"/>
        <w:jc w:val="left"/>
      </w:pPr>
      <w:r>
        <w:rPr>
          <w:rFonts w:ascii="Times New Roman" w:hAnsi="Times New Roman" w:eastAsia="Times New Roman" w:cs="Times New Roman"/>
        </w:rPr>
        <w:t>Lè Jezi te òganize sitiyasyon n ap konsidere a, li te mete nan rezime li sou objektif mirak la ke li te dwe travay lè sa a, paske gen yon tan k ap vini kote pèsonn p ap kapab travay. Travay li t ap pale a fèt pandan lajounen, epi fen travay la reprezante kòm lannuit. Referans li a se fen tan gras la.</w:t>
      </w:r>
    </w:p>
    <w:p>
      <w:pPr>
        <w:pStyle w:val="ArticleBody"/>
        <w:jc w:val="left"/>
      </w:pPr>
      <w:r>
        <w:rPr>
          <w:rFonts w:ascii="Times New Roman" w:hAnsi="Times New Roman" w:eastAsia="Times New Roman" w:cs="Times New Roman"/>
        </w:rPr>
        <w:t>Lè Li fini travay jijman Li a, Li wete rad prèt Li yo epi Li mete rad vanjans Li yo. Lè Li fini travay sa a ki separe moun ki pèdi yo ak moun ki sove yo, travay delivrans lan fini. Tan gras la fèmen, e kounye a se lannuit, lè pèsonn pa ka travay. Mesaj Kris la pa t sèlman mesaj Lawodise a pou yon nonm avèg, men se te mesaj Eli a, mete nan kontèks pwoksimite fèmti tan gras la, ki se motivasyon Kris la, ki sen, pou travay pou delivrans nanm yo.</w:t>
      </w:r>
    </w:p>
    <w:p>
      <w:pPr>
        <w:pStyle w:val="ArticleBody"/>
        <w:jc w:val="left"/>
      </w:pPr>
      <w:r>
        <w:rPr>
          <w:rFonts w:ascii="Times New Roman" w:hAnsi="Times New Roman" w:eastAsia="Times New Roman" w:cs="Times New Roman"/>
        </w:rPr>
        <w:t>Premyèman, Kris la pwoche bò kote nonm avèg la; ansuit, li prepare epi li mete odè a; apre sa, li bay enstriksyon pou yon travay nonm avèg la dwe fè pou tèt pa li; epi, sa ki pa mwens enpòtan, se lè li pran travay la an men ke vizyon li retabli. Yon fwa li vin wè, li transfòme soti nan yon Laodiseyen avèg pou l vin yon Filadèlfyen. Peryòd transfòmasyon de legliz sa yo te akonpli depi nan kòmansman an, soti 1856 rive 1863.</w:t>
      </w:r>
    </w:p>
    <w:p>
      <w:pPr>
        <w:pStyle w:val="ArticleBody"/>
        <w:jc w:val="left"/>
      </w:pPr>
      <w:r>
        <w:rPr>
          <w:rFonts w:ascii="Times New Roman" w:hAnsi="Times New Roman" w:eastAsia="Times New Roman" w:cs="Times New Roman"/>
        </w:rPr>
        <w:t>Peryòd sa a reprezante separasyon ble a ak move zèb yo, ansanm ak dènye seleman san karannkatmil la, ki apre sa yo leve kòm yon drapo. Menm lè a, nonm avèg la te vin sant atansyon piblik la—depi li te chanje soti nan yon Laodiseyen pou vin yon Filadèlfiyen. Nonm avèg la se san karannkatmil la, epi wa Akaz, mechan ak sòt la, ansanm ak yo, se ansyen pèp alyans lan yo vomi soti nan bouch Senyè a. Nan menm pwen sa a nan listwa, Jezi swa ap sèvi ak krache li pou li wen nouvo pèp alyans li a, swa li ap krache ansyen pèp alyans lan soti nan bouch li.</w:t>
      </w:r>
    </w:p>
    <w:p>
      <w:pPr>
        <w:pStyle w:val="ArticleBody"/>
        <w:jc w:val="left"/>
      </w:pPr>
      <w:r>
        <w:rPr>
          <w:rFonts w:ascii="Times New Roman" w:hAnsi="Times New Roman" w:eastAsia="Times New Roman" w:cs="Times New Roman"/>
        </w:rPr>
        <w:t>Nou pral kontinye refleksyon sa yo nan atik kap vini an.</w:t>
      </w:r>
    </w:p>
    <w:p>
      <w:pPr>
        <w:pStyle w:val="ArticleScripture"/>
        <w:jc w:val="left"/>
      </w:pPr>
      <w:r>
        <w:rPr>
          <w:rFonts w:ascii="Times New Roman" w:hAnsi="Times New Roman" w:eastAsia="Times New Roman" w:cs="Times New Roman"/>
        </w:rPr>
        <w:t>“Pwochen Kriz la”</w:t>
      </w:r>
    </w:p>
    <w:p>
      <w:pPr>
        <w:pStyle w:val="ArticleScripture"/>
        <w:jc w:val="left"/>
      </w:pPr>
      <w:r>
        <w:rPr>
          <w:rFonts w:ascii="Times New Roman" w:hAnsi="Times New Roman" w:eastAsia="Times New Roman" w:cs="Times New Roman"/>
        </w:rPr>
        <w:t>“Avèk yon presizyon ki pa janm twonpe, Sila ki Enfini an kenbe kont ak tout nasyon yo. Pandan mizèrikòd li ap ofri ansanm ak apèl pou repantans, kont sa a ap rete ouvè; men lè yon sèten limit Bondye fikse rive, ministè kòlè li a kòmanse. Lè sa a, kont la fèmen; pasyans diven an sispann; pa gen okenn lòt lapriyè ankò pou mizèrikòd an favè yo.”</w:t>
      </w:r>
    </w:p>
    <w:p>
      <w:pPr>
        <w:pStyle w:val="ArticleScripture"/>
        <w:jc w:val="left"/>
      </w:pPr>
      <w:r>
        <w:rPr>
          <w:rFonts w:ascii="Times New Roman" w:hAnsi="Times New Roman" w:eastAsia="Times New Roman" w:cs="Times New Roman"/>
        </w:rPr>
        <w:t>“Pwofèt la, pandan li t ap gade atravè syèk yo, te wè tan pa nou an devan vizyon li. Nasyon yo nan epòk sa a te resevwa mizèrikòd san parèy. Yo te resevwa pi bèl benediksyon Syèl la; men ògèy ki ogmante, avaris, idolatri, mepri pou Bondye, ak yon engratitid ki ba, ekri kont yo. Yo ap byen vit fèmen kont yo avèk Bondye.</w:t>
      </w:r>
    </w:p>
    <w:p>
      <w:pPr>
        <w:pStyle w:val="ArticleScripture"/>
        <w:jc w:val="left"/>
      </w:pPr>
      <w:r>
        <w:rPr>
          <w:rFonts w:ascii="Times New Roman" w:hAnsi="Times New Roman" w:eastAsia="Times New Roman" w:cs="Times New Roman"/>
        </w:rPr>
        <w:t>“Jou yo ap pwoche byen vit kote pral gen gwo tèt chaje ak gwo konfizyon nan mond relijye a. Pral gen anpil dye ak anpil senyè; tout van doktrin pral soufle; e Satan, abiye ak rad zanj, ta twonpe, si sa te posib, menm eli yo.</w:t>
      </w:r>
    </w:p>
    <w:p>
      <w:pPr>
        <w:pStyle w:val="ArticleScripture"/>
        <w:jc w:val="left"/>
      </w:pPr>
      <w:r>
        <w:rPr>
          <w:rFonts w:ascii="Times New Roman" w:hAnsi="Times New Roman" w:eastAsia="Times New Roman" w:cs="Times New Roman"/>
        </w:rPr>
        <w:t>“Mizè inivèsèl yo voye sou vrè pyete ak sentete a fè moun ki pa gen yon koneksyon vivan ak Bondye pèdi reverans yo pou lalwa li. Epi, jan mepri pou lalwa diven an vin parèt pi klè, liy separasyon ant moun ki obsève l yo ak mond lan ansanm ak yon legliz ki renmen mond lan, ap vin pi byen make. Lanmou pou kòmandman Bondye yo ap ogmante lakay yon gwoup, menm jan mepri pou yo ap ogmante lakay lòt la.”</w:t>
      </w:r>
    </w:p>
    <w:p>
      <w:pPr>
        <w:pStyle w:val="ArticleScripture"/>
        <w:jc w:val="left"/>
      </w:pPr>
      <w:r>
        <w:rPr>
          <w:rFonts w:ascii="Times New Roman" w:hAnsi="Times New Roman" w:eastAsia="Times New Roman" w:cs="Times New Roman"/>
        </w:rPr>
        <w:t>“Gran M ap egzante lwa li a. Li ap pale ak moun ki anile li nan tanpèt, nan inondasyon, nan gwo van, nan tranblemanntè, nan danje sou tè ak sou lanmè. Kounye a se moman pou pèp li a montre yo fidèl ak prensip.”</w:t>
      </w:r>
    </w:p>
    <w:p>
      <w:pPr>
        <w:pStyle w:val="ArticleScripture"/>
        <w:jc w:val="left"/>
      </w:pPr>
      <w:r>
        <w:rPr>
          <w:rFonts w:ascii="Times New Roman" w:hAnsi="Times New Roman" w:eastAsia="Times New Roman" w:cs="Times New Roman"/>
        </w:rPr>
        <w:t>“N ap kanpe sou papòt gwo ak solanèl evènman yo. Senyè a la devan pòt la. Sou Mòn Oliv la, Sovè a te rakonte davans sèn ki te pou vini anvan gwo evènman sa a: ‘N ap tande pale de lagè ak bri lagè,’ li te di. ‘Nasyon va leve kont nasyon, e wayòm kont wayòm; e pral gen grangou, epidemi, ak tranblemanntè nan divès kote. Tout bagay sa yo se kòmansman doulè yo.’ Pandan pwofesi sa yo te resevwa yon akonplisman pasyèl nan destriksyon Jerizalèm, yo gen yon aplikasyon pi dirèk nan dènye jou yo.”</w:t>
      </w:r>
    </w:p>
    <w:p>
      <w:pPr>
        <w:pStyle w:val="ArticleScripture"/>
        <w:jc w:val="left"/>
      </w:pPr>
      <w:r>
        <w:rPr>
          <w:rFonts w:ascii="Times New Roman" w:hAnsi="Times New Roman" w:eastAsia="Times New Roman" w:cs="Times New Roman"/>
        </w:rPr>
        <w:t>“Jan ansanm ak lòt pwofèt yo te temwen tou sèn terib ki pral fèt kòm siy vini Kris la. Yo te wè lame k ap rasanble pou lagè, epi kè moun yo ap lage yo poutèt laperèz. Yo te wè tè a deplase soti nan plas li, mòn yo pote jete nan mitan lanmè a, vag li yo ap gwonde epi yo boulvèse, epi mòn yo ap tranble anba anfleman li. Yo te wè kalis kòlè Bondye yo louvri, epi maladi, grangou, ak lanmò vin sou abitan latè yo.”</w:t>
      </w:r>
    </w:p>
    <w:p>
      <w:pPr>
        <w:pStyle w:val="ArticleScripture"/>
        <w:jc w:val="left"/>
      </w:pPr>
      <w:r>
        <w:rPr>
          <w:rFonts w:ascii="Times New Roman" w:hAnsi="Times New Roman" w:eastAsia="Times New Roman" w:cs="Times New Roman"/>
        </w:rPr>
        <w:t>“Deja, Lespri Bondye k ap kenbe a ap retire nan mond lan. Epi siklòn, tanpèt, dezas sou lanmè ak sou tè, youn ap swiv lòt byen vit. Syans ap chèche eksplike tout bagay sa yo. Siy yo k ap vin pi anpil toutotou nou, k ap fè konnen Pitit Bondye a prèt pou l parèt, yo bay nenpòt lòt kòz pase vrè kòz la. Lèzòm pa kapab rekonèt zanj gadyen yo k ap kenbe kat van yo pou yo pa soufle jouk lè sèvitè Bondye yo sele; men lè Bondye va bay zanj li yo lòd lage van yo, pral gen yon manifestasyon kòlè vanjans li konsa okenn plim pa ka dekri l.”</w:t>
      </w:r>
    </w:p>
    <w:p>
      <w:pPr>
        <w:pStyle w:val="ArticleScripture"/>
        <w:jc w:val="left"/>
      </w:pPr>
      <w:r>
        <w:rPr>
          <w:rFonts w:ascii="Times New Roman" w:hAnsi="Times New Roman" w:eastAsia="Times New Roman" w:cs="Times New Roman"/>
        </w:rPr>
        <w:t>“Yon kriz la prèske rive sou nou; men sèvitè Bondye yo pa dwe mete konfyans yo nan tèt pa yo nan gwo ijans sa a. Nan vizyon yo te bay Ezayi, Ezekyèl, ak Jan, nou wè kòman syèl la makònen sere ak evènman k ap dewoule sou tè a. Nou wè swen Bondye genyen pou moun ki rete fidèl anvè li yo. Mond lan pa san yon chèf. Plan evènman k ap vini yo nan men Senyè a. Majeste syèl la kenbe nan pwòp men li desten nasyon yo, ansanm ak sa ki konsène legliz li a.”</w:t>
      </w:r>
    </w:p>
    <w:p>
      <w:pPr>
        <w:pStyle w:val="ArticleScripture"/>
        <w:jc w:val="left"/>
      </w:pPr>
      <w:r>
        <w:rPr>
          <w:rFonts w:ascii="Times New Roman" w:hAnsi="Times New Roman" w:eastAsia="Times New Roman" w:cs="Times New Roman"/>
        </w:rPr>
        <w:t>Bondye te revele sa ki pral rive nan dènye jou yo, pou pèp li a ka pare pou kanpe devan tanpèt opozisyon ak kòlè yo. Moun ki te resevwa avètisman sou evènman ki devan yo pa dwe chita nan yon tann trankil pou tanpèt k ap vini an, pandan y ap konsole tèt yo ak panse ke Senyè a ap pwoteje fidèl li yo nan jou detrès la. Nou dwe tankou moun k ap tann Seyè yo, pa nan yon atant san fè anyen, men nan yon travay serye, avèk yon lafwa ki pa brannen. Kounye a se pa tan pou nou kite lespri nou okipe ak bagay ki gen ti enpòtans.</w:t>
      </w:r>
    </w:p>
    <w:p>
      <w:pPr>
        <w:pStyle w:val="ArticleScripture"/>
        <w:jc w:val="left"/>
      </w:pPr>
      <w:r>
        <w:rPr>
          <w:rFonts w:ascii="Times New Roman" w:hAnsi="Times New Roman" w:eastAsia="Times New Roman" w:cs="Times New Roman"/>
        </w:rPr>
        <w:t>“Pandan lè lèzòm ap dòmi, Satan ap ranje zafè yo avèk aktivite pou pèp Senyè a pa jwenn ni mizèrikòd ni jistis. Mouvman dimanch la kounye a ap fè chemen pa li nan fènwa. Dirijan yo ap kache vrè kestyon an, e anpil nan sa yo ki mete tèt yo ansanm ak mouvman an pa menm wè kote kouran kache a ap mennen. Pwofesyon li yo dou, e an aparans yo kretyen; men lè li va pale, li va revele lespri dragon an. Se devwa nou pou nou fè tout sa ki nan pouvwa nou pou evite danje k ap menase a. Nou dwe mete devan pèp la vrè kestyon ki an litij la, konsa n ap poze pwotestasyon ki pi efikas kont mezi yo pran pou mete restriksyon sou libète konsyans. Nou dwe fouye Ekriti yo, epi nou dwe kapab bay rezon lafwa nou. Pwofèt la di: ‘Mechan yo va aji avèk mechanste, e okenn nan mechan yo p ap konprann; men saj yo va konprann.’”</w:t>
      </w:r>
    </w:p>
    <w:p>
      <w:pPr>
        <w:pStyle w:val="ArticleScripture"/>
        <w:jc w:val="left"/>
      </w:pPr>
      <w:r>
        <w:rPr>
          <w:rFonts w:ascii="Times New Roman" w:hAnsi="Times New Roman" w:eastAsia="Times New Roman" w:cs="Times New Roman"/>
        </w:rPr>
        <w:t>“Lavni enpòtan an devan nou. Pou nou fè fas ak eprèv ak tantasyon li yo, epi pou nou akonpli devwa li yo, sa pral mande gwo lafwa, enèji, ak pèseverans. Men nou ka triyonfe avèk glwa; paske pa gen yon sèl nanm k ap veye, k ap priye, k ap kwè, ki pral pran nan pyèj riz lènmi an. Tout syèl la enterese nan byennèt nou, epi li tann pou nou fè apèl a sajès ak fòs li. Chak enfliyans ki opoze, kit li parèt aklè, kit li kache, ka jwenn rezistans avèk siksè, ‘ni pa fòs ni pa pouvwa, men se pa Lespri mwen, di Seyè lame yo.’ Bondye menm jan dispoze kounye a tankou nan tan lontan pou l travay atravè efò lèzòm, epi pou l akonpli gwo bagay atravè mwayen fèb. Nou p ap jwenn viktwa a pa kantite, men atravè rannman total nanm nan bay Jezi.”</w:t>
      </w:r>
    </w:p>
    <w:p>
      <w:pPr>
        <w:pStyle w:val="ArticleScripture"/>
        <w:jc w:val="left"/>
      </w:pPr>
      <w:r>
        <w:rPr>
          <w:rFonts w:ascii="Times New Roman" w:hAnsi="Times New Roman" w:eastAsia="Times New Roman" w:cs="Times New Roman"/>
        </w:rPr>
        <w:t>“Koulye a, pandan mizèrikòd la toujou ap retade, pandan Jezi ap fè entèsesyon pou nou, annou fè yon travay konplè pou letènite.” Southern Watchman, 25 desanm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Laodiseyen an — Nimewo Kenz</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