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Jowèl la ak Legliz Advantis Setyèm Jou Lawodise a — Nimewo Disèt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Nimewo Disèt</w:t>
      </w:r>
    </w:p>
    <w:p>
      <w:pPr>
        <w:pStyle w:val="ArticleBody"/>
        <w:jc w:val="left"/>
      </w:pPr>
      <w:r>
        <w:rPr>
          <w:rFonts w:ascii="Times New Roman" w:hAnsi="Times New Roman" w:eastAsia="Times New Roman" w:cs="Times New Roman"/>
        </w:rPr>
        <w:t>Nou te fini dènye atik la avèk yon konsiderasyon ki pa t fini sou pwofesi Abram ak Pòl yo, ki, liy sou liy, pwodui yon peryòd 430 ane, ki fòme ak 30 ane suiv pa 400 ane. Mwen sipoze gen kèk moun deyò nan domèn teyoloji a ki ka wè 30 ane yo kòm yon peryòd ki vini apre 400 ane, men lè yo trete kesyon an an jeneral, yo bay trant ane yo nan kòmansman peryòd la. Èske se 400 ki vini anvan 30, oswa 30 ki vini anvan 400? Se trant ki vini anvan katsan, paske gen anpil temwen pou etabli yon peryòd trant ane, ki konekte ak yon dezyèm peryòd pwofetik e ki vini anvan li.</w:t>
      </w:r>
    </w:p>
    <w:p>
      <w:pPr>
        <w:pStyle w:val="ArticleBody"/>
        <w:jc w:val="left"/>
      </w:pPr>
      <w:r>
        <w:rPr>
          <w:rFonts w:ascii="Times New Roman" w:hAnsi="Times New Roman" w:eastAsia="Times New Roman" w:cs="Times New Roman"/>
        </w:rPr>
        <w:t>Jozèf te gen trantan lè li te kòmanse sèvi Farawon nan Jenèz 41:46. Lè sa a, sèt ane abondans yo te kòmanse, epi apre sa te vini sèt ane grangou. Jozèf, kòm yon tip Kris la, a laj trantan, te vin suiv pa de peryòd 2520 jou. Lè Kris la te gen trantan, te vin suiv de peryòd 1260, ki ansanm fòme 2520; sa, nan vire pa li, gen rapò ak sèt fwa sou de wayòm.</w:t>
      </w:r>
    </w:p>
    <w:p>
      <w:pPr>
        <w:pStyle w:val="ArticleBody"/>
        <w:jc w:val="left"/>
      </w:pPr>
      <w:r>
        <w:rPr>
          <w:rFonts w:ascii="Times New Roman" w:hAnsi="Times New Roman" w:eastAsia="Times New Roman" w:cs="Times New Roman"/>
        </w:rPr>
        <w:t>David te gen trant an lè li te vin wa, e li te gouvène pandan karant an, jan sa make nan 2 Samyèl 5:4. David se yon tip Kris la, e lè Kris la te gen trant an, yo te batize Li, epi apre sa Lespri a te mennen Li nan dezè a pou karant jou; epi apre rezirèksyon Li, ki te prefigire pa batèm Li, Li te rete e Li te anseye disip yo an pèsòn pandan karant jou. Sou kwa a, destriksyon Jerizalèm nan te ranvwaye avèk mizèrikòd pandan karant an, sa ki fè paralèl ak karant ane mouri nan dezè a nan kòmansman istwa alyans yo.</w:t>
      </w:r>
    </w:p>
    <w:p>
      <w:pPr>
        <w:pStyle w:val="ArticleBody"/>
        <w:jc w:val="left"/>
      </w:pPr>
      <w:r>
        <w:rPr>
          <w:rFonts w:ascii="Times New Roman" w:hAnsi="Times New Roman" w:eastAsia="Times New Roman" w:cs="Times New Roman"/>
        </w:rPr>
        <w:t>Ezekyèl te gen trant an lè yo te rele l pou l vin yon pwofèt nan Ezekyèl 1:1. Mwen pap pran tan kounye a pou m trete peryòd ki te swiv trantyèm ane Ezekyèl la, men m ap mete yon rezime kout AI sou reyalite ki etabli konsènan konbyen tan ministè li te dire. “Pwofesi Ezekyèl yo se pami sa yo ki gen dat ki pi presi nan Ansyen Testaman an, avèk 13 dat espesifik yo bay atravè liv la. Tout dat sa yo konte apati ane egzil Jewoyakin nan (597 av. J.-K. kòm ane 1), sa ki bay yon kad kwonolojik klè ki kouvri anviwon 22 ane.”</w:t>
      </w:r>
    </w:p>
    <w:p>
      <w:pPr>
        <w:pStyle w:val="ArticleBody"/>
        <w:jc w:val="left"/>
      </w:pPr>
      <w:r>
        <w:rPr>
          <w:rFonts w:ascii="Times New Roman" w:hAnsi="Times New Roman" w:eastAsia="Times New Roman" w:cs="Times New Roman"/>
        </w:rPr>
        <w:t>Jezi te gen trant an lè Yo te batize Li, epi apre sa Li te konfime alyans lan avèk anpil moun pandan yon semèn.</w:t>
      </w:r>
    </w:p>
    <w:p>
      <w:pPr>
        <w:pStyle w:val="ArticleBody"/>
        <w:jc w:val="left"/>
      </w:pPr>
      <w:r>
        <w:rPr>
          <w:rFonts w:ascii="Times New Roman" w:hAnsi="Times New Roman" w:eastAsia="Times New Roman" w:cs="Times New Roman"/>
        </w:rPr>
        <w:t>Antechris la se modèl Kris la ki gouvène l sou plan pwofetik; epi menm jan Kris te pase trant ane ap prepare pou antre nan travay Li kòm Gran Prèt Selès, peryòd pwofetik trant ane preparasyon yo te idantifye pou antechris la soti depi yo te retire “kontinyèl” la an 508 rive jouk an 538, lè papote a te resevwa pouvwa kòm yon gran prèt kontrefè; menm jan Kris te resevwa onksyon ak pouvwa nan batèm Li, paske 1260 ane tenèb papal la t ap mache an paralèl ak 1260 jou limyè san tach Kris la depi batèm Li rive sou kwa a, sa ki aliyen ak blesi mòtèl papote a an 1798.</w:t>
      </w:r>
    </w:p>
    <w:p>
      <w:pPr>
        <w:pStyle w:val="ArticleBody"/>
        <w:jc w:val="left"/>
      </w:pPr>
      <w:r>
        <w:rPr>
          <w:rFonts w:ascii="Times New Roman" w:hAnsi="Times New Roman" w:eastAsia="Times New Roman" w:cs="Times New Roman"/>
        </w:rPr>
        <w:t>Okenn nan peryòd doub sa yo ki vini anvan yo, ki kòmanse avèk yon peryòd trant ane, pa vin anvan premye pa Abram te fè nan pwosesis alyans li a ki fèt an twa etap. Se poutèt sa, se pa Abram nan yo mansyone an premye, byenke sa pa t kapab fèt konsa, sof apre li te konfime pa dezyèm temwayaj Pòl la. Lè Pòl te ekri pawòl li yo, pwofesi 400 ane a te vin tounen yon pwofesi 430 ane, kote premye 30 ane yo mete apa de dènye peryòd tan an.</w:t>
      </w:r>
    </w:p>
    <w:p>
      <w:pPr>
        <w:pStyle w:val="ArticleBody"/>
        <w:jc w:val="left"/>
      </w:pPr>
      <w:r>
        <w:rPr>
          <w:rFonts w:ascii="Times New Roman" w:hAnsi="Times New Roman" w:eastAsia="Times New Roman" w:cs="Times New Roman"/>
        </w:rPr>
        <w:t>Mwen soutni, sou baz karaktè Kris la, jan li reprezante kòm Alfa ak Omega, ke nan pwosesis alyans san karannkat mil yo, ki se omega a nan pwofesi doub Abraram ak Pòl la sou trant ane—ki apre sa swiv pa katsan ane—dwe gen kontrepati li nan omega istwa alyans lan, ki se istwa sele san karannkat mil yo. Yon peryòd trant ane, apre sa swiv pa yon lòt peryòd ki distenk, dwe akonpli nan yon fason ki pa aplike tan, men ki akonpli pwofesi fondamantal Abraram nan sou 430 ane. Li ta bon si ou ta li deklarasyon anvan sa a ankò, epi apre sa retounen sou pwen sa a pou kontinye.</w:t>
      </w:r>
    </w:p>
    <w:p>
      <w:pPr>
        <w:pStyle w:val="ArticleBody"/>
        <w:jc w:val="left"/>
      </w:pPr>
      <w:r>
        <w:rPr>
          <w:rFonts w:ascii="Times New Roman" w:hAnsi="Times New Roman" w:eastAsia="Times New Roman" w:cs="Times New Roman"/>
        </w:rPr>
        <w:t>Jezi, Jozèf, David ak Ezekyèl, yo tout te pase trant ane nan preparasyon pou yon travay ki t ap sèvi kòm tip pèp Bondye a nan dènye jou yo. Ezekyèl pwofèt la, Jozèf kòm tip Kris la, Prèt la, epi David wa a. Kat senbòl, men youn nan senbòl yo ki reprezante Gran Prèt selès la gen yon reprezantan imen ak yon reprezantan diven. Kat temwen sa yo tout dakò ak trant ane Abraram yo, apre sa vini yon peryòd pwofetik.</w:t>
      </w:r>
    </w:p>
    <w:p>
      <w:pPr>
        <w:pStyle w:val="ArticleBody"/>
        <w:jc w:val="left"/>
      </w:pPr>
      <w:r>
        <w:rPr>
          <w:rFonts w:ascii="Times New Roman" w:hAnsi="Times New Roman" w:eastAsia="Times New Roman" w:cs="Times New Roman"/>
        </w:rPr>
        <w:t>Antikri a te nan preparasyon pandan trant ane, epi ansuit li te resevwa pouvwa pandan 1260 ane jiskaske li te resevwa premye mò li an 1798. Li se senbòl dezyèm mò a, paske li mouri ankò lè tan gras la fèmen. Dezyèm mò a se lanmò etènèl. Nou sèvi yon Sovè ki leve soti vivan, paske Kris pa t mouri pou letènite; Li pa t mouri dezyèm mò a. Lè blesi mòtèl papote yo geri, Revelasyon trèz idantifye ke li pral gouvène ankò pandan 42 mwa, sa ki reprezante yon peryòd pwofetik, san yon eleman tan.</w:t>
      </w:r>
    </w:p>
    <w:p>
      <w:pPr>
        <w:pStyle w:val="ArticleBody"/>
        <w:jc w:val="left"/>
      </w:pPr>
      <w:r>
        <w:rPr>
          <w:rFonts w:ascii="Times New Roman" w:hAnsi="Times New Roman" w:eastAsia="Times New Roman" w:cs="Times New Roman"/>
        </w:rPr>
        <w:t>Lè yo resisite li nan lwa dimanch lan, lame ki opoze travay li a se moun sa yo ki te resisite nan fen twa jou edmi yo nan Revelasyon onz. De pouvwa resisite, toude ki se drapo, youn pou Saba setyèm jou a epi youn pou solèy la, vin tounen pwen referans pou lemonn antye, pandan limanite ap fè dènye chwa li pou lavi oswa lanmò.</w:t>
      </w:r>
    </w:p>
    <w:p>
      <w:pPr>
        <w:pStyle w:val="ArticleBody"/>
        <w:jc w:val="left"/>
      </w:pPr>
      <w:r>
        <w:rPr>
          <w:rFonts w:ascii="Times New Roman" w:hAnsi="Times New Roman" w:eastAsia="Times New Roman" w:cs="Times New Roman"/>
        </w:rPr>
        <w:t>Nan lwa dimanch la, antikris la, ki se bèt la tou, pral reprezante inyon an twa fwa ant dragon an, li menm (bèt la), ak fo pwofèt la. Twa pisans sa yo pral ini kont legliz Bondye a, ki gen pou l leve anlè tout mòn yo. Legliz Bondye a, ki triyonfan, gen trant ane nan preparasyon, pa trant ane literal, men yon peryòd pwofetik etabli ki gen trant ki atache avè l, e ki toujou an vigè kòm yon pwofesi apre kòmandman an nan 1844, sa ki idantifye ke aplikasyon tan pwofetik la pa t gen valè ankò. Li senp pou wè ke trant ane yo reprezante yon peryòd preparasyon pou pwofèt, prèt, ak wa a, ki, antanke legliz triyonfan an, pral reprezante wayòm glwa a. Kat temwen Ezekyèl, Kris, Jozèf, ak David yo reprezante otorite wayòm Bondye a nan menm peryòd tan kote papote a ak inyon an twa fwa ap mennen mond lan nan Amagedon.</w:t>
      </w:r>
    </w:p>
    <w:p>
      <w:pPr>
        <w:pStyle w:val="ArticleBody"/>
        <w:jc w:val="left"/>
      </w:pPr>
      <w:r>
        <w:rPr>
          <w:rFonts w:ascii="Times New Roman" w:hAnsi="Times New Roman" w:eastAsia="Times New Roman" w:cs="Times New Roman"/>
        </w:rPr>
        <w:t>Legliz triyonfan an leve anlè nan lwa dimanch Ozetazini, epi dapre temwayaj Ansyen ak Nouvo Testaman yo, pèp alyans lan, ki se san karannkat mil yo, gen pou vin tounen yon wayòm prèt.</w:t>
      </w:r>
    </w:p>
    <w:p>
      <w:pPr>
        <w:pStyle w:val="ArticleScripture"/>
        <w:jc w:val="left"/>
      </w:pPr>
      <w:r>
        <w:rPr>
          <w:rFonts w:ascii="Times New Roman" w:hAnsi="Times New Roman" w:eastAsia="Times New Roman" w:cs="Times New Roman"/>
        </w:rPr>
        <w:t>Nou menm tou, tankou wòch vivan, yo bati nou pou nou vin yon kay espirityèl, yon prètriz sen, pou nou ofri sakrifis espirityèl ki akseptab devan Bondye pa mwayen Jezikri. 1 Pyè 2:5.</w:t>
      </w:r>
    </w:p>
    <w:p>
      <w:pPr>
        <w:pStyle w:val="ArticleBody"/>
        <w:jc w:val="left"/>
      </w:pPr>
      <w:r>
        <w:rPr>
          <w:rFonts w:ascii="Times New Roman" w:hAnsi="Times New Roman" w:eastAsia="Times New Roman" w:cs="Times New Roman"/>
        </w:rPr>
        <w:t>Prèt yo te dwe gen trant ane lè yo te kòmanse sèvi nan tanp lan; konsa, gen yon peryòd tan anvan lwa dimanch lan kote yon prètriz ap prepare pou sèvi kòm ofrann balanse premye fwi yo. Prèt yo, ki se san karant-kat mil yo, reprezante kòm Levit nan pwosesis pirifikasyon Mesaje Alyans lan akonpli. Gen yon peryòd pwofetik ki mennen nan lwa dimanch lan, kote yon pwosesis pirifikasyon prepare yon ministè sen pou peryòd lapli dèyè a. Preparasyon an fini nan lwa dimanch lan; konsa, peryòd trant lan reprezante preparasyon prèt yo, e konsa li koresponn ak laj yo te egzije pou yon prèt. Kris la, antanke Gran Prèt, te kòmanse ministè Li a a 30 an; e paske Jozèf se yon tip Kris la, li menm tou li te kòmanse sèvis li a a trant an. Fo Kris la te pase 30 ane nan preparasyon; konsa, nou gen twa temwen ki montre yon peryòd 30 ane reprezante preparasyon yon prètriz.</w:t>
      </w:r>
    </w:p>
    <w:p>
      <w:pPr>
        <w:pStyle w:val="ArticleScripture"/>
        <w:jc w:val="left"/>
      </w:pPr>
      <w:r>
        <w:rPr>
          <w:rFonts w:ascii="Times New Roman" w:hAnsi="Times New Roman" w:eastAsia="Times New Roman" w:cs="Times New Roman"/>
        </w:rPr>
        <w:t>“Gran kestyon ki prèt pou rive a ap separe tout moun Bondye pa chwazi yo, epi L ap gen yon ministè ki pwòp, ki vre, ki sanktifye, pare pou dènye lapli a.” Selected Messages, liv 3, 385.</w:t>
      </w:r>
    </w:p>
    <w:p>
      <w:pPr>
        <w:pStyle w:val="ArticleBody"/>
        <w:jc w:val="left"/>
      </w:pPr>
      <w:r>
        <w:rPr>
          <w:rFonts w:ascii="Times New Roman" w:hAnsi="Times New Roman" w:eastAsia="Times New Roman" w:cs="Times New Roman"/>
        </w:rPr>
        <w:t>Sè White anseye dirèkteman ke chak fwa legliz la pi, Lespri Pwofesi a aktif. Lè gwo kestyon an rache move zèb yo pami ble a, n’a genyen yon ministè sanktifye ki fòme avèk Jezi ak Jozèf, prèt la ki ni Diven ni imen; Jezi ak Ezekyèl, pwofèt la; Jezi ak David, wa a. Moun ki prepare pandan yon peryòd ke trant ane senbolize, dwe pami san karant-kat mil yo, epi yo reprezante kòm pwofèt, prèt ak wa. Tout twa moun sa yo se senbòl biblik travay Kris la kòm pwofèt, prèt ak wa; konsa, nonb trant lan pèmèt nou dedui ke nan chak nan twa kategori sa yo, ke senbòl biblik yo pwodui, epi ki te prepare pandan trant ane, lè yo mete ansanm ak Kris la, yo reprezante konbinezon Divinite avèk limanite. Konsa, prèt sa yo ki prepare pandan peryòd senbolik trant ane a, yo reprezante kòm drapo Divinite konbine avèk limanite.</w:t>
      </w:r>
    </w:p>
    <w:p>
      <w:pPr>
        <w:pStyle w:val="ArticleBody"/>
        <w:jc w:val="left"/>
      </w:pPr>
      <w:r>
        <w:rPr>
          <w:rFonts w:ascii="Times New Roman" w:hAnsi="Times New Roman" w:eastAsia="Times New Roman" w:cs="Times New Roman"/>
        </w:rPr>
        <w:t>42 mwa final ben san pap la ap fèt pandan Kris ap mache nan mitan lèzòm pandan 42 mwa nan pèsonaj disip li yo. 42 mwa esklavaj ak opresyon ki fini ak delivrans, jan sa reprezante nan pwofesi doub Abraram nan sou 430 ane yo. Kat san ane Abraram yo fini nan delivrans Lanmè Wouj la, ki se yon ilistrasyon biblik klasik sou fen tan pwobasyon an, nan fen 42 mwa senbolik pap la.</w:t>
      </w:r>
    </w:p>
    <w:p>
      <w:pPr>
        <w:pStyle w:val="ArticleBody"/>
        <w:jc w:val="left"/>
      </w:pPr>
      <w:r>
        <w:rPr>
          <w:rFonts w:ascii="Times New Roman" w:hAnsi="Times New Roman" w:eastAsia="Times New Roman" w:cs="Times New Roman"/>
        </w:rPr>
        <w:t>Karant-de mwa yo reprezante tan eprèv la depi nan lwa dimanch Ozetazini jouk lè tan gras limanite a fini. Men, pandan 42 mwa sa yo, apre yon peryòd preparasyon trant ane, Kris la ap konfime alyans lan nan pèsonn rès la. Fo prèt antikris la rive nan fen final li, egzakteman kote Kris la te mouri nan liy pa li a, ki se egzakteman kote Farawon, wa peyi Lejip la, te mouri nan liy pa li a. Sou Mòn Kamèl, pwofèt Baal yo te touye, konsa sa idantifye lanmò fo pwofèt la nan lwa dimanch la. Nan lwa dimanch la, ou genyen yon fo pwofèt ki lè sa a yo touye, dragon an ki reprezante pa Farawon, ak bèt la ki reprezante pa papote a. Tout bagay sa yo reprezante nan lwa dimanch la nan konfli ak prèt, wa ak pwofèt Bondye yo. Legliz la pirifye jis anvan lwa dimanch la epi don pwofesi a retabli—egzakteman kote fo pwofèt la mouri. Depi lè sa a, batay la se sou vrè oswa fo mesaj pwofetik la.</w:t>
      </w:r>
    </w:p>
    <w:p>
      <w:pPr>
        <w:pStyle w:val="ArticleBody"/>
        <w:jc w:val="left"/>
      </w:pPr>
      <w:r>
        <w:rPr>
          <w:rFonts w:ascii="Times New Roman" w:hAnsi="Times New Roman" w:eastAsia="Times New Roman" w:cs="Times New Roman"/>
        </w:rPr>
        <w:t>Peryòd senbolik 30 an an reprezante yon peryòd ki vini anvan lwa dimanch lan. Peryòd la se yon tan preparasyon pou prèt yo, paske Kris la se egzanp yo nan tout bagay, paske se yo menm ki swiv Ti Mouton an. Anndan premye 30 an pwofesi Abraram nan, alyans lan te tabli, konsa sa idantifye ke kèlkeswa sa peryòd preparasyon pou prèt yo reprezante, se peryòd kote Senyè a renouvle alyans Li avèk san karannkat mil yo, jan sa te prefigire pa istwa alfa Abraram nan. Peryòd sa a se yon tan preparasyon pou prèt yo ki kòmanse sèvi nan lwa dimanch lan, a laj trant an, lè yo wen ak Sentespri a menm jan Kris la te wen nan batèm Li. Yon lòt verite ki ka dedwi nan istwa alfa Abraram nan, se ke kèlkeswa sa peryòd ki mennen rive nan lwa dimanch lan reprezante, li dwe momantye, paske omega a toujou pi pwisan pase alfa a. Lwa dimanch lan se omega a ki reprezante pa 22 oktòb 1844, kwa a, Pak ann Ejip, epi konsa konsa.</w:t>
      </w:r>
    </w:p>
    <w:p>
      <w:pPr>
        <w:pStyle w:val="ArticleBody"/>
        <w:jc w:val="left"/>
      </w:pPr>
      <w:r>
        <w:rPr>
          <w:rFonts w:ascii="Times New Roman" w:hAnsi="Times New Roman" w:eastAsia="Times New Roman" w:cs="Times New Roman"/>
        </w:rPr>
        <w:t>Lwa dimanch lan reprezante fen peryòd ki te senbolize pa peryòd trant ane a. Li te deja prefigire pa prèske chak gwo istwa sali, epi li se tou fen istwa alyans yon pèp chwazi ki te kòmanse avèk Abram. Avèk yon kalite pwa pwofetik prèv konsa konsènan fen peryòd la, ansanm ak objektif serye peryòd la li menm, ki sa ki t ap pwen depa a?</w:t>
      </w:r>
    </w:p>
    <w:p>
      <w:pPr>
        <w:pStyle w:val="ArticleBody"/>
        <w:jc w:val="left"/>
      </w:pPr>
      <w:r>
        <w:rPr>
          <w:rFonts w:ascii="Times New Roman" w:hAnsi="Times New Roman" w:eastAsia="Times New Roman" w:cs="Times New Roman"/>
        </w:rPr>
        <w:t>Gen yon peryòd pwofetik ki reprezante pa trant ane, ki, sou baz yon foul temwen, rive nan fen li nan lwa dimanch lan. Nan pwen sa a, gen yon peryòd ki swiv, ki reprezante pa divès valè nimerik, e chak nan peryòd sa yo prezante temwayaj yon liy istwa pwofetik ki swiv apre lwa dimanch lan. Kèk nan peryòd sa yo reprezante liy entèn istwa legliz la, e kèk reprezante liy ekstèn mond lan k ap mache ale nan Amagedòn.</w:t>
      </w:r>
    </w:p>
    <w:p>
      <w:pPr>
        <w:pStyle w:val="ArticleBody"/>
        <w:jc w:val="left"/>
      </w:pPr>
      <w:r>
        <w:rPr>
          <w:rFonts w:ascii="Times New Roman" w:hAnsi="Times New Roman" w:eastAsia="Times New Roman" w:cs="Times New Roman"/>
        </w:rPr>
        <w:t>Li pwobableman bon, nan etap sa a, pou nou raple tèt nou ke nou rejte aplikasyon nenpòt pwofesi tan nan dènye jou yo kòm si yo ta reprezante nenpòt dat ki kapab idantifye, jiskaske jou a ak lè a anonse nan fen kalamite yo. Mwen pral sèvi ak Danyèl chapit douz pou ilistre pwen mwen an, sètadi, ke nou pa dwe kontinye aplike tan pwofetik. Nan chapit douz la, gen twa vèsè ki idantifye tan pwofetik.</w:t>
      </w:r>
    </w:p>
    <w:p>
      <w:pPr>
        <w:pStyle w:val="ArticleScripture"/>
        <w:jc w:val="left"/>
      </w:pPr>
      <w:r>
        <w:rPr>
          <w:rFonts w:ascii="Times New Roman" w:hAnsi="Times New Roman" w:eastAsia="Times New Roman" w:cs="Times New Roman"/>
        </w:rPr>
        <w:t>Epi mwen tande nonm ki te abiye ak twal fen blan an, ki te anwo dlo larivyè a, lè li leve men dwat li ak men gòch li nan syèl la, epi li fè sèman pa sila a ki viv pou tout tan, ke sa va dire yon tan, de tan, ak mwatye yon tan; epi lè li fin kraze epi gaye fòs pèp sen an, tout bagay sa yo va fini. Danyèl 12:7.</w:t>
      </w:r>
    </w:p>
    <w:p>
      <w:pPr>
        <w:pStyle w:val="ArticleScripture"/>
        <w:jc w:val="left"/>
      </w:pPr>
      <w:r>
        <w:rPr>
          <w:rFonts w:ascii="Times New Roman" w:hAnsi="Times New Roman" w:eastAsia="Times New Roman" w:cs="Times New Roman"/>
        </w:rPr>
        <w:t>Epi depi lè y ap wete sakrifis kontinyèl la, epi y ap mete sou pye abominasyon ki fè dezolasyon an, va gen mil desan katrevendis jou. Danyèl 12:11.</w:t>
      </w:r>
    </w:p>
    <w:p>
      <w:pPr>
        <w:pStyle w:val="ArticleScripture"/>
        <w:jc w:val="left"/>
      </w:pPr>
      <w:r>
        <w:rPr>
          <w:rFonts w:ascii="Times New Roman" w:hAnsi="Times New Roman" w:eastAsia="Times New Roman" w:cs="Times New Roman"/>
        </w:rPr>
        <w:t>Benediksyon pou moun ki tann, epi ki rive jouk nan mil twasan trantsenk jou yo. Danyèl 12:12.</w:t>
      </w:r>
    </w:p>
    <w:p>
      <w:pPr>
        <w:pStyle w:val="ArticleBody"/>
        <w:jc w:val="left"/>
      </w:pPr>
      <w:r>
        <w:rPr>
          <w:rFonts w:ascii="Times New Roman" w:hAnsi="Times New Roman" w:eastAsia="Times New Roman" w:cs="Times New Roman"/>
        </w:rPr>
        <w:t>Milerit yo te gen konpreyansyon kòrèk sou chak nan twa vèsè sa yo. Twa pwofesi sa yo fè pati verite ki reprezante fondasyon yo. Men, konpreyansyon Milerit yo sou vèsè sa yo te baze sou aplikasyon prensip yon jou pou yon ane a. Piske “tan pa la ankò,” vèsè sa yo dwe genyen yon lòt aplikasyon, paske tout pwofesi yo ap pale konsènan peryòd tan lapli ta a. Vèsè sa yo dwe genyen yon konpreyansyon lapli ta ki pa sèvi ak tan pou konstwi yon mesaj, e ki pa an dezakò ak konpreyansyon Milerit yo sou vèsè yo. Opinyon Milerit ki kòrèk sou vèsè santral la nan twa vèsè sa yo, (vèsè onz), se ke li reprezante yon peryòd double, ki kòmanse avèk yon peryòd trant ane, apre sa vini 1260 ane. Vèsè onz la ap idantifye peryòd trant ane ki vin anvan lwa dimanch la, jan sa reprezante pa etablisman abominasyon dezolasyon an.</w:t>
      </w:r>
    </w:p>
    <w:p>
      <w:pPr>
        <w:pStyle w:val="ArticleBody"/>
        <w:jc w:val="left"/>
      </w:pPr>
      <w:r>
        <w:rPr>
          <w:rFonts w:ascii="Times New Roman" w:hAnsi="Times New Roman" w:eastAsia="Times New Roman" w:cs="Times New Roman"/>
        </w:rPr>
        <w:t>Danyèl 12 se chapit nan Pawòl Bondye a ki prezante pwosesis pirifikasyon pèp Bondye a, ki fèt nan dènye jou yo, nan tan lafen an, lè yon pwofesi ki soti nan liv Danyèl la vin desele. Nan vèsè onz la, nou jwenn yon pwofesi ke pyonye yo te byen konprann kòm yon peryòd trant ane ki mennen nan yon peryòd 1260 ane. Nan chapit 12 la, twa pwofesi vèsè sèt, onz ak douz yo tout sele jiska tan lafen an. Nan tan lafen an, twa pwofesi sa yo dwe desele, paske Pawòl Bondye a pa janm febli. Nan menm chapit sa a menm, reprezantasyon ki pi klè sou fen tan gras limanite a nan Bib la prezante; kidonk chapit 12 la, san okenn dout epi pi espesifikman, ap idantifye fen Advanntis la plis pase kòmansman Advanntis la.</w:t>
      </w:r>
    </w:p>
    <w:p>
      <w:pPr>
        <w:pStyle w:val="ArticleBody"/>
        <w:jc w:val="left"/>
      </w:pPr>
      <w:r>
        <w:rPr>
          <w:rFonts w:ascii="Times New Roman" w:hAnsi="Times New Roman" w:eastAsia="Times New Roman" w:cs="Times New Roman"/>
        </w:rPr>
        <w:t>Twa pwofesi ki nan Danyèl douz te sele nan menm pasaj Ekriti a kote sele ak deseleyaj jwenn premye definisyon pwofetik li. Twa pwofesi sa yo vin deseleyè nan istwa san karannkat mil yo, paske Alfa ak Omega toujou montre fen yon bagay ansanm ak kòmansman bagay sa a. Sa ki deseleyè nan twa peryòd pwofetik chapit douz la reprezante dènye deseleyaj Pawòl pwofetik Bondye a. Deseleyaj sa a prezante nan Revelasyon chapit youn lè Revelasyon Jezikri a deseleyè, jis anvan fèmti tan gras la. Vèsè onz nan Danyèl douz se ekivalan premye reprezantasyon Abram ak Pòl sou yon pwofesi doub ki te kòmanse avèk yon peryòd trant ane.</w:t>
      </w:r>
    </w:p>
    <w:p>
      <w:pPr>
        <w:pStyle w:val="ArticleBody"/>
        <w:jc w:val="left"/>
      </w:pPr>
      <w:r>
        <w:rPr>
          <w:rFonts w:ascii="Times New Roman" w:hAnsi="Times New Roman" w:eastAsia="Times New Roman" w:cs="Times New Roman"/>
        </w:rPr>
        <w:t>Twa pwofesi ki nan Danyèl douz yo se peryòd senbolik yo devwale nan dènye tan lafen an, epi devwalman sa a mennen nan dènye pirifikasyon pèp Bondye a. Premye nan twa pwofesi sa yo se Kris la menm ki bay li; epi lè Li prezante pwofesi a, Li kanpe sou dlo a, abiye an twal fin blan, sa ki idantifye fen yon peryòd pwofetik ki reprezante 1,260 ane, epi ki defini fen peryòd sa a kòm fen dispèsyon pouvwa pèp Bondye a. Pèp Bondye a nan dènye jou yo se san karannkat mil yo, epi yo te dispèse.</w:t>
      </w:r>
    </w:p>
    <w:p>
      <w:pPr>
        <w:pStyle w:val="ArticleBody"/>
        <w:jc w:val="left"/>
      </w:pPr>
      <w:r>
        <w:rPr>
          <w:rFonts w:ascii="Times New Roman" w:hAnsi="Times New Roman" w:eastAsia="Times New Roman" w:cs="Times New Roman"/>
        </w:rPr>
        <w:t>Non sèlman Kris la kanpe sou dlo a ap reponn yon kesyon, men kesyon an kòmanse ak mo sa yo: “Jiska kilè?”. “Jiska kilè?” se yon senbòl pwofetik yo poze Jezi tou lè, nan vèsè trèz nan Danyèl uit, yo poze kesyon an: “Jiska kilè?”.</w:t>
      </w:r>
    </w:p>
    <w:p>
      <w:pPr>
        <w:pStyle w:val="ArticleScripture"/>
        <w:jc w:val="left"/>
      </w:pPr>
      <w:r>
        <w:rPr>
          <w:rFonts w:ascii="Times New Roman" w:hAnsi="Times New Roman" w:eastAsia="Times New Roman" w:cs="Times New Roman"/>
        </w:rPr>
        <w:t>Epi youn di nonm ki te abiye ak twal len an, ki te anwo dlo rivyè a: Jiska kilè sa va ye anvan fen mèvèy sa yo?</w:t>
      </w:r>
    </w:p>
    <w:p>
      <w:pPr>
        <w:pStyle w:val="ArticleScripture"/>
        <w:jc w:val="left"/>
      </w:pPr>
      <w:r>
        <w:rPr>
          <w:rFonts w:ascii="Times New Roman" w:hAnsi="Times New Roman" w:eastAsia="Times New Roman" w:cs="Times New Roman"/>
        </w:rPr>
        <w:t>Epi mwen tande nonm ki te abiye ak twal len an, ki te anwo dlo larivyè a; lè li leve men dwat li ak men goch li nan direksyon syèl la, li fè sèman pa Sila a ki vivan pou tout tan, sa va dire yon tan, de tan, ak mwatye yon tan; epi lè li fin akonpli kraze fòs pèp sen an, tout bagay sa yo va fini. Dànyèl 12:6, 7.</w:t>
      </w:r>
    </w:p>
    <w:p>
      <w:pPr>
        <w:pStyle w:val="ArticleBody"/>
        <w:jc w:val="left"/>
      </w:pPr>
      <w:r>
        <w:rPr>
          <w:rFonts w:ascii="Times New Roman" w:hAnsi="Times New Roman" w:eastAsia="Times New Roman" w:cs="Times New Roman"/>
        </w:rPr>
        <w:t>Kesyon yo te poze Jezi, ki te reprezante kòm nonm ki te abiye ak twal fin blan nan vizyon larivyè Hiddekel la, se: “Konbyen tan ankò anvan fen mèvèy sa yo?”; epi nan vizyon larivyè Ulai a, Jezi, ki te reprezante kòm Palmoni (sen sa a ki sèten), yo te mande l: “Konbyen tan vizyon an va dire konsènan sakrifis chak jou a, ak transgresyon dezolasyon an, pou yo bay ni sanktyè a ni lame a pou yo pilonnen anba pye?”</w:t>
      </w:r>
    </w:p>
    <w:p>
      <w:pPr>
        <w:pStyle w:val="ArticleBody"/>
        <w:jc w:val="left"/>
      </w:pPr>
      <w:r>
        <w:rPr>
          <w:rFonts w:ascii="Times New Roman" w:hAnsi="Times New Roman" w:eastAsia="Times New Roman" w:cs="Times New Roman"/>
        </w:rPr>
        <w:t>Sè White fè konnen vizyon yo te bay Danyèl bò gran rivyè Chinea yo kounye a ap antre nan pwosesis akonplisman yo; e an koneksyon ak toude vizyon rivyè yo, yo poze Jezi “kesyon” pwofetik la, ki toujou pwodui lwa dimanch lan kòm “repons” lan. Men toude repons yo prezante nan kontèks tan pwofetik la, ki te fini an 1844. Pyonye yo te idantifye kòrèkteman repons kesyon chapit uit la ak vizyon rivyè Ulayi a, epi yo te konprann ke 1798 se te moman lè dispèsyon pouvwa pèp Bondye a te fini. Men apre 1844, lè “aplikasyon tan” Pawòl pwofetik Bondye a te fini, kesyon pwofetik la: “Konbyen tan?” repwodui konpreyansyon pyonye yo konsa: “jis rive 2300 jou; lè sa a Tanp lan va pirifye” nan lwa dimanch ki prèt pou vini an; epi “tout” “mèvèy” yo nan dènye vizyon Danyèl la va akonpli, lè dispèsyon pèp sen an pandan twa jou edmi senbolik yo va rive nan bout li.</w:t>
      </w:r>
    </w:p>
    <w:p>
      <w:pPr>
        <w:pStyle w:val="ArticleBody"/>
        <w:jc w:val="left"/>
      </w:pPr>
      <w:r>
        <w:rPr>
          <w:rFonts w:ascii="Times New Roman" w:hAnsi="Times New Roman" w:eastAsia="Times New Roman" w:cs="Times New Roman"/>
        </w:rPr>
        <w:t>Vizyon sou larivyè Hiddekel la nan twa dènye chapit Danyèl yo, ansanm ak vizyon sou larivyè Ulayi a nan chapit sèt rive nèf yo, Sè White idantifye yo kòm “gwo larivyè Chinea yo.” Tout savan istorik ak biblik yo rekonèt gen sèlman de larivyè ki asosye ak Chinea, e toule de se gwo larivyè. De larivyè sa yo se Tig la (Hiddekel) ak Lefrat. Larivyè Ulayi a se pa Lefrat Chinea a; li se yon ti kanal atifisyèl nan Pès, pa nan Chinea. Larivyè Ulayi a nan vizyon ki gen fondasyon ak poto santral Advantis la pa sitiye nan Chinea; poutan, pwofètès la idantifye Ulayi a kòm Lefrat, youn nan gwo larivyè Chinea yo.</w:t>
      </w:r>
    </w:p>
    <w:p>
      <w:pPr>
        <w:pStyle w:val="ArticleBody"/>
        <w:jc w:val="left"/>
      </w:pPr>
      <w:r>
        <w:rPr>
          <w:rFonts w:ascii="Times New Roman" w:hAnsi="Times New Roman" w:eastAsia="Times New Roman" w:cs="Times New Roman"/>
        </w:rPr>
        <w:t>Vizyon Hiddekel la prezante istwa ekstèn dragon an, bèt la ak fo pwofèt la k ap mennen mond lan rive Armagedon, epi vizyon Ulayi a reprezante travay Kris la nan ini Divinite Li ak limanite moun. Nan sans pwofetik, enspirasyon sèvi ak rivyè Ulayi a kòm yon dezyèm temwen ansanm ak Rivyè Lefrat la pou idantifye travay Kris la akonpli lè Li ini Divinite Li ak limanite.</w:t>
      </w:r>
    </w:p>
    <w:p>
      <w:pPr>
        <w:pStyle w:val="ArticleBody"/>
        <w:jc w:val="left"/>
      </w:pPr>
      <w:r>
        <w:rPr>
          <w:rFonts w:ascii="Times New Roman" w:hAnsi="Times New Roman" w:eastAsia="Times New Roman" w:cs="Times New Roman"/>
        </w:rPr>
        <w:t>Lefrat ak Tig la toude kòmanse nan Edenn e yo travèse tout longè istwa alyans lan. Lè yo koule antre nan poto santral Advantis la nan dat 22 oktòb 1844, Lefrat la ini ak kanal Ulay, ki fèt pa men moun, pou reprezante inyon Divinite ak limanite, sa ki reyalize pa egzèsis lafwa lakay sila yo ki reprezante kòm san karannkat mil yo. Ulay la reprezante yon tès sou otorite Pawòl pwofetik Bondye a, paske li mete otorite Ellen White, ki idantifye rivyè Ulay Pès la kòm youn nan gwo rivyè Chinea yo, an kontradiksyon ak ekspè mond lan.</w:t>
      </w:r>
    </w:p>
    <w:p>
      <w:pPr>
        <w:pStyle w:val="ArticleBody"/>
        <w:jc w:val="left"/>
      </w:pPr>
      <w:r>
        <w:rPr>
          <w:rFonts w:ascii="Times New Roman" w:hAnsi="Times New Roman" w:eastAsia="Times New Roman" w:cs="Times New Roman"/>
        </w:rPr>
        <w:t>Senbòl rivyè Ulai a reprezante yon tès konsènan pawòl lèzòm oswa Pawòl Bondye a. Èske se lèzòm ki gen rezon, oswa èske se pawòl Sè White te prezante yo ki kòrèk? Èske rivyè Ulai a reprezante yon sèl rivyè ann Pès, oswa èske li reprezante yon rivyè pwofetik ki fòme ak dlo ki soti nan Eden melanje ak dlo ki soti nan lèzòm?</w:t>
      </w:r>
    </w:p>
    <w:p>
      <w:pPr>
        <w:pStyle w:val="ArticleBody"/>
        <w:jc w:val="left"/>
      </w:pPr>
      <w:r>
        <w:rPr>
          <w:rFonts w:ascii="Times New Roman" w:hAnsi="Times New Roman" w:eastAsia="Times New Roman" w:cs="Times New Roman"/>
        </w:rPr>
        <w:t>Ka gen anpil posiblite pou dilèm mwen soulve a, men m ap prezante kèk refleksyon pou nou ka wè pwen mwen an. Èske istoryen ak teyolojyen monn lan yo gen rezon epi Sè White fè erè? Pèsonn pa diskite ke “gran rivyè Chinea yo” se Tig ak Lefrat. Donk, lè Sè White idantifye rivyè Ulayi nan Pès kòm yon gran rivyè Chinea, èske sa fè li yon fo pwofèt? Oswa èske li se yon vrè pwofèt ki te fè yon erè? Konbyen erè yon vrè pwofèt ka fè anvan li travèse limit la epi li vin yon fo pwofèt? Oswa, èske istoryen yo se yo ki nan erè? Oswa, èske se li menm ki vrèman gen rezon? Oswa, èske istoryen yo ak Sè White gen rezon toulède? Mwen te soulve dilèm sa a nan objektif pou m sèvi ak eksplikasyon dilèm nan kòm yon pwen anplis konsènan nonm ki te abiye an twal len an, ki kanpe sou rivyè a, e yo mande li: “Jiska kilè?” nan toude vizyon rivyè Hiddèkèl ak Ulayi yo.</w:t>
      </w:r>
    </w:p>
    <w:p>
      <w:pPr>
        <w:pStyle w:val="ArticleBody"/>
        <w:jc w:val="left"/>
      </w:pPr>
      <w:r>
        <w:rPr>
          <w:rFonts w:ascii="Times New Roman" w:hAnsi="Times New Roman" w:eastAsia="Times New Roman" w:cs="Times New Roman"/>
        </w:rPr>
        <w:t>Nan Danyèl chapit uit la, Danyèl te nan Siza, nan Pès, epi Siza chita sou larivyè Oulay la, ki, akòz endistri agrikòl la, gen ladan li ni larivyè natirèl la ni yon seri akedik moun fè. Pandan Oulay la ap koule desann anviwon san senkant mil ankò, li konekte ak pwen rankont larivyè Tig ak Efrat yo. Tig ak Efrat yo, ki te kòmanse nan Edenn, fini pa reyini; e lè yo reyini, larivyè Oulay la soti nan Pès konekte nan menm pwen an. Lè larivyè Oulay la antre nan sistèm marekaj Tig la nan pwen rankont Tig ak Efrat yo, Oulay la vin fè pati dlo ki fòme gran larivyè Chinea yo. Istoryen yo gen rezon, e Sè White genyen rezon tou.</w:t>
      </w:r>
    </w:p>
    <w:p>
      <w:pPr>
        <w:pStyle w:val="ArticleBody"/>
        <w:jc w:val="left"/>
      </w:pPr>
      <w:r>
        <w:rPr>
          <w:rFonts w:ascii="Times New Roman" w:hAnsi="Times New Roman" w:eastAsia="Times New Roman" w:cs="Times New Roman"/>
        </w:rPr>
        <w:t>Lè Sè White idantifye vizyon Oulaï a nan chapit uit la, li ap idantifye yon rivyè ki rekonèt pou sistèm akedik atifisyèl li a, ki mare rivyè Tig ak Efrat yo ansanm, rivyè ki reprezante de peryòd 2520 ane, ki te rive nan bout yo an 1798 ak an 1844.</w:t>
      </w:r>
    </w:p>
    <w:p>
      <w:pPr>
        <w:pStyle w:val="ArticleBody"/>
        <w:jc w:val="left"/>
      </w:pPr>
      <w:r>
        <w:rPr>
          <w:rFonts w:ascii="Times New Roman" w:hAnsi="Times New Roman" w:eastAsia="Times New Roman" w:cs="Times New Roman"/>
        </w:rPr>
        <w:t>Yon ansyen non pou Tig la se Hiddekel, e an relasyon ak Lefrat la, toude rivyè sa yo te plase pwofetikman ak presizyon kòm yo te asosye ak Asiri ak Babilòn, ki yo menm tou yo idantifye kòm de lyon ki te gen pou yo chatye mouton Bondye yo. De pouvwa devastatè sa yo te prefigire de pouvwa devastatè Wòm payen ak Wòm papal, ki se senbòl yon gason ak yon fi, oswa yon legliz ak yon leta. Wòm payen te gason an ki te reprezante atizay gouvènman an, epi Wòm papal se fanm enpi a nan atizay legliz la. Asiri te gason an epi Babilòn te fanm nan nan relasyon pwofetik yo, konsa sa idantifye Tig la kòm gason an epi Lefrat la kòm fanm nan.</w:t>
      </w:r>
    </w:p>
    <w:p>
      <w:pPr>
        <w:pStyle w:val="ArticleBody"/>
        <w:jc w:val="left"/>
      </w:pPr>
      <w:r>
        <w:rPr>
          <w:rFonts w:ascii="Times New Roman" w:hAnsi="Times New Roman" w:eastAsia="Times New Roman" w:cs="Times New Roman"/>
        </w:rPr>
        <w:t>Rivyè Tig la se rivyè politik Leta a ki te rive jouk an 1798, epi Lefrat la, ki se zafè legliz la, te rive jouk an 1844. Lefrat la te dwe rive jouk an 1844, paske mesaj 1844 la te konsènan Babilòn, (Lefrat la) ki te tonbe ankò an 1844. Menm jan Lefrat la te pwodui yon kaskad an 1844, rivyè Ulayi a, ki te vin antre tou nan pwen kote rivyè yo rankontre a kòm yon senbòl zèv lèzòm, te melanje ak dlo lòt rivyè a. Rivyè politik Leta a te bare an 1798, lè otorite sivil la te retire nan men pouvwa papal la. Nan menm ane sa a, Etazini kòmanse renye kòm bèt latè a ak sizyèm wayòm pwofesi Bib la. Rivyè Tig la bare an 1798, egzakteman nan pwen kote Leta a pral finalman fòse tout lemonn kraze baraj la, ki kounye a kenbe dèyè inondasyon pèsekisyon papal ki prèt pou vale sou lemonn tankou yon inondasyon akablan. Mi sa a, oswa baraj sa a, se miray separasyon ant legliz ak Leta.</w:t>
      </w:r>
    </w:p>
    <w:p>
      <w:pPr>
        <w:pStyle w:val="ArticleBody"/>
        <w:jc w:val="left"/>
      </w:pPr>
      <w:r>
        <w:rPr>
          <w:rFonts w:ascii="Times New Roman" w:hAnsi="Times New Roman" w:eastAsia="Times New Roman" w:cs="Times New Roman"/>
        </w:rPr>
        <w:t>An 1844, ni Tigris ak Ulai toude idantifye mesaj 1844 la kòm tonbe Babilòn nan, epi tou kòm menm travay Kris la te kòmanse an 1844, lè, antanke Mesaje Alyans lan, Li te pirifye dlo Babilòn yo ak zèv lèzòm yo pou retire yo nan mitan yon pèp ki t ap antre nan Tanp li a—yon pèp ki te bezwen pirifye anvan yo te antre nan Kote Ki Pi Sen an. Dènye pirifikasyon pèp sa a te akonpli avèk lapli ki te vide anba mesaj Rèl Minwi a, epi gout lapli sa yo nan mesaj Rèl Minwi a te distile soti nan dlo Tigris la, menm jan Millerit yo te idantifye Wòm papal la ak 1798, epi menm jan yo te idantifye tonbe Babilòn nan epi yo te pirifye anvan pòt fèmen an pa mesaj la, oswa ou ta ka di—pirifye pa lapli ki te soti nan dlo distile rivyè Ulai, Tigris ak Efrat yo, pandan yo t ap prezante mesaj Danyèl 8:14 la, epi yo te akonpli mesaj Rèl Minwi a anvan ouvèti Jou Ekspyasyon antitipik la.</w:t>
      </w:r>
    </w:p>
    <w:p>
      <w:pPr>
        <w:pStyle w:val="ArticleBody"/>
        <w:jc w:val="left"/>
      </w:pPr>
      <w:r>
        <w:rPr>
          <w:rFonts w:ascii="Times New Roman" w:hAnsi="Times New Roman" w:eastAsia="Times New Roman" w:cs="Times New Roman"/>
        </w:rPr>
        <w:t>Lè Kris la kanpe sou dlo Hiddekel la nan vèsè sèt chapit douz Danyèl la, Li kanpe sou dlo Tig la, dlo zafè leta yo nan vizyon ki dekri dènye mouvman zafè leta lèzòm yo ki mennen nan fen tan gras la. Li kanpe la pou reponn kesyon vèsè anvan an, menm jan nan vizyon larivyè Oulai a, nonm ki te abiye an twal fin blan an, ki la se Palmoni, Mèvèyab ki Konte a, bay yon repons pou yon kesyon vèsè anvan an. Nan toude ka yo, dyalòg la se yon dyalòg selès ant zanj yo ak Kris la, e nan toude ka yo kesyon an se: “Jiska kilè?”</w:t>
      </w:r>
    </w:p>
    <w:p>
      <w:pPr>
        <w:pStyle w:val="ArticleBody"/>
        <w:jc w:val="left"/>
      </w:pPr>
      <w:r>
        <w:rPr>
          <w:rFonts w:ascii="Times New Roman" w:hAnsi="Times New Roman" w:eastAsia="Times New Roman" w:cs="Times New Roman"/>
        </w:rPr>
        <w:t>Repons lan se rive jis nan 2300 jou; nan chapit uit ak chapit douz, li se “yon tan, de tan, ak mwatye yon tan.” Repons lan konprann kòm 2300 ane ak 1260 ane, men an 1844 Bondye te mete yon entèdiksyon sou aplikasyon tan anndan mesaj pwofetik la, paske tan pa la ankò. Ki repons Palmoni, nonm lan abiye ak twal fen blan an, bay pou dènye jenerasyon Li a? Kesyon “Jiska kilè?” a te montre sou anpil temwen pou idantifye lwa dimanch la kòm repons kesyon an; konsa, èske sanktyè a pirifye nan lwa dimanch la, epi èske “tout mèvèy sa yo” fini nan lwa dimanch la? Ki “mèvèy” ki fini nan lwa dimanch la, e kilè “mèvèy” sa yo te kòmanse?</w:t>
      </w:r>
    </w:p>
    <w:p>
      <w:pPr>
        <w:pStyle w:val="ArticleScripture"/>
        <w:jc w:val="left"/>
      </w:pPr>
      <w:r>
        <w:rPr>
          <w:rFonts w:ascii="Times New Roman" w:hAnsi="Times New Roman" w:eastAsia="Times New Roman" w:cs="Times New Roman"/>
        </w:rPr>
        <w:t>Lè sa a, mwen menm Danyèl, mwen gade, epi, men wi, te gen de lòt ankò ki te kanpe la: youn sou bò sa a nan rivaj larivyè a, epi lòt la sou bò pa lòtbò rivaj larivyè a. Epi youn di nonm ki te abiye ak twal len an, ki te anwo dlo larivyè a: Konbyen tan sa va pran pou rive nan fen mèvèy sa yo?</w:t>
      </w:r>
    </w:p>
    <w:p>
      <w:pPr>
        <w:pStyle w:val="ArticleScripture"/>
        <w:jc w:val="left"/>
      </w:pPr>
      <w:r>
        <w:rPr>
          <w:rFonts w:ascii="Times New Roman" w:hAnsi="Times New Roman" w:eastAsia="Times New Roman" w:cs="Times New Roman"/>
        </w:rPr>
        <w:t>Epi mwen tande nonm ki te abiye ak twal len an, ki te anlè dlo larivyè a, lè li leve men dwat li ak men goch li anlè nan syèl la, epi li fè sèman pa sila a ki viv pou tout tan, ke sa va dire pou yon tan, de tan, ak mwatye yon tan; epi lè li va fin akonpli gaye pouvwa pèp sen an, tout bagay sa yo va fini. Daniel 12:5–7.</w:t>
      </w:r>
    </w:p>
    <w:p>
      <w:pPr>
        <w:pStyle w:val="ArticleBody"/>
        <w:jc w:val="left"/>
      </w:pPr>
      <w:r>
        <w:rPr>
          <w:rFonts w:ascii="Times New Roman" w:hAnsi="Times New Roman" w:eastAsia="Times New Roman" w:cs="Times New Roman"/>
        </w:rPr>
        <w:t>Kesyon senbolik la, “Jiska ki lè?”, make lwa dimanch lan, e zanj lan pa t mande kilè lwa dimanch lan t ap vini, men kilè fen mèvèy yo t ap rive. “Mèvèy” yo fini nan lwa dimanch lan; kidonk, ki mèvèy ki mennen rive nan lwa dimanch lan? Oubyen, pou n pi presi, ki “mèvèy” yo reprezante nan vizyon yo te bay bò rivyè Iddekèl la, jan sa parèt nan chapit dis rive douz? Si nou kapab detèmine ki sa “mèvèy” yo ye, nou ka jwenn kilè “mèvèy” yo kòmanse. Nan Danyèl dis, Gabriyèl idantifye avèk presizyon ki objektif li te genyen nan entèraksyon li avèk Danyèl pandan vizyon an.</w:t>
      </w:r>
    </w:p>
    <w:p>
      <w:pPr>
        <w:pStyle w:val="ArticleScripture"/>
        <w:jc w:val="left"/>
      </w:pPr>
      <w:r>
        <w:rPr>
          <w:rFonts w:ascii="Times New Roman" w:hAnsi="Times New Roman" w:eastAsia="Times New Roman" w:cs="Times New Roman"/>
        </w:rPr>
        <w:t>Koulye a mwen vini pou m fè ou konprann sa k pral rive pèp ou a nan dènye jou yo; paske vizyon an se toujou pou anpil jou ankò. Dànyèl 10:14.</w:t>
      </w:r>
    </w:p>
    <w:p>
      <w:pPr>
        <w:pStyle w:val="ArticleBody"/>
        <w:jc w:val="left"/>
      </w:pPr>
      <w:r>
        <w:rPr>
          <w:rFonts w:ascii="Times New Roman" w:hAnsi="Times New Roman" w:eastAsia="Times New Roman" w:cs="Times New Roman"/>
        </w:rPr>
        <w:t>Gabriyèl te vini pou fè pèp Bondye a konprann sa k pral rive yo nan dènye jou yo. Sipoze pwofesi ki nan Danyèl douz yo te byen konprann pa Millerit yo, men sèvi ak rekonesans sa a pou nye aplikasyon chapit la pou dènye jou yo—se kraze objektif Gabriyèl te deklare a. Depi Gabriyèl kòmanse narasyon pwofetik la nan vèsè premye chapit onz lan, epi li kontinye jouk rive nan twazyèm vèsè chapit douz la, istwa ki reprezante a se detay pwofetik ekstèn sou fason dragon an, bèt la ak fo pwofèt la mennen lemonn rive Amagedòn. Gen pasaj anndan chapit la ki dekri pèp Bondye a ap sibi pèsekisyon, men istwa chapit onz lan se prensipalman yon revelasyon ekstèn. Sa vle di chapit dis ak chapit douz reprezante yon alfa ak yon omega anndan dènye vizyon Danyèl la, paske kontrèman ak chapit onz lan, yo toude dekri yon mesaj entèn ki idantifye sele san karantkat mil yo. Chapit mitan an se rebelyon limanite, jan sa reprezante pa wa nò a, pap Wòm nan; epi alfa a, chapit dis la, ansanm ak omega a, chapit douz la, idantifye eksperyans entèn san karantkat mil yo nan dènye jou yo. Tout twa chapit yo mennen rive nan fèmti tan gras la; chapit alfa a kòmanse ak krentif pou Bondye ki separe de kategori adoratè, epi nan fen chapit la Danyèl resevwa yon doubman pouvwa, konsa sa idantifye mesaj premye ak dezyèm zanj yo. Chapit douz la se chapit omega a, epi li idantifye mesaj jijman twazyèm zanj lan.</w:t>
      </w:r>
    </w:p>
    <w:p>
      <w:pPr>
        <w:pStyle w:val="ArticleBody"/>
        <w:jc w:val="left"/>
      </w:pPr>
      <w:r>
        <w:rPr>
          <w:rFonts w:ascii="Times New Roman" w:hAnsi="Times New Roman" w:eastAsia="Times New Roman" w:cs="Times New Roman"/>
        </w:rPr>
        <w:t>Chapit onz la prezante an detay rebelyon limanite depi destriksyon Jerizalèm jouk rive nan fèmti tan gras la, ki, dapre Sè White, se yon ilistrasyon fèmti tan gras la nan fen monn nan. Danyèl onz kòmanse ak destriksyon Jerizalèm, paske Danyèl se youn nan sila yo ki te mennen Babilòn nan pandan destriksyon Jerizalèm nan an twa fwa, ki te sèvi kòm tip destriksyon menm vil sa a nan ane 70 ap. J.-K., epi ankò nan dènye jou yo jan mond lan reprezante sa.</w:t>
      </w:r>
    </w:p>
    <w:p>
      <w:pPr>
        <w:pStyle w:val="ArticleBody"/>
        <w:jc w:val="left"/>
      </w:pPr>
      <w:r>
        <w:rPr>
          <w:rFonts w:ascii="Times New Roman" w:hAnsi="Times New Roman" w:eastAsia="Times New Roman" w:cs="Times New Roman"/>
        </w:rPr>
        <w:t>De destriksyon literal Jerizalèm ki te rive nan menm jou nan ane a, avèk yon entèval sis-san swasant-senk ane ant yo. De destriksyon sa yo te frape vil kote Bwat Kontra a te sipoze ye a. Silo te genyen menm karakteristik pwofetik yo e li reprezante premye destriksyon yon vil kote prezans Bondye te ye, oswa te sipoze ye. Lè Sè White sèvi ak destriksyon Jerizalèm kòm yon senbòl destriksyon nan dènye jou yo, li ap fè kòmantè sou prèch Kris la konsènan destriksyon Jerizalèm.</w:t>
      </w:r>
    </w:p>
    <w:p>
      <w:pPr>
        <w:pStyle w:val="ArticleBody"/>
        <w:jc w:val="left"/>
      </w:pPr>
      <w:r>
        <w:rPr>
          <w:rFonts w:ascii="Times New Roman" w:hAnsi="Times New Roman" w:eastAsia="Times New Roman" w:cs="Times New Roman"/>
        </w:rPr>
        <w:t>Chilo, destriksyon Jerizalèm anba Nebikadneza ak Tit se twa temwen sou dènye jou yo, jan sa reprezante pa destriksyon vil Bondye a. Chilo se mesaj premye zanj lan, ki anseye pou nou gen krentif pou Bondye, yon bagay Eli pa t fè, epi pou nou ba li glwa, yon bagay Eli pa t fè, paske lè jijman li a rive. Mesaj dezyèm zanj lan se kote nou jwenn yon doubleman, jan sa reprezante pa Nebikadneza ak Tit. Twazyèm destriksyon Jerizalèm nan, nan dènye jou yo, fèt nan fen tan gras la, ki se fen jijman an.</w:t>
      </w:r>
    </w:p>
    <w:p>
      <w:pPr>
        <w:pStyle w:val="ArticleBody"/>
        <w:jc w:val="left"/>
      </w:pPr>
      <w:r>
        <w:rPr>
          <w:rFonts w:ascii="Times New Roman" w:hAnsi="Times New Roman" w:eastAsia="Times New Roman" w:cs="Times New Roman"/>
        </w:rPr>
        <w:t>Chapit onz se istwa ekstènèl mesaj twa zanj yo. Li plase ant vizyon separasyon ki nan chapit dis la ak twa manyen ki bay fòs yo, ki fèt nan venn-dezyèm jou vizyon Danyèl la. Sa vle di chapit douz la va pale tou sou istwa entèn sa ki rive pèp Bondye a nan dènye jou yo. Sa vle di tou limyè ki nan chapit douz la gen yon klète venn-de fwa plis pase limyè ki nan chapit dis la.</w:t>
      </w:r>
    </w:p>
    <w:p>
      <w:pPr>
        <w:pStyle w:val="ArticleBody"/>
        <w:jc w:val="left"/>
      </w:pPr>
      <w:r>
        <w:rPr>
          <w:rFonts w:ascii="Times New Roman" w:hAnsi="Times New Roman" w:eastAsia="Times New Roman" w:cs="Times New Roman"/>
        </w:rPr>
        <w:t>Nan vizyon Oulay la, yo te poze Kris la tou kesyon sa a: “Jiska kilè?” Douz vèsè ki vini anvan kesyon an nan vèsè trèz la t ap idantifye istwa pwofetik ekstèn ki reprezante detay enpòtan sou pisans pwofesi biblik yo. Douz vèsè sa yo te senpleman repete epi elaji istwa ki te reprezante nan chapit sèt la. Istwa pwofetik ki prezante nan vèsè sa yo repete epi elaji nan chapit onz la, kòmanse nan tan Mèd ak Pès yo. Dènye mwatye chapit uit la ansanm ak tout chapit nèf la se reprezantasyon pèp Bondye a nan dènye jou yo pa pwofèt Danyèl. Vizyon istwa pwofetik yo jwenn nan vizyon rivyè Oulay la pandan twa chapit, ansanm ak reprezantasyon pèp Bondye a nan chapit sa yo pa mwayen entèraksyon Danyèl avèk Gabriyèl, se alfa rive omega chapit dis jiska douz yo.</w:t>
      </w:r>
    </w:p>
    <w:p>
      <w:pPr>
        <w:pStyle w:val="ArticleBody"/>
        <w:jc w:val="left"/>
      </w:pPr>
      <w:r>
        <w:rPr>
          <w:rFonts w:ascii="Times New Roman" w:hAnsi="Times New Roman" w:eastAsia="Times New Roman" w:cs="Times New Roman"/>
        </w:rPr>
        <w:t>Paske Hiddekel la se omega a epi Ulai a se alfa a, pouvwa limyè ki reprezante pa limyè ki desele nan chapit douz la, lè tan lafen an rive, gen yon klète ki vennde fwa pi gran pase vizyon ki se poto santral ak fondasyon Advantis la. Se konsa, limyè dènye vizyon Danyèl la idantifye dirèkteman kòm limyè ki asosye ak pèp Bondye a nan dènye jou yo. Lè zanj lan mande nonm ki te abiye ak twal len an: “Jiska ki lè?” konsènan fen mèvèy sa yo, mèvèy yo se sila yo ki klere tankou zetwal pou tout tan ak pou letènite, jan istwa alyans Abraram lan fè eko kòmandman ki te bay Abraram pou l gade zetwal yo. Mèvèy ki nan Danyèl douz la se transfòmasyon èt imen yo pou yo vin tounen drapo sanblèm san karannkatmil yo.</w:t>
      </w:r>
    </w:p>
    <w:p>
      <w:pPr>
        <w:pStyle w:val="ArticleBody"/>
        <w:jc w:val="left"/>
      </w:pPr>
      <w:r>
        <w:rPr>
          <w:rFonts w:ascii="Times New Roman" w:hAnsi="Times New Roman" w:eastAsia="Times New Roman" w:cs="Times New Roman"/>
        </w:rPr>
        <w:t>Nan yon pwen anvan, nou te idantifye ke vèsè onz nan Dànyèl douz la montre yon peryòd pwofetik ki gen ladan de peryòd, premye a ladan yo se trant ane. Pou mete anfaz ki apwopriye sou vèsè onz la, mwen te ale nan vèsè sèt la, pou montre patisipasyon dirèk Kris la nan mèvèy Li akonpli pami pèp Li a nan dènye jou yo.</w:t>
      </w:r>
    </w:p>
    <w:p>
      <w:pPr>
        <w:pStyle w:val="ArticleBody"/>
        <w:jc w:val="left"/>
      </w:pPr>
      <w:r>
        <w:rPr>
          <w:rFonts w:ascii="Times New Roman" w:hAnsi="Times New Roman" w:eastAsia="Times New Roman" w:cs="Times New Roman"/>
        </w:rPr>
        <w:t>Lè m ap retounen sou vèsè onz la, mwen swete fè nou sonje ke chapit douz la rele dirèkteman “dènye jou yo” pa Gabriyèl. Nan jou san karannkat mil yo, jou kote yo sele epi yo antre nan alyans avèk Bondye a, dapre liv Danyèl la, pral gen yon mesaj ki dezsele, ki pral ogmante jouk li tounen yon gwo rèl. Mesaj sa a reprezante nan chapit douz la pa twa peryòd pwofetik distenk, ki te deja defini pa Millerit yo, epi apre sa Lespri Pwofesi a te konfime yo. Twa peryòd sa yo pa reprezante tan, paske menm zanj ki leve toude men li anlè nan direksyon syèl la nan chapit douz la, te leve yon sèl men li anlè nan direksyon syèl la nan Revelasyon dis, epi li te sèmante ke pa t ap gen tan ankò. Deklarasyon sa a an 1844 vle di ke twa peryòd pwofetik yo nan Danyèl douz yo se peryòd senbolik ki pa fèt pou reprezante tan.</w:t>
      </w:r>
    </w:p>
    <w:p>
      <w:pPr>
        <w:pStyle w:val="ArticleBody"/>
        <w:jc w:val="left"/>
      </w:pPr>
      <w:r>
        <w:rPr>
          <w:rFonts w:ascii="Times New Roman" w:hAnsi="Times New Roman" w:eastAsia="Times New Roman" w:cs="Times New Roman"/>
        </w:rPr>
        <w:t>Se poutèt sa, lè peryòd pwofetik senbolik mitan an nan Danyèl douz la se yon peryòd an de pati ki kòmanse avèk trant ane nan menm chapit kote Mikayèl leve kanpe, lè sa a nou konnen ke peryòd an de pati ki kòmanse avèk trant ane a se akonplisman pafè pwofesi alfa Abraram lan. Omega pwofesi tan an, ki kòmanse istwa alyans lan anrapò ak yon pèp chwazi, rive nan akonplisman pafè li nan menm chapit la, ki se pwen kiminas temwayaj Danyèl la konsènan sa ki pral rive pèp Bondye a nan dènye jou yo.</w:t>
      </w:r>
    </w:p>
    <w:p>
      <w:pPr>
        <w:pStyle w:val="ArticleBody"/>
        <w:jc w:val="left"/>
      </w:pPr>
      <w:r>
        <w:rPr>
          <w:rFonts w:ascii="Times New Roman" w:hAnsi="Times New Roman" w:eastAsia="Times New Roman" w:cs="Times New Roman"/>
        </w:rPr>
        <w:t>Nan tan lafen an, liv Danyèl la debloke, e limyè ki pwodui a sele pèp Bondye a. Nan tan lafen an, liv Danyèl la debloke, e limyè ki pwodui a reprezante pa twa peryòd pwofetik ki nan dènye chapit Danyèl la. Chapit sa a se omega twa chapit ki fòme vizyon Idèkèl la, e vizyon Idèkèl la se omega twa chapit ki reprezante alfa vizyon rivyè yo nan Danyèl. Rivyè ki te kòmanse nan Eden an te finalman rive kote Danyèl, epi apre sa Pawòl pwofetik Bondye a mennen yo rive nan mouvman Millerit premye ak dezyèm zanj lan, mouvman alfa de mouvman de twa zanj yo. Mil de san katreven dis ane vèsè onz la se omega pwofesi 430 ane Abraram ak Pòl yo.</w:t>
      </w:r>
    </w:p>
    <w:p>
      <w:pPr>
        <w:pStyle w:val="ArticleBody"/>
        <w:jc w:val="left"/>
      </w:pPr>
      <w:r>
        <w:rPr>
          <w:rFonts w:ascii="Times New Roman" w:hAnsi="Times New Roman" w:eastAsia="Times New Roman" w:cs="Times New Roman"/>
        </w:rPr>
        <w:t>Anvan nou kontinye nan Danyèl douz ak relasyon li ak pwofesi Abraram nan, li bon pou nou sonje kiyès Pòl te ye. Pòl pa t sèlman apot pou moun lòt nasyon yo, men, sa ki te menm enpòtan an tou, li te prezante mesaj li atravè Pawòl pwofetik Bondye a. Sa ki pi enpòtan toujou, se ke Pòl te yon pwofèt dispansasyonèl. Yon pwofèt dispansasyonèl se yon pwofèt Bondye leve pou gide pèp Bondye a soti nan yon dispansasyon pou antre nan yon lòt, menm jan ak Moyiz, soti nan adorasyon bò lotèl rive nan adorasyon nan Tanp lan; Jan Batis; soti nan Tanp tè a pou rive nan Tanp ki nan Syèl la. Pòl te ekri plis enfòmasyon ak règ sou aplikasyon literal la nan espirityèl la pase tout lòt otè Bib la mete ansanm, e sa byen lwen! Bondye te leve l pou eksplike tranzisyon ki soti nan literal pou rive nan espirityèl la nan kontèks pèp alyans Bondye a.</w:t>
      </w:r>
    </w:p>
    <w:p>
      <w:pPr>
        <w:pStyle w:val="ArticleBody"/>
        <w:jc w:val="left"/>
      </w:pPr>
      <w:r>
        <w:rPr>
          <w:rFonts w:ascii="Times New Roman" w:hAnsi="Times New Roman" w:eastAsia="Times New Roman" w:cs="Times New Roman"/>
        </w:rPr>
        <w:t>Pòl se lyen konektif ant pwomès alyans pèp Abraram te chwazi a, lè pèp chwazi sa a te fè tranzisyon soti nan sans literal pou rive nan sans espirityèl. Si ou pa byen tabli nan konpreyansyon sou wòl Pòl te genyen nan istwa alyans lan, ou ka pa wè kijan sa anfètman divinman apwopriye, dèske premye pwofesi konsènan pèp alyans Bondye a se yon pwofesi tan doub ki kòmanse avèk yon peryòd 30 ane. Youn se yon pwofesi papa pèp chwazi a te tabli; epi lè yo fè tranzisyon pou yo vin yon pèp chwazi espirityèl, yon pwofèt dispensasyonèl te leve pou idantifye epi eksplike tranzisyon sa a, epi tou pou ratifye pwofesi tan Abraram nan avèk yon dezyèm temwen ki soti nan Nouvo Testaman an, ann amoni ak premye temwen ki soti nan Ansyen Testaman an. Abraram nan kòmansman an, epi Pòl nan fen an, tipifye siyifikasyon 1290 la nan dènye jou yo.</w:t>
      </w:r>
    </w:p>
    <w:p>
      <w:pPr>
        <w:pStyle w:val="ArticleBody"/>
        <w:jc w:val="left"/>
      </w:pPr>
      <w:r>
        <w:rPr>
          <w:rFonts w:ascii="Times New Roman" w:hAnsi="Times New Roman" w:eastAsia="Times New Roman" w:cs="Times New Roman"/>
        </w:rPr>
        <w:t>N ap kontinye nan atik ki vin apre a.</w:t>
      </w:r>
    </w:p>
    <w:p>
      <w:pPr>
        <w:pStyle w:val="ArticleScripture"/>
        <w:jc w:val="left"/>
      </w:pPr>
      <w:r>
        <w:rPr>
          <w:rFonts w:ascii="Times New Roman" w:hAnsi="Times New Roman" w:eastAsia="Times New Roman" w:cs="Times New Roman"/>
        </w:rPr>
        <w:t>“Vizyon Zakari a konsènan Jozye ak Zanj lan aplike avèk yon fòs patikilye ak eksperyans pèp Bondye a nan dènye sèn gwo jou ekspyasyon an. Lè sa a, legliz rès la pral mennen nan gwo eprèv ak gwo detrès. Moun ki kenbe kòmandman Bondye yo ak lafwa Jezi a pral santi kòlè dragon an ak lame li yo. Satan konte lemonn kòm sijè pa li; li rive pran kontwòl menm sou anpil moun ki fè pwofesyon yo se kretyen. Men isit la gen yon ti gwoup k ap reziste sipremasi li. Si li ta kapab efase yo sou tè a, triyonf li ta vin konplè. Menm jan li te enfliyanse nasyon payen yo pou detwi Izrayèl, konsa tou nan tan ki toupre a li pral soulve pouvwa mechan latè yo pou detwi pèp Bondye a. Yo pral egzije pou lèzòm rann obeyisans a dekrè imen ki vyole lwa diven an.</w:t>
      </w:r>
    </w:p>
    <w:p>
      <w:pPr>
        <w:pStyle w:val="ArticleScripture"/>
        <w:jc w:val="left"/>
      </w:pPr>
      <w:r>
        <w:rPr>
          <w:rFonts w:ascii="Times New Roman" w:hAnsi="Times New Roman" w:eastAsia="Times New Roman" w:cs="Times New Roman"/>
        </w:rPr>
        <w:t>“Moun ki fidèl anvè Bondye yo pral sibi menas, denonsyasyon, entèdiksyon. Y ap ‘trayi nou ni pa paran nou, ni pa frè nou yo, ni pa fanmi nou, ni pa zanmi nou yo,’ menm rive jouk nan lanmò. Lik 21:16. Sèl espwa yo se nan mizèrikòd Bondye; sèl defans yo se lapriyè. Menm jan Jozye te sipliye devan Zanj lan, konsa legliz rès la, avèk kè brize ak yon lafwa ki pa febli, pral sipliye pou padon ak delivrans atravè Jezi, Defansè yo. Yo byen konsyan de peche ki nan lavi yo, yo wè feblès yo ak endiyite yo; e yo pare pou tonbe nan dezespwa.”</w:t>
      </w:r>
    </w:p>
    <w:p>
      <w:pPr>
        <w:pStyle w:val="ArticleScripture"/>
        <w:jc w:val="left"/>
      </w:pPr>
      <w:r>
        <w:rPr>
          <w:rFonts w:ascii="Times New Roman" w:hAnsi="Times New Roman" w:eastAsia="Times New Roman" w:cs="Times New Roman"/>
        </w:rPr>
        <w:t>“Tantatè a kanpe toupre pou akize yo, menm jan li te kanpe pou l te opoze ak Jozye. Li lonje dwèt sou rad sal yo, sou karaktè yo ki gen defo. Li prezante feblès yo ak foli yo, peche engratitid yo, disanblans yo ak Kris la, ki te derespekte Redanmtè yo. Li fè tout efò pou l fè yo tranble lè li mete devan yo panse ke ka pa yo san espwa, ke tach salte yo p ap janm lave. Li espere konsa detwi lafwa yo, pou yo sede anba tantasyon li yo, epi vire do bay fidelite yo anvè Bondye.”</w:t>
      </w:r>
    </w:p>
    <w:p>
      <w:pPr>
        <w:pStyle w:val="ArticleScripture"/>
        <w:jc w:val="left"/>
      </w:pPr>
      <w:r>
        <w:rPr>
          <w:rFonts w:ascii="Times New Roman" w:hAnsi="Times New Roman" w:eastAsia="Times New Roman" w:cs="Times New Roman"/>
        </w:rPr>
        <w:t>“Satan gen yon konesans egzak sou peche li te tante pèp Bondye a fè, e li pouse akizasyon li yo kont yo, li deklare ke, pa peche yo, yo pèdi pwoteksyon diven an, epi li reklame ke li gen dwa pou l detwi yo. Li pwononse yo menm jan ak li menm kòm meritan pou yo ekskli nan favè Bondye. ‘Èske se sa yo,’ li di, ‘ki gen pou pran plas mwen nan syèl la, ansanm ak plas zanj ki te ini avèk mwen yo? Yo fè pwofesyon yo obeyi lalwa Bondye a; men èske yo kenbe kòmandman li yo? Èske yo pa t renmen tèt yo plis pase yo renmen Bondye? Èske yo pa t mete pwòp enterè pa yo pi wo pase sèvis Li? Èske yo pa t renmen bagay ki nan mond lan? Gade peche ki make lavi yo. Gade egoyis yo, mechanste yo, rayisman yo youn pou lòt. Èske Bondye ap chase mwen ak zanj mwen yo lwen prezans Li, epi poutan l ap rekonpanse sila yo ki te koupab menm peche yo? O Seyè, ou pa kapab fè sa an jistis. Jistis mande pou yo pwononse santans kont yo.’”</w:t>
      </w:r>
    </w:p>
    <w:p>
      <w:pPr>
        <w:pStyle w:val="ArticleScripture"/>
        <w:jc w:val="left"/>
      </w:pPr>
      <w:r>
        <w:rPr>
          <w:rFonts w:ascii="Times New Roman" w:hAnsi="Times New Roman" w:eastAsia="Times New Roman" w:cs="Times New Roman"/>
        </w:rPr>
        <w:t>“Men, byenke disip Kris yo fè peche, yo pa livre tèt yo pou yo kontwole pa ajan satanik yo. Yo repanti de peche yo, epi yo chèche Seyè a avèk imilite ak kontrisyon, e Avoka diven an plede an favè yo. Li menm ki te sibi plis abi akoz engra yo, li menm ki konnen peche yo ansanm ak penitans yo, deklare: ‘Seyè a reprimande ou, O Satan. Mwen te bay lavi Mwen pou nanm sa yo. Yo grave sou pla men Mwen. Yo ka gen enpèfeksyon nan karaktè; yo ka echwe nan efò yo; men yo repanti, e Mwen padonnen yo epi Mwen aksepte yo.’”</w:t>
      </w:r>
    </w:p>
    <w:p>
      <w:pPr>
        <w:pStyle w:val="ArticleScripture"/>
        <w:jc w:val="left"/>
      </w:pPr>
      <w:r>
        <w:rPr>
          <w:rFonts w:ascii="Times New Roman" w:hAnsi="Times New Roman" w:eastAsia="Times New Roman" w:cs="Times New Roman"/>
        </w:rPr>
        <w:t>“Atak Satan yo fò, twonpri li yo sibtil; men je Senyè a sou pèp Li a. Tribilasyon yo gwo, flanm founo a sanble yo prèt pou vale yo; men Jezi ap fè yo soti tankou lò yo te pase nan dife. Nati tèren yo a pral wete, pou imaj Kris la ka revele avèk tout pèfeksyon nan yo.</w:t>
      </w:r>
    </w:p>
    <w:p>
      <w:pPr>
        <w:pStyle w:val="ArticleScripture"/>
        <w:jc w:val="left"/>
      </w:pPr>
      <w:r>
        <w:rPr>
          <w:rFonts w:ascii="Times New Roman" w:hAnsi="Times New Roman" w:eastAsia="Times New Roman" w:cs="Times New Roman"/>
        </w:rPr>
        <w:t>“Pafwa, Senyè a ka sanble li te bliye danje legliz Li a ap travèse ak tò lènmi li yo fè li. Men, Bondye pa bliye. Pa gen anyen nan mond sa a ki chè pou kè Bondye tankou legliz Li a. Se pa volonte Li pou politik monn nan vin gate temwayaj li. Li pa lage pèp Li a pou yo sibi anba tantasyon Satan yo. Li pral pini moun ki mal reprezante Li, men Li pral fè gras ak tout moun ki repanti avèk senserite. Pou moun ki rele Li pou fòs pou devlopman karaktè kretyen an, Li pral bay tout èd ki nesesè.”</w:t>
      </w:r>
    </w:p>
    <w:p>
      <w:pPr>
        <w:pStyle w:val="ArticleScripture"/>
        <w:jc w:val="left"/>
      </w:pPr>
      <w:r>
        <w:rPr>
          <w:rFonts w:ascii="Times New Roman" w:hAnsi="Times New Roman" w:eastAsia="Times New Roman" w:cs="Times New Roman"/>
        </w:rPr>
        <w:t>“Nan tan lafen an, pèp Bondye a pral soupiye epi kriye poutèt abominasyon k ap fèt nan peyi a. Avèk dlo nan je, yo pral avèti mechan yo sou danje ki genyen lè y ap pilonnen lalwa diven an; epi avèk yon lapenn yo pa ka eksprime, yo pral imilye tèt yo devan Seyè a nan repantans. Mechan yo pral pase lapenn yo nan betiz epi yo pral pase apèl solanèl yo nan rizib. Men, lakrent, soufrans ak imilyasyon pèp Bondye a se prèv klè, san konfizyon, ke yo ap reprann fòs ak nòbte karaktè yo te pèdi kòm konsekans peche. Se paske yo ap pwoche pi pre Kris la, paske je yo fikse sou pite pafè Li a, kifè yo wè avèk anpil klète jan peche a peche depase mezi. Douser ak imilite se kondisyon pou siksè ak viktwa. Yon kouwòn laglwa ap tann moun ki bese tèt yo nan pye kwa a.”</w:t>
      </w:r>
    </w:p>
    <w:p>
      <w:pPr>
        <w:pStyle w:val="ArticleScripture"/>
        <w:jc w:val="left"/>
      </w:pPr>
      <w:r>
        <w:rPr>
          <w:rFonts w:ascii="Times New Roman" w:hAnsi="Times New Roman" w:eastAsia="Times New Roman" w:cs="Times New Roman"/>
        </w:rPr>
        <w:t>“Fidèl Bondye yo, sa yo k ap lapriyè, yo tankou si yo fèmen ansanm avè l. Yo menm yo pa konnen jan yo pwoteje yo avèk sekirite. Pouse pa Satan, chèf mond sa a yo ap chèche detwi yo; men si je pitit Bondye yo te kapab louvri menm jan je sèvitè Elize a te louvri nan Dotan, yo ta wè zanj Bondye yo fè kan toutotou yo, pandan yo kenbe lame fènwa yo anba kontwòl.</w:t>
      </w:r>
    </w:p>
    <w:p>
      <w:pPr>
        <w:pStyle w:val="ArticleScripture"/>
        <w:jc w:val="left"/>
      </w:pPr>
      <w:r>
        <w:rPr>
          <w:rFonts w:ascii="Times New Roman" w:hAnsi="Times New Roman" w:eastAsia="Times New Roman" w:cs="Times New Roman"/>
        </w:rPr>
        <w:t>“Pandan pèp Bondye a ap imilye nanm yo devan Li, pandan y ap sipliye pou kè yo vin pwòp, lòd la bay: ‘Wete rad sal yo sou li’; epi yo pwononse pawòl ankourajman sa yo: ‘Gade, mwen fè mechanste ou a wete sou ou, e m ap abiye ou ak lòt rad.’ Zakari 3:4. Yo mete rad san tach lajistis Kris la sou pitit Bondye yo ki te pase nan eprèv, ki te anba tantasyon, e ki te rete fidèl yo. Rès la, yo te meprize a, abiye ak rad bèl pouvwa, pou yo pa janm ankò sal ak koripsyon mond lan. Non yo rete konsève nan liv lavi Ti Mouton an, enskri pami fidèl tout tan yo. Yo te reziste riz moun k ap twonpe a; gwonde dragon an pa t fè yo vire do bay fidelite yo. Kounye a yo an sekirite pou tout tan kont riz tantatè a. Peche yo transfere sou sila ki se otè peche a. Yo mete yon ‘bèl tiban’ sou tèt yo.”</w:t>
      </w:r>
    </w:p>
    <w:p>
      <w:pPr>
        <w:pStyle w:val="ArticleScripture"/>
        <w:jc w:val="left"/>
      </w:pPr>
      <w:r>
        <w:rPr>
          <w:rFonts w:ascii="Times New Roman" w:hAnsi="Times New Roman" w:eastAsia="Times New Roman" w:cs="Times New Roman"/>
        </w:rPr>
        <w:t>“Pandan Satan t ap pouse akizasyon li yo, zanj sen yo, envizib, t ap pase ale vini, mete so Bondye vivan an sou moun ki fidèl yo. Se sila yo ki kanpe sou mòn Siyon ansanm ak Ti Mouton an, yo gen non Papa a ekri sou fwon yo. Yo chante kantik nèf la devan twòn nan, kantik sa a pèsonn pa ka aprann li eksepte san karannkatmil yo ki te rachte sou tè a. ‘Se sila yo ki swiv Ti Mouton an tout kote Li ale. Se yo menm ki te rachte pami lèzòm, kòm premye fwi pou Bondye ak pou Ti Mouton an. E nan bouch yo pa t jwenn okenn twonpri: paske yo san fot devan twòn Bondye a.’ Revelasyon 14:4, 5.”</w:t>
      </w:r>
    </w:p>
    <w:p>
      <w:pPr>
        <w:pStyle w:val="ArticleScripture"/>
        <w:jc w:val="left"/>
      </w:pPr>
      <w:r>
        <w:rPr>
          <w:rFonts w:ascii="Times New Roman" w:hAnsi="Times New Roman" w:eastAsia="Times New Roman" w:cs="Times New Roman"/>
        </w:rPr>
        <w:t>“Koulye a rive akonplisman konplè pawòl Zanj lan: ‘Koute kounye a, O Jozye, granprèt la, ou menm ak konpayon ou yo ki chita devan ou; paske yo se moun yo sezi wè; paske, gade, m ap fè Sèvitè Mwen an, Branch la, parèt.’ Zakari 3:8. Kris la revele kòm Redanmtè ak Delivransè pèp Li a. Koulye a, vrèmanvre, rès la se ‘moun yo sezi wè,’ pandan dlo nan je ak imilyasyon pelerinaj yo fè plas pou lajwa ak onè nan prezans Bondye ak Ti Mouton an. ‘Nan jou sa a, branch Seyè a pral bèl ak gloriye, e fwi tè a pral ekselan ak bèl pou sila yo ki chape ann Izrayèl. Epi sa pral rive, ke moun ki rete nan Siyon, ak moun ki rete vivan nan Jerizalèm, yo pral rele sen, sètadi tout moun ki ekri pami vivan yo nan Jerizalèm.’ Ezayi 4:2, 3.” Pwofèt ak Wa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Jowèl la ak Legliz Advantis Setyèm Jou Lawodise a — Nimewo Disèt</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