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Dizwit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Nimewo Dizwit</w:t>
      </w:r>
    </w:p>
    <w:p>
      <w:pPr>
        <w:pStyle w:val="ArticleBody"/>
        <w:jc w:val="left"/>
      </w:pPr>
      <w:r>
        <w:rPr>
          <w:rFonts w:ascii="Times New Roman" w:hAnsi="Times New Roman" w:eastAsia="Times New Roman" w:cs="Times New Roman"/>
        </w:rPr>
        <w:t>Nou ap egzamine alyans Abraram nan, e nou poko adrese eleman nan pwofesi Abraram nan ki gen yon koneksyon dirèk ak vèsè ouvèti liv Joèl la. Pwofesi Abraram sou 400 ane esklavaj la, ansanm ak 430 ane Pòl la, pwodui estrikti pwofetik ki aliyen ak 1290 ane Danyèl 12:11 yo. Pwofesi 1290 ane vèsè onz la se peryòd pwofetik omega liy 430 ane Abraram ak Pòl la. Verite sa a se yon eleman nan sa k ap dezipele nan dènye jou yo ki separe saj yo ak mechan yo.</w:t>
      </w:r>
    </w:p>
    <w:p>
      <w:pPr>
        <w:pStyle w:val="ArticleBody"/>
        <w:jc w:val="left"/>
      </w:pPr>
      <w:r>
        <w:rPr>
          <w:rFonts w:ascii="Times New Roman" w:hAnsi="Times New Roman" w:eastAsia="Times New Roman" w:cs="Times New Roman"/>
        </w:rPr>
        <w:t>An rapò ak pwofesi omega a sou 430 ane yo te genyen senbòl “kat jenerasyon” an, ki idantifye yon peryòd tan pwobasyon pou nasyon ki t ap kenbe pèp Bondye chwazi a nan esklavaj. Pou Moyiz, se te Lejip; pou san karant-kat mil yo, ki chante kantik Moyiz la, se istwa Etazini depi 1798 rive jouk lwa dimanch lan. Etazini, ki reprezante kòm “bèt tè a” nan Revelasyon trèz, kòmanse tankou yon ti mouton epi li fini pa pale tankou yon dragon. Jozèf, yon senbòl Ti Mouton an, reprezante peryòd lapè relatif nan Lejip, jouk lè te vin gen yon nouvo Farawon epi esklavaj la te kòmanse. Konsa, nasyon ki jije nan katriyèm jenerasyon an, ki te Lejip pou Moyiz, se Etazini. Rès la jije nan lwa dimanch lan, jan sa te prefigire pa kalamite yo ki te abouti, pou Ebre yo, ak san sou poto pòt yo, epi apre sa, pou nasyon Lejip la, nan Lanmè Wouj la. Jozèf ak Moyiz reprezante yon bon Farawon ak yon move Farawon, sa ki, pou Etazini, se dabò ti mouton an, epi apre sa dragon an.</w:t>
      </w:r>
    </w:p>
    <w:p>
      <w:pPr>
        <w:pStyle w:val="ArticleBody"/>
        <w:jc w:val="left"/>
      </w:pPr>
      <w:r>
        <w:rPr>
          <w:rFonts w:ascii="Times New Roman" w:hAnsi="Times New Roman" w:eastAsia="Times New Roman" w:cs="Times New Roman"/>
        </w:rPr>
        <w:t>Pwofesi jijman Abraram te bay konsènan jijman nan katriyèm jenerasyon an te gen ladan l lefètke fèmti tan gras la fèt pwogresivman; paske, nan akonplisman pwofesi Abraram nan pa Moyiz, non sèlman tan gras la te fini pou Ejip, men te rete toujou tan pou Amoreyen yo ranpli gode tan gras pwobasyon yo a—apre Ejip te fin ranpli pa yo a. Lanmè Wouj la, pou Ejip, se te lwa dimanch la pou Etazini; epi apre sa, “chak lòt peyi sou latè” pral “swiv egzanp” Etazini, jan sa reprezante pa Amoreyen yo apre fèmti tan gras Ejip la.</w:t>
      </w:r>
    </w:p>
    <w:p>
      <w:pPr>
        <w:pStyle w:val="ArticleBody"/>
        <w:jc w:val="left"/>
      </w:pPr>
      <w:r>
        <w:rPr>
          <w:rFonts w:ascii="Times New Roman" w:hAnsi="Times New Roman" w:eastAsia="Times New Roman" w:cs="Times New Roman"/>
        </w:rPr>
        <w:t>Moun Amori yo se youn nan dis tribi ki idantifye lemonn, depi larivyè Lejip la rive jouk larivyè Babilòn nan, nan alyans Abraram lan; se poutèt sa, Amori yo reprezante nasyon yo nan lemonn, ki fèmen tan gras pa yo kòm nasyon, apre lwa dimanch lan Ozetazini. Amori yo se senbòl biblik jijman k ap fèmen sou lemonn, e sa rive nan twazyèm ak katriyèm jenerasyon an. Lanmè Wouj la se senbòl fèmti tan gras pou Etazini, epi Amori yo reprezante nasyon yo k ap fèmen tan gras pa yo pwogresivman jouk tan gras limanite a fèmen. Se poutèt sa, Amori yo se yon senbòl peryòd kriz lwa dimanch lan, depi nan Lanmè Wouj la jouk delivrans van lès la, lè chemen delivrans lan louvri pou pèp Bondye a.</w:t>
      </w:r>
    </w:p>
    <w:p>
      <w:pPr>
        <w:pStyle w:val="ArticleBody"/>
        <w:jc w:val="left"/>
      </w:pPr>
      <w:r>
        <w:rPr>
          <w:rFonts w:ascii="Times New Roman" w:hAnsi="Times New Roman" w:eastAsia="Times New Roman" w:cs="Times New Roman"/>
        </w:rPr>
        <w:t>Men pwofesi Abraram nan pa sèlman pale de katriyèm jenerasyon an anrapò ak Etazini kòm Lejip, epi mond lan kòm Amoreyen yo; sa ki pi enpòtan toujou, li mete jenerasyon pèp Bondye a ki travèse Lanmè Wouj la kòm yon “katriyèm jenerasyon.” Lè nou rale soti, tout sa nou ka rale soti, nan konpreyansyon “kat jenerasyon” yo nan premye etap Abraram nan pami twa etap yo, nou pral konsidere dezyèm ak twazyèm etap alyans Abraram nan. Dezyèm etap la se chapit disèt, epi twazyèm etap la se, natirèlman, chapit vennde.</w:t>
      </w:r>
    </w:p>
    <w:p>
      <w:pPr>
        <w:pStyle w:val="ArticleBody"/>
        <w:jc w:val="left"/>
      </w:pPr>
      <w:r>
        <w:rPr>
          <w:rFonts w:ascii="Times New Roman" w:hAnsi="Times New Roman" w:eastAsia="Times New Roman" w:cs="Times New Roman"/>
        </w:rPr>
        <w:t>Nan Danyèl chapit douz, yo idantifye twa peryòd pwofetik, epi yo tout reprezante tan pwofetik ki te sispann an 1844. Twa peryòd sa yo devwale nan dènye jou yo, epi twa peryòd sa yo reprezante ogmantasyon konesans ki vini sou pèp Bondye a nan dènye jou yo. Kris la, antanke nonm abiye ak twal len an, prezante premye nan twa peryòd pwofetik yo nan vèsè sèt la, epi lè Li fè sa, Li mete Tèt Li ann amoni ak zanj Revelasyon dis la, ki pa kanpe sou dlo a, men sou tè a ak lanmè a.</w:t>
      </w:r>
    </w:p>
    <w:p>
      <w:pPr>
        <w:pStyle w:val="ArticleScripture"/>
        <w:jc w:val="left"/>
      </w:pPr>
      <w:r>
        <w:rPr>
          <w:rFonts w:ascii="Times New Roman" w:hAnsi="Times New Roman" w:eastAsia="Times New Roman" w:cs="Times New Roman"/>
        </w:rPr>
        <w:t>Epi zanj ki te kanpe sou lanmè a ak sou tè a, ke mwen te wè a, leve men li anlè nan syèl la, epi li sèmante pa Sila a ki viv pou tout tan e pou tout tan, ki kreye syèl la ak bagay ki ladan l yo, ak tè a ak bagay ki ladan l yo, ak lanmè a ak bagay ki ladan l yo, ke tan an p ap dire ankò. Revelasyon 10:5, 6.</w:t>
      </w:r>
    </w:p>
    <w:p>
      <w:pPr>
        <w:pStyle w:val="ArticleBody"/>
        <w:jc w:val="left"/>
      </w:pPr>
      <w:r>
        <w:rPr>
          <w:rFonts w:ascii="Times New Roman" w:hAnsi="Times New Roman" w:eastAsia="Times New Roman" w:cs="Times New Roman"/>
        </w:rPr>
        <w:t>Nan vèsè sèt nan chapit douz la, nonm ki te abiye an twal len an sèmante tou pa Sila a ki viv pou tout tan an.</w:t>
      </w:r>
    </w:p>
    <w:p>
      <w:pPr>
        <w:pStyle w:val="ArticleScripture"/>
        <w:jc w:val="left"/>
      </w:pPr>
      <w:r>
        <w:rPr>
          <w:rFonts w:ascii="Times New Roman" w:hAnsi="Times New Roman" w:eastAsia="Times New Roman" w:cs="Times New Roman"/>
        </w:rPr>
        <w:t>Epi mwen tande nonm ki te abiye ak len blan an, ki te anlè dlo larivyè a, lè li leve men dwat li ak men goch li anlè syèl la, epi li sèmante pa sila a ki viv pou tout tan, sa pral dire pou yon tan, de tan, ak mwatye yon tan; epi lè li fin akonpli gaye pouvwa pèp sen an, tout bagay sa yo va fini. Danyèl 12:7.</w:t>
      </w:r>
    </w:p>
    <w:p>
      <w:pPr>
        <w:pStyle w:val="ArticleBody"/>
        <w:jc w:val="left"/>
      </w:pPr>
      <w:r>
        <w:rPr>
          <w:rFonts w:ascii="Times New Roman" w:hAnsi="Times New Roman" w:eastAsia="Times New Roman" w:cs="Times New Roman"/>
        </w:rPr>
        <w:t>Yo fè nou konnen pa enspirasyon ke menm liy pwofesi ki chita nan liv Danyèl la rekòmanse nan liv Revelasyon an, e konpreyansyon Millerit la se ke de deskripsyon sa yo se pasaj paralèl konsènan Kris la. Kris kòm Zanj ki gen ti liv la, ki idantifye fen aplikasyon tan pwofetik la an 1844 nan liv Revelasyon an; epi Kris kòm Nonm ki abiye ak twal len nan liv Danyèl la, ki idantifye ke lè lwa dimanch la rive Ozetazini, tout mèvèy vizyon final Danyèl la t ap fini. Anndan istwa sakre sa a, ki vini anvan lwa dimanch la epi ki rive nan pwen final li ladan li, pèp Bondye a te gen pou yo gaye pandan yon peryòd ki reprezante pa senbòl 1260 la. Peryòd dispèsyon ki vini anvan lwa dimanch la prezante nan Revelasyon chapit onz la, kote Moyiz ak Eli yo touye yo epi yo rete mouri nan lari a pandan twa jou edmi, ki se yon senbòl 1260.</w:t>
      </w:r>
    </w:p>
    <w:p>
      <w:pPr>
        <w:pStyle w:val="ArticleBody"/>
        <w:jc w:val="left"/>
      </w:pPr>
      <w:r>
        <w:rPr>
          <w:rFonts w:ascii="Times New Roman" w:hAnsi="Times New Roman" w:eastAsia="Times New Roman" w:cs="Times New Roman"/>
        </w:rPr>
        <w:t>Nan vèsè sèt la, nonm ki te abiye ak twal len an fè konnen ke lè dispèsyon pouvwa pèp sen an va fini twa jou edmi li yo, “bèl mèvèy” ki rive sou pèp Bondye a nan dènye jou yo va fini tou. Nou te fèmen dènye atik la ak kòmantè Sè White sou Zakari chapit twa. Premye fraz la te deklare: “Vizyon Zakari sou Jozye ak Anj lan aplike avèk yon fòs espesyal ak eksperyans pèp Bondye a nan sèn final yo nan gran jou ekspyasyon an.” Nan chapit la, epi nan kòmantè enspire Sè White sou chapit la, san karant-kat mil yo se “mesye yo sezi wè.” “Mèvèy” dènye vizyon Danyèl la, ki rive nan akonplisman yo pa lwa dimanch la, se “mèvèy” ki asosye ak sele pèp Bondye a.</w:t>
      </w:r>
    </w:p>
    <w:p>
      <w:pPr>
        <w:pStyle w:val="ArticleBody"/>
        <w:jc w:val="left"/>
      </w:pPr>
      <w:r>
        <w:rPr>
          <w:rFonts w:ascii="Times New Roman" w:hAnsi="Times New Roman" w:eastAsia="Times New Roman" w:cs="Times New Roman"/>
        </w:rPr>
        <w:t>Danyèl chapit douz bay limyè ki sele san karant-kat mil yo nan dènye jou yo. Limyè sa a reprezante pa twa peryòd pwofetik, ki tout te idantifye epi tabli kòm verite nan istwa Millerit la. Twa peryòd sa yo prezante nan twa vèsè e yo se twa poto ki soutni estrikti verite a. Estrikti verite a soutni pa yon pwosesis an twa etap. Pwosesis sa a ki gen twa etap, reprezante nan pasaj nèf vèsè yo (4–12), pa twa vèsè ki prezante tan pwofetik. Twa peryòd pwofetik sa yo, lè yo abòde yo apati konpreyansyon fondamantal Millerit la, pwodui twa peryòd senbolik ki defini ann amoni ak konpreyansyon Millerit la, men ki pa aplike eleman tan an.</w:t>
      </w:r>
    </w:p>
    <w:p>
      <w:pPr>
        <w:pStyle w:val="ArticleBody"/>
        <w:jc w:val="left"/>
      </w:pPr>
      <w:r>
        <w:rPr>
          <w:rFonts w:ascii="Times New Roman" w:hAnsi="Times New Roman" w:eastAsia="Times New Roman" w:cs="Times New Roman"/>
        </w:rPr>
        <w:t>Twa peryòd yo chita nan menm pasaj Lekriti a ki defini “pwosesis pwofesi a sele—epi apre sa dezsele,” ansanm ak deskripsyon biblik klasik yon pwosesis eprèv an twa faz. Nèf vèsè ki kòmanse ak Daniel resevwa lòd pou sele liv li a se menm vèsè kote twa peryòd yo tabli; epi, nan nèf vèsè sa yo, pwosesis pirifikasyon ki akonpli lè verite a dezsele eksprime konsa: “pirifye, fè blan, epi eprouve.” Twa peryòd yo nan twa vèsè yo se ogmantasyon konesans lan, nan tan lafen an, nan dènye jou yo, ki reprezante pwosesis final eprèv ak so a pou pèp alyans Bondye a. Se nan istwa sa a yo tabli “mèvèy” senbolik ki rive sou pèp Bondye a nan dènye jou yo. Tanpri li paragraf sa a ankò.</w:t>
      </w:r>
    </w:p>
    <w:p>
      <w:pPr>
        <w:pStyle w:val="ArticleBody"/>
        <w:jc w:val="left"/>
      </w:pPr>
      <w:r>
        <w:rPr>
          <w:rFonts w:ascii="Times New Roman" w:hAnsi="Times New Roman" w:eastAsia="Times New Roman" w:cs="Times New Roman"/>
        </w:rPr>
        <w:t>Twa peryòd yo, nan twa vèsè yo nan pasaj nèf vèsè a, reprezante pik liv Danyèl la, e pik ki reprezante la a se pik liy pwofetik entèn lan; se istwa kijan yon wòch vin “koupe” soti nan yon mòn, san men, ki se istwa rès la. Liy entèn sa a reprezante nan chapit dis ak douz yo, epi pik liy ekstèn pwofesi a nan dènye vèsè chapit onz la, ansanm ak premye kèk vèsè Danyèl douz yo.</w:t>
      </w:r>
    </w:p>
    <w:p>
      <w:pPr>
        <w:pStyle w:val="ArticleBody"/>
        <w:jc w:val="left"/>
      </w:pPr>
      <w:r>
        <w:rPr>
          <w:rFonts w:ascii="Times New Roman" w:hAnsi="Times New Roman" w:eastAsia="Times New Roman" w:cs="Times New Roman"/>
        </w:rPr>
        <w:t>Twa peryòd sa yo se tou pwen final vizyon yo ni nan temwayaj larivyè Oulayi a ni nan temwayaj larivyè Hiddékèl la, e twa vèsè sa yo genyen yon peryòd pwofetik ki reprezante akonplisman final pwofesi tan alyans lan, ki bay ni Abraram ni Pòl kòm temwen. Jezi, kòm Nonm ki te abiye ak twal len an, parèt nan vèsè sèt la, ap mache sou dlo a. Nan vèsè onz la, de vwa, ki se tou vwa Kris la, Abraram ak Pòl kanpe pou rann temwayaj. Nan vèsè douz la, istwa sele pèp Bondye a reprezante, paske san karannkat mil yo se vyèj, epi vyèj yo fè eksperyans parabòl dis vyèj yo, e benediksyon ki nan vèsè douz la se sou sila yo k ap tann yo. Sila yo ki tann nan parabòl la, e ki “beni,” se sila yo ki resevwa rad la ki pèmèt yo antre nan maryaj la, lè pòt la fèmen.</w:t>
      </w:r>
    </w:p>
    <w:p>
      <w:pPr>
        <w:pStyle w:val="ArticleBody"/>
        <w:jc w:val="left"/>
      </w:pPr>
      <w:r>
        <w:rPr>
          <w:rFonts w:ascii="Times New Roman" w:hAnsi="Times New Roman" w:eastAsia="Times New Roman" w:cs="Times New Roman"/>
        </w:rPr>
        <w:t>Nan vèsè sèt la, Jezi ap mache sou dlo a, sa ki pwodui krent; men Pyè pran desizyon pou l kwè epi li kòmanse mache epi bay Bondye glwa. Men, souvan Pyè se yon senbòl toude klas yo, epi glwa a tounen ankò an krent, lè lè jijman li te rive. Premye peryòd la ki chita nan vèsè sèt la reprezante mesaj premye zanj lan. Jezi sou dlo yo, yon senbòl krent ak premye zanj lan. Apre sa, Jezi idantifye yon peryòd kote Li pral glorifye pèp Li a davans jijman lwa dimanch lan. Tout twa eleman twa zanj yo anndan vèsè sèt la, paske vèsè sèt la se premye nan twa vèsè ki reprezante twa zanj yo.</w:t>
      </w:r>
    </w:p>
    <w:p>
      <w:pPr>
        <w:pStyle w:val="ArticleBody"/>
        <w:jc w:val="left"/>
      </w:pPr>
      <w:r>
        <w:rPr>
          <w:rFonts w:ascii="Times New Roman" w:hAnsi="Times New Roman" w:eastAsia="Times New Roman" w:cs="Times New Roman"/>
        </w:rPr>
        <w:t>Vèsè onz la bay yon “doubleman” avèk temwayaj omega li a pou vwa alfa Abraram ak Pòl yo. Vwa yo ki “double” yo ini pou mete devan pwofesi tan alyans lan, epi vèsè onz la akonpli pwofesi a kòm omega a, lè li idantifye peryòd pwofetik la ki fini avèk tonbe Babilòn nan an 1798, e konsa li sèvi kòm tip tonbe Babilòn nan lè Mikaèl leve kanpe nan dènye jou yo. Nan vèsè onz la nou gen yon doubleman pwofèt, ak yon peryòd ki reprezante de tonbe Babilòn, konsa li reprezante mesaj dezyèm zanj lan ki te anonse ke, “Babilòn tonbe, tonbe.”</w:t>
      </w:r>
    </w:p>
    <w:p>
      <w:pPr>
        <w:pStyle w:val="ArticleBody"/>
        <w:jc w:val="left"/>
      </w:pPr>
      <w:r>
        <w:rPr>
          <w:rFonts w:ascii="Times New Roman" w:hAnsi="Times New Roman" w:eastAsia="Times New Roman" w:cs="Times New Roman"/>
        </w:rPr>
        <w:t>Vèsè sèt la se mesaj premye zanj lan, e vèsè onz la se mesaj dezyèm zanj lan; epi vèsè douz la, ki se Danyèl 12:12 oswa Danyèl 144, pale sou distenksyon ki genyen ant saj yo ak moun sòt yo, yon distenksyon ki reyalize nan pwosesis jijman an ki fini ak manifestasyon karaktè a nan kriz jijman an. Vèsè douz la se mesaj twazyèm zanj lan, ki idantifye kijan mond lan divize an de kategori; epi kontrepati prezantasyon ekstèn twazyèm zanj lan sou menm divizyon sa a, se divizyon entèn twazyèm zanj lan ki reprezante nan vèsè douz la. Vèsè sèt, onz ak douz yo se mesaj twa zanj yo, e vèsè sa yo se limyè ki de sele nan dènye jou yo. Lefètke twa vèsè sa yo ap de sele nan dènye jou yo ann amoni ak Revelasyon chapit dis.</w:t>
      </w:r>
    </w:p>
    <w:p>
      <w:pPr>
        <w:pStyle w:val="ArticleBody"/>
        <w:jc w:val="left"/>
      </w:pPr>
      <w:r>
        <w:rPr>
          <w:rFonts w:ascii="Times New Roman" w:hAnsi="Times New Roman" w:eastAsia="Times New Roman" w:cs="Times New Roman"/>
        </w:rPr>
        <w:t>Kris la kòm zanj pisan an, ansanm ak Lyon tribi Jida a nan chapit dis la, rele tankou yon “lyon,” e gwonde li a pwodui sèt loraj ki te sele, menm jan sa te ye nan Danyèl chapit dis la. Yo se pasaj paralèl. Se poutèt sa, twa peryòd yo nan chapit douz la se tou sèt loraj Revelasyon dis la.</w:t>
      </w:r>
    </w:p>
    <w:p>
      <w:pPr>
        <w:pStyle w:val="ArticleBody"/>
        <w:jc w:val="left"/>
      </w:pPr>
      <w:r>
        <w:rPr>
          <w:rFonts w:ascii="Times New Roman" w:hAnsi="Times New Roman" w:eastAsia="Times New Roman" w:cs="Times New Roman"/>
        </w:rPr>
        <w:t>“sèt loraj” yo se senpleman yon lòt ekspresyon pou Kris la kòm Alfa ak Omega, paske senbòl prensipal “sèt loraj” yo se ke li reprezante yon “deskripsyon evènman” ki te pran plas depi 1798 rive jouk 1844, e ki repete nan “evènman k ap vini yo” ki “pral devwale nan lòd yo” nan istwa san karant-kat mil yo. Se poutèt sa, “sèt loraj” yo se yon senbòl Alfa ak Omega; ki se tou kòmansman an ak fen an; premye a ak dènye a, fondasyon an ak tanp lan; pyè angilè a ak pyè somital la—sèt loraj yo.</w:t>
      </w:r>
    </w:p>
    <w:p>
      <w:pPr>
        <w:pStyle w:val="ArticleBody"/>
        <w:jc w:val="left"/>
      </w:pPr>
      <w:r>
        <w:rPr>
          <w:rFonts w:ascii="Times New Roman" w:hAnsi="Times New Roman" w:eastAsia="Times New Roman" w:cs="Times New Roman"/>
        </w:rPr>
        <w:t>Limyè twa peryòd senbolik ki nan Danyèl douz la dwe ann amoni ak limyè sèt loraj yo, paske yo se menm liy pwofetik la. Nan premye peryòd la, Kris leve toude men l yo anlè nan syèl la, jan Li fè sa ak yon sèl men nan Revelasyon dis. Nan Revelasyon dis, men Li vin tounen senbòl fen aplikasyon tan pwofetik la, sa ki make tranzisyon an soti nan peryòd tan pwofetik yo pou rive tou senpleman nan peryòd pwofetik yo. Tranzisyon sa a nan gwo règ pwofetik Millerit yo te sèvi avè l la, te prefigire pa gwo tranzisyon an soti nan literal pou rive nan espirityèl nan tan Kris la.</w:t>
      </w:r>
    </w:p>
    <w:p>
      <w:pPr>
        <w:pStyle w:val="ArticleBody"/>
        <w:jc w:val="left"/>
      </w:pPr>
      <w:r>
        <w:rPr>
          <w:rFonts w:ascii="Times New Roman" w:hAnsi="Times New Roman" w:eastAsia="Times New Roman" w:cs="Times New Roman"/>
        </w:rPr>
        <w:t>Apot Pòl te leve pou tabli gwo règ pwofetik ki lye ak liy pwofetik yon pèp chwazi. Depi nan kòmansman menm Izrayèl espirityèl la, yo tabli yon gwo règ pwofetik ki redefini alyans la menm. Depi lè sa a, pou yon moun te pitit Abraram, se te pou li pitit Abraram pa lafwa, pa pa san. Prensip pwofetik sa a te mete an plas sitou atravè plim Pòl, ki nan sans sa a te prefigire Kris la nan Revelasyon chapit dis, lè li te chanje epi mete fen nan aplikasyon pwofetik tan an an 1844.</w:t>
      </w:r>
    </w:p>
    <w:p>
      <w:pPr>
        <w:pStyle w:val="ArticleBody"/>
        <w:jc w:val="left"/>
      </w:pPr>
      <w:r>
        <w:rPr>
          <w:rFonts w:ascii="Times New Roman" w:hAnsi="Times New Roman" w:eastAsia="Times New Roman" w:cs="Times New Roman"/>
        </w:rPr>
        <w:t>Alyans avèk limanite a reprezante pa lakansyèl la, epi Lach Noe a reprezante yon peryòd tan, anvan ak apre delij la, lè pa t gen okenn pèp chwazi ki te idantifye klèman. Apèl Abraram lan te reprezante yon gwo chanjman enpòtan nan relasyon pwofetik Bondye avèk limanite. Alyans ki te fèt avèk Abraram lan te reprezante yon gwo chanjman nan liy istwa alyans lan, e konsa li te tipifye gwo chanjman ki soti nan literal pou rive nan espirityèl nan jou Pòl yo, epi ki soti nan aplikasyon tan pou rive nan okenn aplikasyon tan an 1844.</w:t>
      </w:r>
    </w:p>
    <w:p>
      <w:pPr>
        <w:pStyle w:val="ArticleBody"/>
        <w:jc w:val="left"/>
      </w:pPr>
      <w:r>
        <w:rPr>
          <w:rFonts w:ascii="Times New Roman" w:hAnsi="Times New Roman" w:eastAsia="Times New Roman" w:cs="Times New Roman"/>
        </w:rPr>
        <w:t>Premye chanjman nan alyans Bondye avèk limanite se te Jaden an, epi chanjman ki te pwoklame a se te restriksyon yo sou pyebwa lavi a; li te pwodui tou yon chanjman nan rad la, soti nan limyè espirityèl pou rive nan po ti mouton literal. Pwochen gwo chanjman nan istwa alyans lan se delij la, ke Noe reprezante, menm jan Adan te fè sa nan premye gwo chanjman alyans lan. Apre sa vini chanjman an pou yon pèp chwazi avèk Abram, ki mennen rive sou Moyiz, ki prezante prensip pwofetik la ke yon jou reprezante yon ane. Prensip sa a rete valab jis rive nan 1844, lè te gen yon lòt gwo chanjman alyans. Nan gran epòk istwa alyans lan, toujou gen yon gwo chanjman nan yon prensip nan Pawòl pwofetik Bondye a. Chanjman sa a pandan istwa san karannkat mil yo se ke Alfa Omega se Verite a. Alfa ak Omega se prensip la ki fè konnen fen an toujou ilistre pa kòmansman an nan Pawòl Bondye a. Tache ak prensip alfa ak omega sa a, gen estrikti an twa pati nan mo ebre « verite » a.</w:t>
      </w:r>
    </w:p>
    <w:p>
      <w:pPr>
        <w:pStyle w:val="ArticleBody"/>
        <w:jc w:val="left"/>
      </w:pPr>
      <w:r>
        <w:rPr>
          <w:rFonts w:ascii="Times New Roman" w:hAnsi="Times New Roman" w:eastAsia="Times New Roman" w:cs="Times New Roman"/>
        </w:rPr>
        <w:t>Gwo chanjman pwofetik la pandan istwa rès la reprezante dirèkteman nan chak nan gwo istwa alyans yo, epi konsa tou nan lòt liy verite yo. “Kle” yo mete sou Elyakim nan Ezayi 22:22 a se menm kle yo te bay Pyè nan Panyòm nan Matye sèz la. Kle sa a bay legliz Filadèlfi a, e se William Miller yo te bay kle ki te pèmèt li konekte ak prensip yon jou pou yon ane a, ki te anrejistre pa Moyiz pandan istwa Moyiz la, istwa ki te tipifye istwa Millerit yo. Koneksyon Miller ak pwofesi Moyiz la te reprezante pa koneksyon Pòl ak pwofesi Abraram nan. E poukisa Miller pa t ap konekte ak Moyiz, alòske delivrans Moyiz nan yon lach te konekte ak delivrans Noe nan yon lach pou mare toude alyans yo ansanm? Chanjman nan aplikasyon pwofetik yo ki kòmanse nan Edenn idantifye ke yon gwo revelasyon limyè pwofetik idantifye nan istwa dènye pèp alyans lan—san karant-kat mil yo. Mwen soutni ke gwo chanjman pwofetik la reprezante pa sèt loraj yo, ki konekte dirèkteman ak twa peryòd yo nan Danyèl chapit douz la, e yo rekonèt sa sèlman lè yo aplike prensip alfa ak omega sou yon aplikasyon liy sou liy ki kanpe sou estrikti verite an twa etap la.</w:t>
      </w:r>
    </w:p>
    <w:p>
      <w:pPr>
        <w:pStyle w:val="ArticleBody"/>
        <w:jc w:val="left"/>
      </w:pPr>
      <w:r>
        <w:rPr>
          <w:rFonts w:ascii="Times New Roman" w:hAnsi="Times New Roman" w:eastAsia="Times New Roman" w:cs="Times New Roman"/>
        </w:rPr>
        <w:t>Nan vèsè ki vini tousuit anvan deklarasyon an ki di “tan pa la ankò,” Kris te prezante sèt loraj yo, ki, menm jan ak verite ki nan Danyèl douz la, te sele. Kontèks pou nonm ki te abiye an twal fen nan chapit douz la, pandan li leve toude men li, se dezèlman liv Danyèl la; epi kontèks pou Kris, Lyon an, nan Revelasyon dis la, se sele sèt loraj yo. Sè White mete sele sèt loraj yo an paralèl ak sele liv Danyèl la.</w:t>
      </w:r>
    </w:p>
    <w:p>
      <w:pPr>
        <w:pStyle w:val="ArticleScripture"/>
        <w:jc w:val="left"/>
      </w:pPr>
      <w:r>
        <w:rPr>
          <w:rFonts w:ascii="Times New Roman" w:hAnsi="Times New Roman" w:eastAsia="Times New Roman" w:cs="Times New Roman"/>
        </w:rPr>
        <w:t>“Apre sèt loraj sa yo fin fè tande vwa yo, lòd la vini bay Jan menm jan li te vini bay Danyèl konsènan ti liv la: ‘Sele bagay sa yo sèt loraj yo te pwononse.’ Sa yo gen rapò ak evènman fiti yo, ki pral devwale nan lòd pa yo.” The Seventh-day Adventist Bible Commentary, volim 7, 971.</w:t>
      </w:r>
    </w:p>
    <w:p>
      <w:pPr>
        <w:pStyle w:val="ArticleBody"/>
        <w:jc w:val="left"/>
      </w:pPr>
      <w:r>
        <w:rPr>
          <w:rFonts w:ascii="Times New Roman" w:hAnsi="Times New Roman" w:eastAsia="Times New Roman" w:cs="Times New Roman"/>
        </w:rPr>
        <w:t>Sèt loraj yo defini pa Revelasyon dis la ak Lespri Pwofesi a, epi pa istwa Millerit yo depi 1840 rive jouk 1844, ki repete nan istwa san karannkat mil yo. Nan menm pasaj la li di: “Limyè espesyal yo te bay Jan an, ki te eksprime nan sèt loraj yo, se te yon deskripsyon evènman ki t ap rive anba mesaj premye ak dezyèm zanj yo. Li pa t pi bon pou pèp la konnen bagay sa yo, paske lafwa yo te dwe nesesèman pase anba eprèv. Dapre lòd Bondye, verite ki pi bèl mèvèy ak ki pi avanse yo t ap pwoklame.” Millerit yo pa t konprann yo t ap gen pou yo fè fas ak de desepsyon, paske mank konpreyansyon yo te fèt pou mete yo anba tès. Millerit yo pa t sispèk okenn “verite avanse”; sa vle di, yo pa t atann okenn “gwo chanjman pwofetik” nan istwa alyans lan.</w:t>
      </w:r>
    </w:p>
    <w:p>
      <w:pPr>
        <w:pStyle w:val="ArticleBody"/>
        <w:jc w:val="left"/>
      </w:pPr>
      <w:r>
        <w:rPr>
          <w:rFonts w:ascii="Times New Roman" w:hAnsi="Times New Roman" w:eastAsia="Times New Roman" w:cs="Times New Roman"/>
        </w:rPr>
        <w:t>Menmsi “sa pa t pi bon pou” pèp milerit la “konnen bagay sa yo,” san karannkat mil yo sibi tès la ak menm istwa a, men se pa paske yo ta inosanman mal konprann istwa a; okontrè, se paske yo pa konprann yon istwa yo oblije konnen. Se menm tès la, men li ranvèse. Jan, nan Revelasyon dis, an premye e anvan tout bagay, reprezante san karannkat mil yo, epi se sèlman an dezyèm plas li reprezante mouvman milerit premye ak dezyèm zanj yo. Sa vin rekonèt lè ou wè Jan te resevwa avètisman davans, anvan li te manje ti liv la, ke li t ap dous epi apre sa anmè. Sa pa t pi bon pou milerit yo te konnen sa sa te vle di, men Jan reprezante yon pèp ki konnen davans sa k rive lè milerit yo te manje ti liv la.</w:t>
      </w:r>
    </w:p>
    <w:p>
      <w:pPr>
        <w:pStyle w:val="ArticleScripture"/>
        <w:jc w:val="left"/>
      </w:pPr>
      <w:r>
        <w:rPr>
          <w:rFonts w:ascii="Times New Roman" w:hAnsi="Times New Roman" w:eastAsia="Times New Roman" w:cs="Times New Roman"/>
        </w:rPr>
        <w:t>Mwen m al jwenn zanj lan, epi m di l: Ban m ti liv la. Epi li di m: Pran li, epi manje l nèt; l ap fè vant ou anmè, men nan bouch ou l ap dous tankou siwo myèl. Epi mwen pran ti liv la nan men zanj lan, epi mwen manje l nèt; li te nan bouch mwen dous tankou siwo myèl; epi kou m fin manje li, vant mwen vin anmè. Revelasyon 10:9, 10.</w:t>
      </w:r>
    </w:p>
    <w:p>
      <w:pPr>
        <w:pStyle w:val="ArticleBody"/>
        <w:jc w:val="left"/>
      </w:pPr>
      <w:r>
        <w:rPr>
          <w:rFonts w:ascii="Times New Roman" w:hAnsi="Times New Roman" w:eastAsia="Times New Roman" w:cs="Times New Roman"/>
        </w:rPr>
        <w:t>Yo te di Jan davans konsènan eksperyans dous-anmè 1840 rive 1844 la, istwa ki reprezante nan chapit dis la. Eksperyans sa a, ki reprezante avèk anpil klète nan vèsè nèf ak dis yo, idantifye tou avèk presizyon nan vèsè de rive kat yo.</w:t>
      </w:r>
    </w:p>
    <w:p>
      <w:pPr>
        <w:pStyle w:val="ArticleScripture"/>
        <w:jc w:val="left"/>
      </w:pPr>
      <w:r>
        <w:rPr>
          <w:rFonts w:ascii="Times New Roman" w:hAnsi="Times New Roman" w:eastAsia="Times New Roman" w:cs="Times New Roman"/>
        </w:rPr>
        <w:t>Epi li te gen nan men li yon ti liv louvri; epi li te mete pye dwat li sou lanmè a, epi pye goch li sou tè a; Epi li te rele ak yon gwo vwa, tankou lè yon lyon ap gwonde; epi lè li te fin rele, sèt loray yo te fè tande vwa pa yo. Epi lè sèt loray yo te fin fè tande vwa pa yo, mwen te prèt pou m ekri; epi mwen te tande yon vwa soti nan syèl la ki t ap di m: Sele bagay sèt loray yo te di yo, epi pa ekri yo. Revelasyon 10:2–4.</w:t>
      </w:r>
    </w:p>
    <w:p>
      <w:pPr>
        <w:pStyle w:val="ArticleBody"/>
        <w:jc w:val="left"/>
      </w:pPr>
      <w:r>
        <w:rPr>
          <w:rFonts w:ascii="Times New Roman" w:hAnsi="Times New Roman" w:eastAsia="Times New Roman" w:cs="Times New Roman"/>
        </w:rPr>
        <w:t>“sèt loraj” yo reprezante “yon deskripsyon evènman” ki t ap rive anba premye ak dezyèm zanj yo, epi tou “evènman alavni ki pral revele nan lòd pa yo.” “Sèt loraj” yo reprezante verite ke istwa Millerit yo repete nan istwa san karannkat mil yo, epi verite ki te dezsele nan tan lafen an an 1798 e apre sa, reprezante yon dezseleman verite nan dènye jou pèp Bondye a. Jezi nan Revelasyon dis la aliyen ak Jezi nan Danyèl douz la. Nan toude pasaj yo, sele ak dezsele verite eprèv la nan dènye jou yo prezante.</w:t>
      </w:r>
    </w:p>
    <w:p>
      <w:pPr>
        <w:pStyle w:val="ArticleBody"/>
        <w:jc w:val="left"/>
      </w:pPr>
      <w:r>
        <w:rPr>
          <w:rFonts w:ascii="Times New Roman" w:hAnsi="Times New Roman" w:eastAsia="Times New Roman" w:cs="Times New Roman"/>
        </w:rPr>
        <w:t>Gen kèk moun ki ta ka soutni ke se Jezi k ap pale nan vèsè sèt la, men ke se Gabriyèl k ap pale ak Danyèl nan vèsè onz ak douz yo; sepandan, yo ka konprann tou ke se Jezi k ap pale nan tout twa pasaj yo. Kèlkeswa bò yo pran nan kesyon an, se vwa Kris la k ap pale atravè Danyèl, epi twa peryòd pwofetik ki nan chapit douz la se pawòl Kris la; epi se Li menm ki mete devan twa peryòd yo nan estrikti verite a. Tout twa peryòd yo sele ansanm, sa ki fè yo tounen yon sèl senbòl twa-fwa.</w:t>
      </w:r>
    </w:p>
    <w:p>
      <w:pPr>
        <w:pStyle w:val="ArticleBody"/>
        <w:jc w:val="left"/>
      </w:pPr>
      <w:r>
        <w:rPr>
          <w:rFonts w:ascii="Times New Roman" w:hAnsi="Times New Roman" w:eastAsia="Times New Roman" w:cs="Times New Roman"/>
        </w:rPr>
        <w:t>Vèsè sèt la pale sou akonplisman mèvèy yo, li idantifye dènye travay Kris la nan Kote ki Pi Sen an pandan Li efase peche san karant-kat mil yo epi Li sele yo. Premye vèsè a idantifye “mèvèy yo,” epi dènye nan twa vèsè yo idantifye “mèvèy yo” tou kòm moun ki beni poutèt yo tann epi yo fè eksperyans yon premye desepsyon. Peryòd ki nan mitan an idantifye rebelyon limanite pandan kriz lwa dimanch lan, pandan li idantifye tou peryòd ki mennen nan lwa dimanch lan kòm yon peryòd preparasyon pou san karant-kat mil yo. Tout vèsè yo ap idantifye dirèkteman “sa k pral rive” pèp Danyèl la “nan dènye jou yo.” Twa vèsè yo tout pale sou tèm pirifikasyon san karant-kat mil yo. Premye peryòd la aliyen ak twazyèm peryòd la, epi peryòd ki nan mitan an reprezante rebelyon lemonn antye pandan yo ap mache pou ale Armagedon.</w:t>
      </w:r>
    </w:p>
    <w:p>
      <w:pPr>
        <w:pStyle w:val="ArticleBody"/>
        <w:jc w:val="left"/>
      </w:pPr>
      <w:r>
        <w:rPr>
          <w:rFonts w:ascii="Times New Roman" w:hAnsi="Times New Roman" w:eastAsia="Times New Roman" w:cs="Times New Roman"/>
        </w:rPr>
        <w:t>Si ces trois périodes sont aussi les sept tonnerres, alors les trois versets doivent identifier des « événements futurs, qui seront [divulgués] dans leur ordre », et ces « événements futurs » correspondraient à la « délimitation des événements qui se sont accomplis sous le premier et le second ange » de 1840 à 1844. Il existe plusieurs vérités que ce mouvement a acceptées et qui sont nettement différentes de la compréhension des pionniers, et pourtant toutes ces vérités s’accordent avec la compréhension des pionniers. Il y a eu un changement prophétique majeur depuis les millérites jusqu’à aujourd’hui. Le principe d’un jour pour une année en est l’exemple classique, mais il y en a d’autres. Un exemple d’un changement prophétique majeur est représenté en rapport avec les sept tonnerres.</w:t>
      </w:r>
    </w:p>
    <w:p>
      <w:pPr>
        <w:pStyle w:val="ArticleBody"/>
        <w:jc w:val="left"/>
      </w:pPr>
      <w:r>
        <w:rPr>
          <w:rFonts w:ascii="Times New Roman" w:hAnsi="Times New Roman" w:eastAsia="Times New Roman" w:cs="Times New Roman"/>
        </w:rPr>
        <w:t>Apre yo te di Jan nan dènye vèsè chapit dis la ke li dwe pwofetize ankò, sa ki mete anfaz sou lefèt ke istwa chapit dis la te reprezante ni mouvman Millerit yo ni san karannkat mil yo, yo te ba li yon baton pou mezire tanp lan, men yo te di l pou l kite lakou a deyò.</w:t>
      </w:r>
    </w:p>
    <w:p>
      <w:pPr>
        <w:pStyle w:val="ArticleScripture"/>
        <w:jc w:val="left"/>
      </w:pPr>
      <w:r>
        <w:rPr>
          <w:rFonts w:ascii="Times New Roman" w:hAnsi="Times New Roman" w:eastAsia="Times New Roman" w:cs="Times New Roman"/>
        </w:rPr>
        <w:t>Epi yo te ban m yon wozo ki sanble ak yon baton; epi zanj lan te kanpe, li t ap di: Leve, epi mezire tanp Bondye a, lotèl la, ak moun k ap adore ladan li yo. Men, kite lakou ki deyò tanp lan deyò, epi pa mezire li; paske li bay nasyon yo: epi y ap pilonnen vil sen an pandan karantde mwa. Revelasyon 11:1, 2.</w:t>
      </w:r>
    </w:p>
    <w:p>
      <w:pPr>
        <w:pStyle w:val="ArticleBody"/>
        <w:jc w:val="left"/>
      </w:pPr>
      <w:r>
        <w:rPr>
          <w:rFonts w:ascii="Times New Roman" w:hAnsi="Times New Roman" w:eastAsia="Times New Roman" w:cs="Times New Roman"/>
        </w:rPr>
        <w:t>Lè yo t ap mezire tanp lan apre 1844, yo di Jan pou l kite lòt nasyon yo sou kote, yo menm ki prezante tankou lakou a. Ilistrasyon sa a an 1844 t ap idantifye lefèt ke Bondye te fèk chwazi yon nouvo lamarye alyans, epi depi lè sa a yo te fè yon distenksyon ant lamarye Li a ak lakou a. Sè White klè lè li di lakou a reprezante lòt nasyon yo, epi tanp lan se pèp Bondye chwazi a; jis li chapit la, The Outer Court, nan Desire of Ages.</w:t>
      </w:r>
    </w:p>
    <w:p>
      <w:pPr>
        <w:pStyle w:val="ArticleBody"/>
        <w:jc w:val="left"/>
      </w:pPr>
      <w:r>
        <w:rPr>
          <w:rFonts w:ascii="Times New Roman" w:hAnsi="Times New Roman" w:eastAsia="Times New Roman" w:cs="Times New Roman"/>
        </w:rPr>
        <w:t>Jan ap ilistre Milerit yo, ki te fèk vin pèp Bondye te chwazi an 1844. Yo te fè yon distenksyon ant Milerit yo, ki te fèk fè eksperyans mesaj dous-anmè a, ak rès mond kretyen ki t ap fè pwofesyon lafwa a, yo menm yo te reprezante kòm moun lòt nasyon.</w:t>
      </w:r>
    </w:p>
    <w:p>
      <w:pPr>
        <w:pStyle w:val="ArticleBody"/>
        <w:jc w:val="left"/>
      </w:pPr>
      <w:r>
        <w:rPr>
          <w:rFonts w:ascii="Times New Roman" w:hAnsi="Times New Roman" w:eastAsia="Times New Roman" w:cs="Times New Roman"/>
        </w:rPr>
        <w:t>Fondasyon an te poze depi 1840 jouk rive nan premye desepsyon an, epi tanp lan te fini pandan pwoklamasyon Kri Minwi a. Apre sa te vini gwo desepsyon an, epi yo di Jan leve pou mezire, men pou li kite lòt nasyon yo deyò. Jan ap ilistre ouvèti jijman an, e se poutèt sa enspirasyon an aplike mezi Jan an nan vèsè yo kòm senbòl jijman ankèt la. Sa nou sot prezante konsènan Jan kòm yon senbòl mezi ann amoni ak konpreyansyon tipik advantis la, men nan mouvman sa a, te gen yon gwo chanjman nan konpreyansyon senbòl la.</w:t>
      </w:r>
    </w:p>
    <w:p>
      <w:pPr>
        <w:pStyle w:val="ArticleBody"/>
        <w:jc w:val="left"/>
      </w:pPr>
      <w:r>
        <w:rPr>
          <w:rFonts w:ascii="Times New Roman" w:hAnsi="Times New Roman" w:eastAsia="Times New Roman" w:cs="Times New Roman"/>
        </w:rPr>
        <w:t>An akò avèk konpreyansyon Millerit la, nou te vin wè ke, anndan listwa Millerit yo jan Jan reprezante li nan chapit dis la, te genyen tou yon prediksyon sou yon mouvman paralèl ki t ap vin tounen san karannkat mil yo. Nou te rekonèt ke, si ou te pran mezi listwa Millerit la, epi wete tan Janti yo, ou te kapab wè menm tanp Jan t ap mezire a.</w:t>
      </w:r>
    </w:p>
    <w:p>
      <w:pPr>
        <w:pStyle w:val="ArticleBody"/>
        <w:jc w:val="left"/>
      </w:pPr>
      <w:r>
        <w:rPr>
          <w:rFonts w:ascii="Times New Roman" w:hAnsi="Times New Roman" w:eastAsia="Times New Roman" w:cs="Times New Roman"/>
        </w:rPr>
        <w:t>Nou vin wè yon pwofesi tan 2520 ane fini an 1798, epi lòt la fini an 1844; konsa sa revele yon peryòd karant-sis ane pandan Kris te bati tanp Millerit la. Jan idantifye lakou a kòm moun lòt nasyon yo, epi gen yon “tan moun lòt nasyon yo” nan pwofesi.</w:t>
      </w:r>
    </w:p>
    <w:p>
      <w:pPr>
        <w:pStyle w:val="ArticleScripture"/>
        <w:jc w:val="left"/>
      </w:pPr>
      <w:r>
        <w:rPr>
          <w:rFonts w:ascii="Times New Roman" w:hAnsi="Times New Roman" w:eastAsia="Times New Roman" w:cs="Times New Roman"/>
        </w:rPr>
        <w:t>Epi y ap tonbe anba lam nepe a, y ap mennen yo ale an kaptivite nan tout nasyon; epi Jerizalèm ap pilonnen anba pye moun lòt nasyon yo, jouk lè tan moun lòt nasyon yo va rive bout li. Lik 21:24.</w:t>
      </w:r>
    </w:p>
    <w:p>
      <w:pPr>
        <w:pStyle w:val="ArticleBody"/>
        <w:jc w:val="left"/>
      </w:pPr>
      <w:r>
        <w:rPr>
          <w:rFonts w:ascii="Times New Roman" w:hAnsi="Times New Roman" w:eastAsia="Times New Roman" w:cs="Times New Roman"/>
        </w:rPr>
        <w:t>“Tan” moun lòt nasyon yo se pliryèl, epi yo reprezante de peryòd kote ni Izrayèl literal ni Izrayèl espirityèl te pilonnen anba pye. Dènye nan de pilonnen sa yo—paganis ki te swiv pa papis—te fini an 1798. Malgre sa kèk moun ka pretann, “tan” moun lòt nasyon yo te fini an 1798, avèk arive premye zanj lan. Jan te dwe kòmanse mezire an 1798, epi pa anvan sa. Yo te plase l nan istwa 1844 la; konsa, kite peryòd ki te fini an 1798 la sou kote, se te kite lakou a sou kote; e lè w fè sa, ou revele karant-sis ane kote tanp Millerit la te leve pa Mesaje Alyans lan. Anpil verite ki gen rapò sòti nan aplikasyon sa a, men mwen senpleman ap sèvi ak sa kòm yon egzanp limyè ki diferan de konpreyansyon pyonye yo, men se yon limyè ki pa kontradwa verite orijinal yo, men ki pa aplike tan ankò.</w:t>
      </w:r>
    </w:p>
    <w:p>
      <w:pPr>
        <w:pStyle w:val="ArticleBody"/>
        <w:jc w:val="left"/>
      </w:pPr>
      <w:r>
        <w:rPr>
          <w:rFonts w:ascii="Times New Roman" w:hAnsi="Times New Roman" w:eastAsia="Times New Roman" w:cs="Times New Roman"/>
        </w:rPr>
        <w:t>Verite patikilye sa a te rekonèt anvan 11 Septanm, men li te vrèman etabli an pwofondè apre 11 Septanm. Verite konsènan Jan k ap mezire tanp lan pa kapab separe ak sèt loraj yo, paske se egzakteman menm pasaj la. Gen yon verite konsènan aplikasyon sèt loraj yo ki te sele jouk nan peryòd kote “mèvèy” ki nan Danyèl chapit douz yo akonpli. Aplikasyon “sèt loraj yo” ki te devwale apre Jiyè 2023 la aliyen parfe, oswa pito, mwen ta dwe di li konplete twa vèsè Danyèl douz yo nan yon fason pwofon.</w:t>
      </w:r>
    </w:p>
    <w:p>
      <w:pPr>
        <w:pStyle w:val="ArticleBody"/>
        <w:jc w:val="left"/>
      </w:pPr>
      <w:r>
        <w:rPr>
          <w:rFonts w:ascii="Times New Roman" w:hAnsi="Times New Roman" w:eastAsia="Times New Roman" w:cs="Times New Roman"/>
        </w:rPr>
        <w:t>Sè White itilize mo **complement**, pa mo **compliment**, pou dekri relasyon ki genyen ant liv Danyèl ak Revelasyon an. **Complement**, ki vle di “mennen rive nan pèfeksyon,” se sa de liv pwofetik sa yo fè youn pou lòt. Sèt loraj yo, lè yo desegele nan chapit douz Danyèl apre Jiyè 2023, mennen mesaj ki ladan an rive nan pèfeksyon. Sa ki ouvri sèt loraj yo se prensip alfa ak omega a ansanm ak estrikti verite a.</w:t>
      </w:r>
    </w:p>
    <w:p>
      <w:pPr>
        <w:pStyle w:val="ArticleBody"/>
        <w:jc w:val="left"/>
      </w:pPr>
      <w:r>
        <w:rPr>
          <w:rFonts w:ascii="Times New Roman" w:hAnsi="Times New Roman" w:eastAsia="Times New Roman" w:cs="Times New Roman"/>
        </w:rPr>
        <w:t>“Tan” moun lòt nasyon yo te akonpli an 1798, e sa reprezante de peryòd 1260 ane kote payenis apre sa papis te pilonnen tanp lan ak lame a. Lè n ap mezire tanp lan, nou dwe kite lakou a deyò, e lakou a pwolonje rive jis an 1798; men apre 1844, tan pa la ankò. Jodi a, 1260 ane yo senpleman reprezante yon peryòd tan ki idantifye distenksyon ki genyen ant tanp lan ak lakou a. Se poutèt sa, depi 18 jiyè 2020 rive jiska jiyè 2023, pilonnen anba pye a te akonpli. Pou mezire tanp lan jodi a, an konjonksyon avèk sèt loraj yo ki reprezante yon delimitasyon evènman ki te rive anba mesaj premye ak dezyèm zanj yo, se travay ki te bay Jan. “Gran travay nou” se “konbine” mesaj twa zanj yo, konsa nou idantifye yon travay pwofetik ki pa t fèt nan istwa alyans anvan yo, e ki trè raman fèt menm kounye a. Lè nou kite lakou a deyò, ki reprezante tan moun lòt nasyon yo, nou ap kite deyò 1260 ane pèsekisyon papal la ki te fini nan tan lafen an, an 1798.</w:t>
      </w:r>
    </w:p>
    <w:p>
      <w:pPr>
        <w:pStyle w:val="ArticleBody"/>
        <w:jc w:val="left"/>
      </w:pPr>
      <w:r>
        <w:rPr>
          <w:rFonts w:ascii="Times New Roman" w:hAnsi="Times New Roman" w:eastAsia="Times New Roman" w:cs="Times New Roman"/>
        </w:rPr>
        <w:t>Tanp ki te bati pandan karant-sis ane nan istwa Millerit la idantifye yon tanp ki bati depi Jiyè 2023, jiska jis anvan lwa dimanch lan. Istwa sa a se peryòd sèt loraj yo, “evènman fiti” yo, ki “pral”, pa petèt, “devwale nan lòd yo.”</w:t>
      </w:r>
    </w:p>
    <w:p>
      <w:pPr>
        <w:pStyle w:val="ArticleBody"/>
        <w:jc w:val="left"/>
      </w:pPr>
      <w:r>
        <w:rPr>
          <w:rFonts w:ascii="Times New Roman" w:hAnsi="Times New Roman" w:eastAsia="Times New Roman" w:cs="Times New Roman"/>
        </w:rPr>
        <w:t>Lè nou konbine istwa premye zanj lan ak pa dezyèm nan, nou wè istwa a kòmanse ak yon desepsyon alfa epi li fini ak yon desepsyon omega. Lè nou aliyen mak pwetik yo nan istwa premye zanj lan depi 1840 jouk 19 Avril 1844, ak mak yo nan dezyèm zanj lan ki te rive nan tan sa a epi ki te kontinye jiskaske twazyèm nan te rive 22 Oktòb 1844—nou genyen de peryòd ki toude kòmanse epi fini ak rive yon zanj. Istwa premye a rive jouk dezyèm nan ilistre istwa dezyèm nan rive jouk twazyèm nan.</w:t>
      </w:r>
    </w:p>
    <w:p>
      <w:pPr>
        <w:pStyle w:val="ArticleBody"/>
        <w:jc w:val="left"/>
      </w:pPr>
      <w:r>
        <w:rPr>
          <w:rFonts w:ascii="Times New Roman" w:hAnsi="Times New Roman" w:eastAsia="Times New Roman" w:cs="Times New Roman"/>
        </w:rPr>
        <w:t>Yon temwayaj pwofetik ki montre ke sa a se yon aplikasyon valab jwenn nan alfa ak omega aplikasyon an. De liy paralèl aplike ansanm, epi kòmansman ak finisman toude liy yo idantifye rive yon zanj. Lè sa a, lè yo mete yo ansanm, liy sou liy, pou fòme yon sèl liy, kòmansman an make premye desepsyon an epi finisman an make gran desepsyon an. Yon lòt prèv toujou jwenn nan prensip alfa ak omega yo, ki idantifye fen an kòm pi gran pase kòmansman an. Yon desepsyon alfa ki fini ak gran desepsyon omega a idantifye eleman ki pi piti a ak eleman ki pi gran an nan alfa ak omega.</w:t>
      </w:r>
    </w:p>
    <w:p>
      <w:pPr>
        <w:pStyle w:val="ArticleBody"/>
        <w:jc w:val="left"/>
      </w:pPr>
      <w:r>
        <w:rPr>
          <w:rFonts w:ascii="Times New Roman" w:hAnsi="Times New Roman" w:eastAsia="Times New Roman" w:cs="Times New Roman"/>
        </w:rPr>
        <w:t>Lè nou kòmanse nan 19 avril 1844 la, (arive dezyèm zanj lan ki mennen nan arive twazyèm lan nan 22 oktòb 1844); epi apre sa nou kòmanse tou dezyèm liy lan nan 11 dawou 1840, ki fini nan 19 avril 1844, nou jwenn desepsyon 19 avril 1844 la se ni alfa ni omega liy pwofetik la ki pwodui lè yo konbine liy pwofetik premye ak dezyèm zanj yo.</w:t>
      </w:r>
    </w:p>
    <w:p>
      <w:pPr>
        <w:pStyle w:val="ArticleBody"/>
        <w:jc w:val="left"/>
      </w:pPr>
      <w:r>
        <w:rPr>
          <w:rFonts w:ascii="Times New Roman" w:hAnsi="Times New Roman" w:eastAsia="Times New Roman" w:cs="Times New Roman"/>
        </w:rPr>
        <w:t>Nan fen peryòd la, ou gen twazyèm zanj lan k ap rive ansanm ak dezyèm zanj lan, konsa sa prefigire 9/11, ansanm ak de vwa zanj pisan an nan Revelasyon chapit dizwit la. De vwa sa yo se ni mesaj dezyèm zanj lan ni mesaj twazyèm zanj lan, epi de zanj sa yo te touche youn lòt nan dat 22 oktòb 1844, epi yo rankontre ankò lè de istwa yo reyini ansanm, liy sou liy. Reyini ansanm nan fason sa a, yo reprezante istwa premye desepsyon an jouk rive nan gwo desepsyon an, epi siy repè ki nan mitan istwa sa a nan epòk Millerit yo se te reyinyon kan Exeter la, kote de kategori adoratè te manifeste, ki reprezante rebelyon vyèj sòt yo nan parabòl la, epi ki idantifye siy repè ki nan mitan an kòm rebelyon.</w:t>
      </w:r>
    </w:p>
    <w:p>
      <w:pPr>
        <w:pStyle w:val="ArticleBody"/>
        <w:jc w:val="left"/>
      </w:pPr>
      <w:r>
        <w:rPr>
          <w:rFonts w:ascii="Times New Roman" w:hAnsi="Times New Roman" w:eastAsia="Times New Roman" w:cs="Times New Roman"/>
        </w:rPr>
        <w:t>Sèt loraj yo reprezante istwa premye ak dezyèm mesaj zanj yo ansanm, liy sou liy, sa ki answit idantifye yon istwa depi premye desepsyon an rive jouk nan gwo desepsyon an nan istwa san karant-kat mil yo. Konpreyansyon sou sa istwa sa a reprezante pwofetikman aliyen egzakteman ak mesaj ki reprezante nan Danyèl douz kòm yon bagay sele jouk nan tan lafen an.</w:t>
      </w:r>
    </w:p>
    <w:p>
      <w:pPr>
        <w:pStyle w:val="ArticleBody"/>
        <w:jc w:val="left"/>
      </w:pPr>
      <w:r>
        <w:rPr>
          <w:rFonts w:ascii="Times New Roman" w:hAnsi="Times New Roman" w:eastAsia="Times New Roman" w:cs="Times New Roman"/>
        </w:rPr>
        <w:t>Nou pral kontinye etid sa a nan atik ki vin apre a, men m ap kite pati nan dènye vizyon Danyèl la ki sèlman adrese ilistrasyon Danyèl bay konsènan pèp Bondye a nan dènye jou yo. Remake, nan kontèks règ premye mansyònman an, ke nan vèsè premye a Danyèl nan yon klas ki konprann vizyon an. Premye bagay yo mansyone nan vizyon an se yon ilistrasyon Danyèl kòm pami saj yo ki konprann, epi nèf dènye vèsè yo tout pale sou saj yo ki konprann nan vennndezyèm jou a.</w:t>
      </w:r>
    </w:p>
    <w:p>
      <w:pPr>
        <w:pStyle w:val="ArticleScripture"/>
        <w:jc w:val="left"/>
      </w:pPr>
      <w:r>
        <w:rPr>
          <w:rFonts w:ascii="Times New Roman" w:hAnsi="Times New Roman" w:eastAsia="Times New Roman" w:cs="Times New Roman"/>
        </w:rPr>
        <w:t>Nan twazyèm ane Siris, wa peyi Pès la, yon bagay te revele bay Dànyèl, yo te rele Beltechaza; e bagay la te vre, men tan ki te fikse a te long; epi li te konprann bagay la, e li te gen entèlijans sou vizyon an.</w:t>
      </w:r>
    </w:p>
    <w:p>
      <w:pPr>
        <w:pStyle w:val="ArticleScripture"/>
        <w:jc w:val="left"/>
      </w:pPr>
      <w:r>
        <w:rPr>
          <w:rFonts w:ascii="Times New Roman" w:hAnsi="Times New Roman" w:eastAsia="Times New Roman" w:cs="Times New Roman"/>
        </w:rPr>
        <w:t>Nan jou sa yo, mwen menm Danyèl, mwen te nan lapenn pandan twa semèn antye. Mwen pa t manje pen ki gou, ni vyann ni diven pa t antre nan bouch mwen; mwen pa t benyen tèt mwen ak lwil ditou, jouk twa semèn antye yo te fin pase. E nan vennkatriyèm jou premye mwa a, antanke mwen te bò gwo rivyè a, ki rele Idèkèl; lè sa a mwen leve je m, mwen gade, epi men yon vizyon.</w:t>
      </w:r>
    </w:p>
    <w:p>
      <w:pPr>
        <w:pStyle w:val="ArticleScripture"/>
        <w:jc w:val="left"/>
      </w:pPr>
      <w:r>
        <w:rPr>
          <w:rFonts w:ascii="Times New Roman" w:hAnsi="Times New Roman" w:eastAsia="Times New Roman" w:cs="Times New Roman"/>
        </w:rPr>
        <w:t>Yon nonm, ki te abiye an twal len, ren li te mare ak lò rafine ki soti Oufaz; kò li tou te tankou krizolit, figi li te tankou aparans zeklè, je li tankou lanp dife, bra li ak pye li te tankou koulè kwiv poli, epi vwa pawòl li yo te tankou bri yon foul moun.</w:t>
      </w:r>
    </w:p>
    <w:p>
      <w:pPr>
        <w:pStyle w:val="ArticleScripture"/>
        <w:jc w:val="left"/>
      </w:pPr>
      <w:r>
        <w:rPr>
          <w:rFonts w:ascii="Times New Roman" w:hAnsi="Times New Roman" w:eastAsia="Times New Roman" w:cs="Times New Roman"/>
        </w:rPr>
        <w:t>Epi mwen menm Danyèl sèl mwen te wè vizyon an; paske mesye ki te avè m yo pa t wè vizyon an; men yon gwo tranbleman tonbe sou yo, konsa yo kouri al kache. Se poutèt sa mwen te rete pou kont mwen, e mwen te wè gwo vizyon sa a, epi pa t rete okenn fòs nan mwen; paske bèl aparans mwen te chanje an mwen pou l vin tounen pouriti, e mwen pa t kenbe okenn fòs.</w:t>
      </w:r>
    </w:p>
    <w:p>
      <w:pPr>
        <w:pStyle w:val="ArticleScripture"/>
        <w:jc w:val="left"/>
      </w:pPr>
      <w:r>
        <w:rPr>
          <w:rFonts w:ascii="Times New Roman" w:hAnsi="Times New Roman" w:eastAsia="Times New Roman" w:cs="Times New Roman"/>
        </w:rPr>
        <w:t>Men mwen te tande son pawòl li yo; e lè mwen te tande son pawòl li yo, mwen tonbe nan yon gwo dòmi ak figi m atè, figi m tou vire bò tè a. Epi gade, yon men touche m, e li mete m sou jenou m ak sou pla men m. Epi li di m,</w:t>
      </w:r>
    </w:p>
    <w:p>
      <w:pPr>
        <w:pStyle w:val="ArticleScripture"/>
        <w:jc w:val="left"/>
      </w:pPr>
      <w:r>
        <w:rPr>
          <w:rFonts w:ascii="Times New Roman" w:hAnsi="Times New Roman" w:eastAsia="Times New Roman" w:cs="Times New Roman"/>
        </w:rPr>
        <w:t>O Danyèl, nonm ki anpil renmen anpil, konprann pawòl m ap di ou yo, epi leve kanpe dwat: paske se kote ou menm yo voye m kounye a.</w:t>
      </w:r>
    </w:p>
    <w:p>
      <w:pPr>
        <w:pStyle w:val="ArticleScripture"/>
        <w:jc w:val="left"/>
      </w:pPr>
      <w:r>
        <w:rPr>
          <w:rFonts w:ascii="Times New Roman" w:hAnsi="Times New Roman" w:eastAsia="Times New Roman" w:cs="Times New Roman"/>
        </w:rPr>
        <w:t>Epi lè li te fin di m pawòl sa a, mwen leve kanpe ap tranble. Lè sa a, li di m,</w:t>
      </w:r>
    </w:p>
    <w:p>
      <w:pPr>
        <w:pStyle w:val="ArticleScripture"/>
        <w:jc w:val="left"/>
      </w:pPr>
      <w:r>
        <w:rPr>
          <w:rFonts w:ascii="Times New Roman" w:hAnsi="Times New Roman" w:eastAsia="Times New Roman" w:cs="Times New Roman"/>
        </w:rPr>
        <w:t>Ou pa bezwen pè, Danyèl; paske depi premye jou ou te mete kè ou pou konprann, epi pou imilye tèt ou devan Bondye ou a, pawòl ou yo te tande, e mwen vini poutèt pawòl ou yo. Men chèf wayòm Pès la te kenbe tèt avè m pandan venteyen jou; men gade, Mikayèl, youn nan chèf prensipal yo, te vini pou ede m; e mwen te rete la avèk wa Pès yo.</w:t>
      </w:r>
    </w:p>
    <w:p>
      <w:pPr>
        <w:pStyle w:val="ArticleScripture"/>
        <w:jc w:val="left"/>
      </w:pPr>
      <w:r>
        <w:rPr>
          <w:rFonts w:ascii="Times New Roman" w:hAnsi="Times New Roman" w:eastAsia="Times New Roman" w:cs="Times New Roman"/>
        </w:rPr>
        <w:t>Koulye a mwen vini pou fè ou konprann sa k ap rive pèp ou a nan dènye jou yo; paske vizyon an la toujou pou anpil jou ankò.</w:t>
      </w:r>
    </w:p>
    <w:p>
      <w:pPr>
        <w:pStyle w:val="ArticleScripture"/>
        <w:jc w:val="left"/>
      </w:pPr>
      <w:r>
        <w:rPr>
          <w:rFonts w:ascii="Times New Roman" w:hAnsi="Times New Roman" w:eastAsia="Times New Roman" w:cs="Times New Roman"/>
        </w:rPr>
        <w:t>Epi lè li te fin pale m pawòl sa yo, mwen bese figi m atè, epi mwen vin bèbè. Epi gade, yon sèl ki te tankou resanblans pitit lèzòm yo touche bouch mwen; lè sa a mwen louvri bouch mwen, mwen pale, epi mwen di sila a ki te kanpe devan mwen,</w:t>
      </w:r>
    </w:p>
    <w:p>
      <w:pPr>
        <w:pStyle w:val="ArticleScripture"/>
        <w:jc w:val="left"/>
      </w:pPr>
      <w:r>
        <w:rPr>
          <w:rFonts w:ascii="Times New Roman" w:hAnsi="Times New Roman" w:eastAsia="Times New Roman" w:cs="Times New Roman"/>
        </w:rPr>
        <w:t>O mèt mwen, pa mwayen vizyon an, doulè mwen yo tonbe sou mwen, e mwen pa t kenbe okenn fòs. Paske kijan sèvitè mèt mwen sa a ta kapab pale ak mèt mwen sa a?</w:t>
      </w:r>
    </w:p>
    <w:p>
      <w:pPr>
        <w:pStyle w:val="ArticleScripture"/>
        <w:jc w:val="left"/>
      </w:pPr>
      <w:r>
        <w:rPr>
          <w:rFonts w:ascii="Times New Roman" w:hAnsi="Times New Roman" w:eastAsia="Times New Roman" w:cs="Times New Roman"/>
        </w:rPr>
        <w:t>Paske, pou sa ki konsène m, touswit pa t rete okenn fòs nan mwen ankò, ni pa t rete souf nan mwen. Lè sa a, yon moun ki te sanble ak aparans yon nonm vini ankò, li manyen m, epi li ban m fòs, Epi li di,</w:t>
      </w:r>
    </w:p>
    <w:p>
      <w:pPr>
        <w:pStyle w:val="ArticleScripture"/>
        <w:jc w:val="left"/>
      </w:pPr>
      <w:r>
        <w:rPr>
          <w:rFonts w:ascii="Times New Roman" w:hAnsi="Times New Roman" w:eastAsia="Times New Roman" w:cs="Times New Roman"/>
        </w:rPr>
        <w:t>O nonm anpil anpil renmen anpil, pa pè: kè poze pou ou; pran fòs, wi, pran fòs. Epi lè li te fin pale avè m, mwen te vin gen fòs, epi mwen te di: Se pou mèt mwen pale; paske ou ban m fòs. …</w:t>
      </w:r>
    </w:p>
    <w:p>
      <w:pPr>
        <w:pStyle w:val="ArticleScripture"/>
        <w:jc w:val="left"/>
      </w:pPr>
      <w:r>
        <w:rPr>
          <w:rFonts w:ascii="Times New Roman" w:hAnsi="Times New Roman" w:eastAsia="Times New Roman" w:cs="Times New Roman"/>
        </w:rPr>
        <w:t>Men ou menm, Danyèl, fèmen pawòl yo, epi sele liv la, jouk nan tan lafen an: anpil moun pral ale vini toupatou, epi konesans pral ogmante.</w:t>
      </w:r>
    </w:p>
    <w:p>
      <w:pPr>
        <w:pStyle w:val="ArticleScripture"/>
        <w:jc w:val="left"/>
      </w:pPr>
      <w:r>
        <w:rPr>
          <w:rFonts w:ascii="Times New Roman" w:hAnsi="Times New Roman" w:eastAsia="Times New Roman" w:cs="Times New Roman"/>
        </w:rPr>
        <w:t>Apre sa, mwen menm Danyèl, mwen gade; epi gade, te gen de lòt ankò ki te kanpe, youn bò sa a sou rivaj larivyè a, epi lòt la bò sa a lòt bò rivaj larivyè a. Epi youn di nonm ki te abiye ak len an, ki te anwo dlo larivyè a: Konbyen tan ankò anvan fen mèvèy sa yo?</w:t>
      </w:r>
    </w:p>
    <w:p>
      <w:pPr>
        <w:pStyle w:val="ArticleScripture"/>
        <w:jc w:val="left"/>
      </w:pPr>
      <w:r>
        <w:rPr>
          <w:rFonts w:ascii="Times New Roman" w:hAnsi="Times New Roman" w:eastAsia="Times New Roman" w:cs="Times New Roman"/>
        </w:rPr>
        <w:t>Mwen tande nonm ki te abiye an twal fen an, ki te anwo dlo larivyè a, lè li leve men dwat li ak men goch li vè syèl la, epi li fè sèman pa sila a ki viv pou tout tan, bagay sa yo va dire pou yon tan, tan ankò, ak mwatye yon tan; epi lè li va fin kraze pouvwa pèp sen an nèt pou gaye l, tout bagay sa yo va rive nan fen yo.</w:t>
      </w:r>
    </w:p>
    <w:p>
      <w:pPr>
        <w:pStyle w:val="ArticleScripture"/>
        <w:jc w:val="left"/>
      </w:pPr>
      <w:r>
        <w:rPr>
          <w:rFonts w:ascii="Times New Roman" w:hAnsi="Times New Roman" w:eastAsia="Times New Roman" w:cs="Times New Roman"/>
        </w:rPr>
        <w:t>Epi mwen tande, men mwen pa t konprann; lè sa a mwen di: O Seyè mwen, ki sa ki pral finisman bagay sa yo?</w:t>
      </w:r>
    </w:p>
    <w:p>
      <w:pPr>
        <w:pStyle w:val="ArticleScripture"/>
        <w:jc w:val="left"/>
      </w:pPr>
      <w:r>
        <w:rPr>
          <w:rFonts w:ascii="Times New Roman" w:hAnsi="Times New Roman" w:eastAsia="Times New Roman" w:cs="Times New Roman"/>
        </w:rPr>
        <w:t>Epi li di: Ale fè wout ou, Danyèl; paske pawòl yo fèmen epi sele jiskaske tan lafen an rive. Anpil moun pral pirifye, blanchi, epi pase anba eprèv; men mechan yo va aji avèk mechanste; e okenn nan mechan yo p ap konprann; men saj yo va konprann.</w:t>
      </w:r>
    </w:p>
    <w:p>
      <w:pPr>
        <w:pStyle w:val="ArticleScripture"/>
        <w:jc w:val="left"/>
      </w:pPr>
      <w:r>
        <w:rPr>
          <w:rFonts w:ascii="Times New Roman" w:hAnsi="Times New Roman" w:eastAsia="Times New Roman" w:cs="Times New Roman"/>
        </w:rPr>
        <w:t>E depi lè y’a retire sakrifis kontinyèl la, epi y’a mete an plas abominasyon ki lakòz dezolasyon an, va gen mil desan katrevendis jou.</w:t>
      </w:r>
    </w:p>
    <w:p>
      <w:pPr>
        <w:pStyle w:val="ArticleScripture"/>
        <w:jc w:val="left"/>
      </w:pPr>
      <w:r>
        <w:rPr>
          <w:rFonts w:ascii="Times New Roman" w:hAnsi="Times New Roman" w:eastAsia="Times New Roman" w:cs="Times New Roman"/>
        </w:rPr>
        <w:t>Benediksyon pou moun ki tann, e ki rive jouk nan mil twasan trannsenk jou yo.</w:t>
      </w:r>
    </w:p>
    <w:p>
      <w:pPr>
        <w:pStyle w:val="ArticleScripture"/>
        <w:jc w:val="left"/>
      </w:pPr>
      <w:r>
        <w:rPr>
          <w:rFonts w:ascii="Times New Roman" w:hAnsi="Times New Roman" w:eastAsia="Times New Roman" w:cs="Times New Roman"/>
        </w:rPr>
        <w:t>Men, ale sou wout ou jouk lafen va rive; paske ou va repoze, epi ou va kanpe nan pòsyon pa ou nan fen jou yo. Danyèl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Dizwit</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