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ak Legliz Advantis Setyèm Jou Lawodise a - Nimewo Diznèf</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Nimewo Diznèf</w:t>
      </w:r>
    </w:p>
    <w:p>
      <w:pPr>
        <w:pStyle w:val="ArticleBody"/>
        <w:jc w:val="left"/>
      </w:pPr>
      <w:r>
        <w:rPr>
          <w:rFonts w:ascii="Times New Roman" w:hAnsi="Times New Roman" w:eastAsia="Times New Roman" w:cs="Times New Roman"/>
        </w:rPr>
        <w:t>Le Lion de la tribu de Juda est un nom de Jésus, qui met l’accent sur l’œuvre de Christ consistant à sceller, puis à desceller, Sa Parole prophétique. Au chapitre cinq de l’Apocalypse, le Lion de la tribu de Juda, qui est aussi la racine de David, a prévalu pour ouvrir le livre. La « racine » de David était Jessé, et la racine de Jessé était Pharez, et sa racine était Juda, et sa racine était Jacob, et sa racine était Isaac, et sa racine était Abraham. La racine de David ou de Jessé, lorsqu’elle est mentionnée en rapport avec le Lion de la tribu de Juda, met l’accent sur les principes du commencement et de la fin, lesquels sont l’Alpha et l’Oméga. Lorsque la Révélation de Jésus-Christ est descellée au chapitre un de l’Apocalypse, l’attribut premier de Son caractère est qu’Il est l’Alpha et l’Oméga. Ce qu’Il est constitue aussi le principe employé pour desceller les prophéties que le Lion de la tribu de Juda a scellées, lorsqu’Il détermine que le temps en est venu.</w:t>
      </w:r>
    </w:p>
    <w:p>
      <w:pPr>
        <w:pStyle w:val="ArticleBody"/>
        <w:jc w:val="left"/>
      </w:pPr>
      <w:r>
        <w:rPr>
          <w:rFonts w:ascii="Times New Roman" w:hAnsi="Times New Roman" w:eastAsia="Times New Roman" w:cs="Times New Roman"/>
        </w:rPr>
        <w:t>Deboucheman Pawòl pwofetik Bondye a se yon eleman nan travay redanmsyon Bondye a, pandan L ap sèvi ak pouvwa Pawòl Li a pou pwodui revèy selon volonte Li. Sè White di ke lè liv Danyèl ak Revelasyon yo va pi byen konprann, y ap wè nan mitan nou yon gran revèy. Se limyè Pawòl pwofetik Bondye a ki pwodui revèy ak refòm selon volonte Li.</w:t>
      </w:r>
    </w:p>
    <w:p>
      <w:pPr>
        <w:pStyle w:val="ArticleBody"/>
        <w:jc w:val="left"/>
      </w:pPr>
      <w:r>
        <w:rPr>
          <w:rFonts w:ascii="Times New Roman" w:hAnsi="Times New Roman" w:eastAsia="Times New Roman" w:cs="Times New Roman"/>
        </w:rPr>
        <w:t>Sè White, pandan l ap gade sou dènye jou yo, fè referans ak yon gwo refòm ki fèt pami pèp Bondye a nan dènye jou yo. Revèy ak refòm tout istwa sakre yo te tout sòti nan Pawòl Bondye a, e chak nan peryòd sakre sa yo te lonje dwèt sou dènye gwo revèy ak refòm ki kòmanse yon ti tan anvan lwa dimanch lan. Revèy sa yo soti nan ouvèti sa ki te sele nan Pawòl Bondye a. Sèt loraj yo te sele, menm jan ak liv Danyèl la nan chapit douz la.</w:t>
      </w:r>
    </w:p>
    <w:p>
      <w:pPr>
        <w:pStyle w:val="ArticleBody"/>
        <w:jc w:val="left"/>
      </w:pPr>
      <w:r>
        <w:rPr>
          <w:rFonts w:ascii="Times New Roman" w:hAnsi="Times New Roman" w:eastAsia="Times New Roman" w:cs="Times New Roman"/>
        </w:rPr>
        <w:t>Lè nou aplike karakteristik pwofetik yon peryòd dispèsyon ki asosye ak senbòl 1260 la, nou jwenn ke nan Revelasyon onz, Moyiz ak Eli mouri nan lari a pandan twa jou edmi. Nan vèsè dizwit, tan kòlè Bondye a rive. Moyiz ak Eli reprezante pèp Bondye a jis anvan fen tan gras limanite a. Yo gaye pandan 1260 jou senbolik nan lari Sodòm ak Lejip, kote Jezi te kloure sou kwa a.</w:t>
      </w:r>
    </w:p>
    <w:p>
      <w:pPr>
        <w:pStyle w:val="ArticleBody"/>
        <w:jc w:val="left"/>
      </w:pPr>
      <w:r>
        <w:rPr>
          <w:rFonts w:ascii="Times New Roman" w:hAnsi="Times New Roman" w:eastAsia="Times New Roman" w:cs="Times New Roman"/>
        </w:rPr>
        <w:t>Moyiz ak Eli te resevwa pouvwa pou yo bay temwayaj yo depi vèsè twa rive jouk nan vèsè sèt, kote yo touye yo nan lari a. Jan te fin mezire tanp lan nan vèsè de a; apre sa, Moyiz ak Eli resevwa pouvwa pou yo bay temwayaj yo, yo te abiye ak twal sak. Mesaj Eli ak Moyiz yo te bay Advantis milerit Filadèlfyen yo an 1844, epi, rive an 1863, vwa yo te antere anba koutim ak tradisyon yo transmèt de jenerasyon an jenerasyon. Yo te resevwa pouvwa pou yo bay temwayaj yo pandan twa ane edmi, abiye ak “twal sak,” yon senbòl tenèb k ap vin pi plis toujou depi 1863 pou pi devan.</w:t>
      </w:r>
    </w:p>
    <w:p>
      <w:pPr>
        <w:pStyle w:val="ArticleBody"/>
        <w:jc w:val="left"/>
      </w:pPr>
      <w:r>
        <w:rPr>
          <w:rFonts w:ascii="Times New Roman" w:hAnsi="Times New Roman" w:eastAsia="Times New Roman" w:cs="Times New Roman"/>
        </w:rPr>
        <w:t>Lè nou aplike definisyon Sè White bay sou sèt loraj yo kòm reprezantasyon evènman premye ak dezyèm zanj yo, nan yon fason liy sou liy, nou konstwi yon istwa ki kòmanse ak yon zanj k ap desann ak yon mesaj; men, liy sou liy, zanj lan se ni premye zanj lan ni dezyèm zanj lan. Youn te mete pye li sou tè a ak yon pye sou lanmè a nan dat 11 dawou 1840, epi lòt la te rive nan desepsyon 19 avril 1844.</w:t>
      </w:r>
    </w:p>
    <w:p>
      <w:pPr>
        <w:pStyle w:val="ArticleBody"/>
        <w:jc w:val="left"/>
      </w:pPr>
      <w:r>
        <w:rPr>
          <w:rFonts w:ascii="Times New Roman" w:hAnsi="Times New Roman" w:eastAsia="Times New Roman" w:cs="Times New Roman"/>
        </w:rPr>
        <w:t>Pwochen repè nan chak istwa paralèl se men Bondye, ki asosye ak tab Habakik yo. Avèk premye zanj lan, yo te pwodui tablo 1843 a, men te gen yon erè nan kèk nan chif yo. Avèk dezyèm zanj lan, men Bondye se yon repè nan tab Habakik yo; sa te reprezante lè Li te retire men Li sou erè a. Lè Li te retire men Li, mesaj la te devlope pwogresivman jouk li te rive nan pik li nan reyinyon kan Exeter la, jis anvan desepsyon 22 oktòb 1844 la.</w:t>
      </w:r>
    </w:p>
    <w:p>
      <w:pPr>
        <w:pStyle w:val="ArticleBody"/>
        <w:jc w:val="left"/>
      </w:pPr>
      <w:r>
        <w:rPr>
          <w:rFonts w:ascii="Times New Roman" w:hAnsi="Times New Roman" w:eastAsia="Times New Roman" w:cs="Times New Roman"/>
        </w:rPr>
        <w:t>De liy yo idantifye yon mesaj atravè lemond, paske zanj ki rive a mete yon pye sou tè a ak yon pye sou lanmè a, epi Enspirasyon fè nou konnen sa reprezante yon mesaj atravè lemond. Zanj lan idantifye tou kòmansman tan reta a nan parabòl dis vyèj yo. Nan premye repè sa a nou wè tou men Bondye ap pwodui yon manti. Nan 19 avril 1844, nan sans pwofetik, sa te parèt kòmsi vizyon an te bay manti, men moun ki te gen pasyans yo te tann, e menm si vizyon an te pran reta, li pa t bay manti. Men lè liy n ap konstwi a kòmanse, manti premye dezapwentman an make kòm yon atribi premye repè a.</w:t>
      </w:r>
    </w:p>
    <w:p>
      <w:pPr>
        <w:pStyle w:val="ArticleBody"/>
        <w:jc w:val="left"/>
      </w:pPr>
      <w:r>
        <w:rPr>
          <w:rFonts w:ascii="Times New Roman" w:hAnsi="Times New Roman" w:eastAsia="Times New Roman" w:cs="Times New Roman"/>
        </w:rPr>
        <w:t>Lè sa a, siy men Bondye a ansanm ak tabak Abakik yo montre Bondye k ap kouvri yon erè, epi apre sa li retire men Li sou erè a. Nan istwa Millerit la, erè a te pèmèt pa Bondye nan mwa me 1842, lè tablo a te enprime, epi apre sa erè a te vin manifeste lè ane 1843 a te fini; men se kèk tan apre sa Senyè a te retire men Li sou erè ki te nan chif yo. Erè a te dire depi mwa me 1842 jis rive yon kote apre premye desepsyon an. Pou premye zanj lan, men Bondye a ansanm ak tabak Abakik yo make nan mwa me 1842, men retrè men Li nan istwa dezyèm zanj lan t ap fèt yon ti tan apre premye desepsyon an.</w:t>
      </w:r>
    </w:p>
    <w:p>
      <w:pPr>
        <w:pStyle w:val="ArticleBody"/>
        <w:jc w:val="left"/>
      </w:pPr>
      <w:r>
        <w:rPr>
          <w:rFonts w:ascii="Times New Roman" w:hAnsi="Times New Roman" w:eastAsia="Times New Roman" w:cs="Times New Roman"/>
        </w:rPr>
        <w:t>Sa idantifye repè pwofetik “men an” kòm yon peryòd pwofetik. Yon peryòd ki kòmanse lè men Li kouvri yon erè, epi ki fini lè men Li retire sou erè a. Peryòd sa a, kote men Li kouvri epi dekouvri, se yon ilistrasyon travay Lyon nan branch fanmi Jida a pandan Li sele epi apre sa dezsele limyè pwofetik la. Li te kouvri verite a, epi apre sa Li te revele menm verite sa a—nan yon limyè diferan ki pa t kontredi limyè orijinal la. Li te fè sa pou pwodwi revèy ak refòm Kri Minwi Millerit la.</w:t>
      </w:r>
    </w:p>
    <w:p>
      <w:pPr>
        <w:pStyle w:val="ArticleBody"/>
        <w:jc w:val="left"/>
      </w:pPr>
      <w:r>
        <w:rPr>
          <w:rFonts w:ascii="Times New Roman" w:hAnsi="Times New Roman" w:eastAsia="Times New Roman" w:cs="Times New Roman"/>
        </w:rPr>
        <w:t>Tan rete a, ki te kòmanse avèk rive zanj lan, te fini lè men Li te retire, konsa sa te de sele limyè pwofetik la, ki te kòmanse “mouvman setyèm mwa” a, ki te mennen nan mesaj Kri a Minwi nan reyinyon kan Exeter la, kote mesaj la te tounen yon vag pwisan, jouk rive nan pòt fèmen an nan gwo desepsyon an. Manifestasyon pisans Bondye atravè retire sele sou Pawòl Li a te pwodui yon reveye ak yon refòm k ap vin pi fò toujou.</w:t>
      </w:r>
    </w:p>
    <w:p>
      <w:pPr>
        <w:pStyle w:val="ArticleBody"/>
        <w:jc w:val="left"/>
      </w:pPr>
      <w:r>
        <w:rPr>
          <w:rFonts w:ascii="Times New Roman" w:hAnsi="Times New Roman" w:eastAsia="Times New Roman" w:cs="Times New Roman"/>
        </w:rPr>
        <w:t>Nan ane 1863, mouvman Millerit Lawodise a te entèdi travèse lòt bò larivyè Jouden an, epi yo te asiyen l dezè a poutèt yo te kalonnen Eli ak Moyiz ak wòch. Mesaj William Miller la se te mesaj Eli a, epi mesaj fondamantal Miller la se te “sèt fwa” Moyiz la. Rejte “sèt fwa” yo, se te touye Moyiz; epi rejte verite fondamantal Miller te prezante a, se te touye Eli. An 1863, mesaje a ak mesaj la te asasinen nan lari a, epi depi lè sa a, sèl fason pou jwenn yo se te chèche tonm yo nan ansyen chemen Jeremi yo. Yo te mouri nan lari a—sa vle di jouk lè yo resisite. Yo resisite lè “evènman lavni sèt loraj yo” ki pral “devwale nan lòd yo” repete—nan istwa san karannkatmil yo.</w:t>
      </w:r>
    </w:p>
    <w:p>
      <w:pPr>
        <w:pStyle w:val="ArticleBody"/>
        <w:jc w:val="left"/>
      </w:pPr>
      <w:r>
        <w:rPr>
          <w:rFonts w:ascii="Times New Roman" w:hAnsi="Times New Roman" w:eastAsia="Times New Roman" w:cs="Times New Roman"/>
        </w:rPr>
        <w:t>Lè yo mete istwa premye zanj lan sou tèt istwa dezyèm zanj lan, estrikti pwofetik la pwodui yon pwen referans pou swiv men Kris la, ki se limyè sou chemen Rèl Minwi a. Limyè orijinal Rèl Minwi a klere chemen an, e se limyè “bra dwat gloriye” Li a ki mennen wout la monte sou chemen an.</w:t>
      </w:r>
    </w:p>
    <w:p>
      <w:pPr>
        <w:pStyle w:val="ArticleScripture"/>
        <w:jc w:val="left"/>
      </w:pPr>
      <w:r>
        <w:rPr>
          <w:rFonts w:ascii="Times New Roman" w:hAnsi="Times New Roman" w:eastAsia="Times New Roman" w:cs="Times New Roman"/>
        </w:rPr>
        <w:t>“Mwen te sanble antoure ak limyè, e m t ap monte pi wo toujou, pi wo toujou, soti sou tè a. Mwen vire pou m chèche pèp adven an nan mond lan, men mwen pa t ka jwenn yo, lè sa a yon vwa di m: ‘Gade ankò, epi gade yon ti jan pi wo.’ Lè sa a, mwen leve je m, epi mwen wè yon chemen dwat e etwat, leve byen wo anlè mond lan. Sou chemen sa a, pèp adven an t ap vwayaje pou ale nan vil ki te nan bout lwen chemen an. Yo te gen yon limyè klere ki te plase dèyè yo nan kòmansman chemen an, e yon zanj te di m se te ‘rèl minwi’ a. Limyè sa a te klere sou tout longè chemen an, e li te bay limyè pou pye yo, pou yo pa t bite.”</w:t>
      </w:r>
    </w:p>
    <w:p>
      <w:pPr>
        <w:pStyle w:val="ArticleScripture"/>
        <w:jc w:val="left"/>
      </w:pPr>
      <w:r>
        <w:rPr>
          <w:rFonts w:ascii="Times New Roman" w:hAnsi="Times New Roman" w:eastAsia="Times New Roman" w:cs="Times New Roman"/>
        </w:rPr>
        <w:t>“Si yo te kenbe je yo fikse sou Jezi, ki te jis devan yo, k ap mennen yo nan vil la, yo te an sekirite. Men, talè konsa, kèk ladan yo te vin bouke, e yo te di vil la te byen lwen toujou, epi yo te espere yo t ap deja antre ladan l anvan sa. Lè sa a, Jezi te konn ankouraje yo lè Li leve bra dwat gloriye Li a, e depi nan bra Li te sòti yon limyè ki t ap balanse anlè gwoup Advantis la, epi yo te rele: ‘Alelouya!’ Gen lòt ki, avèk prezonpsyon, te nye limyè ki te dèyè yo a, e yo te di se pa Bondye ki te mennen yo soti jis lwen sa a. Limyè ki te dèyè yo a te etenn, kite pye yo nan yon fènwa total, epi yo te bite, yo te pèdi mak la ak Jezi de je, epi yo te tonbe sot sou chemen an desann nan mond fènwa ak mechan ki anba a.” Christian Experience and Teachings of Ellen G. White, 57.</w:t>
      </w:r>
    </w:p>
    <w:p>
      <w:pPr>
        <w:pStyle w:val="ArticleBody"/>
        <w:jc w:val="left"/>
      </w:pPr>
      <w:r>
        <w:rPr>
          <w:rFonts w:ascii="Times New Roman" w:hAnsi="Times New Roman" w:eastAsia="Times New Roman" w:cs="Times New Roman"/>
        </w:rPr>
        <w:t>Lè Kris leve bra gloriye Li a, Li ap sèvi ak “men” Li kòm yon senbòl travay Li pou dirije pèp Li a. Lè nou mete ansanm aparisyon dezyèm zanj lan ak premye zanj ki te desann 11 dawou 1840 la, nou wè toude zanj yo te gen yon mesaj nan men yo.</w:t>
      </w:r>
    </w:p>
    <w:p>
      <w:pPr>
        <w:pStyle w:val="ArticleScripture"/>
        <w:jc w:val="left"/>
      </w:pPr>
      <w:r>
        <w:rPr>
          <w:rFonts w:ascii="Times New Roman" w:hAnsi="Times New Roman" w:eastAsia="Times New Roman" w:cs="Times New Roman"/>
        </w:rPr>
        <w:t>“Yo te montre m enterè tout syèl la te pran nan travay k ap fèt sou tè a. Jezi te voye yon zanj pisan desann pou avèti moun ki rete sou tè a pou yo prepare pou dezyèm aparisyon Li. Pandan zanj lan t ap kite prezans Jezi nan syèl la, yon limyè ki te depase tout bagay nan klète ak laglwa t ap mache devan li. Yo te di m misyon li se te klere tè a ak laglwa li epi avèti lèzòm konsènan kòlè Bondye ki pral vini. …”</w:t>
      </w:r>
    </w:p>
    <w:p>
      <w:pPr>
        <w:pStyle w:val="ArticleScripture"/>
        <w:jc w:val="left"/>
      </w:pPr>
      <w:r>
        <w:rPr>
          <w:rFonts w:ascii="Times New Roman" w:hAnsi="Times New Roman" w:eastAsia="Times New Roman" w:cs="Times New Roman"/>
        </w:rPr>
        <w:t>“Yon lòt zanj pisan te resevwa misyon pou l desann sou tè a. Jezi te mete nan men li yon ekriti, epi, lè li rive sou tè a, li rele byen fò: ‘Babilòn tonbe, li tonbe.’ Lè sa a, mwen wè moun ki te desi yo ankò leve je yo nan syèl la, ap gade avèk lafwa ak espwa pou aparisyon Seyè yo. Men, anpil te sanble rete nan yon eta san konprann, tankou si yo t ap dòmi; men, mwen te kapab wè tras yon gwo lapenn sou vizaj yo. Moun ki te desi yo te wè nan Ekriti yo ke yo te nan tan reta a, e ke yo dwe tann avèk pasyans akonplisman vizyon an. Menm prèv ki te mennen yo pou yo tann Seyè yo an 1843, te mennen yo pou yo atann li an 1844. Men, mwen wè majorite a pa t genyen enèji sa a ki te make lafwa yo an 1843. Dezapwentman yo te fè lafwa yo febli.” Early Writings, 246, 247.</w:t>
      </w:r>
    </w:p>
    <w:p>
      <w:pPr>
        <w:pStyle w:val="ArticleBody"/>
        <w:jc w:val="left"/>
      </w:pPr>
      <w:r>
        <w:rPr>
          <w:rFonts w:ascii="Times New Roman" w:hAnsi="Times New Roman" w:eastAsia="Times New Roman" w:cs="Times New Roman"/>
        </w:rPr>
        <w:t>Toude zanj yo se youn pami twa zanj ki ansanm fòme yon sèl senbòl; konsa, yo ann amoni konsènan mesaj yo reprezante a, byenke chak youn reprezante pwòp mesaj pa li ki inik. Toude zanj yo gen yon “ekriti” nan men yo, ki reprezante yon tès. “Premye ak dezyèm zanj yo dwe mache ann paralèl” ak twazyèm zanj lan.</w:t>
      </w:r>
    </w:p>
    <w:p>
      <w:pPr>
        <w:pStyle w:val="ArticleScripture"/>
        <w:jc w:val="left"/>
      </w:pPr>
      <w:r>
        <w:rPr>
          <w:rFonts w:ascii="Times New Roman" w:hAnsi="Times New Roman" w:eastAsia="Times New Roman" w:cs="Times New Roman"/>
        </w:rPr>
        <w:t>“Bondye bay mesaj Revelasyon 14 yo plas pa yo nan liy pwofesi a, e travay yo pa dwe sispann jouk nan fen istwa tè sa a. Premye ak dezyèm mesaj zanj yo se toujou verite pou tan sa a, e yo dwe mache an paralèl ak sa a ki swiv la. Twazyèm zanj lan pwoklame avètisman li a ak yon vwa fò. ‘Apre bagay sa yo,’ Jan di, ‘mwen wè yon lòt zanj desann soti nan syèl la, ki te gen gwo pouvwa, e tè a te klere ak glwa li.’ Nan liminasyon sa a, limyè tout twa mesaj yo ini.” The 1888 Materials, 803, 804.</w:t>
      </w:r>
    </w:p>
    <w:p>
      <w:pPr>
        <w:pStyle w:val="ArticleBody"/>
        <w:jc w:val="left"/>
      </w:pPr>
      <w:r>
        <w:rPr>
          <w:rFonts w:ascii="Times New Roman" w:hAnsi="Times New Roman" w:eastAsia="Times New Roman" w:cs="Times New Roman"/>
        </w:rPr>
        <w:t>Sè White idantifye twazyèm zanj lan kòm zanj Revelasyon dizwit la, epi li idantifye tou premye ak dezyèm zanj yo kòm zanj ki dwe mache ann paralèl ak istwa pwofetik twazyèm zanj Revelasyon dizwit la reprezante a. Konsa, li mete desant premye zanj lan nan dat 11 dawou 1840 an an akò ak 9/11, epi li idantifye zanj Revelasyon dizwit la kòm “twazyèm zanj lan.” Twazyèm zanj lan se dènye nan twa yo, epi premye a sèvi kòm tip li; se poutèt sa Sè White fè nou konnen misyon premye zanj lan te idantik ak misyon zanj Revelasyon dizwit la, paske misyon toude zanj yo se te “klere tè a avèk glwa li.”</w:t>
      </w:r>
    </w:p>
    <w:p>
      <w:pPr>
        <w:pStyle w:val="ArticleBody"/>
        <w:jc w:val="left"/>
      </w:pPr>
      <w:r>
        <w:rPr>
          <w:rFonts w:ascii="Times New Roman" w:hAnsi="Times New Roman" w:eastAsia="Times New Roman" w:cs="Times New Roman"/>
        </w:rPr>
        <w:t>“sèt loraj” yo reprezante yon delimitasyon evènman nan istwa premye ak dezyèm zanj yo, ki pral repete nan istwa twazyèm zanj lan. Enspirasyon an te dirije ke lè nou aliyen istwa sa yo “liy sou liy”, desandan premye zanj lan an 1840 aliyen avèk desandan Li nan 9/11. Sa idantifye yon mesaj tès ki dwe manje avèk de temwen, epi li aliyen yon desepsyon avèk premye waymark la.</w:t>
      </w:r>
    </w:p>
    <w:p>
      <w:pPr>
        <w:pStyle w:val="ArticleBody"/>
        <w:jc w:val="left"/>
      </w:pPr>
      <w:r>
        <w:rPr>
          <w:rFonts w:ascii="Times New Roman" w:hAnsi="Times New Roman" w:eastAsia="Times New Roman" w:cs="Times New Roman"/>
        </w:rPr>
        <w:t>“sèt loraj” yo reprezante peryòd pwofetik la ki kòmanse avèk yon desepsyon epi ki fini avèk yon desepsyon ki pi gwo.</w:t>
      </w:r>
    </w:p>
    <w:p>
      <w:pPr>
        <w:pStyle w:val="ArticleBody"/>
        <w:jc w:val="left"/>
      </w:pPr>
      <w:r>
        <w:rPr>
          <w:rFonts w:ascii="Times New Roman" w:hAnsi="Times New Roman" w:eastAsia="Times New Roman" w:cs="Times New Roman"/>
        </w:rPr>
        <w:t>Lè liy pwofetik desandan premye zanj lan aliyen ak arive dezyèm zanj lan, sa pwodui “yon estrikti verite.” Verite defini kòm twa etap, kote premye ak dènye etap yo se menm bagay la, epi etap ki nan mitan an reprezante rebelyon. Lè yo aliyen de premye zanj yo ak modèl sa a, sa pwodui yon estrikti ki fòme ak premye ak dezyèm zanj yo, ki ilistre twazyèm zanj Revelasyon dizuit la; epi twazyèm zanj Revelasyon dizuit la se yon konbinezon ni premye ni dezyèm zanj yo.</w:t>
      </w:r>
    </w:p>
    <w:p>
      <w:pPr>
        <w:pStyle w:val="ArticleBody"/>
        <w:jc w:val="left"/>
      </w:pPr>
      <w:r>
        <w:rPr>
          <w:rFonts w:ascii="Times New Roman" w:hAnsi="Times New Roman" w:eastAsia="Times New Roman" w:cs="Times New Roman"/>
        </w:rPr>
        <w:t>Twazyèm zanj nan Revelasyon dizwit la fòme ak de vwa. Premye vwa a te akonpli lè bilding Nouyòk yo te tonbe nan 11 Septanm, epi dezyèm vwa vèsè kat la se lwa dimanch la. Nan peryòd ki soti depi 11 Septanm rive jouk lwa dimanch la, twazyèm zanj Revelasyon dizwit la reprezante yon konbinezon premye ak dezyèm zanj yo. Konsa, lè yo sèvi ak istwa de zanj sa yo “liy sou liy,” pou reprezante istwa twazyèm zanj Revelasyon dizwit la, sa vle di yo mete premye ak dezyèm zanj la an paralèl ak premye ak dezyèm zanj la.</w:t>
      </w:r>
    </w:p>
    <w:p>
      <w:pPr>
        <w:pStyle w:val="ArticleBody"/>
        <w:jc w:val="left"/>
      </w:pPr>
      <w:r>
        <w:rPr>
          <w:rFonts w:ascii="Times New Roman" w:hAnsi="Times New Roman" w:eastAsia="Times New Roman" w:cs="Times New Roman"/>
        </w:rPr>
        <w:t>De zanj yo rive nan premye desepsyon an, e toude zanj yo gen yon rapò pwofetik, epi toude gen yon mesaj tès ki nan men zanj lan. Siy ki vini apre a ki reprezante nan liy lan se tab Habakik yo, ki lye dirèkteman ak men Bondye. Nan liy premye zanj lan, tablo 1843 la pwodui nan mwa me 1842, epi nan liy dezyèm zanj lan, pa t gen okenn tablo. Tablo a te fini nan moman rive dezyèm zanj lan. Siy tab Habakik la nan liy dezyèm zanj lan se retire men Bondye sou yon erè ki te nan chif tablo 1843 la.</w:t>
      </w:r>
    </w:p>
    <w:p>
      <w:pPr>
        <w:pStyle w:val="ArticleBody"/>
        <w:jc w:val="left"/>
      </w:pPr>
      <w:r>
        <w:rPr>
          <w:rFonts w:ascii="Times New Roman" w:hAnsi="Times New Roman" w:eastAsia="Times New Roman" w:cs="Times New Roman"/>
        </w:rPr>
        <w:t>Men l te kouvri yon erè nan pwen repè premye zanj lan, epi men l te retire sou menm pwen repè sa a, nan liy dezyèm zanj lan. Konsa, pwen repè tab Habakik yo nan liy paralèl premye ak dezyèm zanj lan reprezante de etap. Nan premye etap la, men l kouvri yon erè, epi nan fen peryòd pwen repè tab Habakik yo, Li retire men l. Tan reta a te kòmanse avèk rive dezyèm zanj lan, epi tan reta a fini pwogresivman, kòmanse ak retrè men l. Pwen repè tab Habakik yo reprezante yon peryòd tan ki make pa men Kris la nan kòmansman an ak pa men l nan fen an.</w:t>
      </w:r>
    </w:p>
    <w:p>
      <w:pPr>
        <w:pStyle w:val="ArticleBody"/>
        <w:jc w:val="left"/>
      </w:pPr>
      <w:r>
        <w:rPr>
          <w:rFonts w:ascii="Times New Roman" w:hAnsi="Times New Roman" w:eastAsia="Times New Roman" w:cs="Times New Roman"/>
        </w:rPr>
        <w:t>De men make yo make yon mak nan premye desepsyon an, e toule de gen yon mesaj eprèv ki dwe pran epi manje. Apre sa, yon peryòd tan pwofetik, ki reprezante verite fondamantal yo, kòmanse avèk men Bondye k ap kouvri epi li fini avèk men Li k ap dekouvri. Pwochen repè a se reyinyon kan Exeter la, kote rèl a minwi a separe epi pirifye sila yo ki ta swiv men Kris la antre nan Kote Ki Pi Sen an.</w:t>
      </w:r>
    </w:p>
    <w:p>
      <w:pPr>
        <w:pStyle w:val="ArticleBody"/>
        <w:jc w:val="left"/>
      </w:pPr>
      <w:r>
        <w:rPr>
          <w:rFonts w:ascii="Times New Roman" w:hAnsi="Times New Roman" w:eastAsia="Times New Roman" w:cs="Times New Roman"/>
        </w:rPr>
        <w:t>Lè Kris te antre nan Kote ki Pi Sen an, Li leve men Li anlè nan syèl la epi Li fè sèman ke tan pa t ap la ankò. Li te fèk sele “sèt loraj yo,” ki reprezante istwa de premye zanj yo, k ap repete nan istwa twazyèm nan. Li sele “sèt loraj yo” menm jan Li te sele pwofesi Danyèl yo nan chapit douz la. Nan chapit douz Danyèl la, nan premye nan twa peryòd tan senbolik yo, Kris leve toude men Li anlè nan syèl la epi Li pwoklame ke lè dispèsyon pèp Bondye a fini, moun ki vin tounen “moun yo sezi wè” yo pral pirifye epi yo pral leve kòm yon ofrann. Estrikti premye ak dezyèm zanj yo, ke n ap konsidere kounye a, manifeste men Bondye senbolikman nan chak etap.</w:t>
      </w:r>
    </w:p>
    <w:p>
      <w:pPr>
        <w:pStyle w:val="ArticleBody"/>
        <w:jc w:val="left"/>
      </w:pPr>
      <w:r>
        <w:rPr>
          <w:rFonts w:ascii="Times New Roman" w:hAnsi="Times New Roman" w:eastAsia="Times New Roman" w:cs="Times New Roman"/>
        </w:rPr>
        <w:t>Lè Li kouvri verite a, sa pwodui yon desepsyon; e lè Li retire men Li, limyè parèt, e limyè sa a se limyè mesaj Kri Minwi a. Premye desepsyon an rive jouk nan gran desepsyon an pote siyati alfa ak omega epi li prezante anndan estrikti verite a. Kòmansman an reprezante fen an, epi siy sou chemen ki ant de desepsyon yo montre efè sele ak deseleyaj tab Habakik yo, ki se yon deseleyaj ansyen chemen Jeremi yo, e li reprezante fondasyon sou ki tanp lan bati anvan lwa dimanch la, lè tanp ki fin fèt la leve anlè tout mòn yo. Siy mitan chemen an nan pawòl verite a reprezante rebelyon, epi nan istwa yo reprezante pa separasyon final ble a ak move zèb yo, li manifeste rebelyon vyèj sòt yo.</w:t>
      </w:r>
    </w:p>
    <w:p>
      <w:pPr>
        <w:pStyle w:val="ArticleBody"/>
        <w:jc w:val="left"/>
      </w:pPr>
      <w:r>
        <w:rPr>
          <w:rFonts w:ascii="Times New Roman" w:hAnsi="Times New Roman" w:eastAsia="Times New Roman" w:cs="Times New Roman"/>
        </w:rPr>
        <w:t>Rebelyon ki reprezante pa pwen repè tab Habakouk yo prezante kòm yon pwogresyon, paske li pa yon sèl pwen repè, men yon peryòd ki gen yon kòmansman ak yon fen byen defini, jan sa reprezante pa men Bondye. Men Bondye parèt de fwa nan premye desepsyon an, paske gen de zanj ki toude gen yon mesaj nan men yo. Pwen repè rebelyon ki vin apre a gen yon men kòmansman ak yon men fen, konsa li menm tou li gen de men nan karakteristik pwofetik li yo. Twazyèm pwen repè pi gwo desepsyon an idantifye Kris la k ap leve men li epi k ap fè sèman bay syèl la, nan menm pasaj la kote sèt loraj yo sele, menm jan sa te ye nan chapit douz Danyèl la. Nan pwen menm kote zanj lan make fen estrikti pwofetik de premye zanj nou ap konsidere yo, Li mete fen nan aplikasyon tan pwofetik la, epi Li plase tèt Li nan yon pasaj paralèl nan liv Danyèl la, kote Li pa leve yon sèl men li, men Li leve toude men Li.</w:t>
      </w:r>
    </w:p>
    <w:p>
      <w:pPr>
        <w:pStyle w:val="ArticleBody"/>
        <w:jc w:val="left"/>
      </w:pPr>
      <w:r>
        <w:rPr>
          <w:rFonts w:ascii="Times New Roman" w:hAnsi="Times New Roman" w:eastAsia="Times New Roman" w:cs="Times New Roman"/>
        </w:rPr>
        <w:t>Nan Danyèl douz gen twa peryòd pwofetik ki vin deseley nan dènye jou yo, paske se sa k rive pèp Bondye a nan dènye jou yo. Premye bagay ki mansyone nan dènye vizyon klimaktik Danyèl la se te ke Danyèl, ki reprezante rès pèp Bondye a, te gen konpreyansyon ni sou bagay la ni sou vizyon an. Dènye bagay Danyèl ekri se fason ogmantasyon konesans lan te sèvi pa Lyon branch fanmi Jida a pou pwodui dènye revèy la ak refòm nan mitan pèp Bondye a, ki make kòm sila yo ki gen konpreyansyon. Li akonpli sele pèp pa Li a lè Li deseley “sèt loraj” Revelasyon an an koneksyon ak deseley “twa peryòd” Danyèl douz yo.</w:t>
      </w:r>
    </w:p>
    <w:p>
      <w:pPr>
        <w:pStyle w:val="ArticleBody"/>
        <w:jc w:val="left"/>
      </w:pPr>
      <w:r>
        <w:rPr>
          <w:rFonts w:ascii="Times New Roman" w:hAnsi="Times New Roman" w:eastAsia="Times New Roman" w:cs="Times New Roman"/>
        </w:rPr>
        <w:t>Lè Jezi idantifye ke nan fen twa jou ak demi pwofetik yo, lè yo t ap gaye pouvwa pèp Bondye a, tout “mèvèy” yo t ap fini, Li ap idantifye jiyè 2023, lè twa jou ak demi lanmò nan lari yo nan Revelasyon onz la te fini. Kounye a, mèvèy yo t ap fini anvan lwa dimanch lan. Li te make jiyè 2023 lè Li te leve pa yon sèl, men toude men Li. Lè Li te fè sa, Li te make fen tan reta a, menm jan ak lè Li te retire men Li sou erè ki te fèt nan istwa Milerit la. Premye desepsyon an te rive nan 18 jiyè 2020, jan sa te prefigire pa premye desepsyon Milerit yo, epi tan reta a te kòmanse e li te kontinye jiskaske Li te lonje men Li yon dezyèm fwa pou rasanble rès pèp Li a nan jiyè 2023.</w:t>
      </w:r>
    </w:p>
    <w:p>
      <w:pPr>
        <w:pStyle w:val="ArticleBody"/>
        <w:jc w:val="left"/>
      </w:pPr>
      <w:r>
        <w:rPr>
          <w:rFonts w:ascii="Times New Roman" w:hAnsi="Times New Roman" w:eastAsia="Times New Roman" w:cs="Times New Roman"/>
        </w:rPr>
        <w:t>Premye desepsyon an reprezante pa men Bondye ki kouvri yon erè, ki pou Milerit yo se te lefèt yo te idantifye ane 1843 la, olye de 22 oktòb 1844. Desepsyon sa a reprezante nan vèsè douz nan chapit douz la. Premye desepsyon an reprezante pa men Li ki kouvri erè a, epi li te prefigire pa Milerit yo ki te rive nan premye desepsyon an. Mo ki nan vèsè douz la se “rive.” Benediksyon pou sila a ki tann, epi ki “rive” nan 1335 la; benediksyon pou sila a ki “rive” nan desepsyon 19 avril 1844 la. Mo yo tradui kòm “rive” a vle di “manyen.” Milerit yo te fè eksperyans premye desepsyon yo lè ane 1843 la te manyen ane 1844 la. Vèsè douz nan Danyèl douz idantifye premye desepsyon an ni 19 avril 1844 la, men pi dirèkteman premye desepsyon 18 jiyè 2020 la.</w:t>
      </w:r>
    </w:p>
    <w:p>
      <w:pPr>
        <w:pStyle w:val="ArticleBody"/>
        <w:jc w:val="left"/>
      </w:pPr>
      <w:r>
        <w:rPr>
          <w:rFonts w:ascii="Times New Roman" w:hAnsi="Times New Roman" w:eastAsia="Times New Roman" w:cs="Times New Roman"/>
        </w:rPr>
        <w:t>Premye peryòd pwofetik la ak dènye peryòd pwofetik la nan twa peryòd yo ki louvri nan tan lafen an, lè konesans ogmante epi li akonpli separasyon final ble a ak move zèb yo, konsa li idantifye ouvèti limyè pwofetik la ki sele san karannkat mil yo, se menm peryòd pwofetik la.</w:t>
      </w:r>
    </w:p>
    <w:p>
      <w:pPr>
        <w:pStyle w:val="ArticleBody"/>
        <w:jc w:val="left"/>
      </w:pPr>
      <w:r>
        <w:rPr>
          <w:rFonts w:ascii="Times New Roman" w:hAnsi="Times New Roman" w:eastAsia="Times New Roman" w:cs="Times New Roman"/>
        </w:rPr>
        <w:t>Premye peryòd vèsè sèt la se fen dispèsyon twa jou edmi Revelasyon onz la, nan mwa Jiyè 2023; epi peryòd nan vèsè douz la se kòmansman menm dispèsyon sa a, nan 18 Jiyè 2020. Alfa ak Omega te make istwa sèt loraj yo nan Danyèl douz, kòm istwa ki kòmanse ak desepsyon 18 Jiyè 2020 la epi ki fini twa jou edmi senbolik apre sa, nan mwa Jiyè 2023. Menm jan enpòtan an, lè Alfa ak Omega te make kòmansman ak fen dènye tan reta a, Li pa t leve yon sèl, men toude men Li yo anlè syèl la, epi Li te sèmante pa Sila a ki viv pou tout tan ak pou tout tan.</w:t>
      </w:r>
    </w:p>
    <w:p>
      <w:pPr>
        <w:pStyle w:val="ArticleBody"/>
        <w:jc w:val="left"/>
      </w:pPr>
      <w:r>
        <w:rPr>
          <w:rFonts w:ascii="Times New Roman" w:hAnsi="Times New Roman" w:eastAsia="Times New Roman" w:cs="Times New Roman"/>
        </w:rPr>
        <w:t>Pitit Bondye a, ki se pitit lèzòm nan, ap fè yon sèman ak Papa a, la menm kote somè istwa pèp alyans Bondye a te kòmanse, lè Kris la te rele Abram pou premye fwa avèk yon pwomès, epi apre sa li te konfime pwomès la ak yon sèman. Wete soulye nou, paske nou sou tè ki sen!</w:t>
      </w:r>
    </w:p>
    <w:p>
      <w:pPr>
        <w:pStyle w:val="ArticleBody"/>
        <w:jc w:val="left"/>
      </w:pPr>
      <w:r>
        <w:rPr>
          <w:rFonts w:ascii="Times New Roman" w:hAnsi="Times New Roman" w:eastAsia="Times New Roman" w:cs="Times New Roman"/>
        </w:rPr>
        <w:t>Lèt mitan an nan twa peryòd pwofetik yo pa anyen mwens pase akonplisman omega pwofesi tan alyans Abraram ak Pòl la, ki dire 430 ane, jan sa reprezante nan 1290 ane vèsè onz la. Vèsè a, lè yo pwoche bò kote li ak konpreyansyon Millerit la, te idantifye yon peryòd trant ane preparasyon pou papote a, epi apre sa 1260 ane pèsekisyon papal la. Kat-santrant ane Abraram yo reprezante esklavaj ak delivrans nan yon nasyon espesifik, ansanm ak premye trant ane yo ki reprezante moman Senyè a te antre nan alyans ak Abraram. Trant ane preparasyon pou prèt yo te kòmanse an 1989, nan tan lafen an, epi trant ane yo fini nan lwa dimanch lan, lè vèsè a idantifye ke abominasyon devastasyon an t ap etabli, epi lè sa a li t ap pèsekite pèp Bondye a pandan 1260 ane senbolik, an akò ak 42 mwa senbolik Jan yo nan Revelasyon trèz.</w:t>
      </w:r>
    </w:p>
    <w:p>
      <w:pPr>
        <w:pStyle w:val="ArticleBody"/>
        <w:jc w:val="left"/>
      </w:pPr>
      <w:r>
        <w:rPr>
          <w:rFonts w:ascii="Times New Roman" w:hAnsi="Times New Roman" w:eastAsia="Times New Roman" w:cs="Times New Roman"/>
        </w:rPr>
        <w:t>Mouvman refòmatwa san karant-kat mil yo te kòmanse an 1989, lè Senyè a te kòmanse travay Li pou prepare yon prètriz ki pou sèvi pandan kriz la a minwi, ki kòmanse nan lwa dimanch la. Alfa ak Omega a te kanpe sou dlo Hiddèkèl la epi leve toude men Li yo vè syèl la, Li t ap sèmante ke lè dispèsyon 18 Jiyè 2020 rive Jiyè 2023 la t ap akonpli, mèvèy ki asosye ak travay Kris la pou konbine Divinite Li ak limanite t ap fini.</w:t>
      </w:r>
    </w:p>
    <w:p>
      <w:pPr>
        <w:pStyle w:val="ArticleBody"/>
        <w:jc w:val="left"/>
      </w:pPr>
      <w:r>
        <w:rPr>
          <w:rFonts w:ascii="Times New Roman" w:hAnsi="Times New Roman" w:eastAsia="Times New Roman" w:cs="Times New Roman"/>
        </w:rPr>
        <w:t>Sa a se menm pwoklamasyon chapit dis la, nan liy sèt loraj yo, paske se pa sèlman la Li te mete fen nan aplikasyon pwofetik tan an, men Li te idantifye tou ke nan jou lè setyèm twonpèt la t ap sonnen, mistè Bondye a t ap fini. Pasaj paralèl la nan Danyèl douz idantifye ke lè dispèsyon an te fini an Jiyè 2023, fini sele pèp Bondye a t ap fini tou, jan sa reprezante pa son setyèm twonpèt la ki te kowenside ak Kris ki te leve men Li epi ki te sèmante nan toude pasaj paralèl yo.</w:t>
      </w:r>
    </w:p>
    <w:p>
      <w:pPr>
        <w:pStyle w:val="ArticleBody"/>
        <w:jc w:val="left"/>
      </w:pPr>
      <w:r>
        <w:rPr>
          <w:rFonts w:ascii="Times New Roman" w:hAnsi="Times New Roman" w:eastAsia="Times New Roman" w:cs="Times New Roman"/>
        </w:rPr>
        <w:t>Premye peryòd pwofetik la ak dènye peryòd pwofetik la nan mesaj trip Daniel douz la pote yon siyati alfa ak omega. Premye peryòd vèsè sèt la idantifye fen menm peryòd la, peryòd vèsè douz la make kòmansman li. Nan mitan vèsè sèt ak douz yo, istwa tan lafen an depi 1989 jouk fèmti tan gras la reprezante. Nan mitan peryòd alfa vèsè sèt la ak istwa omega vèsè douz la, dènye rebelyon limanite a depi lwa dimanch la jouk lè Mikaèl leve kanpe reprezante, epi li reprezante nan menm chapit la kote Mikaèl leve kanpe.</w:t>
      </w:r>
    </w:p>
    <w:p>
      <w:pPr>
        <w:pStyle w:val="ArticleBody"/>
        <w:jc w:val="left"/>
      </w:pPr>
      <w:r>
        <w:rPr>
          <w:rFonts w:ascii="Times New Roman" w:hAnsi="Times New Roman" w:eastAsia="Times New Roman" w:cs="Times New Roman"/>
        </w:rPr>
        <w:t>Rebelyon peryòd mitan an se, an premye, istwa ekstèn rebelyon an; men premye trant ane yo se istwa entèn preparasyon prèt yo, ki nan konfwontasyon dirèk ak fòs ekstèn yo ki reprezante nan peryòd 1260 ki vin apre a.</w:t>
      </w:r>
    </w:p>
    <w:p>
      <w:pPr>
        <w:pStyle w:val="ArticleBody"/>
        <w:jc w:val="left"/>
      </w:pPr>
      <w:r>
        <w:rPr>
          <w:rFonts w:ascii="Times New Roman" w:hAnsi="Times New Roman" w:eastAsia="Times New Roman" w:cs="Times New Roman"/>
        </w:rPr>
        <w:t>Peryòd mitan an reprezante rebelyon trèzyèm lèt alfabè ebre a, epi li ini ak sa ki enteryè a pandan l ap dekri batay final gwo konfli a sou planèt tè a, pandan tan gras la poko fini. Konbinezon sa a ant sa ki ekstèn ak sa ki enteryè a se tou mesaj dènye vizyon Danyèl la, ki reprezante pa larivyè Idèkèl la ak twa chapit yo ki pote siyati Alfa ak Omega a tou, epi ki bati sou estrikti verite a. Premye ak dènye chapit la pale sou sele pèp Bondye a, yo menm yo dekri kòm zetwal k ap klere pou tout tan. Chapit mitan rebelyon an idantifye menm istwa a ki reprezante nan vèsè onz la ak 1290 ane yo, ki se vèsè mitan an nan menm estrikti sa a.</w:t>
      </w:r>
    </w:p>
    <w:p>
      <w:pPr>
        <w:pStyle w:val="ArticleBody"/>
        <w:jc w:val="left"/>
      </w:pPr>
      <w:r>
        <w:rPr>
          <w:rFonts w:ascii="Times New Roman" w:hAnsi="Times New Roman" w:eastAsia="Times New Roman" w:cs="Times New Roman"/>
        </w:rPr>
        <w:t>Lè Kris sèvi ak men Li anndan estrikti pwofetik la, sa reprezante anpil verite, men sa reprezante tou chemen Li ap mennen pèp Li a sou li. Revelasyon Jezikri a te kòmanse ap desele nan mwa jiyè 2023. Deseleman sa a gen ladan l desele sèt loraj yo ak mesaj Danyèl la jan li reprezante anndan chapit douz la. Deseleman an ap fèt anndan istwa kache vèsè karant lan, ki te kòmanse an 1989 epi ki fini nan lwa dimanch lan. Nan istwa sa a, pèp Bondye a pral sele, epi yo sele pa vide Sentespri a sou yo. Dènye vide Sentespri a idantifye nan uityèm chapit Revelasyon an, kote li reprezante kòm setyèm sele a, e kidonk kòm dènye sele a. Lyon tribi Jida a te genyen batay la nan chapit senk la pou l ouvri liv ki te sele ak sèt sele yo.</w:t>
      </w:r>
    </w:p>
    <w:p>
      <w:pPr>
        <w:pStyle w:val="ArticleBody"/>
        <w:jc w:val="left"/>
      </w:pPr>
      <w:r>
        <w:rPr>
          <w:rFonts w:ascii="Times New Roman" w:hAnsi="Times New Roman" w:eastAsia="Times New Roman" w:cs="Times New Roman"/>
        </w:rPr>
        <w:t>Sizyèm sele a te soulve kesyon an nan fen chapit sis la, kote li te mande kiyès ki t ap kapab kanpe pandan peryòd kote pa t ap gen okenn medyasyon ankò pou peche.</w:t>
      </w:r>
    </w:p>
    <w:p>
      <w:pPr>
        <w:pStyle w:val="ArticleScripture"/>
        <w:jc w:val="left"/>
      </w:pPr>
      <w:r>
        <w:rPr>
          <w:rFonts w:ascii="Times New Roman" w:hAnsi="Times New Roman" w:eastAsia="Times New Roman" w:cs="Times New Roman"/>
        </w:rPr>
        <w:t>Paske gwo jou kòlè li a rive; e ki moun ki va kapab kanpe? Revelasyon 6:17.</w:t>
      </w:r>
    </w:p>
    <w:p>
      <w:pPr>
        <w:pStyle w:val="ArticleBody"/>
        <w:jc w:val="left"/>
      </w:pPr>
      <w:r>
        <w:rPr>
          <w:rFonts w:ascii="Times New Roman" w:hAnsi="Times New Roman" w:eastAsia="Times New Roman" w:cs="Times New Roman"/>
        </w:rPr>
        <w:t>Pwochen chapit la, oswa nou ka di pwochen vèsè a, prezante sele san karannkat mil yo ansanm ak gwo foul la ki rasanble nan wayòm Bondye a pandan kriz lwa dimanch la. San karannkat mil yo se repons kestyon sizyèm sele a. Apre yo fin reprezante nan chapit sèt la, chapit uit la idantifye lè setyèm sele a, ki se dènye a, retire.</w:t>
      </w:r>
    </w:p>
    <w:p>
      <w:pPr>
        <w:pStyle w:val="ArticleScripture"/>
        <w:jc w:val="left"/>
      </w:pPr>
      <w:r>
        <w:rPr>
          <w:rFonts w:ascii="Times New Roman" w:hAnsi="Times New Roman" w:eastAsia="Times New Roman" w:cs="Times New Roman"/>
        </w:rPr>
        <w:t>Epi lè li te louvri setyèm sele a, te gen silans nan syèl la pou anviwon yon demièdtan. Epi mwen wè sèt zanj yo ki te kanpe devan Bondye; e yo te resevwa sèt twonpèt. Epi yon lòt zanj vini, li kanpe bò lotèl la, li te gen yon lansanwa an lò; e yo te ba li anpil lansan, pou l te ofri li ansanm ak lapriyè tout sen yo sou lotèl an lò ki te devan twòn nan. Epi lafimen lansan an, ki te monte ansanm ak lapriyè sen yo, leve devan Bondye soti nan men zanj lan.</w:t>
      </w:r>
    </w:p>
    <w:p>
      <w:pPr>
        <w:pStyle w:val="ArticleScripture"/>
        <w:jc w:val="left"/>
      </w:pPr>
      <w:r>
        <w:rPr>
          <w:rFonts w:ascii="Times New Roman" w:hAnsi="Times New Roman" w:eastAsia="Times New Roman" w:cs="Times New Roman"/>
        </w:rPr>
        <w:t>Zanj lan te pran lansanwa a, li plen li ak dife ki soti sou lotèl la, epi li voye l sou tè a; epi te gen vwa, loray, zeklè, ak yon tranblemanntè. Revelasyon 8:1–5.</w:t>
      </w:r>
    </w:p>
    <w:p>
      <w:pPr>
        <w:pStyle w:val="ArticleBody"/>
        <w:jc w:val="left"/>
      </w:pPr>
      <w:r>
        <w:rPr>
          <w:rFonts w:ascii="Times New Roman" w:hAnsi="Times New Roman" w:eastAsia="Times New Roman" w:cs="Times New Roman"/>
        </w:rPr>
        <w:t>“Dife” a, yo reprezante nan Ezayi chapit sis kòm yon “chabon,” ke Sè White idantifye kòm yon senbòl pirifikasyon, yo pran li sou lotèl la epi yo voye l sou tè a. “Dife” ki soti nan syèl la nan Pannkòt la te reprezante kòm lang “dife.” “Dife” se sa Mesaje Alyans lan sèvi avè l pou pirifye pitit gason Levi yo.</w:t>
      </w:r>
    </w:p>
    <w:p>
      <w:pPr>
        <w:pStyle w:val="ArticleScripture"/>
        <w:jc w:val="left"/>
      </w:pPr>
      <w:r>
        <w:rPr>
          <w:rFonts w:ascii="Times New Roman" w:hAnsi="Times New Roman" w:eastAsia="Times New Roman" w:cs="Times New Roman"/>
        </w:rPr>
        <w:t>“‘Van an men Li, e Li pral netwaye glasi pa Li a nèt ale, e Li pral ranmase ble Li a nan depo a.’ Matye 3:12. Sa te youn nan tan pirifikasyon yo. Pa pawòl verite yo, pay la t ap separe ak ble a. Paske yo te twò vanite, twò pwòp tèt pa yo jistifye, pou yo resevwa repwòch; twò renmen lemonn pou yo aksepte yon lavi imilite, anpil te vire do bay Jezi. Anpil moun toujou ap fè menm bagay la jodi a. Nanm yo ap sibi eprèv jodi a menm jan ak disip sa yo nan sinagòg Kapènawòm nan. Lè verite a rive frape kè a, yo wè lavi yo pa ann amoni ak volonte Bondye. Yo wè nesesite yon chanjman total nan yo menm; men yo pa dispoze antre nan travay renonsman sa a. Se poutèt sa yo fache lè peche yo vin dekouvri. Yo ale ofanse, menm jan disip yo te kite Jezi, ap bougonnen, ‘Pawòl sa a di; ki moun ki ka tande li?’” The Desire of Ages, 392.</w:t>
      </w:r>
    </w:p>
    <w:p>
      <w:pPr>
        <w:pStyle w:val="ArticleBody"/>
        <w:jc w:val="left"/>
      </w:pPr>
      <w:r>
        <w:rPr>
          <w:rFonts w:ascii="Times New Roman" w:hAnsi="Times New Roman" w:eastAsia="Times New Roman" w:cs="Times New Roman"/>
        </w:rPr>
        <w:t>Dife se sa ki te desann sou ofrann Eli a, menm jan sa te fèt avèk ofrann Jedeyon bay zanj lan. “Dife” pirifikasyon an se Pawòl Bondye a, paske pou yon moun vin sen, se pou li sanktifye pa Pawòl Li. “Dife” yo voye desann sou tè a lè setyèm so a retire a idantifye puisans ki bay mesaj pwofetik la, mesaj ki deklare nan dènye jou yo, pandan son setyèm twonpèt la ap fè tande, pandan dènye ak pafè akonplisman evènman sèt loraj yo reprezante yo, epi twa peryòd pwofetik Danyèl douz yo konfime yo, peryòd ki te sele jouk rive nan dènye jou yo.</w:t>
      </w:r>
    </w:p>
    <w:p>
      <w:pPr>
        <w:pStyle w:val="ArticleBody"/>
        <w:jc w:val="left"/>
      </w:pPr>
      <w:r>
        <w:rPr>
          <w:rFonts w:ascii="Times New Roman" w:hAnsi="Times New Roman" w:eastAsia="Times New Roman" w:cs="Times New Roman"/>
        </w:rPr>
        <w:t>Revelasyon Jezi Kris la ki sele a louvri jis anvan fen tan gras limanite a—gen ladan l ouvèti sèt loraj yo, retire setyèm so a, ouvèti Danyèl douz la, ak ouvèti istwa kache vèsè karant nan Danyèl onz la, menm istwa kote zanj lan te mande Nonm ki te abiye an twal len an ki sa ki t ap finisman mèvèy sa yo.</w:t>
      </w:r>
    </w:p>
    <w:p>
      <w:pPr>
        <w:pStyle w:val="ArticleBody"/>
        <w:jc w:val="left"/>
      </w:pPr>
      <w:r>
        <w:rPr>
          <w:rFonts w:ascii="Times New Roman" w:hAnsi="Times New Roman" w:eastAsia="Times New Roman" w:cs="Times New Roman"/>
        </w:rPr>
        <w:t>Nonm nan rad twal fin blan an reponn, li di—Lè nou rive nan konklizyon tan reta a nan mwa Jiyè 2023, nou rive nan istwa sele a nan san karannkat mil yo.</w:t>
      </w:r>
    </w:p>
    <w:p>
      <w:pPr>
        <w:pStyle w:val="ArticleBody"/>
        <w:jc w:val="left"/>
      </w:pPr>
      <w:r>
        <w:rPr>
          <w:rFonts w:ascii="Times New Roman" w:hAnsi="Times New Roman" w:eastAsia="Times New Roman" w:cs="Times New Roman"/>
        </w:rPr>
        <w:t>Li te di tou—nan fen twa jou edmi senbolik yo nan Revelasyon onz la, yon mesaj pwofetik ki soti nan liv Danyèl la t ap vin desele, jan sa te reprezante pa tan lafen an an 1798. Verite ki t ap desele lè sa a, nan fen twa jou edmi senbolik yo, t ap jwenn nan menm nèf vèsè ki nan liv Danyèl la, ki idantifye epi defini sele ak desele liv Danyèl la.</w:t>
      </w:r>
    </w:p>
    <w:p>
      <w:pPr>
        <w:pStyle w:val="ArticleBody"/>
        <w:jc w:val="left"/>
      </w:pPr>
      <w:r>
        <w:rPr>
          <w:rFonts w:ascii="Times New Roman" w:hAnsi="Times New Roman" w:eastAsia="Times New Roman" w:cs="Times New Roman"/>
        </w:rPr>
        <w:t>N ap kontinye bagay sa yo nan atik ki vin apre a.</w:t>
      </w:r>
    </w:p>
    <w:p>
      <w:pPr>
        <w:pStyle w:val="ArticleScripture"/>
        <w:jc w:val="left"/>
      </w:pPr>
      <w:r>
        <w:rPr>
          <w:rFonts w:ascii="Times New Roman" w:hAnsi="Times New Roman" w:eastAsia="Times New Roman" w:cs="Times New Roman"/>
        </w:rPr>
        <w:t>“Lè Kris te vini sou tè sa a, tradisyon ki te pase de jenerasyon an jenerasyon, ansanm ak entèpretasyon lèzòm te bay Ekriti yo, te kache verite a devan moun, menm jan li ye nan Jezi. Verite a te antere anba yon mas tradisyon. Sans espirityèl liv sakre yo te pèdi; paske, nan enkredilite yo, lèzòm te fèmen pòt trezò selès la. Fènwa te kouvri tè a, e yon gwo fènwa te anvayi pèp yo. Verite t ap gade soti nan syèl la desann sou tè a; men okenn kote pa t parèt anprent diven an. Yon tenèb tankou dra lanmò te gaye sou tout tè a.</w:t>
      </w:r>
    </w:p>
    <w:p>
      <w:pPr>
        <w:pStyle w:val="ArticleScripture"/>
        <w:jc w:val="left"/>
      </w:pPr>
      <w:r>
        <w:rPr>
          <w:rFonts w:ascii="Times New Roman" w:hAnsi="Times New Roman" w:eastAsia="Times New Roman" w:cs="Times New Roman"/>
        </w:rPr>
        <w:t>“Men, Lion ki soti nan branch fanmi Jida a te genyen batay la. Li louvri sele ki te fèmen liv enstriksyon diven an. Yo te pèmèt mond lan gade laverite ki pwòp, san okenn melanj. Laverite menm desann pou woule fè nwa a dèyè epi pou konbat erè. Yo te voye yon Anseyan soti nan syèl la ak limyè ki te pou klere chak moun ki vini nan mond lan. Te gen gason ak fanm ki t ap chèche konesans avèk anpil anvi, pawòl pwofesi ki sèten an, epi lè li te vini, li te tankou yon limyè k ap klere nan yon kote ki fè nwa.” Spalding Magan, 58.</w:t>
      </w:r>
    </w:p>
    <w:p>
      <w:pPr>
        <w:pStyle w:val="ArticleScripture"/>
        <w:jc w:val="left"/>
      </w:pPr>
      <w:r>
        <w:rPr>
          <w:rFonts w:ascii="Times New Roman" w:hAnsi="Times New Roman" w:eastAsia="Times New Roman" w:cs="Times New Roman"/>
        </w:rPr>
        <w:t>“Chèf lalwa yo ak Farizyen yo te pretann yo t ap esplike Ekriti yo, men yo te esplike yo ann amoni ak pwòp lide pa yo ak tradisyon pa yo. Koutim ak prensip pa yo te vin pi sevè toujou. Nan sans espirityèl li, Pawòl sakre a te vin pou pèp la tankou yon liv sele, fèmen devan konpreyansyon yo.” Signs of the Times, 17 me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ak Legliz Advantis Setyèm Jou Lawodise a - Nimewo Diznèf</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