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Vennenyen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Nimewo Vennennenn</w:t>
      </w:r>
    </w:p>
    <w:p>
      <w:pPr>
        <w:pStyle w:val="ArticleScripture"/>
        <w:jc w:val="left"/>
      </w:pPr>
      <w:r>
        <w:rPr>
          <w:rFonts w:ascii="Times New Roman" w:hAnsi="Times New Roman" w:eastAsia="Times New Roman" w:cs="Times New Roman"/>
        </w:rPr>
        <w:t>Depi nan tan yo pral wete sakrifis kontinyèl la, epi y ap mete kanpe abominasyon ki fè dezolasyon an, pral gen mil desan katrevendis jou. Dànyèl 12:11.</w:t>
      </w:r>
    </w:p>
    <w:p>
      <w:pPr>
        <w:pStyle w:val="ArticleBody"/>
        <w:jc w:val="left"/>
      </w:pPr>
      <w:r>
        <w:rPr>
          <w:rFonts w:ascii="Times New Roman" w:hAnsi="Times New Roman" w:eastAsia="Times New Roman" w:cs="Times New Roman"/>
        </w:rPr>
        <w:t>Depi 22 oktòb 1844, aplikasyon tan pwofetik la pa yon aplikasyon pwofesi ki kòrèk ankò pou moun ki ta vle byen separe pawòl verite a. Peryòd 1290 ane ki nan vèsè onz la dwe aplike kòm yon peryòd senbolik apre 1844, epi aplikasyon sa a apre 1844, oswa yon peryòd san eleman “tan” yo, dwe kenbe konpreyansyon fondamantal verite a jan yo te konprann li anvan 1844. Chif 1290 la reprezante yon peryòd 30, epi apre sa 1260. Konpreyansyon anvan 1844 la se te ke trant ane ki soti nan 508 rive 538 te reprezante yon peryòd preparasyon pou antikris la kòmanse dirije depi 538 rive 1798.</w:t>
      </w:r>
    </w:p>
    <w:p>
      <w:pPr>
        <w:pStyle w:val="ArticleBody"/>
        <w:jc w:val="left"/>
      </w:pPr>
      <w:r>
        <w:rPr>
          <w:rFonts w:ascii="Times New Roman" w:hAnsi="Times New Roman" w:eastAsia="Times New Roman" w:cs="Times New Roman"/>
        </w:rPr>
        <w:t>Tranzisyon 30 lane a se sijè Pòl trete nan 2 Tesalonisyen. Pòl pa mete okenn referans ak eleman “tan” an, men li idantifye karakteristik pwofetik payanis k ap bay plas li bay papalis pandan trant ane sa yo. Lè sa a, dominasyon papal la te kòmanse. Konpreyansyon istorik la, san okenn eleman tan, idantifye tranzisyon katriyèm wayòm pwofesi Bib la pou rive nan senkyèm wayòm nan, epi answit premye nan de beny san papal yo, konsa li sèvi kòm tip tranzisyon sizyèm wayòm nan pou rive nan inyon an twa fòm dragon an, bèt la ak fo pwofèt la, ansanm ak dezyèm beny san papal la.</w:t>
      </w:r>
    </w:p>
    <w:p>
      <w:pPr>
        <w:pStyle w:val="ArticleBody"/>
        <w:jc w:val="left"/>
      </w:pPr>
      <w:r>
        <w:rPr>
          <w:rFonts w:ascii="Times New Roman" w:hAnsi="Times New Roman" w:eastAsia="Times New Roman" w:cs="Times New Roman"/>
        </w:rPr>
        <w:t>Trant ane preparasyon yo, ki te swiv pa yon peryòd pwofetik, se yon senbòl prensipal alyans Bondye avèk yon pèp li chwazi. Tranzisyon de pouvwa yo pandan trant ane yo, ki apre sa te swiv pa 1260 ane pèsekisyon, ann amoni avèk trant ane preparasyon Kris la, ki te swiv pa 1260 jou sali. Trant ane preparasyon antikris la te yon kontrefason trant ane preparasyon Kris la. Fen trant ane yo idantifye swa otorizasyon Kris la nan batèm Li, swa otorizasyon antikris la an 538. Otorizasyon antikris la te soti nan sipò ekonomik ak militè ki te soti nan wayòm ki te vini anvan an, epi pouvwa ki te vide sou Kris la te soti nan wayòm anvan an, ke Li te kite trant ane pi bonè.</w:t>
      </w:r>
    </w:p>
    <w:p>
      <w:pPr>
        <w:pStyle w:val="ArticleBody"/>
        <w:jc w:val="left"/>
      </w:pPr>
      <w:r>
        <w:rPr>
          <w:rFonts w:ascii="Times New Roman" w:hAnsi="Times New Roman" w:eastAsia="Times New Roman" w:cs="Times New Roman"/>
        </w:rPr>
        <w:t>Mak ki genyen ant de peryòd yo make pa yon bay pouvwa, e separasyon ki genyen ant de peryòd Abram ak Pòl mete devan yo rekonèt pa yon senp konparezon. Nan distenksyon trant ane Abram ak Pòl la, peryòd preparasyon an te premye trant ane yo, ki te reprezante pwosesis alyans lan, ki te bay desandan Abram yo pouvwa pou yo akonpli pwofesi esklavaj la nan peyi Lejip. Kat san trant ane yo genyen yon lòt divizyon senbolik ankò, paske lè yo aplike yo kòrèkteman, premye de san kenz ane yo reprezante pa reprezantan Bondye a ak Farawon an. Paske pou Jozèf ak premye 215 ane yo, se te bon Farawon an; epi pou Moyiz ak dezyèm 215 ane yo, se te move Farawon an.</w:t>
      </w:r>
    </w:p>
    <w:p>
      <w:pPr>
        <w:pStyle w:val="ArticleBody"/>
        <w:jc w:val="left"/>
      </w:pPr>
      <w:r>
        <w:rPr>
          <w:rFonts w:ascii="Times New Roman" w:hAnsi="Times New Roman" w:eastAsia="Times New Roman" w:cs="Times New Roman"/>
        </w:rPr>
        <w:t>Separasyon sa a idantifye de peryòd ki genyen kat jenerasyon chak. Premye kat jenerasyon yo ka poze sou dezyèm kat jenerasyon yo, liy sou liy; e lè sa fèt, Jozèf ak Moyiz, yon alfa ak omega pwofetik, antre an relasyon avèk yon Farawon alfa-bon ak yon Farawon omega-mechan. Gen anpil gran limyè ki ka sòti nan konsiderasyon paralèl sa a, men mwen sèlman ap idantifye ke prediksyon Abraram lan konsènan katriyèm jenerasyon an idantifye de temwen kat jenerasyon yo nan 430 ane yo. Reprezantasyon doub kat jenerasyon yo jwenn nan jeneyaloji Jenèz kat ak senk. Lè nou konsidere Kayen ak Sèt kòm kòmansman lis liy sangen yo, nou jwenn ke gen uit jenerasyon depi Sèt rive jouk Noye, epi lè yo divize yo nan mitan an, gen yon reprezantasyon de de peryòd kat jenerasyon. Sa rekonèt nan liy uit jenerasyon yo, ni pou Sèt ni pou Kayen.</w:t>
      </w:r>
    </w:p>
    <w:p>
      <w:pPr>
        <w:pStyle w:val="ArticleBody"/>
        <w:jc w:val="left"/>
      </w:pPr>
      <w:r>
        <w:rPr>
          <w:rFonts w:ascii="Times New Roman" w:hAnsi="Times New Roman" w:eastAsia="Times New Roman" w:cs="Times New Roman"/>
        </w:rPr>
        <w:t>Jeneyaloji ki nan chapit kat ak senk yo prezante avèk konklizyon liy fanmi yo, ki se Noe. Noe se senbòl alyans Bondye avèk limanite, jan lakansyèl la reprezante li. Abram se senbòl alyans Bondye avèk yon pèp Bondye chwazi, jan sikonsizyon an reprezante li. De alyans sa yo toujou mare ansanm, e nan Jenèz onz, kote nou jwenn toudeba Bàbèl la tousuit apre delij Noe a, se la yo tabli jeneyaloji ki mennen rive sou Abram nan. Nan pasaj sa a se dis jenerasyon, pa uit. Nan pasaj ki mennen sou Abram nan ak nan pasaj ki mennen sou Noe a, alyans Noeyik la ak alyans Abraramik la reprezante.</w:t>
      </w:r>
    </w:p>
    <w:p>
      <w:pPr>
        <w:pStyle w:val="ArticleBody"/>
        <w:jc w:val="left"/>
      </w:pPr>
      <w:r>
        <w:rPr>
          <w:rFonts w:ascii="Times New Roman" w:hAnsi="Times New Roman" w:eastAsia="Times New Roman" w:cs="Times New Roman"/>
        </w:rPr>
        <w:t>Nan pasaj ki soti nan chapit onz la, ki adrese yon pèp chwazi, nou jwenn de nan jenerasyon sa yo chaje ak yon gwo limyè.</w:t>
      </w:r>
    </w:p>
    <w:p>
      <w:pPr>
        <w:pStyle w:val="ArticleScripture"/>
        <w:jc w:val="left"/>
      </w:pPr>
      <w:r>
        <w:rPr>
          <w:rFonts w:ascii="Times New Roman" w:hAnsi="Times New Roman" w:eastAsia="Times New Roman" w:cs="Times New Roman"/>
        </w:rPr>
        <w:t>Ebè te viv trant-katran, epi li fè Peleg. Apre Ebè te fin fè Peleg, li viv katsantrant an, epi li fè pitit gason ak pitit fi. Peleg te viv trantan, epi li fè Reou. Jenèz 11:16–19.</w:t>
      </w:r>
    </w:p>
    <w:p>
      <w:pPr>
        <w:pStyle w:val="ArticleBody"/>
        <w:jc w:val="left"/>
      </w:pPr>
      <w:r>
        <w:rPr>
          <w:rFonts w:ascii="Times New Roman" w:hAnsi="Times New Roman" w:eastAsia="Times New Roman" w:cs="Times New Roman"/>
        </w:rPr>
        <w:t>Referans a Eber la se premye referans mo ebre ki finalman idantifye kòm mo ebre “Ebre.” Nan jeneyaloji yon pèp chwazi, youn nan dis desandan yo rele Ebre, ki se non pèp chwazi a te dwe konnen. Nan twa vèsè, yo itilize Eber ak Peleg pou make distenksyon ras ebre chwazi a. Eber vle di “travèse” oswa “sila a ki travèse,” epi li se rasin mo “Ebre.” Abram se yon senbòl pou sila yo ki travèse soti Babilòn pou ale nan Tè Pwomiz la. “Peleg” vle di “divizyon” oswa “separasyon,” jan sa mansyone nan Jenèz 10:25, kote yo fè nou konnen ke nan jou Peleg yo “latè te divize.”</w:t>
      </w:r>
    </w:p>
    <w:p>
      <w:pPr>
        <w:pStyle w:val="ArticleBody"/>
        <w:jc w:val="left"/>
      </w:pPr>
      <w:r>
        <w:rPr>
          <w:rFonts w:ascii="Times New Roman" w:hAnsi="Times New Roman" w:eastAsia="Times New Roman" w:cs="Times New Roman"/>
        </w:rPr>
        <w:t>Ebè ak Pelèg reprezante yon divizyon pwofetik pou moun ki vle byen separe pawòl verite a. Jeneyaloji Noye a te pwodui de liy uit, ki te reprezante de seri kat jenerasyon, menm jan ak 430 ane yo ann Ejip. Jeneyaloji Jenèz onz la reprezante pa dis, pa uit, paske se jeneyaloji yon pèp chwazi. Pèp chwazi a divize an de gwoup senk, konsa li aliyen ak parabòl dis vyèj yo, ki se parabòl pèp alyans Bondye a.</w:t>
      </w:r>
    </w:p>
    <w:p>
      <w:pPr>
        <w:pStyle w:val="ArticleBody"/>
        <w:jc w:val="left"/>
      </w:pPr>
      <w:r>
        <w:rPr>
          <w:rFonts w:ascii="Times New Roman" w:hAnsi="Times New Roman" w:eastAsia="Times New Roman" w:cs="Times New Roman"/>
        </w:rPr>
        <w:t>Nan jeyaloji pèp eli sa a, non Peleg la ak akonplisman istorik li a reprezante yon divizyon ant de klas vyèj saj oswa vyèj sòt, egzakteman nan moman sa a nan listwa biblik kote tè a te divize nan gwo fò won Babèl la. Nan lis dis la, Peleg se nimewo senk, paske se sant dis la. Ebè, Ebre a, jan Abraram te tipifye l la, reprezante yon vyèj sòt ki travèse pou vin tounen yon vyèj saj, lè de klas yo separe nan rèl la a minwi. Ebè, premye Ebre a nan non, reprezante Abraram, premye Ebre a pa alyans. Lè Seyè a te rele Abraram soti Babilòn, sa te tipifye mesaj rèl minwi a, ki se abilite dezyèm zanj lan, ki rele gason ak fanm soti Babilòn.</w:t>
      </w:r>
    </w:p>
    <w:p>
      <w:pPr>
        <w:pStyle w:val="ArticleBody"/>
        <w:jc w:val="left"/>
      </w:pPr>
      <w:r>
        <w:rPr>
          <w:rFonts w:ascii="Times New Roman" w:hAnsi="Times New Roman" w:eastAsia="Times New Roman" w:cs="Times New Roman"/>
        </w:rPr>
        <w:t>Parabòl dis vyèj yo reprezante avèk Ebè ak Pelèg kòm yon apèl pou soti, jis anvan liy divizyon Pelèg la fèmen pòt gras la. Nan relasyon pwofetik la, Ebè te viv 430 ane apre Pelèg, ki apre sa te viv 30 ane. Premye etap alyans Abraram nan ki gen twa pati te reprezante pa Ebè ak Pelèg. Abraram, menm jan ak Ebè ak Pelèg, se liy divizyon ant de klas. Adisyon Pòl fè nan pwofesi Abraram nan se adisyon Pelèg fè nan pwofesi Ebè a. Ebè te pwoklame 400 ane, men Pelèg te idantifye 430 ane. Se poutèt sa, Pelèg te reprezante Pòl, ansanm ak adisyon Pòl fè a, 30 ane sou 400 ane yo; epi ministè Pòl la te pou idantifye Pelèg pwofesi Bib la. “Pelèg” pwofesi Bib la, ke Pòl te idantifye a, te reprezante divizyon nasyon an soti nan literal pou rive nan espirityèl.</w:t>
      </w:r>
    </w:p>
    <w:p>
      <w:pPr>
        <w:pStyle w:val="ArticleBody"/>
        <w:jc w:val="left"/>
      </w:pPr>
      <w:r>
        <w:rPr>
          <w:rFonts w:ascii="Times New Roman" w:hAnsi="Times New Roman" w:eastAsia="Times New Roman" w:cs="Times New Roman"/>
        </w:rPr>
        <w:t>Depi Sèm rive Pegè, gen senk desandan, e depi Reou rive Abram, gen senk.</w:t>
      </w:r>
    </w:p>
    <w:p>
      <w:pPr>
        <w:pStyle w:val="ArticleScripture"/>
        <w:jc w:val="left"/>
      </w:pPr>
      <w:r>
        <w:rPr>
          <w:rFonts w:ascii="Times New Roman" w:hAnsi="Times New Roman" w:eastAsia="Times New Roman" w:cs="Times New Roman"/>
        </w:rPr>
        <w:t>Epi li di Abraram: Konnen byen sèten desandan ou yo pral etranje nan yon peyi ki pa pa yo, y ap sèvi moun peyi sa a; epi moun sa yo ap maltrete yo pandan katsan (400) an. Jenèz 15:13.</w:t>
      </w:r>
    </w:p>
    <w:p>
      <w:pPr>
        <w:pStyle w:val="ArticleScripture"/>
        <w:jc w:val="left"/>
      </w:pPr>
      <w:r>
        <w:rPr>
          <w:rFonts w:ascii="Times New Roman" w:hAnsi="Times New Roman" w:eastAsia="Times New Roman" w:cs="Times New Roman"/>
        </w:rPr>
        <w:t>Koulye a, se ak Abraram ak desandans li yo pwomès yo te fèt. Li pa di: “Epi ak desandans yo,” kòm si se te anpil; men kòm si se te youn sèl: “Epi ak desandans ou,” ki se Kris la. Men sa m ap di: alyans Bondye te konfime davans nan Kris la, lalwa ki te vini kat san trant ane apre pa kapab anile l, pou fè pwomès la vin san efè. Paske si eritaj la soti nan lalwa, li pa soti ankò nan pwomès; men Bondye te bay Abraram li pa mwayen pwomès. Galat 3:16–18.</w:t>
      </w:r>
    </w:p>
    <w:p>
      <w:pPr>
        <w:pStyle w:val="ArticleBody"/>
        <w:jc w:val="left"/>
      </w:pPr>
      <w:r>
        <w:rPr>
          <w:rFonts w:ascii="Times New Roman" w:hAnsi="Times New Roman" w:eastAsia="Times New Roman" w:cs="Times New Roman"/>
        </w:rPr>
        <w:t>Trant an</w:t>
      </w:r>
    </w:p>
    <w:p>
      <w:pPr>
        <w:pStyle w:val="ArticleBody"/>
        <w:jc w:val="left"/>
      </w:pPr>
      <w:r>
        <w:rPr>
          <w:rFonts w:ascii="Times New Roman" w:hAnsi="Times New Roman" w:eastAsia="Times New Roman" w:cs="Times New Roman"/>
        </w:rPr>
        <w:t>Jezi te gen trant an lè Li te kòmanse ministè Li.</w:t>
      </w:r>
    </w:p>
    <w:p>
      <w:pPr>
        <w:pStyle w:val="ArticleScripture"/>
        <w:jc w:val="left"/>
      </w:pPr>
      <w:r>
        <w:rPr>
          <w:rFonts w:ascii="Times New Roman" w:hAnsi="Times New Roman" w:eastAsia="Times New Roman" w:cs="Times New Roman"/>
        </w:rPr>
        <w:t>Jezi li menm te kòmanse gen anviwon trant an, antanke (jan yo te konprann li) pitit gason Jozèf, ki te pitit Eli. Lik 3:23.</w:t>
      </w:r>
    </w:p>
    <w:p>
      <w:pPr>
        <w:pStyle w:val="ArticleBody"/>
        <w:jc w:val="left"/>
      </w:pPr>
      <w:r>
        <w:rPr>
          <w:rFonts w:ascii="Times New Roman" w:hAnsi="Times New Roman" w:eastAsia="Times New Roman" w:cs="Times New Roman"/>
        </w:rPr>
        <w:t>Jozèf te kòmanse sèvi Farawon an nan peyi Lejip lè li te gen trant an.</w:t>
      </w:r>
    </w:p>
    <w:p>
      <w:pPr>
        <w:pStyle w:val="ArticleScripture"/>
        <w:jc w:val="left"/>
      </w:pPr>
      <w:r>
        <w:rPr>
          <w:rFonts w:ascii="Times New Roman" w:hAnsi="Times New Roman" w:eastAsia="Times New Roman" w:cs="Times New Roman"/>
        </w:rPr>
        <w:t>Epi Jozèf te gen trant an lè li te parèt devan Farawon, wa Lejip la. Epi Jozèf soti devan Farawon, epi li te vwayaje toupatou nan tout peyi Lejip la. Jenèz 41:46.</w:t>
      </w:r>
    </w:p>
    <w:p>
      <w:pPr>
        <w:pStyle w:val="ArticleBody"/>
        <w:jc w:val="left"/>
      </w:pPr>
      <w:r>
        <w:rPr>
          <w:rFonts w:ascii="Times New Roman" w:hAnsi="Times New Roman" w:eastAsia="Times New Roman" w:cs="Times New Roman"/>
        </w:rPr>
        <w:t>Pwofèt Ezekyèl te gen trantan lè li te kòmanse ministè li, epi ministè li te dire vennnde ane.</w:t>
      </w:r>
    </w:p>
    <w:p>
      <w:pPr>
        <w:pStyle w:val="ArticleScripture"/>
        <w:jc w:val="left"/>
      </w:pPr>
      <w:r>
        <w:rPr>
          <w:rFonts w:ascii="Times New Roman" w:hAnsi="Times New Roman" w:eastAsia="Times New Roman" w:cs="Times New Roman"/>
        </w:rPr>
        <w:t>Epi sa, nan trantyèm ane a, nan katriyèm mwa a, sou senkyèm jou mwa a, pandan mwen te nan mitan prizonye yo bò larivyè Keba a, syèl yo louvri, epi mwen wè vizyon Bondye. Ezekyèl 1:1.</w:t>
      </w:r>
    </w:p>
    <w:p>
      <w:pPr>
        <w:pStyle w:val="ArticleBody"/>
        <w:jc w:val="left"/>
      </w:pPr>
      <w:r>
        <w:rPr>
          <w:rFonts w:ascii="Times New Roman" w:hAnsi="Times New Roman" w:eastAsia="Times New Roman" w:cs="Times New Roman"/>
        </w:rPr>
        <w:t>Ezikyèl gen plis referans istorik nan ekri li yo pase nenpòt lòt pwofèt. Gen trèz referans dirèk ak dat ki ka verifye nan ekri Ezikyèl yo, epi, san yo pa rann yo kont, etidyan biblik ak istoryen yo konfime ke ministè li te dire vennnde zan, byenke yo pa konnen vennnde se yon senbòl pou san karannkat mil la.</w:t>
      </w:r>
    </w:p>
    <w:p>
      <w:pPr>
        <w:pStyle w:val="ArticleBody"/>
        <w:jc w:val="left"/>
      </w:pPr>
      <w:r>
        <w:rPr>
          <w:rFonts w:ascii="Times New Roman" w:hAnsi="Times New Roman" w:eastAsia="Times New Roman" w:cs="Times New Roman"/>
        </w:rPr>
        <w:t>Wa Daudi alikuwa na umri wa miaka thelathini alipoanza kutawala, naye akatawala kwa muda wa miaka arobaini.</w:t>
      </w:r>
    </w:p>
    <w:p>
      <w:pPr>
        <w:pStyle w:val="ArticleScripture"/>
        <w:jc w:val="left"/>
      </w:pPr>
      <w:r>
        <w:rPr>
          <w:rFonts w:ascii="Times New Roman" w:hAnsi="Times New Roman" w:eastAsia="Times New Roman" w:cs="Times New Roman"/>
        </w:rPr>
        <w:t>David te gen trant an lè li te kòmanse renye, e li te renye pandan karant an. Nan Ebwon li te renye sou Jida pandan sèt an ak sis mwa; epi nan Jerizalèm li te renye trant-twa an sou tout Izrayèl ak Jida. 2 Samyèl 5:4, 5.</w:t>
      </w:r>
    </w:p>
    <w:p>
      <w:pPr>
        <w:pStyle w:val="ArticleBody"/>
        <w:jc w:val="left"/>
      </w:pPr>
      <w:r>
        <w:rPr>
          <w:rFonts w:ascii="Times New Roman" w:hAnsi="Times New Roman" w:eastAsia="Times New Roman" w:cs="Times New Roman"/>
        </w:rPr>
        <w:t>Rèy David la pandan karantan se yon nonb senbolik, e peryòd 40 an sanble ak 430 an Abraram ak Pòl mansyone yo, paske 40 an yo divize an de pati (7 an edmi ak 33 an). De peryòd rèy David la pandan karantan an pote yon lòt enigm pwofetik anplis, paske yon lòt temwen biblik anrejistre de peryòd sa yo kòm sèt an ak trant-twa an. Kisa sis mwa anplis nan Dezyèm Samyèl la reprezante, e kijan 7.5 ak 33 fè 40? Gen yon sipèpozisyon sis mwa ki dwe reprezante yon verite pwofetik.</w:t>
      </w:r>
    </w:p>
    <w:p>
      <w:pPr>
        <w:pStyle w:val="ArticleScripture"/>
        <w:jc w:val="left"/>
      </w:pPr>
      <w:r>
        <w:rPr>
          <w:rFonts w:ascii="Times New Roman" w:hAnsi="Times New Roman" w:eastAsia="Times New Roman" w:cs="Times New Roman"/>
        </w:rPr>
        <w:t>Epi jou David te wa sou Izrayèl yo te karant ane: li te wa pandan sèt ane nan Ebwon, epi li te wa pandan trant-twa ane nan Jerizalèm. 1 Wa 2:11.</w:t>
      </w:r>
    </w:p>
    <w:p>
      <w:pPr>
        <w:pStyle w:val="ArticleBody"/>
        <w:jc w:val="left"/>
      </w:pPr>
      <w:r>
        <w:rPr>
          <w:rFonts w:ascii="Times New Roman" w:hAnsi="Times New Roman" w:eastAsia="Times New Roman" w:cs="Times New Roman"/>
        </w:rPr>
        <w:t>22 se yon nimewo senbolik ki reprezante konbinezon Divinite ak limanite, epi ministè Ezekyèl la te dire vennnde zan. Katòz ane Jozèf yo divize an de peryòd sèt ane; semèn alyans Kris la divize an de peryòd egal 1260 jou; epi rèy karant ane David la separe an de peryòd, avèk yon senbòl anplis ki konekte de peryòd yo.</w:t>
      </w:r>
    </w:p>
    <w:p>
      <w:pPr>
        <w:pStyle w:val="ArticleBody"/>
        <w:jc w:val="left"/>
      </w:pPr>
      <w:r>
        <w:rPr>
          <w:rFonts w:ascii="Times New Roman" w:hAnsi="Times New Roman" w:eastAsia="Times New Roman" w:cs="Times New Roman"/>
        </w:rPr>
        <w:t>Jezi se Pwofèt la, Prèt la, ak Wa a. Nan dènye jou yo, li pral leve legliz li a ki triyonfan tankou yon drapo, e legliz sa a reprezante pa Kris la, pwofèt, prèt ak wa a, ki ini Divinite li ak lèzòm, jan Ezekyèl pwofèt la, Jozèf prèt la, ak David wa a reprezante yo. Kat senbòl sa yo reprezante twa diyitè yo nan fou a ki te chofe sèt fwa plis pase nòmal, epi apre sa katriyèm lan parèt, e li te tankou Pitit Bondye a. Tout mond lan te reprezante nan selebrasyon estati an lò Nebikadneza a, e yo tout te wè legliz la ki triyonfan, ki fòme ak yon pwofèt imen, yon prèt imen, ak yon wa imen, soutni pa katriyèm Pèsonn diven an.</w:t>
      </w:r>
    </w:p>
    <w:p>
      <w:pPr>
        <w:pStyle w:val="ArticleScripture"/>
        <w:jc w:val="left"/>
      </w:pPr>
      <w:r>
        <w:rPr>
          <w:rFonts w:ascii="Times New Roman" w:hAnsi="Times New Roman" w:eastAsia="Times New Roman" w:cs="Times New Roman"/>
        </w:rPr>
        <w:t>« Satan te pran lemonn nan kaptivite. Li prezante yon saba zidòl, e li sanble bay li yon gran enpòtans. Li vòlè omaj mond kretyen an te dwe rann a Saba Seyè a pou l dirije l bay saba zidòl sa a. Lemonn ap bese tèt devan yon tradisyon, yon kòmandman lèzòm fè. Menm jan Nebikadneza te leve imaj an lò pa li a sou plèn Doura a, epi konsa li te leve tèt pa li wo, konsa tou Satan leve tèt pa li wo nan fo saba sa a, saba pou li a li vòlè livrezon syèl la.» Review and Herald, 8 mas 1898.</w:t>
      </w:r>
    </w:p>
    <w:p>
      <w:pPr>
        <w:pStyle w:val="ArticleHeading"/>
        <w:jc w:val="left"/>
      </w:pPr>
      <w:r>
        <w:rPr>
          <w:rFonts w:ascii="Arial" w:hAnsi="Arial" w:eastAsia="Arial" w:cs="Arial"/>
        </w:rPr>
        <w:t>Nimewo Kat la</w:t>
      </w:r>
    </w:p>
    <w:p>
      <w:pPr>
        <w:pStyle w:val="ArticleBody"/>
        <w:jc w:val="left"/>
      </w:pPr>
      <w:r>
        <w:rPr>
          <w:rFonts w:ascii="Times New Roman" w:hAnsi="Times New Roman" w:eastAsia="Times New Roman" w:cs="Times New Roman"/>
        </w:rPr>
        <w:t>Nan nivo pwofetik la, karant se yon ladim nan katsan Abraram nan, epi kat se yon ladim nan karant. Nenpòt karakteristik pwofetik ki jwenn nan nonb kat la, dwe ann amoni ak senbolis karant lan, ki menm tou dwe ann amoni ak senbolis katsan an. Nan kontèks la, kat souvan reprezante “atravè lemond,” yon konpreyansyon ki abitye, men li reprezante tou “yon pwogresyon” e nan kèk kontèks “yon destriksyon pwogresif.”</w:t>
      </w:r>
    </w:p>
    <w:p>
      <w:pPr>
        <w:pStyle w:val="ArticleBody"/>
        <w:jc w:val="left"/>
      </w:pPr>
      <w:r>
        <w:rPr>
          <w:rFonts w:ascii="Times New Roman" w:hAnsi="Times New Roman" w:eastAsia="Times New Roman" w:cs="Times New Roman"/>
        </w:rPr>
        <w:t>Kat premye twonpèt yo pami sèt la reprezante destriksyon pwogresif Wòm oksidantal la. Wòm oryantal la, nan Konstantinòp, te fini pa soumèt anba kat Siltan Otoman yo. Liy sou liy, Wòm oryantal ak Wòm oksidantal te dezentegre pwogresivman atravè kat peryòd, ki reprezante pa kat twonpèt, pandan yo t ap tou vin ranvèse pa Islam atravè senkyèm ak sizyèm twonpèt yo. Ansanm, de liy sa yo idantifye tonbe Wòm nan sou kat jenerasyon twonpèt, pandan yon lagè k ap vin pi entans ak Islam mennen nan dènye disparisyon an lè kat siltan Islam yo pran sipremasi sou wayòm nan. Istwa lwès ak lès la te kòmanse ak divizyon Anpi a pa Konstanten an 330.</w:t>
      </w:r>
    </w:p>
    <w:p>
      <w:pPr>
        <w:pStyle w:val="ArticleBody"/>
        <w:jc w:val="left"/>
      </w:pPr>
      <w:r>
        <w:rPr>
          <w:rFonts w:ascii="Times New Roman" w:hAnsi="Times New Roman" w:eastAsia="Times New Roman" w:cs="Times New Roman"/>
        </w:rPr>
        <w:t>Kat twonpèt Wòm oksidantal yo kòmanse an 330, epi senkyèm ak sizyèm twonpèt la reprezante pouvwa ki fè Wòm oriental la tonbe, yon Wòm oriental ki te kòmanse tou an 330. Toude, Wòm oriental ak Wòm oksidantal, te kontribye nan travay pou mete pouvwa papal la sou twòn tè a an 538; konsa, de liy oksidantal ak oriental yo se yon tip de de kòn Etazini yo, ki remete pouvwa papal la sou twòn nan nan lwa dimanch la. Wòm oksidantal se senbòl atizay legliz la nan relasyon pwofetik la, epi Wòm oriental se senbòl atizay leta.</w:t>
      </w:r>
    </w:p>
    <w:p>
      <w:pPr>
        <w:pStyle w:val="ArticleBody"/>
        <w:jc w:val="left"/>
      </w:pPr>
      <w:r>
        <w:rPr>
          <w:rFonts w:ascii="Times New Roman" w:hAnsi="Times New Roman" w:eastAsia="Times New Roman" w:cs="Times New Roman"/>
        </w:rPr>
        <w:t>Nan istwa tonbe Wòm lwès ak Wòm lès la, istwa Wòm papal la prezante. Kòmanse avèk legliz disip yo, ki reprezante pa Efèz, twa premye legliz yo mennen nan katriyèm legliz la, ki se papote a depi 538 rive 1798. Nan Revelasyon trèz, yo idantifye papote a kòm k ap dirije pandan 42 mwa, apre blesi mòtèl li te resevwa an 1798 geri nan lwa dimanch la. “Tan pa la ankò” apre 1844, kidonk karant-de mwa yo se yon senbòl peryòd pèsekisyon an depi lwa dimanch la jouk lè Mikayèl leve kanpe. Pyonye yo te konprann legliz yo, so yo ak twonpèt yo te reprezante twa liy istwa ki mache paralèl youn ak lòt. Mete temwayaj pwofetik Wòm lwès la sou liy Wòm lès la ak sou liy Wòm papal la se pa yon aplikasyon pwofetik Millerit yo te itilize, men teknik la pa kontredi okenn nan konpreyansyon etabli yo.</w:t>
      </w:r>
    </w:p>
    <w:p>
      <w:pPr>
        <w:pStyle w:val="ArticleBody"/>
        <w:jc w:val="left"/>
      </w:pPr>
      <w:r>
        <w:rPr>
          <w:rFonts w:ascii="Times New Roman" w:hAnsi="Times New Roman" w:eastAsia="Times New Roman" w:cs="Times New Roman"/>
        </w:rPr>
        <w:t>Liy apre liy, kat premye twonpèt yo dwe poze sou istwa senkyèm ak sizyèm twonpèt yo reprezante a, epi apre sa sou liy twa premye legliz yo ki mennen rive nan peryòd pèsekisyon pap la katriyèm legliz la reprezante a. Kat twonpèt sou yon liy, kat siltan sou dezyèm liy lan, epi kat legliz sou twazyèm liy lan. Chif “kat” la reprezante dimansyon mondyal, men li reprezante tou yon destriksyon pwogresif swa yon pouvwa sivil swa yon pouvwa relijye. Sa li reprezante a detèmine pa kontèks la.</w:t>
      </w:r>
    </w:p>
    <w:p>
      <w:pPr>
        <w:pStyle w:val="ArticleBody"/>
        <w:jc w:val="left"/>
      </w:pPr>
      <w:r>
        <w:rPr>
          <w:rFonts w:ascii="Times New Roman" w:hAnsi="Times New Roman" w:eastAsia="Times New Roman" w:cs="Times New Roman"/>
        </w:rPr>
        <w:t>Nan lwa dimanch lan, pouvwa papal la retabli. Premye fwa yo te bay papote a pouvwa, te gen yon peryòd preparasyon trant ane. Nan kat premye legliz yo, katriyèm legliz la se papote a, epi premye legliz la se te disip yo, ki reprezante kòm Efez. Twa premye jenerasyon legliz kretyen an te mennen nan katriyèm legliz Tiyatir la, ki reprezante pa Jezabèl. Lè ou rive nan Tiyatir, an 538, yo te mete yon lwa dimanch an aplikasyon nan Konsèy Orléans la, konsa sa idantifye lwa dimanch lan Ozetazini, lè blesi mòtèl 1798 la geri.</w:t>
      </w:r>
    </w:p>
    <w:p>
      <w:pPr>
        <w:pStyle w:val="ArticleBody"/>
        <w:jc w:val="left"/>
      </w:pPr>
      <w:r>
        <w:rPr>
          <w:rFonts w:ascii="Times New Roman" w:hAnsi="Times New Roman" w:eastAsia="Times New Roman" w:cs="Times New Roman"/>
        </w:rPr>
        <w:t>Istwa depi 1798 jouk rive nan lwa dimanch Ozetazini an reprezante pa kat premye legliz yo. Katriyèm legliz la, Tiyatir, se lwa dimanch lan, ansanm ak pèsekisyon papal ki vini apre li. Premye legliz la, Efez, legliz ki te pèdi premye lanmou li, te fini pa rive nan konklizyon destriksyon pwogresif an kat etap la, nan lwa dimanch Tiyatir la. Jenerasyon ki mennen nan lwa dimanch Tiyatir la se twazyèm jenerasyon Pègam lan. Tiyatir reprezante lwa dimanch lan jouk nan fen tan gras la, epi Pègam reprezante konpwomi twazyèm jenerasyon an ki prepare chemen an pou Tiyatir. Twazyèm jenerasyon Pègam lan, ansanm ak konpwomi li reprezante a, te premye akonpli nan epòk Konstanten, ki te pase premye lwa dimanch la menm nan ane 321. Etazini te kòmanse kòm ti mouton Efez la, men lè li mete Tiyatir tounen sou twòn nan, li pale tankou yon dragon.</w:t>
      </w:r>
    </w:p>
    <w:p>
      <w:pPr>
        <w:pStyle w:val="ArticleBody"/>
        <w:jc w:val="left"/>
      </w:pPr>
      <w:r>
        <w:rPr>
          <w:rFonts w:ascii="Times New Roman" w:hAnsi="Times New Roman" w:eastAsia="Times New Roman" w:cs="Times New Roman"/>
        </w:rPr>
        <w:t>Destriksyon pwogresif Etazini an reprezante pa kat premye legliz yo nan liv Revelasyon an. Destriksyon pwogresif sizyèm wayòm pwofesi biblik la fèt atravè kat jenerasyon ki mennen nan lwa dimanch lan, kote bèt tè a pale tankou yon dragon. Dènye jenerasyon an reprezante pa dragon an, ki se yon reptil, menm jan sa te ye nan Jaden Edenn nan; e se poutèt sa ni Jan Batis ni Jezi te rele dènye jenerasyon ansyen Izrayèl la: «yon jenerasyon sèpan pwazon.»</w:t>
      </w:r>
    </w:p>
    <w:p>
      <w:pPr>
        <w:pStyle w:val="ArticleBody"/>
        <w:jc w:val="left"/>
      </w:pPr>
      <w:r>
        <w:rPr>
          <w:rFonts w:ascii="Times New Roman" w:hAnsi="Times New Roman" w:eastAsia="Times New Roman" w:cs="Times New Roman"/>
        </w:rPr>
        <w:t>Katriyèm e dènye jenerasyon an se swa “jenerasyon eli a” ki reprezante san karannkat mil yo, swa kontrepati li a, jenerasyon sèpan pwazon yo. Yon gwoup fòme imaj Kris la, lòt la imaj bèt la—sèpan an. Jenerasyon sèpan pwazon yo prezante klèman, kat fwa, nan Pawòl Bondye a. Kontèks la diferan nan chak referans.</w:t>
      </w:r>
    </w:p>
    <w:p>
      <w:pPr>
        <w:pStyle w:val="ArticleScripture"/>
        <w:jc w:val="left"/>
      </w:pPr>
      <w:r>
        <w:rPr>
          <w:rFonts w:ascii="Times New Roman" w:hAnsi="Times New Roman" w:eastAsia="Times New Roman" w:cs="Times New Roman"/>
        </w:rPr>
        <w:t>Men lè li wè anpil nan Farizyen yo ak Sadiseyen yo vini nan batèm li a, li di yo: O ras sèpan, ki moun ki te avèti nou pou nou sove anba kòlè k ap vini an? Matye 3:7.</w:t>
      </w:r>
    </w:p>
    <w:p>
      <w:pPr>
        <w:pStyle w:val="ArticleBody"/>
        <w:jc w:val="left"/>
      </w:pPr>
      <w:r>
        <w:rPr>
          <w:rFonts w:ascii="Times New Roman" w:hAnsi="Times New Roman" w:eastAsia="Times New Roman" w:cs="Times New Roman"/>
        </w:rPr>
        <w:t>Si la « génération de vipères » n’était que quelques remarques péjoratives au sujet de quelques sectes de personnes que Jean n’aimait pas, alors il n’y aurait rien à dire de cette expression. Mais chaque mot est sacré dans la Parole de Dieu; Jean attribuait donc aux Sadducéens et aux Pharisiens une désignation précise. Cette désignation est définie prophétiquement par le contexte du passage où elle est employée. Dans ce passage, Jean est présenté comme accomplissant son ministère, puis les Sadducéens et les Pharisiens entrent dans le récit. Dans les versets d’ouverture, Jean est identifié comme la « voix dans le désert » d’Ésaïe.</w:t>
      </w:r>
    </w:p>
    <w:p>
      <w:pPr>
        <w:pStyle w:val="ArticleScripture"/>
        <w:jc w:val="left"/>
      </w:pPr>
      <w:r>
        <w:rPr>
          <w:rFonts w:ascii="Times New Roman" w:hAnsi="Times New Roman" w:eastAsia="Times New Roman" w:cs="Times New Roman"/>
        </w:rPr>
        <w:t>Nan jou sa yo, Jan Batis la vini, li t ap preche nan dezè Jide a, epi li t ap di: Repanti nou, paske wayòm syèl la pwoche.</w:t>
      </w:r>
    </w:p>
    <w:p>
      <w:pPr>
        <w:pStyle w:val="ArticleScripture"/>
        <w:jc w:val="left"/>
      </w:pPr>
      <w:r>
        <w:rPr>
          <w:rFonts w:ascii="Times New Roman" w:hAnsi="Times New Roman" w:eastAsia="Times New Roman" w:cs="Times New Roman"/>
        </w:rPr>
        <w:t>Paske se li menm pwofèt Ezayi te pale a, lè li te di,</w:t>
      </w:r>
    </w:p>
    <w:p>
      <w:pPr>
        <w:pStyle w:val="ArticleScripture"/>
        <w:jc w:val="left"/>
      </w:pPr>
      <w:r>
        <w:rPr>
          <w:rFonts w:ascii="Times New Roman" w:hAnsi="Times New Roman" w:eastAsia="Times New Roman" w:cs="Times New Roman"/>
        </w:rPr>
        <w:t>Vwa yon moun k ap rele nan dezè a: Prepare chemen Senyè a, fè santye li yo dwat.</w:t>
      </w:r>
    </w:p>
    <w:p>
      <w:pPr>
        <w:pStyle w:val="ArticleScripture"/>
        <w:jc w:val="left"/>
      </w:pPr>
      <w:r>
        <w:rPr>
          <w:rFonts w:ascii="Times New Roman" w:hAnsi="Times New Roman" w:eastAsia="Times New Roman" w:cs="Times New Roman"/>
        </w:rPr>
        <w:t>Menm Jan sa a Jan menm te gen yon rad fèt ak pwal chamo, ak yon senti kwi mare nan ren li; epi manje li se te krikèt ak siwo myèl sovaj.</w:t>
      </w:r>
    </w:p>
    <w:p>
      <w:pPr>
        <w:pStyle w:val="ArticleScripture"/>
        <w:jc w:val="left"/>
      </w:pPr>
      <w:r>
        <w:rPr>
          <w:rFonts w:ascii="Times New Roman" w:hAnsi="Times New Roman" w:eastAsia="Times New Roman" w:cs="Times New Roman"/>
        </w:rPr>
        <w:t>Lè sa a, Jerizalèm, tout Jide, ak tout rejyon ki te ozalantou Jouden an, t al jwenn li; epi li te batize yo nan Jouden, pandan yo t ap konfese peche yo. Men, lè li wè anpil nan Farizyen yo ak Sadiseyen yo vini nan batèm li a, li di yo: O ras sèpan pwazon, ki moun ki avèti nou pou nou chape anba kòlè k ap vini an? Matye 3:2–7.</w:t>
      </w:r>
    </w:p>
    <w:p>
      <w:pPr>
        <w:pStyle w:val="ArticleBody"/>
        <w:jc w:val="left"/>
      </w:pPr>
      <w:r>
        <w:rPr>
          <w:rFonts w:ascii="Times New Roman" w:hAnsi="Times New Roman" w:eastAsia="Times New Roman" w:cs="Times New Roman"/>
        </w:rPr>
        <w:t>Dènye jenerasyon ansyen Izrayèl la resevwa etikèt “yon jenerasyon sèpan pwazon,” nan men yon pwofèt ki te sòti nan dezè a. Jan se pwofèt ki te akonpli wòl mesaje Malachi a, ki te prepare chemen an pou Mesaje Alyans lan, e ki te tou vwa nan dezè a Ezayi te idantifye a.</w:t>
      </w:r>
    </w:p>
    <w:p>
      <w:pPr>
        <w:pStyle w:val="ArticleBody"/>
        <w:jc w:val="left"/>
      </w:pPr>
      <w:r>
        <w:rPr>
          <w:rFonts w:ascii="Times New Roman" w:hAnsi="Times New Roman" w:eastAsia="Times New Roman" w:cs="Times New Roman"/>
        </w:rPr>
        <w:t>Si nous considérons les « feuilles » comme un symbole, nous constatons qu’elles représentent la « profession ». La première référence se trouve chez Adam et Ève, qui couvrirent leur injustice avec des feuilles de figuier. Ils avaient auparavant porté le vêtement de lumière, le vêtement de justice; mais, lorsque celui-ci eut disparu, ils se rendirent compte qu’ils étaient nus, tels des Laodicéens qui pensent qu’il leur suffit de se cacher derrière les « feuilles de la profession » et que tout ira bien. Plus loin dans le passage, Jean s’élève directement contre les Juifs laodicéens qui se confiaient dans la lignée d’Abraham pour les sauver, car leur présomption n’était rien d’autre que les feuilles vides de la profession. Les vêtements d’une personne représentent ce qu’elle est.</w:t>
      </w:r>
    </w:p>
    <w:p>
      <w:pPr>
        <w:pStyle w:val="ArticleBody"/>
        <w:jc w:val="left"/>
      </w:pPr>
      <w:r>
        <w:rPr>
          <w:rFonts w:ascii="Times New Roman" w:hAnsi="Times New Roman" w:eastAsia="Times New Roman" w:cs="Times New Roman"/>
        </w:rPr>
        <w:t>Pye yo se yon senbòl pou lèzòm ak pou wayòm yo; epi fwi a, branch lan, grenn nan, tè a, dlo a, rasin lan, epi evidamman fèy yo tout reprezante senbòl pwofetik espesifik chak poukont yo; men chak nan verite sa yo konekte ak lòt senbòl yo ki reprezante nan divès liy pwofesi ki sèvi ak senbòl pwofetik ki fòme yon “pye bwa.” Natirèlman, premye senbolis pwofetik yon pye bwa se ke li reprezante yon tès lavi oswa lanmò.</w:t>
      </w:r>
    </w:p>
    <w:p>
      <w:pPr>
        <w:pStyle w:val="ArticleBody"/>
        <w:jc w:val="left"/>
      </w:pPr>
      <w:r>
        <w:rPr>
          <w:rFonts w:ascii="Times New Roman" w:hAnsi="Times New Roman" w:eastAsia="Times New Roman" w:cs="Times New Roman"/>
        </w:rPr>
        <w:t>Mesaj Jan an reprezante pa rad li te mete sou li, ak manje li te manje a. Manje pwofetik, tankou lamàn nan kòmansman ansyen pèp Izrayèl la, oswa Pen Syèl la nan fen an, dwe manje. Manje a reprezante yon mesaj pwofetik tès ki dwe manje, paske se chè Kris la ak san Li. Rad Jan te mete yo ak manje li te manje a idantifye mesaj la, ansanm ak mesaje ki te prepare chemen an pou Kris la. Jan se yon tip dènye mesaje a ki prepare chemen an pou Kris la, ki se Mesaje Alyans lan ki vini toudenkou nan tanp Li a nan lwa dimanch lan. Lè sa rive, vyèj sòt yo, ki se tou Laodiseyen ak move zèb, reprezante dènye katriyèm jenerasyon moun ki fè pwofesyon yo se vrè pèp alyans Abraram nan, menm jan Farizyen yo ak Sadiseyen yo te fè sa nan epòk kote Jan te parèt soti nan dezè a.</w:t>
      </w:r>
    </w:p>
    <w:p>
      <w:pPr>
        <w:pStyle w:val="ArticleBody"/>
        <w:jc w:val="left"/>
      </w:pPr>
      <w:r>
        <w:rPr>
          <w:rFonts w:ascii="Times New Roman" w:hAnsi="Times New Roman" w:eastAsia="Times New Roman" w:cs="Times New Roman"/>
        </w:rPr>
        <w:t>Jan te pote yon rad fèt ak plim chamo, ansanm ak yon senti kwi ki te gen yon atachman tankou sele bèt nan fèm konn genyen ak yon jouk. Li te manje, e konsa mesaj li te konsène krikèt yo, ki se yon senbòl prensipal Islam nan Ekriti yo, epi li te melanje mesaj li sou Islam ak siwo myèl la.</w:t>
      </w:r>
    </w:p>
    <w:p>
      <w:pPr>
        <w:pStyle w:val="ArticleScripture"/>
        <w:jc w:val="left"/>
      </w:pPr>
      <w:r>
        <w:rPr>
          <w:rFonts w:ascii="Times New Roman" w:hAnsi="Times New Roman" w:eastAsia="Times New Roman" w:cs="Times New Roman"/>
        </w:rPr>
        <w:t>Epi kay Izrayèl la rele non li laman; li te tankou grenn koryand, blan; epi gou li te tankou gato mens ki fèt ak siwo myèl. Egzòd 16:31.</w:t>
      </w:r>
    </w:p>
    <w:p>
      <w:pPr>
        <w:pStyle w:val="ArticleBody"/>
        <w:jc w:val="left"/>
      </w:pPr>
      <w:r>
        <w:rPr>
          <w:rFonts w:ascii="Times New Roman" w:hAnsi="Times New Roman" w:eastAsia="Times New Roman" w:cs="Times New Roman"/>
        </w:rPr>
        <w:t>Lamàn se yon senbòl Pawòl Bondye a, e li te gen gou siwo myèl, sa pwofèt yo idantifye kòm gou mesaj la, yo reprezante kòm y ap manje. Jan te pote mesaj Islam nan, jan sa reprezante pa krikèt yo, ansanm ak yon sentiwon an kwi chamo ak cheve chamo. Krikèt yo ak chamo a, toude, se senbòl Islam. Mesaj Islam sa a te melanje ak ekleraj Pawòl Bondye a ki reprezante kòm “siwo myèl.”</w:t>
      </w:r>
    </w:p>
    <w:p>
      <w:pPr>
        <w:pStyle w:val="ArticleScripture"/>
        <w:jc w:val="left"/>
      </w:pPr>
      <w:r>
        <w:rPr>
          <w:rFonts w:ascii="Times New Roman" w:hAnsi="Times New Roman" w:eastAsia="Times New Roman" w:cs="Times New Roman"/>
        </w:rPr>
        <w:t>Lè sa a, Jonatan di: Papa m' boulvèse peyi a; tanpri, gade kijan je m' yo vin klere, paske mwen te goute yon ti kras nan siwo myèl sa a. 1 Samyèl 14:29.</w:t>
      </w:r>
    </w:p>
    <w:p>
      <w:pPr>
        <w:pStyle w:val="ArticleBody"/>
        <w:jc w:val="left"/>
      </w:pPr>
      <w:r>
        <w:rPr>
          <w:rFonts w:ascii="Times New Roman" w:hAnsi="Times New Roman" w:eastAsia="Times New Roman" w:cs="Times New Roman"/>
        </w:rPr>
        <w:t>Jan pa t senpleman reprezante yon mesaj Islam, men li te soti nan dezè a, menm jan ak Eli; e Jan pa t manje siwo myèl, li te manje siwo myèl sovaj, paske li menm, menm jan ak Kris la, pa t resevwa fòmasyon nan enstitisyon epòk la, ki te gen pwòp siwo myèl mesaj pa yo, sa ki te reprezante pa ledven Farizyen yo ak Sadiseyen yo. Jan te manje siwo myèl ki soti nan dezè a, paske se Sentespri a ki te fòme l andeyò enstitisyon relijye epòk pa li a. Sentiwon tipik epòk sa a te genyen yon mekanis charnyè kote yon moun te mare rad li ki te fèt ak plim chamo a. Charnyè a reprezante Jan, ki te pwen tranzisyon an soti nan sa ki te sou tè a pou rive nan Tanp Sentespri ki nan syèl la.</w:t>
      </w:r>
    </w:p>
    <w:p>
      <w:pPr>
        <w:pStyle w:val="ArticleScripture"/>
        <w:jc w:val="left"/>
      </w:pPr>
      <w:r>
        <w:rPr>
          <w:rFonts w:ascii="Times New Roman" w:hAnsi="Times New Roman" w:eastAsia="Times New Roman" w:cs="Times New Roman"/>
        </w:rPr>
        <w:t>“Pwofèt Jan te lyen ki te fè koneksyon ant de dispansasyon yo. Kòm reprezantan Bondye, li te parèt pou montre relasyon lalwa ak pwofèt yo genyen ak dispansasyon kretyen an. Li te pi piti limyè a, ki te dwe swiv pa yon limyè ki pi gran. Lespri Jan te eklere pa Sentespri a, pou l te ka gaye limyè sou pèp li a; men pa gen okenn lòt limyè ki janm klere ni ki pral janm klere sou lèzòm ki tonbe a avèk menm klète ak sa ki soti nan ansèyman ak egzanp Jezi. Kris la ak misyon Li a te sèlman konprann fèbman jan yo te reprezante yo nan sakrifis senbolik ki te tankou lonbraj. Menm Jan pa t fin konprann nèt lavi ki gen pou vini an, lavi imòtèl la, atravè Sovè a.” The Desire of Ages, 220.</w:t>
      </w:r>
    </w:p>
    <w:p>
      <w:pPr>
        <w:pStyle w:val="ArticleBody"/>
        <w:jc w:val="left"/>
      </w:pPr>
      <w:r>
        <w:rPr>
          <w:rFonts w:ascii="Times New Roman" w:hAnsi="Times New Roman" w:eastAsia="Times New Roman" w:cs="Times New Roman"/>
        </w:rPr>
        <w:t>Rad Chèn Jan an parèt jisteman nan moman batèm Kris la, ki te pwen kote tout bagay te chavire, jan kote Jan t ap batize a te reprezante sa. Kote sa a te rele Betabara, sa vle di “pasaj travèse pa ferry,” e se menm kote ansyen pèp Izrayèl la te antre nan Tè Pwomiz la lè yo te sòti nan dezè a, menm jan Jan te fè a.</w:t>
      </w:r>
    </w:p>
    <w:p>
      <w:pPr>
        <w:pStyle w:val="ArticleBody"/>
        <w:jc w:val="left"/>
      </w:pPr>
      <w:r>
        <w:rPr>
          <w:rFonts w:ascii="Times New Roman" w:hAnsi="Times New Roman" w:eastAsia="Times New Roman" w:cs="Times New Roman"/>
        </w:rPr>
        <w:t>Natirèlman, mouvman san karannkat mil yo se sa Jan ap reprezante, men nou senpleman ap fè remake ke lè Jezi te batize, se jenerasyon sa a menm Li menm ak Jan te rele “jenerasyon sèpan pwazon.” Jezi te vini pou l elve lwa Dis Kòmandman Bondye a, e se Li ki te enspire chak mo nan Bib la; konsa, lè Li rele dènye jenerasyon ansyen Izrayèl la yon jenerasyon sèpan pwazon, Li konnen trè byen dezyèm kòmandman an idantifye jijman k ap akonpli nan twazyèm ak katriyèm jenerasyon yo.</w:t>
      </w:r>
    </w:p>
    <w:p>
      <w:pPr>
        <w:pStyle w:val="ArticleBody"/>
        <w:jc w:val="left"/>
      </w:pPr>
      <w:r>
        <w:rPr>
          <w:rFonts w:ascii="Times New Roman" w:hAnsi="Times New Roman" w:eastAsia="Times New Roman" w:cs="Times New Roman"/>
        </w:rPr>
        <w:t>Twazyèm ak katriyèm jenerasyon yo reprezante yon jijman pwogresif ki fini nan katriyèm jenerasyon an, ki se jenerasyon vipè yo. Batèm Kris la se yon tipoloji 9/11. Jenerasyon Laodiseyen Advantis Setyèm Jou a te antre nan dènye jenerasyon li depi lè sa a. Mesaj Jan te bay Farizyen yo ak Sadiseyen yo se te mesaj Laodiseyen an.</w:t>
      </w:r>
    </w:p>
    <w:p>
      <w:pPr>
        <w:pStyle w:val="ArticleScripture"/>
        <w:jc w:val="left"/>
      </w:pPr>
      <w:r>
        <w:rPr>
          <w:rFonts w:ascii="Times New Roman" w:hAnsi="Times New Roman" w:eastAsia="Times New Roman" w:cs="Times New Roman"/>
        </w:rPr>
        <w:t>Men, lè li wè anpil nan Farizyen yo ak Sadiseyen yo ki t ap vini nan batèm li a, li di yo,</w:t>
      </w:r>
    </w:p>
    <w:p>
      <w:pPr>
        <w:pStyle w:val="ArticleScripture"/>
        <w:jc w:val="left"/>
      </w:pPr>
      <w:r>
        <w:rPr>
          <w:rFonts w:ascii="Times New Roman" w:hAnsi="Times New Roman" w:eastAsia="Times New Roman" w:cs="Times New Roman"/>
        </w:rPr>
        <w:t>O ras sèpan mechan yo, kiyès ki te avèti nou pou nou sove anba kòlè ki pral vini an?</w:t>
      </w:r>
    </w:p>
    <w:p>
      <w:pPr>
        <w:pStyle w:val="ArticleScripture"/>
        <w:jc w:val="left"/>
      </w:pPr>
      <w:r>
        <w:rPr>
          <w:rFonts w:ascii="Times New Roman" w:hAnsi="Times New Roman" w:eastAsia="Times New Roman" w:cs="Times New Roman"/>
        </w:rPr>
        <w:t>Se poutèt sa, pwodui fwi ki diy pou repantans; epi pa mete nan tèt nou pou nou di: Nou gen Abraram pou papa nou.</w:t>
      </w:r>
    </w:p>
    <w:p>
      <w:pPr>
        <w:pStyle w:val="ArticleScripture"/>
        <w:jc w:val="left"/>
      </w:pPr>
      <w:r>
        <w:rPr>
          <w:rFonts w:ascii="Times New Roman" w:hAnsi="Times New Roman" w:eastAsia="Times New Roman" w:cs="Times New Roman"/>
        </w:rPr>
        <w:t>paske m ap di nou: Bondye kapab, nan wòch sa yo, leve pitit pou Abraram.</w:t>
      </w:r>
    </w:p>
    <w:p>
      <w:pPr>
        <w:pStyle w:val="ArticleScripture"/>
        <w:jc w:val="left"/>
      </w:pPr>
      <w:r>
        <w:rPr>
          <w:rFonts w:ascii="Times New Roman" w:hAnsi="Times New Roman" w:eastAsia="Times New Roman" w:cs="Times New Roman"/>
        </w:rPr>
        <w:t>Epi kounye a tou, rach la deja poze sou rasin pyebwa yo; se poutèt sa, tout pyebwa ki pa bay bon fwi, yo koupe l, yo voye l nan dife. Mwen menm, mwen batize nou ak dlo pou mennen nou nan repantans; men sila a k ap vini apre mwen an pi pisan pase mwen, e mwen pa menm diy pou pote soulye li; li menm, li va batize nou avèk Sentespri a ak dife. Li gen van li nan men li, e li va netwaye glasi li nèt; li va ranmase ble li nan depo a; men li va boule pay la ak yon dife ki pa janm etenn.</w:t>
      </w:r>
    </w:p>
    <w:p>
      <w:pPr>
        <w:pStyle w:val="ArticleScripture"/>
        <w:jc w:val="left"/>
      </w:pPr>
      <w:r>
        <w:rPr>
          <w:rFonts w:ascii="Times New Roman" w:hAnsi="Times New Roman" w:eastAsia="Times New Roman" w:cs="Times New Roman"/>
        </w:rPr>
        <w:t>Lè sa a, Jezi soti Galile pou l vin bò Jouden kot Jan, pou Jan batize li. Matye 3:7–13.</w:t>
      </w:r>
    </w:p>
    <w:p>
      <w:pPr>
        <w:pStyle w:val="ArticleBody"/>
        <w:jc w:val="left"/>
      </w:pPr>
      <w:r>
        <w:rPr>
          <w:rFonts w:ascii="Times New Roman" w:hAnsi="Times New Roman" w:eastAsia="Times New Roman" w:cs="Times New Roman"/>
        </w:rPr>
        <w:t>Jezi te soti Galile, ki senbolize yon pwen vire ann akò ak charnyè senti Jan an, ak siyifikasyon Bethabara. Lè sa a, travay Jan an pou prepare chemen an te vin chanje pou travay Kris la ki konfime alyans lan. Trant ane preparasyon an te fini, epi twa zan edmi anvan ak apre kwa a te kòmanse.</w:t>
      </w:r>
    </w:p>
    <w:p>
      <w:pPr>
        <w:pStyle w:val="ArticleBody"/>
        <w:jc w:val="left"/>
      </w:pPr>
      <w:r>
        <w:rPr>
          <w:rFonts w:ascii="Times New Roman" w:hAnsi="Times New Roman" w:eastAsia="Times New Roman" w:cs="Times New Roman"/>
        </w:rPr>
        <w:t>Mesaj Jan an te yon avètisman konsènan kòlè k ap vini nan destriksyon Jerizalèm, yon destriksyon ki reprezante tou fen mond lan ak sèt dènye kalamite yo. Mesaj avètisman sa a te plase nan kontèks Islam, epi li te delivre pa yon nonm ki pa t sèlman akonpli mesaje Malachi a ki pare chemen an, ak vwa Ezayi a nan dezè a, men tou mesaj Eli a, paske rad Jan yo te koresponn ak pa Eli yo menm jan mesaj Jan an te koresponn ak pa Eli a.</w:t>
      </w:r>
    </w:p>
    <w:p>
      <w:pPr>
        <w:pStyle w:val="ArticleScripture"/>
        <w:jc w:val="left"/>
      </w:pPr>
      <w:r>
        <w:rPr>
          <w:rFonts w:ascii="Times New Roman" w:hAnsi="Times New Roman" w:eastAsia="Times New Roman" w:cs="Times New Roman"/>
        </w:rPr>
        <w:t>Epi li di yo: Ki kalite nonm sa a te ye ki te monte vin rankontre nou, epi ki te di nou pawòl sa yo? Yo reponn li: Se te yon nonm pwal anpil, ki te mare ren li ak yon senti an kwi. Lè sa a li di: Se Eli, Tichbit la. 2 Wa 1:7, 8.</w:t>
      </w:r>
    </w:p>
    <w:p>
      <w:pPr>
        <w:pStyle w:val="ArticleBody"/>
        <w:jc w:val="left"/>
      </w:pPr>
      <w:r>
        <w:rPr>
          <w:rFonts w:ascii="Times New Roman" w:hAnsi="Times New Roman" w:eastAsia="Times New Roman" w:cs="Times New Roman"/>
        </w:rPr>
        <w:t>Si yo ta mande konsènan Jan, epi non pa konsènan Eli, “ki kalite nonm li te ye?” yo ta reponn yo: “Se te yon nonm pwal, e li te mare ak yon sentiwon kwi nan ren li.” Tout ministè sis mwa Jan an reprezante nan pasaj kote dènye ak katriyèm jenerasyon an idantifye e defini espesyalman. Mesaj Lawodise a voye ba yo a atake dirèkteman deklarasyon yo fè kòmkwa yo se pèp alyans Bondye a; li avèti yo konsènan kòlè k ap vini an, jan sa parèt nan yon rach k ap frape rasin pyebwa yo. Mesaj la te gen ladan l tou ke Kris t ap fini pwosesis eprèv la ki te kòmanse avèk Jan. Pi ta nan Matye, Jezi rele Jwif yo tou “yon jenerasyon sèpan,” e Li reprann panse a soti nan tèm Jan sou koupe yon pyebwa, epi Li eksplike poukisa.</w:t>
      </w:r>
    </w:p>
    <w:p>
      <w:pPr>
        <w:pStyle w:val="ArticleScripture"/>
        <w:jc w:val="left"/>
      </w:pPr>
      <w:r>
        <w:rPr>
          <w:rFonts w:ascii="Times New Roman" w:hAnsi="Times New Roman" w:eastAsia="Times New Roman" w:cs="Times New Roman"/>
        </w:rPr>
        <w:t>Swa fè pyebwa a bon, epi fwi li bon; osinon fè pyebwa a move, epi fwi li move; paske se dapre fwi li yo yo rekonèt pyebwa a. O ras sèpan, kijan nou ka di bon bagay, nou menm ki move? Paske se nan abondans kè a bouch la pale. Bon moun nan tire bon bagay soti nan bon trezò kè li; epi move moun nan tire move bagay soti nan move trezò li. Men, mwen di nou sa: pou tout pawòl initil lèzòm va pale, yo va rann kont pou sa nan jou jijman an. Paske se dapre pawòl ou yo ou va jwenn jistifikasyon, epi se dapre pawòl ou yo ou va jwenn kondanasyon. Matye 12:33–37.</w:t>
      </w:r>
    </w:p>
    <w:p>
      <w:pPr>
        <w:pStyle w:val="ArticleBody"/>
        <w:jc w:val="left"/>
      </w:pPr>
      <w:r>
        <w:rPr>
          <w:rFonts w:ascii="Times New Roman" w:hAnsi="Times New Roman" w:eastAsia="Times New Roman" w:cs="Times New Roman"/>
        </w:rPr>
        <w:t>Jou jijman an, dapre dezyèm kòmandman an, se nan katriyèm jenerasyon an li rive. Jijman an baze sou mesaj nou pale a, e mesaj sa a sòti nan kè nou. Se mesaj nou pale a ki fè konnen si nou se “jenerasyon chwazi” Pyè a, oswa yon “jenerasyon vipè.” Toude kategori sa yo parèt aklè nan fen yon pwosesis eprèv kote Kris la, tankou nonm ki gen bwòs pou pousyè a, netwaye planche pa li a. Menm jan ak lwil la nan parabòl dis vyèj yo, mesaj la reprezante swa pa yon move kè, swa pa yon bon kè. Referans Kris la ajoute tou ke jenerasyon vipè sa a, ki se katriyèm ak dènye jenerasyon an, ap chèche yon siy, e sèl siy yo t ap resevwa se te siy Jonas la.</w:t>
      </w:r>
    </w:p>
    <w:p>
      <w:pPr>
        <w:pStyle w:val="ArticleScripture"/>
        <w:jc w:val="left"/>
      </w:pPr>
      <w:r>
        <w:rPr>
          <w:rFonts w:ascii="Times New Roman" w:hAnsi="Times New Roman" w:eastAsia="Times New Roman" w:cs="Times New Roman"/>
        </w:rPr>
        <w:t>Lè sa a, kèk nan dirèktè lalwa yo ak nan farizyen yo reponn, yo di: Mèt, nou ta renmen wè yon mirak nan men ou. Men li reponn, li di yo: Yon jenerasyon mechan ak adiltè ap chèche yon mirak; men yo p ap ba li okenn mirak, eksepte mirak pwofèt Jonas la. Paske, menm jan Jonas te pase twa jou ak twa nwit nan vant gwo pwason an, konsa tou Pitit Lòm nan pral pase twa jou ak twa nwit nan kè tè a. Moun Niniv yo pral leve nan jijman ansanm ak jenerasyon sa a, epi yo pral kondane li, paske yo te repanti lè Jonas t ap preche; epi gade, gen yon moun isit la ki pi gran pase Jonas. Rèn peyi Sid la pral leve nan jijman ansanm ak jenerasyon sa a, epi li pral kondane li; paske li te soti depi nan bout latè pou l tande sajès Salomon an; epi gade, gen yon moun isit la ki pi gran pase Salomon. Matye 12:38–42.</w:t>
      </w:r>
    </w:p>
    <w:p>
      <w:pPr>
        <w:pStyle w:val="ArticleBody"/>
        <w:jc w:val="left"/>
      </w:pPr>
      <w:r>
        <w:rPr>
          <w:rFonts w:ascii="Times New Roman" w:hAnsi="Times New Roman" w:eastAsia="Times New Roman" w:cs="Times New Roman"/>
        </w:rPr>
        <w:t>Kris te fè referans ak Jwif yo kòm yon jenerasyon sèpan venen, epi Li sèvi ak ilistrasyon jijman tankou mesaj Jonas la ak mesaj sajès Salomon an. Jezi ap idantifye, dapre kontèks la ak avèk de temwen, ke jenerasyon sèpan venen an se katriyèm jenerasyon an, paske se nan katriyèm jenerasyon an jijman an rive akonpli.</w:t>
      </w:r>
    </w:p>
    <w:p>
      <w:pPr>
        <w:pStyle w:val="ArticleBody"/>
        <w:jc w:val="left"/>
      </w:pPr>
      <w:r>
        <w:rPr>
          <w:rFonts w:ascii="Times New Roman" w:hAnsi="Times New Roman" w:eastAsia="Times New Roman" w:cs="Times New Roman"/>
        </w:rPr>
        <w:t>San karant-kat mil yo se drapo a, oubyen siy dènye jou yo, menm jan lalwa Bondye a ak Saba a ye. Siy Jonas la se siy rezirèksyon an, ki pou Jwif yo nan epòk Kris la se te batèm Li, lè Sentespri a te desann, reprezante tankou yon pijon. Jonas vle di “pijon.” Jonas, Jan Revelatè a, Danyèl, Jozèf ak Laza reprezante san karant-kat mil yo, ki resisite apre yo te mouri nan lari a pandan twa jou edmi. Nan pwen sa a yo dwe fè tranzisyon soti nan Laodiseyen pou rive Philadelphien, konsa yo vin tounen uityèm nan ki soti nan sèt yo. Jonas reprezante batèm, paske yo te jete l nan dlo a epi li te mouri senbolikman lè balèn nan te vale l. Apre sa li te resisite, menm jan Jan te resisite lè yo te retire l nan lwil bouyi a, epi menm jan Danyèl te resisite lè yo te retire l nan twou lyon yo, epi menm jan Jozèf te resisite lè yo te retire l nan twou a, menm jan ak Laza, mirak sele a nan tan Kris la. Jwif yo pa t kapab wè siy Jonas la, jan rezirèksyon Kris la te reprezante l la, pi klè pase Advantis la wè siy 9/11 la, ki se siy Jonas la.</w:t>
      </w:r>
    </w:p>
    <w:p>
      <w:pPr>
        <w:pStyle w:val="ArticleBody"/>
        <w:jc w:val="left"/>
      </w:pPr>
      <w:r>
        <w:rPr>
          <w:rFonts w:ascii="Times New Roman" w:hAnsi="Times New Roman" w:eastAsia="Times New Roman" w:cs="Times New Roman"/>
        </w:rPr>
        <w:t>N ap kontinye sijè sa yo nan pwochen atik la.</w:t>
      </w:r>
    </w:p>
    <w:p>
      <w:pPr>
        <w:pStyle w:val="ArticleScripture"/>
        <w:jc w:val="left"/>
      </w:pPr>
      <w:r>
        <w:rPr>
          <w:rFonts w:ascii="Times New Roman" w:hAnsi="Times New Roman" w:eastAsia="Times New Roman" w:cs="Times New Roman"/>
        </w:rPr>
        <w:t>“Chay avètisman ki dwe vini kounye a bay pèp Bondye a, ni sa yo ki pre ni sa yo ki lwen, se mesaj twazyèm zanj lan. E moun k ap chèche konprann mesaj sa a p ap dirije pa Seyè a pou yo fè yon aplikasyon Pawòl la ki ta mine fondasyon an epi retire poto lafwa ki fè Advantis Setyèm Jou yo sa yo ye jodi a. Verite yo ki te devwale youn apre lòt nan lòd pa yo, pandan n ap avanse sou liy pwofesi ki revele nan Pawòl Bondye a, se verite, verite sakre, verite etènèl jodi a. Moun ki te mache sou tèren an etap pa etap nan listwa pase eksperyans nou an, pandan yo t ap wè chenn verite a nan pwofesi yo, te prepare pou aksepte epi obeyi chak reyon limyè. Yo t ap priye, yo t ap fè jèn, yo t ap fouye, yo t ap chèche verite a tankou trezò kache, e nou konnen Sentespri a t ap anseye nou epi gide nou. Anpil teyori te pwopoze, ki te gen yon aparans verite, men ki te tèlman melanje ak Ekriti yo mal entèprete ak mal aplike, yo te mennen nan erè danjere. Nou konnen trè byen kijan chak pwen verite te tabli, epi kijan Sentespri Bondye a te mete so li sou li. E pandan tout tan sa a, yo t ap tande vwa ki t ap di: ‘Men verite a,’ ‘Mwen gen verite a; suiv mwen.’ Men avètisman yo te vini: ‘Pa ale dèyè yo. Mwen pa t voye yo, men yo te kouri.’ (Gade Jeremi 23:21.)”</w:t>
      </w:r>
    </w:p>
    <w:p>
      <w:pPr>
        <w:pStyle w:val="ArticleScripture"/>
        <w:jc w:val="left"/>
      </w:pPr>
      <w:r>
        <w:rPr>
          <w:rFonts w:ascii="Times New Roman" w:hAnsi="Times New Roman" w:eastAsia="Times New Roman" w:cs="Times New Roman"/>
        </w:rPr>
        <w:t>“Dirijman Senyè a te byen make, e revelasyon Li yo sou sa ki verite te pi bèl anpil. Pwen apre pwen te etabli pa Senyè Bondye syèl la. Sa ki te verite lè sa a, se verite jodi a. Men vwa yo pa sispann fè yo tande—‘Sa a se verite. Mwen gen nouvo limyè.’ Men nouvo limyè sa yo nan liy pwofetik yo parèt nan move aplikasyon Pawòl la ak nan lage pèp Bondye a ap flote san yon lank pou kenbe yo. Si etidyan Pawòl la ta pran verite Bondye te revele nan dirijman pèp Li a, e yo ta fè verite sa yo vin pa yo, dijere yo, epi mete yo nan lavi pratik yo, lè sa a yo t ap chanèl vivan limyè. Men sila yo ki mete tèt yo pou etidye nouvo teyori, yo gen yon melanj verite ak erè ansanm, e apre yo fin chèche fè bagay sa yo vin gen gwo enpòtans, yo demontre yo pa t limen ti chandèl yo nan lotèl diven an, e li etenn nan fènwa.” Selected Messages, liv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Vennenyen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