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Vennndeux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Nimewo Venndeux</w:t>
      </w:r>
    </w:p>
    <w:p>
      <w:pPr>
        <w:pStyle w:val="ArticleBody"/>
        <w:jc w:val="left"/>
      </w:pPr>
      <w:r>
        <w:rPr>
          <w:rFonts w:ascii="Times New Roman" w:hAnsi="Times New Roman" w:eastAsia="Times New Roman" w:cs="Times New Roman"/>
        </w:rPr>
        <w:t>Nou te rive nan mitan kat referans yo sou ansyen Izrayèl la, antanke jenerasyon “sèpan” yo, nan atik anvan an. Nan Matye, ni Jan ni Jezi idantifye Farizyen yo ak Sadiseyen yo kòm jenerasyon sèpan yo. Jan reprezante kòmansman yon pwosesis eprèv ki vin idantifye lè li te anseye ke Jezi, ki t ap vini apre li a, t ap netwaye glasi li nèt. Jezi te ajoute sou pwosesis eprèv Jan an, lè li te enkli pwosesis jijman an, pandan li te fè referans ak larenn Seba a ak Niniv. Jijman fèt nan katriyèm jenerasyon an, e yon klas nan jijman an parèt kòm sèpan, paske papa yo se dyab la. Jezi te ajoute kestyon katriyèm jenerasyon k ap chèche yon siy la, alòske siy la te klèman devan je yo.</w:t>
      </w:r>
    </w:p>
    <w:p>
      <w:pPr>
        <w:pStyle w:val="ArticleBody"/>
        <w:jc w:val="left"/>
      </w:pPr>
      <w:r>
        <w:rPr>
          <w:rFonts w:ascii="Times New Roman" w:hAnsi="Times New Roman" w:eastAsia="Times New Roman" w:cs="Times New Roman"/>
        </w:rPr>
        <w:t>Nan Matye ventwa, yo prezante “malè” ki pwononse sou Farizyen yo ak Sadiseyen yo, epi pwosesis eprèv ak jijman an asosye ankò avèk dènye jenerasyon an. Chapit vennde prepare kontèks malè chapit ventwa yo.</w:t>
      </w:r>
    </w:p>
    <w:p>
      <w:pPr>
        <w:pStyle w:val="ArticleScripture"/>
        <w:jc w:val="left"/>
      </w:pPr>
      <w:r>
        <w:rPr>
          <w:rFonts w:ascii="Times New Roman" w:hAnsi="Times New Roman" w:eastAsia="Times New Roman" w:cs="Times New Roman"/>
        </w:rPr>
        <w:t>Pandan Farizyen yo te reyini ansanm, Jezi poze yo kesyon sa a, li di: Kisa nou panse konsènan Kris la? Li se pitit kiyès?</w:t>
      </w:r>
    </w:p>
    <w:p>
      <w:pPr>
        <w:pStyle w:val="ArticleScripture"/>
        <w:jc w:val="left"/>
      </w:pPr>
      <w:r>
        <w:rPr>
          <w:rFonts w:ascii="Times New Roman" w:hAnsi="Times New Roman" w:eastAsia="Times New Roman" w:cs="Times New Roman"/>
        </w:rPr>
        <w:t>Yo di l: Pitit David la.</w:t>
      </w:r>
    </w:p>
    <w:p>
      <w:pPr>
        <w:pStyle w:val="ArticleScripture"/>
        <w:jc w:val="left"/>
      </w:pPr>
      <w:r>
        <w:rPr>
          <w:rFonts w:ascii="Times New Roman" w:hAnsi="Times New Roman" w:eastAsia="Times New Roman" w:cs="Times New Roman"/>
        </w:rPr>
        <w:t>Li di yo: Kijan sa fè David, pa Lespri a, rele l Seyè, lè li di: Seyè a di ak Seyè pa m nan: Chita sou bò dwat mwen, jiskaske mwen mete lènmi ou yo anba pye ou? Si David, donk, rele l Seyè, kijan li fè pitit li?</w:t>
      </w:r>
    </w:p>
    <w:p>
      <w:pPr>
        <w:pStyle w:val="ArticleScripture"/>
        <w:jc w:val="left"/>
      </w:pPr>
      <w:r>
        <w:rPr>
          <w:rFonts w:ascii="Times New Roman" w:hAnsi="Times New Roman" w:eastAsia="Times New Roman" w:cs="Times New Roman"/>
        </w:rPr>
        <w:t>E okenn moun pa t kapab reponn li yon mo, ni okenn moun pa t oze, depi jou sa a, poze li okenn lòt kesyon ankò. Matye 22:41–46.</w:t>
      </w:r>
    </w:p>
    <w:p>
      <w:pPr>
        <w:pStyle w:val="ArticleBody"/>
        <w:jc w:val="left"/>
      </w:pPr>
      <w:r>
        <w:rPr>
          <w:rFonts w:ascii="Times New Roman" w:hAnsi="Times New Roman" w:eastAsia="Times New Roman" w:cs="Times New Roman"/>
        </w:rPr>
        <w:t>Lè pòt la te fèmen pou nenpòt lòt entèraksyon ankò, Jezi prezante uit malè nan chapit ki vin apre a. Nan vèsè trèz, malè a se pou fèmen pòt wayòm syèl la. Se soti nan pòt syèl la dènye lapli a vide. Uit malè yo konsène moun ki fè pwofesyon pou louvri pòt pèsonn pa ka louvri epi fèmen pòt pèsonn pa ka fèmen. Nan vizyon, yo te montre Sè White moun ki pa t suiv Kris antre nan Trè Sen an, ki t ap voye priyè yo nan kote ki sen an ki te vid, kote Satan, pandan li t ap pran pòz Kris, t ap mennen yo pou yo te kwè tout bagay te byen. Yo te re-louvri kote ki sen an, epi yo te fèmen Trè Sen an.</w:t>
      </w:r>
    </w:p>
    <w:p>
      <w:pPr>
        <w:pStyle w:val="ArticleScripture"/>
        <w:jc w:val="left"/>
      </w:pPr>
      <w:r>
        <w:rPr>
          <w:rFonts w:ascii="Times New Roman" w:hAnsi="Times New Roman" w:eastAsia="Times New Roman" w:cs="Times New Roman"/>
        </w:rPr>
        <w:t>“Anpil moun gade ak laterè sou fason Juif yo te aji lè yo te rejte Kris epi yo te kloure l sou kwa a; epi pandan yo ap li istwa move tretman wontan yo te fè l sibi a, yo panse yo renmen l, e yo pa t ap nye li jan Pyè te fè sa, ni kloure l sou kwa a jan Juif yo te fè sa. Men, Bondye, ki li kè tout moun, mete lanmou sa a yo te fè konnen yo te santi pou Jezi a anba eprèv. Tout syèl la t ap gade avèk enterè ki pi pwofon kijan yo te resevwa mesaj premye zanj lan. Men anpil moun ki te fè konnen yo renmen Jezi, epi ki te vide dlo nan je pandan yo t ap li istwa kwa a, te pase bon nouvèl vini li a nan rizib. Olye yo te resevwa mesaj la avèk lajwa, yo te deklare se te yon twonpri. Yo te rayi moun ki te renmen aparisyon li, epi yo te mete yo deyò nan legliz yo. Moun ki te rejte premye mesaj la pa t kapab benefisye dezyèm nan; ni yo pa t benefisye kri minwi a, ki te pou prepare yo pou yo antre avèk Jezi, pa lafwa, nan kote ki sen anpil nan sanktyè selès la. Epi lè yo te rejte de premye mesaj yo, yo tèlman bouche konpreyansyon yo nan fènwa, yo pa ka wè okenn limyè nan mesaj twazyèm zanj lan, ki montre chemen an pou antre nan kote ki sen anpil la. Mwen te wè ke menm jan Juif yo te kloure Jezi sou kwa a, se konsa legliz nominal yo te kloure mesaj sa yo sou kwa a; se poutèt sa yo pa gen okenn konesans sou chemen ki mennen nan kote ki sen anpil la, epi yo pa kapab benefisye de entèsesyon Jezi ap fè la a. Menm jan ak Juif yo, ki te ofri sakrifis initil yo, yo menm tou yo leve priyè initil yo voye bay apatman Jezi te kite a; epi Satan, ki pran plezi nan twonpri a, pran yon aparans relijye, epi li mennen lespri kretyen sa yo ki fè pwofesyon lafwa a vin jwenn li menm, pandan li ap aji avèk pouvwa pa l, siy pa l, ak mèvèy mansonjè pa l yo, pou l mare yo fèm nan pyèj li.” Early Writings, 258–261.</w:t>
      </w:r>
    </w:p>
    <w:p>
      <w:pPr>
        <w:pStyle w:val="ArticleBody"/>
        <w:jc w:val="left"/>
      </w:pPr>
      <w:r>
        <w:rPr>
          <w:rFonts w:ascii="Times New Roman" w:hAnsi="Times New Roman" w:eastAsia="Times New Roman" w:cs="Times New Roman"/>
        </w:rPr>
        <w:t>Vèsè katòz la se yon malè pou yo paske yo devore kay vèv yo, pandan y ap fè priyè ki long. Malè vèsè kenz lan se pou yo paske yo fè moun yo konvèti yo vin de fwa plis pitit lanfè pase yo menm yo te ye. Nan vèsè sèz rive nan vennnde, mechan yo ap sèmante sou tanp lan.</w:t>
      </w:r>
    </w:p>
    <w:p>
      <w:pPr>
        <w:pStyle w:val="ArticleScripture"/>
        <w:jc w:val="left"/>
      </w:pPr>
      <w:r>
        <w:rPr>
          <w:rFonts w:ascii="Times New Roman" w:hAnsi="Times New Roman" w:eastAsia="Times New Roman" w:cs="Times New Roman"/>
        </w:rPr>
        <w:t>“Sa yo pa pawòl Sè White, men pawòl Senyè a, epi mesaje Li a ban m yo pou m ba nou yo. Bondye rele nou pou nou pa kontinye travay an konfli ak Li ankò. Yo te bay anpil enstriksyon konsènan moun k ap fè reklamasyon yo se kretyen pandan y ap revele atribi Satan yo, y ap opoze, nan lespri, nan pawòl, ak nan aksyon, avansman verite a, epi san mank y ap swiv chemen kote Satan ap mennen yo. Nan redi kè yo, yo sezi yon otorite ki pa pou yo okenn fason, e yo pa ta dwe egzèse li. Gran Anseyan an di: ‘M ap chavire, chavire, chavire.’ Moun yo di nan Battle Creek: ‘Tanp Senyè a, tanp Senyè a se nou menm’; men y ap sèvi ak dife komen. Kè yo pa adousi ni soumèt anba gras Bondye.” Manuscript Releases, volim 13, 222.</w:t>
      </w:r>
    </w:p>
    <w:p>
      <w:pPr>
        <w:pStyle w:val="ArticleBody"/>
        <w:jc w:val="left"/>
      </w:pPr>
      <w:r>
        <w:rPr>
          <w:rFonts w:ascii="Times New Roman" w:hAnsi="Times New Roman" w:eastAsia="Times New Roman" w:cs="Times New Roman"/>
        </w:rPr>
        <w:t>Nan vèsè venn-twa ak venn-kat, malediksyon an se poutèt neglijans jistis, mizèrikòd, ak fidelite. Vèsè venn-senk ak venn-sis pale sou pretansyon pou netwaye deyò gode a, men pa andedan li.</w:t>
      </w:r>
    </w:p>
    <w:p>
      <w:pPr>
        <w:pStyle w:val="ArticleScripture"/>
        <w:jc w:val="left"/>
      </w:pPr>
      <w:r>
        <w:rPr>
          <w:rFonts w:ascii="Times New Roman" w:hAnsi="Times New Roman" w:eastAsia="Times New Roman" w:cs="Times New Roman"/>
        </w:rPr>
        <w:t>“‘Nou genyen trezò sa a,’ apot la te kontinye, ‘nan veso tè, pou ekselans pouvwa a sòti nan Bondye, epi pa nan nou.’ Bondye te ka pwoklame verite Li pa mwayen zanj ki san peche, men sa pa plan Li. Li chwazi èt imen, moun ki antoure ak feblès, kòm enstriman nan akonplisman desen Li yo. Trezò ki pa gen pri a mete nan veso tè. Se atravè lèzòm benediksyon Li yo dwe transmèt bay lemonn. Se atravè yo glwa Li dwe briye nan fènwa peche a.” Acts of the Apostles, 330.</w:t>
      </w:r>
    </w:p>
    <w:p>
      <w:pPr>
        <w:pStyle w:val="ArticleBody"/>
        <w:jc w:val="left"/>
      </w:pPr>
      <w:r>
        <w:rPr>
          <w:rFonts w:ascii="Times New Roman" w:hAnsi="Times New Roman" w:eastAsia="Times New Roman" w:cs="Times New Roman"/>
        </w:rPr>
        <w:t>Lè sa a, vèsè vennsèt ak vennuit yo idantifye mechan yo kòm tonm blanchi, an koneksyon ak Chebna nan Ezayi chapit vennnde a, kote Chebna t ap leve tèt li nan bèl tonm li t ap fè a, men li pa t janm pral ladan l, paske Bondye t ap voye l jete soti nan bouch Li nan yon jaden byen lwen. Jaden byen lwen sa a reprezante pa tonm pwofèt mantè ki te lavil Bètèl la, ki te mennen pwofèt dezobeyisan an pou yo antere l nan menm tonm nan. Lè sa a, wityèm malè a di:</w:t>
      </w:r>
    </w:p>
    <w:p>
      <w:pPr>
        <w:pStyle w:val="ArticleScripture"/>
        <w:jc w:val="left"/>
      </w:pPr>
      <w:r>
        <w:rPr>
          <w:rFonts w:ascii="Times New Roman" w:hAnsi="Times New Roman" w:eastAsia="Times New Roman" w:cs="Times New Roman"/>
        </w:rPr>
        <w:t>Malè pou nou, dirèktè lalwa ak Farizyen, ipokrit! paske nou bati tonm pwofèt yo, epi nou dekore kavo moun ki jis yo, epi nou di: Si nou te viv nan tan zansèt nou yo, nou pa ta mete tèt ansanm ak yo nan san pwofèt yo. Se poutèt sa, nou rann temwayaj kont pwòp tèt nou, ke nou se pitit moun sa yo ki te touye pwofèt yo. Konsa, fin ranpli mezi zansèt nou yo.</w:t>
      </w:r>
    </w:p>
    <w:p>
      <w:pPr>
        <w:pStyle w:val="ArticleScripture"/>
        <w:jc w:val="left"/>
      </w:pPr>
      <w:r>
        <w:rPr>
          <w:rFonts w:ascii="Times New Roman" w:hAnsi="Times New Roman" w:eastAsia="Times New Roman" w:cs="Times New Roman"/>
        </w:rPr>
        <w:t>Nou menm, sèpan; nou menm, ras vipè, ki jan n ap kapab chape anba kondanasyon lanfè a?</w:t>
      </w:r>
    </w:p>
    <w:p>
      <w:pPr>
        <w:pStyle w:val="ArticleScripture"/>
        <w:jc w:val="left"/>
      </w:pPr>
      <w:r>
        <w:rPr>
          <w:rFonts w:ascii="Times New Roman" w:hAnsi="Times New Roman" w:eastAsia="Times New Roman" w:cs="Times New Roman"/>
        </w:rPr>
        <w:t>Se poutèt sa, gade, m ap voye ba nou pwofèt, ak moun saj, ak skrib; gen ladan yo nou pral touye e nou pral kloure sou kwa; gen ladan yo tou nou pral bat nan sinagòg nou yo, epi n ap pèsekite yo depi nan yon vil rive nan yon lòt vil; pou tout san moun jis ki te koule sou tè a vin tonbe sou nou, depi san Abèl, moun jis la, jouk rive nan san Zakari, pitit gason Baraki, nou menm nou te touye ant tanp lan ak lotèl la.</w:t>
      </w:r>
    </w:p>
    <w:p>
      <w:pPr>
        <w:pStyle w:val="ArticleScripture"/>
        <w:jc w:val="left"/>
      </w:pPr>
      <w:r>
        <w:rPr>
          <w:rFonts w:ascii="Times New Roman" w:hAnsi="Times New Roman" w:eastAsia="Times New Roman" w:cs="Times New Roman"/>
        </w:rPr>
        <w:t>Anverite, mwen di nou sa: Tout bagay sa yo va vini sou jenerasyon sa a. Matye 23:29–36.</w:t>
      </w:r>
    </w:p>
    <w:p>
      <w:pPr>
        <w:pStyle w:val="ArticleBody"/>
        <w:jc w:val="left"/>
      </w:pPr>
      <w:r>
        <w:rPr>
          <w:rFonts w:ascii="Times New Roman" w:hAnsi="Times New Roman" w:eastAsia="Times New Roman" w:cs="Times New Roman"/>
        </w:rPr>
        <w:t>Sèpan yo, ki se jenerasyon vipè yo, ap sibi jijman nan pasaj la. Nan pasaj la, jijman an pa baze sou temwayaj larenn Cheba ak Niniv la, men sou san Abèl rive jouk Zakari. Katriyèm jenerasyon an, ki se vipè yo, sibi jijman pa de temwen ki soti nan istwa ekstèn ansyen Izrayèl la ak de temwen ki soti nan istwa entèn ansyen Izrayèl la. Lik chapit twa se dènye nan kat referans yo konsènan vipè yo nan katriyèm ak dènye jenerasyon an, epi li senpleman yon paralèl ak Matye chapit twa. Kat referans ki idantifye ke pandan jijman final kay Bondye a, pandan katriyèm jenerasyon an, yon klas ap manifeste karaktè yo kòm pitit gason ak pitit fi Satan, epi lòt klas la, kòm pitit gason ak pitit fi Bondye. Pwosesis eprèv la ki kòmanse separasyon an kòmanse lè mesaje ki prepare chemen an pou Mesaje Alyans lan leve vwa li nan dezè a.</w:t>
      </w:r>
    </w:p>
    <w:p>
      <w:pPr>
        <w:pStyle w:val="ArticleBody"/>
        <w:jc w:val="left"/>
      </w:pPr>
      <w:r>
        <w:rPr>
          <w:rFonts w:ascii="Times New Roman" w:hAnsi="Times New Roman" w:eastAsia="Times New Roman" w:cs="Times New Roman"/>
        </w:rPr>
        <w:t>Nan twal sakre Ekriti yo, non yo pa senp etikèt, men pwofesi yo soufle an ba vwa—dezyèm kantik yo chante anba sifas listwa, k ap revele kè redanmsyon an. Lè sans non desandan yo depi Adan rive jouk Noe yo ranje an fòm yon deklarasyon, sa pwodui yon mesaj ki koresponn ak listwa jeneyaloji a reprezante a. Adan vle di “moun,” epi Seth vle di “nonmen.” Enòsh vle di “mòtèl” (sijè a lanmò), epi Kenan vle di “lapenn.” Pa mwayen “louwanj/benediksyon Bondye” (Mahalaleèl), syèl la t ap “desann” (Jared). Syèl la te desann kòm “moun ki konsakre oswa wen an” (Enòk), ki te pwoklame mesaj jijman an atravè pitit gason li Metouchela (“lè li mouri, y ap voye l”). Lanmò li t ap vin pwen final yon vide-desann Sentespri ki te “pwisan,” sa Lamek reprezante (souf), lè li te ini ak Metouchela menm jan Rèl Minwi a te ini ak dezyèm zanj lan. Metouchela te dezyèm zanj lan, epi Lamek te Rèl Minwi a ki te rive nan pwen final li nan delij Noe a.</w:t>
      </w:r>
    </w:p>
    <w:p>
      <w:pPr>
        <w:pStyle w:val="ArticleBody"/>
        <w:jc w:val="left"/>
      </w:pPr>
      <w:r>
        <w:rPr>
          <w:rFonts w:ascii="Times New Roman" w:hAnsi="Times New Roman" w:eastAsia="Times New Roman" w:cs="Times New Roman"/>
        </w:rPr>
        <w:t>Pi lwen toujou nan esans li, non sa yo deklare: “Yo te mete lòm kòm mòtèl, anba doulè ak lanmò, kòm konsekans premye Adan an; men grasa benediksyon Bondye a, Kris te konsakre tèt Li pou Li desann, pou Li pwoklame jijman atravè lanmò Li sou kwa a, epi sa te vin swiv pa gwo debòdman pwisan Sentespri a.”</w:t>
      </w:r>
    </w:p>
    <w:p>
      <w:pPr>
        <w:pStyle w:val="ArticleBody"/>
        <w:jc w:val="left"/>
      </w:pPr>
      <w:r>
        <w:rPr>
          <w:rFonts w:ascii="Times New Roman" w:hAnsi="Times New Roman" w:eastAsia="Times New Roman" w:cs="Times New Roman"/>
        </w:rPr>
        <w:t>Dis non sa yo rezime mesaj levanjil la pandan y ap trase istwa tè a depi kreyasyon rive jouk lapli denye a, ki abouti nan Dezyèm Vini an. Senbolis sa a, ki kache nan non yo, jwenn korespondans li nan Revelasyon. Jenèz prezante jeneyaloji alfa a, epi 144,000 nan Revelasyon 7 la prezante akonplisman omega a nan rès sele a.</w:t>
      </w:r>
    </w:p>
    <w:p>
      <w:pPr>
        <w:pStyle w:val="ArticleBody"/>
        <w:jc w:val="left"/>
      </w:pPr>
      <w:r>
        <w:rPr>
          <w:rFonts w:ascii="Times New Roman" w:hAnsi="Times New Roman" w:eastAsia="Times New Roman" w:cs="Times New Roman"/>
        </w:rPr>
        <w:t>Jida vle di “lwanj,” Ribenn vle di “gade, yon pitit gason,” Gad vle di “bon chans/lame,” Achè vle di “kè kontan/beni,” epi Naftali vle di “lit.” Manase vle di “fè bliye,” Simeyon vle di “tande,” Levi vle di “tache/mete ansanm,” Isaka vle di “rekonpans,” Zabilon vle di “onè/kay,” Jozèf vle di “ogmantasyon,” epi Benjamen vle di “pitit gason men dwat la.”</w:t>
      </w:r>
    </w:p>
    <w:p>
      <w:pPr>
        <w:pStyle w:val="ArticleBody"/>
        <w:jc w:val="left"/>
      </w:pPr>
      <w:r>
        <w:rPr>
          <w:rFonts w:ascii="Times New Roman" w:hAnsi="Times New Roman" w:eastAsia="Times New Roman" w:cs="Times New Roman"/>
        </w:rPr>
        <w:t>Moun ki suiv Lyon tribi Jida a se pitit Bondye, beni avèk bon favè pandan y ap pase nan yon pwosesis eprèv kote yo ap lite ak Bondye menm jan ak Jakòb te fè a. Atravè lit sa a, peche yo vin bliye nan pwosesis sanktifikasyon an ki pwodui pa tande Pawòl Bondye a, sa ki, an retou, mare yo ak Kris nan yon relasyon alyans. Rekonpans yo se pou yo rete avèk onè ansanm ak Kris sou twòn li a, chita nan plas selès yo, pandan Bondye ap sèvi ak yo pou ogmante wayòm li an—rele gwo foul la soti lavil Babilòn kòm pitit men dwat li.</w:t>
      </w:r>
    </w:p>
    <w:p>
      <w:pPr>
        <w:pStyle w:val="ArticleBody"/>
        <w:jc w:val="left"/>
      </w:pPr>
      <w:r>
        <w:rPr>
          <w:rFonts w:ascii="Times New Roman" w:hAnsi="Times New Roman" w:eastAsia="Times New Roman" w:cs="Times New Roman"/>
        </w:rPr>
        <w:t>Sis pitit gason Leya yo se te Riben, Jida, Simeyon, Levi, Isaka ak Zabilon. Sèvant li Zilpa, ki non li vle di “yon gout ki gen bon sant,” te gen de pitit gason—Gad ak Asè. De pitit gason Rachèl yo se te Jozèf ak Benjamen. Bilha, sèvant Rachèl la, vle di “timid oswa wont,” e pitit gason li yo se te Dan ak Neftali. Sou plan pwofetik, rejis fanmi an isit la bay plizyè liy pou konsidere. Kontrèman ak alfa a ak dis jenerasyon ki nan Jenèz chapit senk, omega a gen douz desandan, avèk pwòp varyab pwofetik espesifik pa li. Pami san karannkat mil yo, Dan pa mansyone, epi Manase te ranplase frè li Efrayim.</w:t>
      </w:r>
    </w:p>
    <w:p>
      <w:pPr>
        <w:pStyle w:val="ArticleBody"/>
        <w:jc w:val="left"/>
      </w:pPr>
      <w:r>
        <w:rPr>
          <w:rFonts w:ascii="Times New Roman" w:hAnsi="Times New Roman" w:eastAsia="Times New Roman" w:cs="Times New Roman"/>
        </w:rPr>
        <w:t>Jenealogi alfa Jenèz la aliyen ak jenealogi omega Revelasyon an, paske Jenèz idantifye travay diven Kris la nan delivrans, epi Revelasyon idantifye moun ki, nan akonplisman omega pwofesi alfa sa a, akonpli avèk pèfeksyon menm pwomès ak pwofesi ki te tabli nan pwofesi alfa a.</w:t>
      </w:r>
    </w:p>
    <w:p>
      <w:pPr>
        <w:pStyle w:val="ArticleBody"/>
        <w:jc w:val="left"/>
      </w:pPr>
      <w:r>
        <w:rPr>
          <w:rFonts w:ascii="Times New Roman" w:hAnsi="Times New Roman" w:eastAsia="Times New Roman" w:cs="Times New Roman"/>
        </w:rPr>
        <w:t>Aplikasyon de liy sa yo souvan fèt pa teyolojyen yo, men yo pa janm fè l avèk pèspektiv metodoloji liy sou liy lan. De jeneyaloji ki nan Jenèz ak Revelasyon bay de temwen ki montre Bondye pale sou yon nivo segondè. Youn nan langaj yo se temwayaj ekri a jan li anrejistre a, epi gen yon liy segondè anndan temwayaj sa a ki prezante sou yon nivo senbolik. An jeneral, teyolojyen yo pa janm ale pi lwen pase obsèvasyon sifas yo sou mesaj ki transmèt atravè siyifikasyon non yo nan Jenèz ak Revelasyon. Yo trete sa yo wè a tankou yon bagay nouvo ki pale plis sou pwòp sajès imen pa yo, jan sa pwouve pa kapasite farizyen yo genyen pou yo wè metafò ki nan siyifikasyon non yo. Yo pa janm wè mesaj ki prezante nan douz pitit gason Izmayèl yo. Yo pa wè jeneyaloji Jezi yo kòrèkteman nan Matye ak Lik. Yo pa wè jeneyaloji sèt dènye wa Jida yo, ak sèt dènye wa Izrayèl yo, ni premye sèt wa Jida yo oswa premye sèt wa Izrayèl yo.</w:t>
      </w:r>
    </w:p>
    <w:p>
      <w:pPr>
        <w:pStyle w:val="ArticleBody"/>
        <w:jc w:val="left"/>
      </w:pPr>
      <w:r>
        <w:rPr>
          <w:rFonts w:ascii="Times New Roman" w:hAnsi="Times New Roman" w:eastAsia="Times New Roman" w:cs="Times New Roman"/>
        </w:rPr>
        <w:t>Lè m ap di yo pa wè, mwen vle di si ou mande Google si gen ansèyman sou rejis jenerasyon sa yo, repons lan se “wi” pou Adan rive Noe nan Jenèz, epi “wi” pou san karannkat mil yo. Men èske yo aplike dis desandan Abram yo nan Jenèz onz nan fason sa a? Non. Èske yo aplike rejis jenerasyon Kayen an ak rejis jenerasyon Sèt la? Wi, men yo tèlman lwen sans reyèl la, se kòmsi yo sou yon lòt sijè. San dout yo pale sou rejis jenerasyon Kris la nan Matye ak Lik, men ankò yon fwa, yo manke sib la byen lwen. Poukisa sa enpòtan, ou mande? Paske mwen gen entansyon bay yon apèsi sou liy pwofetik rejis jenerasyon sa yo, epi mwen vle fè li klè depi nan kòmansman an ke m ap chèche idantifye siyifikasyon katriyèm jenerasyon an kòm yon senbòl pwofesi biblik. Apèsi sou rejis jenerasyon sa yo ap ede nan sans sa a, men sa t ap yon neglijans bò kote nenpòt moun, si yo ta panse senp rezime bagay sa yo ki pral swiv la se tout sa ki genyen pou konprann sou liy rejis jenerasyon sa yo.</w:t>
      </w:r>
    </w:p>
    <w:p>
      <w:pPr>
        <w:pStyle w:val="ArticleBody"/>
        <w:jc w:val="left"/>
      </w:pPr>
      <w:r>
        <w:rPr>
          <w:rFonts w:ascii="Times New Roman" w:hAnsi="Times New Roman" w:eastAsia="Times New Roman" w:cs="Times New Roman"/>
        </w:rPr>
        <w:t>Apre jeneyaloji Adan rive jouk Noe a, nou jwenn de liy jeneyaloji nan chapit kat ak senk Jenèz. De liy sa yo reprezante pa desandan Kayen ak desandan Sèt. Kontrèman ak jeneyaloji Adan rive jouk Noe a, ki te reprezante dis desandan, ni liy Sèt la ni liy Kayen an idantifye uit desandan chak. Se poutèt sa, yo dwe trete yo kòm de peryòd kat. Sèt ak Kayen se senbòl alyans, e Kayen reprezante sila yo ki, nan Ezayi vennuit ak ventnèf, fè yon alyans ak lanmò, alyans ki dwe anile lè flewo debòdan an vini. Se yo menm ki bati kay yo sou sab. Men, sila yo ki bati sou Wòch la fè yon alyans lavi, jan sa reprezante nan premye Pyè, chapit de, kòm sila yo ki te goute ke Senyè a bon, e ki se “jenerasyon chwazi a.” “Anpil” bati sou sab la, men “kèk” yo chwazi.</w:t>
      </w:r>
    </w:p>
    <w:p>
      <w:pPr>
        <w:pStyle w:val="ArticleBody"/>
        <w:jc w:val="left"/>
      </w:pPr>
      <w:r>
        <w:rPr>
          <w:rFonts w:ascii="Times New Roman" w:hAnsi="Times New Roman" w:eastAsia="Times New Roman" w:cs="Times New Roman"/>
        </w:rPr>
        <w:t>Jenealoji Kayen an se yon kòd rebèl nan senfoni non yo, paske non yo reprezante glwa lèzòm ki vanite, ki mennen nan yon demach san direksyon, apre syèl la fin frape yo. San pran avètisman an an konsiderasyon, liy Kayen an deklare yon fo divinite, kouvri ak pouvwa vanjans lèzòm, ki reprezante pa atizay limanite yo, e ki fòje yon kilti an fè; bèl, men vyolan, e san okenn espwa. Dènye deklarasyon sa a se yon apèsi jeneral sou mesaj ki nan uit jenerasyon Kayen yo, jan li sòti nan non yo.</w:t>
      </w:r>
    </w:p>
    <w:p>
      <w:pPr>
        <w:pStyle w:val="ArticleBody"/>
        <w:jc w:val="left"/>
      </w:pPr>
      <w:r>
        <w:rPr>
          <w:rFonts w:ascii="Times New Roman" w:hAnsi="Times New Roman" w:eastAsia="Times New Roman" w:cs="Times New Roman"/>
        </w:rPr>
        <w:t>Liy Sèt la reponn liy Kayen an avèk gras. Nan feblès imen ki te dekrete pou limanite, sila yo ki rele sou Bondye pral wè lapenn yo tounen louwanj pandan syèl la ap desann. Antanke yo ap mache fidèlman sou chemen ki monte nan glwa, pandan yon peryòd pwobasyon, jouk kri “espwa” a rive, sa pote repo, atravè dlo delivrans yo. Dènye deklarasyon sa a se yon apèsi jeneral sou mesaj ki nan uit jenerasyon Sèt yo, jan li sòti nan non yo.</w:t>
      </w:r>
    </w:p>
    <w:p>
      <w:pPr>
        <w:pStyle w:val="ArticleBody"/>
        <w:jc w:val="left"/>
      </w:pPr>
      <w:r>
        <w:rPr>
          <w:rFonts w:ascii="Times New Roman" w:hAnsi="Times New Roman" w:eastAsia="Times New Roman" w:cs="Times New Roman"/>
        </w:rPr>
        <w:t>Rezon ki fè yo divize uit jenerasyon yo an de seri kat jenerasyon tabli nan premye etap alyans lan, lè pwofesi sou esklavaj ann Ejip la idantifye kòm 400 ane epi tou ke 400 ane yo t ap fini nan katriyèm jenerasyon an. Lè temwayaj Pòl la entegre nan pwofesi alyans alfa a, li pwodui de peryòd 215 ane ki te fòme ak kat jenerasyon nan chak peryòd. Uit jenerasyon yo, nan 430 ane yo, reprezante de peryòd 215 ane. Premye peryòd la reprezante pa bon Farawon an ki te konnen Jozèf. 215 ane apre, te gen yon nouvo Farawon, ki pa t konnen Jozèf. Lè sa a, pwochen seri kat jenerasyon yo te kòmanse.</w:t>
      </w:r>
    </w:p>
    <w:p>
      <w:pPr>
        <w:pStyle w:val="ArticleBody"/>
        <w:jc w:val="left"/>
      </w:pPr>
      <w:r>
        <w:rPr>
          <w:rFonts w:ascii="Times New Roman" w:hAnsi="Times New Roman" w:eastAsia="Times New Roman" w:cs="Times New Roman"/>
        </w:rPr>
        <w:t>Uit jenerasyon, ki separe egal ego an de peryòd, chak byen make kòm pwòp peryòd pa li a ki gen kat jenerasyon, soutni aplikasyon uit jenerasyon Kayen yo ak jenerasyon Sèt yo nan menm fason an. Lè aplikasyon sa a fèt, ou jwenn uit jenerasyon Sèt yo aliyen ak uit jenerasyon Kayen yo. Kayen reprezante anpil moun ki resevwa mak bèt la, epi Sèt reprezante ti kantite moun ki resevwa sele Bondye a. Kayen se siy limanite, epi Sèt se siy limanite ki ini avèk Divinite nan kontèks alyans Noye a, tandiske; liy Jozèf ak Moyiz la se nan kontèks alyans Abraram nan.</w:t>
      </w:r>
    </w:p>
    <w:p>
      <w:pPr>
        <w:pStyle w:val="ArticleBody"/>
        <w:jc w:val="left"/>
      </w:pPr>
      <w:r>
        <w:rPr>
          <w:rFonts w:ascii="Times New Roman" w:hAnsi="Times New Roman" w:eastAsia="Times New Roman" w:cs="Times New Roman"/>
        </w:rPr>
        <w:t>Apre sa, nan chapit onz, jeneyaloji pèp eli a reprezante pa dis non depi Sèm rive Abraram. Chapit onz se istwa tou de gwo fò won Bàbèl la, men tou jeneyaloji pèp eli a, jan sa reprezante nan Abraram. Chapit onz prezante yon pèp eli ki te dwe antre nan yon alyans twa-fwa avèk Bondye. Twazyèm ak dènye etap la se te sakrifis Izarak la nan chapit vennnde. Chapit “onz” lan se kòmansman alfa a, epi chapit “vennnde” a se fen omega a. Lafwa ki nesesè pou tande vwa Bondye nan sans non yo, pa diferan ditou de lafwa ki nesesè pou tande vwa pa Li nan nimerasyon Pawòl Li a. Yon aplikasyon yon jeneyaloji ke teyolojyen yo pa pran an konsiderasyon, se jeneyaloji Izmayèl la, senbòl Islam lan.</w:t>
      </w:r>
    </w:p>
    <w:p>
      <w:pPr>
        <w:pStyle w:val="ArticleScripture"/>
        <w:jc w:val="left"/>
      </w:pPr>
      <w:r>
        <w:rPr>
          <w:rFonts w:ascii="Times New Roman" w:hAnsi="Times New Roman" w:eastAsia="Times New Roman" w:cs="Times New Roman"/>
        </w:rPr>
        <w:t>Men non pitit gason Ismayèl yo selon non yo, dapre jenerasyon yo: premye pitit Ismayèl la, Nebajòt; epi Keda, Adbeyèl, Mibsam, Mishma, Duma, Masa, Hadad, Tema, Jetou, Nafich, ak Kedema. Se sa yo ki pitit gason Ismayèl yo, e se sa yo ki non yo, dapre vil yo ak dapre fò yo; douz chèf selon nasyon yo. Jenèz 25:13–16.</w:t>
      </w:r>
    </w:p>
    <w:p>
      <w:pPr>
        <w:pStyle w:val="ArticleBody"/>
        <w:jc w:val="left"/>
      </w:pPr>
      <w:r>
        <w:rPr>
          <w:rFonts w:ascii="Times New Roman" w:hAnsi="Times New Roman" w:eastAsia="Times New Roman" w:cs="Times New Roman"/>
        </w:rPr>
        <w:t>Lè yo ranje definisyon douz non sa yo an yon deklarasyon, sa li bay se: “Nan sans pwofetik, desandan Izmayèl yo se yon pèp po fonse ki bay anpil fwi e ki renome kòm vanyan sòlda, men ki aflige istorikman ak pwofetikman nan 11 dawout 1840 epi apre sa nan 11 septanm 2001. Yo rele yo pitit lès la nan istwa biblik. Yo soti nan Arabi, kote epis santi bon yo itilize nan sèvis Tanp ebre a grandi. Mo “asasen” an sòti nan istwa islamik e li reprezante lanmò ki fèt an silans. Nan tan Kwazad yo, Islam te fèmen, antoure, epi sènen Ewòp katolik, men restriksyon ki te vin apre sou li te make rive rafrechisman an soti 1840 rive 1844, epi tou depi 9/11 rive jis nan kriz lwa dimanch lan. Definisyon douz non pitit gason Izmayèl yo tout reprezante nan deklarasyon ki anwo a pa tipografi an gra.”</w:t>
      </w:r>
    </w:p>
    <w:p>
      <w:pPr>
        <w:pStyle w:val="ArticleBody"/>
        <w:jc w:val="left"/>
      </w:pPr>
      <w:r>
        <w:rPr>
          <w:rFonts w:ascii="Times New Roman" w:hAnsi="Times New Roman" w:eastAsia="Times New Roman" w:cs="Times New Roman"/>
        </w:rPr>
        <w:t>Douz non liyaj Izmayèl yo reprezante trèz, si ou mete Izmayèl ladan l nan lis la. Trèz se nonb senbolik “rebelyon”, ki se sa Aga te fè a, sa ki te lakòz Abraram pèmèt yo chase Aga ak Izmayèl deyò. Pòl sèvi ak evènman sa a pou dekri fason ansyen Izrayèl te rejte kòm pèp alyans Bondye a, an menm tan Bondye t ap etabli yon alyans ak lamarye kretyèn Li a.</w:t>
      </w:r>
    </w:p>
    <w:p>
      <w:pPr>
        <w:pStyle w:val="ArticleScripture"/>
        <w:jc w:val="left"/>
      </w:pPr>
      <w:r>
        <w:rPr>
          <w:rFonts w:ascii="Times New Roman" w:hAnsi="Times New Roman" w:eastAsia="Times New Roman" w:cs="Times New Roman"/>
        </w:rPr>
        <w:t>Paske, sa ekri, Abraram te gen de pitit gason, youn nan yon sèvant, lòt la nan yon fanm lib. Men, sila a ki te soti nan sèvant lan te fèt dapre lachè; men sila a ki te soti nan fanm lib la te fèt pa pwomès. Bagay sa yo se yon alegori; paske sa yo se de alyans yo: youn soti sou mòn Sina, ki fè pitit pou esklavaj; se Agar li ye. Paske Agar sa a se mòn Sina nan Arabi, epi li koresponn ak Jerizalèm ki la kounye a, ki anba esklavaj ansanm ak pitit li yo. Men Jerizalèm ki anwo a lib, e se li menm ki manman nou tout. Paske, sa ekri: Rejwi, ou menm ki esteril, ou menm ki pa fè pitit; pete chante, rele fò, ou menm ki pa janm gen tranche: paske fanm ki te délaissée a gen anpil plis pitit pase sa ki gen mari. Kounye a, frè m yo, menm jan Izarak te ye a, se pitit pwomès nou ye. Men, menm jan lè sa a, sila a ki te fèt dapre lachè a t ap pèsekite sila a ki te fèt dapre Lespri a, konsa tou sa ye kounye a. Men, kisa Ekriti a di? Mete sèvant lan ak pitit gason li a deyò; paske pitit gason sèvant lan p ap eritye ansanm ak pitit gason fanm lib la. Konsa, frè m yo, nou pa pitit sèvant lan, men pitit fanm lib la. Galat 4:22–31.</w:t>
      </w:r>
    </w:p>
    <w:p>
      <w:pPr>
        <w:pStyle w:val="ArticleBody"/>
        <w:jc w:val="left"/>
      </w:pPr>
      <w:r>
        <w:rPr>
          <w:rFonts w:ascii="Times New Roman" w:hAnsi="Times New Roman" w:eastAsia="Times New Roman" w:cs="Times New Roman"/>
        </w:rPr>
        <w:t>Izmayèl se yon senbòl Islam, epi Aga, manman Izmayèl, se senbòl legliz alyans lanmò a. Izarak se yon senbòl Krisyanis, epi Sara se senbòl legliz alyans lavi a. Se poutèt sa Izmayèl te gen douz pitit gason, paske douz se yon senbòl pèp alyans Bondye a, epi Islam se yon fo imitasyon pèp alyans Bondye a.</w:t>
      </w:r>
    </w:p>
    <w:p>
      <w:pPr>
        <w:pStyle w:val="ArticleBody"/>
        <w:jc w:val="left"/>
      </w:pPr>
      <w:r>
        <w:rPr>
          <w:rFonts w:ascii="Times New Roman" w:hAnsi="Times New Roman" w:eastAsia="Times New Roman" w:cs="Times New Roman"/>
        </w:rPr>
        <w:t>Gen dekalojik pou Kris la nan Levanjil yo: youn nan Matye, epi yon lòt nan Lik.</w:t>
      </w:r>
    </w:p>
    <w:p>
      <w:pPr>
        <w:pStyle w:val="ArticleScripture"/>
        <w:jc w:val="left"/>
      </w:pPr>
      <w:r>
        <w:rPr>
          <w:rFonts w:ascii="Times New Roman" w:hAnsi="Times New Roman" w:eastAsia="Times New Roman" w:cs="Times New Roman"/>
        </w:rPr>
        <w:t>Epi Jakòb te fè Jozèf, mari Mari a, nan li menm Jezi te fèt la, li menm yo rele Kris la. Konsa, tout jenerasyon yo depi Abraram rive jouk David se katòz jenerasyon; epi depi David rive jouk depòtasyon Babilòn lan se katòz jenerasyon; epi depi depòtasyon Babilòn lan rive jouk Kris la se katòz jenerasyon. Men ki jan nesans Jezi Kris la te ye: Lè Mari, manman li, te fiyanse ak Jozèf, anvan yo te vini ansanm, yo jwenn li te ansent pa pouvwa Sentespri a. Matye 1:16–18.</w:t>
      </w:r>
    </w:p>
    <w:p>
      <w:pPr>
        <w:pStyle w:val="ArticleBody"/>
        <w:jc w:val="left"/>
      </w:pPr>
      <w:r>
        <w:rPr>
          <w:rFonts w:ascii="Times New Roman" w:hAnsi="Times New Roman" w:eastAsia="Times New Roman" w:cs="Times New Roman"/>
        </w:rPr>
        <w:t>Jenealoji Matye a idantifye twa peryòd egal ki gen katòz jenerasyon chak, ki ansanm fòme yon peryòd karant-de. Kris la se omega istwa alyans lan an relasyon ak Moyiz kòm alfa istwa alyans lan. Moyiz pwofetize ke Kris la t ap “tankou li menm.” Moyiz te gen twa peryòd karant an nan lavi li ki te dire sanven an. Chak peryòd karant an nan lavi Moyiz la, lè yo mete yo liy sou liy, fini nan Kadèch, yon senbòl 1863 ak lwa dimanch lan. Twa peryòd Kris la fini nan David, nan kaptivite Babilòn nan, ak nan Kris la menm k ap konfime alyans lan avèk san Li sou kwa a. David reprezante elevasyon legliz triyonfan an nan lwa dimanch lan, epi dezyèm liy lan idantifye vyèj sòt yo kòm moun yo mennen Babilòn, nan lwa dimanch lan. Twazyèm peryòd la fini sou kwa a, ki ankò yon fwa se yon tip lwa dimanch lan kote Kris la konfime alyans Abraram nan avèk san karant-kat mil yo, ak alyans Noye a avèk gran foul la.</w:t>
      </w:r>
    </w:p>
    <w:p>
      <w:pPr>
        <w:pStyle w:val="ArticleBody"/>
        <w:jc w:val="left"/>
      </w:pPr>
      <w:r>
        <w:rPr>
          <w:rFonts w:ascii="Times New Roman" w:hAnsi="Times New Roman" w:eastAsia="Times New Roman" w:cs="Times New Roman"/>
        </w:rPr>
        <w:t>Sa ki ka konprann lè de liy sa yo mete youn sou lòt la se yon bagay etonan. Sanvenn ane Moyiz yo konekte ak sanvenn ane Noe yo, epi karannde jenerasyon Kris la konekte ak antikris la k ap gouvène pandan karannde mwa senbolik nan lwa dimanch la.</w:t>
      </w:r>
    </w:p>
    <w:p>
      <w:pPr>
        <w:pStyle w:val="ArticleScripture"/>
        <w:jc w:val="left"/>
      </w:pPr>
      <w:r>
        <w:rPr>
          <w:rFonts w:ascii="Times New Roman" w:hAnsi="Times New Roman" w:eastAsia="Times New Roman" w:cs="Times New Roman"/>
        </w:rPr>
        <w:t>Epi Senyè a di: Lespri mwen p ap plede ak moun pou tout tan, paske li menm tou se chè; men jou li yo va sanvenzan. Jenèz 6:3.</w:t>
      </w:r>
    </w:p>
    <w:p>
      <w:pPr>
        <w:pStyle w:val="ArticleBody"/>
        <w:jc w:val="left"/>
      </w:pPr>
      <w:r>
        <w:rPr>
          <w:rFonts w:ascii="Times New Roman" w:hAnsi="Times New Roman" w:eastAsia="Times New Roman" w:cs="Times New Roman"/>
        </w:rPr>
        <w:t>Anplis jeneyaloji Matye a, ki mete anfaz sou alyans Abraram nan, jeneyaloji Kris la, jan Lik prezante li a, remonte jis rive nan kreyasyon an, konsa li mete anfaz sou alyans lavi a ke Adan te kraze nan Edenn nan. Jeneyaloji Lik la kòmanse ak Jezi, epi li remonte bak nan jeneyaloji Li a jis rive jwenn Adan, ki idantifye kòm pitit Bondye. Liy lan fini ak dezyèm Adan pafè a, epi li kòmanse ak premye Adan pafè a. Depi premye Adan an rive jouk dezyèm Adan an, yo prezante sa kòm 77 jenerasyon.</w:t>
      </w:r>
    </w:p>
    <w:p>
      <w:pPr>
        <w:pStyle w:val="ArticleBody"/>
        <w:jc w:val="left"/>
      </w:pPr>
      <w:r>
        <w:rPr>
          <w:rFonts w:ascii="Times New Roman" w:hAnsi="Times New Roman" w:eastAsia="Times New Roman" w:cs="Times New Roman"/>
        </w:rPr>
        <w:t>Jeneyaloji ki nan Ekriti yo reprezante liy verite. Nou fèk idantifye plizyè ladan yo ki depase byen lwen kantite temwen ki nesesè pou etabli yon verite. Liy jeneyaloji yo pote vwa akonplisman istorik yo ak prediksyon pou lavni, epi yo pote vwa Palmoni, Mèvèyab Metrè Nimewo sekrè yo, kòm enig nimerik ki te plase nan liy yo bay yon dezyèm vwa. De vwa sa yo tande ansanm ak yon lòt twazyèm vwa, vwa Mèvèyab Lengwis la, ki te kreye e ki kontwole tout bagay, enkli non moun, kote ak bagay.</w:t>
      </w:r>
    </w:p>
    <w:p>
      <w:pPr>
        <w:pStyle w:val="ArticleBody"/>
        <w:jc w:val="left"/>
      </w:pPr>
      <w:r>
        <w:rPr>
          <w:rFonts w:ascii="Times New Roman" w:hAnsi="Times New Roman" w:eastAsia="Times New Roman" w:cs="Times New Roman"/>
        </w:rPr>
        <w:t>Lè Jan vire pou l wè vwa ki te dèyè li a, li te tankou vwa anpil dlo; epi lè Danyèl te gen menm vizyon an, vwa Li te tankou vwa yon foul moun. Mesaj ki parèt sou sifas Ekriti yo, ansanm ak non yo jwenn nan mesaj la, epi tou chifraj ki andedan mesaj la, se twa vwa nan yon sèl pasaj. Lè ou pran yon liy ki gen twa vwa sa yo epi ou poze l sou tèt yon liy paralèl, twa vwa yo vin tounen anpil vwa.</w:t>
      </w:r>
    </w:p>
    <w:p>
      <w:pPr>
        <w:pStyle w:val="ArticleScripture"/>
        <w:jc w:val="left"/>
      </w:pPr>
      <w:r>
        <w:rPr>
          <w:rFonts w:ascii="Times New Roman" w:hAnsi="Times New Roman" w:eastAsia="Times New Roman" w:cs="Times New Roman"/>
        </w:rPr>
        <w:t>Epi yon vwa sòti nan twòn nan, ki t ap di: Lwanj pou Bondye nou an, nou tout sèvitè li yo, nou menm ki gen krentif pou li, ni piti ni gran. Epi mwen tande tankou vwa yon gwo foul moun, tankou bri anpil dlo, epi tankou bri gwo loraj pwisan, ki t ap di: Alelouya; paske Seyè a, Bondye Toupisan an, ap renye. Revelasyon 19:5, 6.</w:t>
      </w:r>
    </w:p>
    <w:p>
      <w:pPr>
        <w:pStyle w:val="ArticleBody"/>
        <w:jc w:val="left"/>
      </w:pPr>
      <w:r>
        <w:rPr>
          <w:rFonts w:ascii="Times New Roman" w:hAnsi="Times New Roman" w:eastAsia="Times New Roman" w:cs="Times New Roman"/>
        </w:rPr>
        <w:t>Kèk nan jeneyaloji ki pi enpòtan yo jwenn nan wa pèp Izrayèl yo. Premye sèt wa Izrayèl yo, wayòm nò a, fini ak Akab, Jezabèl ak Eli; konsa yo reprezante lwa dimanch lan. Liy dènye sèt wa tribi nò yo kòmanse nan lwa dimanch lan epi li fini nan fen pwobasyon limanite a, lè Mikaèl leve kanpe nan Danyèl 12. Premye sèt wa Jida yo ilistre istwa ki soti nan lwa dimanch lan jouk lè Mikaèl leve kanpe, epi dènye sèt yo idantifye istwa ki mennen nan lwa dimanch lan. De liy jeneyalojik, toude genyen yon istwa alfa ak yon istwa omega. Istwa alfa a se peryòd 9/11 la rive nan lwa dimanch lan, epi peryòd omega a se lwa dimanch lan rive nan fen pwobasyon an. Premye sèt wa Izrayèl yo aliyen ak dènye sèt wa Jida yo; epi dènye sèt wa Izrayèl yo aliyen ak premye sèt wa Jida yo.</w:t>
      </w:r>
    </w:p>
    <w:p>
      <w:pPr>
        <w:pStyle w:val="ArticleBody"/>
        <w:jc w:val="left"/>
      </w:pPr>
      <w:r>
        <w:rPr>
          <w:rFonts w:ascii="Times New Roman" w:hAnsi="Times New Roman" w:eastAsia="Times New Roman" w:cs="Times New Roman"/>
        </w:rPr>
        <w:t>Nou pral kontinye nan atik pwochen an.</w:t>
      </w:r>
    </w:p>
    <w:p>
      <w:pPr>
        <w:pStyle w:val="ArticleScripture"/>
        <w:jc w:val="left"/>
      </w:pPr>
      <w:r>
        <w:rPr>
          <w:rFonts w:ascii="Times New Roman" w:hAnsi="Times New Roman" w:eastAsia="Times New Roman" w:cs="Times New Roman"/>
        </w:rPr>
        <w:t>“Rete fèm jouk nan fen an”</w:t>
      </w:r>
    </w:p>
    <w:p>
      <w:pPr>
        <w:pStyle w:val="ArticleScripture"/>
        <w:jc w:val="left"/>
      </w:pPr>
      <w:r>
        <w:rPr>
          <w:rFonts w:ascii="Times New Roman" w:hAnsi="Times New Roman" w:eastAsia="Times New Roman" w:cs="Times New Roman"/>
        </w:rPr>
        <w:t>“[Revelation 1:1, 2, quoted.] Tout Bib la se yon revelasyon; paske tout revelasyon ki vin jwenn lèzòm pase atravè Kris la, e tout bagay santre nan li. Bondye pale avè nou pa mwayen Pitit li a, e se pou li nou ye pa kreyasyon ak pa redanmsyon. Kris te vin jwenn Jan, ki te an egzil sou zile Patmos la, pou l ba li verite a pou dènye jou sa yo, pou l montre li sa ki dwe rive talè konsa. Jezikri se gran responsab revelasyon diven an. Se atravè li nou genyen konesans sou sa nou dwe tann nan dènye sèn istwa tè sa a. Bondye te bay revelasyon sa a bay Kris la, epi Kris te kominike menm revelasyon an bay Jan.”</w:t>
      </w:r>
    </w:p>
    <w:p>
      <w:pPr>
        <w:pStyle w:val="ArticleScripture"/>
        <w:jc w:val="left"/>
      </w:pPr>
      <w:r>
        <w:rPr>
          <w:rFonts w:ascii="Times New Roman" w:hAnsi="Times New Roman" w:eastAsia="Times New Roman" w:cs="Times New Roman"/>
        </w:rPr>
        <w:t>“Jan, disip li Jezi te renmen an, se li menm yo te chwazi pou resevwa revelasyon sa a. Li te dènye sivivan nan premye disip yo te chwazi yo. Anba dispensasyon Nouvo Testaman an, yo te onore li menm jan yo te onore pwofèt Danyèl anba dispensasyon Ansyen Testaman an.</w:t>
      </w:r>
    </w:p>
    <w:p>
      <w:pPr>
        <w:pStyle w:val="ArticleScripture"/>
        <w:jc w:val="left"/>
      </w:pPr>
      <w:r>
        <w:rPr>
          <w:rFonts w:ascii="Times New Roman" w:hAnsi="Times New Roman" w:eastAsia="Times New Roman" w:cs="Times New Roman"/>
        </w:rPr>
        <w:t>“Enstriksyon ki te dwe kominike bay Jan an te tèlman enpòtan, Kris la te soti nan syèl la pou l bay li a sèvitè li a, pandan l t ap di li voye li bay legliz yo. Enstriksyon sa a dwe tounen sijè etid nou avèk anpil swen ak lapriyè; paske n ap viv nan yon tan kote moun ki pa anba ansèyman Lespri Sen an pral entwodui fo teyori. Mesye sa yo te kanpe nan gwo pozisyon, e yo gen pwojè anbisye pou yo mennen a byen. Yo chèche leve tèt pa yo, epi revolisyone tout aparans bagay yo. Bondye ban nou enstriksyon espesyal pou pwoteje nou kont moun konsa. Li te bay Jan lòd pou l ekri nan yon liv sa ki ta dwe rive nan dènye sèn istwa tè sa a.”</w:t>
      </w:r>
    </w:p>
    <w:p>
      <w:pPr>
        <w:pStyle w:val="ArticleScripture"/>
        <w:jc w:val="left"/>
      </w:pPr>
      <w:r>
        <w:rPr>
          <w:rFonts w:ascii="Times New Roman" w:hAnsi="Times New Roman" w:eastAsia="Times New Roman" w:cs="Times New Roman"/>
        </w:rPr>
        <w:t>“Apre tan an te pase, Bondye te konfye disip fidèl li yo prensip presye verite prezan an. Prensip sa yo pa t bay moun ki pa t gen okenn patisipasyon nan pwoklamasyon premye ak dezyèm mesaj zanj yo. Yo te bay ouvriye ki te gen yon pati nan kòz la depi nan kòmansman an.</w:t>
      </w:r>
    </w:p>
    <w:p>
      <w:pPr>
        <w:pStyle w:val="ArticleScripture"/>
        <w:jc w:val="left"/>
      </w:pPr>
      <w:r>
        <w:rPr>
          <w:rFonts w:ascii="Times New Roman" w:hAnsi="Times New Roman" w:eastAsia="Times New Roman" w:cs="Times New Roman"/>
        </w:rPr>
        <w:t>“Moun sa yo ki te pase nan eksperyans sa yo dwe rete fèm tankou yon wòch nan prensip ki fè nou Advantis Setyèm Jou. Yo dwe travay ansanm ak Bondye, mare temwayaj la, epi sele lalwa a nan mitan disip Li yo. Moun sa yo ki te patisipe nan etabli travay nou an sou yon fondasyon verite biblik, moun ki konnen mak yo sou chemen an ki te montre bon chemen an, dwe konsidere kòm ouvriye ki gen pi gwo valè. Yo kapab pale apati eksperyans pèsonèl yo konsènan verite yo te konfye yo. Mesye sa yo pa dwe pèmèt lafwa yo chanje pou l vin enfidelite; yo pa dwe pèmèt yo retire banyè twazyèm zanj lan nan men yo. Yo dwe kenbe kòmansman konfyans yo fèm jouk nan lafen.”</w:t>
      </w:r>
    </w:p>
    <w:p>
      <w:pPr>
        <w:pStyle w:val="ArticleScripture"/>
        <w:jc w:val="left"/>
      </w:pPr>
      <w:r>
        <w:rPr>
          <w:rFonts w:ascii="Times New Roman" w:hAnsi="Times New Roman" w:eastAsia="Times New Roman" w:cs="Times New Roman"/>
        </w:rPr>
        <w:t>“Seyè a deklare ke istwa tan pase yo dwe rakonte ankò pandan n ap antre nan travay final la. Chak verite Li ban nou pou dènye jou sa yo dwe pwoklame bay lemonn. Chak poto mitan Li tabli dwe vin pi fèm. Nou pa kapab kounye a soti sou fondasyon Bondye tabli a. Nou pa kapab kounye a antre nan okenn nouvo òganizasyon; paske sa ta vle di apostazi kite verite a.</w:t>
      </w:r>
    </w:p>
    <w:p>
      <w:pPr>
        <w:pStyle w:val="ArticleScripture"/>
        <w:jc w:val="left"/>
      </w:pPr>
      <w:r>
        <w:rPr>
          <w:rFonts w:ascii="Times New Roman" w:hAnsi="Times New Roman" w:eastAsia="Times New Roman" w:cs="Times New Roman"/>
        </w:rPr>
        <w:t>“Travay misyonè medikal la bezwen pou yo pirifye l e netwaye l anba tout sa ki ta febli lafwa moun k ap kwè yo nan eksperyans pase pèp Bondye a. Eden, bèl Eden, te degrade lè peche te antre ladan l. Gen nesesite kounye a pou repase eksperyans mesye ki te jwe yon wòl nan etablisman travay nou an nan kòmansman an.</w:t>
      </w:r>
    </w:p>
    <w:p>
      <w:pPr>
        <w:pStyle w:val="ArticleScripture"/>
        <w:jc w:val="left"/>
      </w:pPr>
      <w:r>
        <w:rPr>
          <w:rFonts w:ascii="Times New Roman" w:hAnsi="Times New Roman" w:eastAsia="Times New Roman" w:cs="Times New Roman"/>
        </w:rPr>
        <w:t>“Detanzantan nou li avi avis lanmò gran mesye nan lemonn. Lè pa yo rive sanzatann, tankou nan yon moman. Anpil, yo te kwè ki an bon sante, mouri apre yon fèt, oubyen apre yo fin fè plan egoyis pou pwòp elèvasyon pa yo. Pawòl la soti: ‘Li mete tèt li ansanm ak zidòl li yo; kite l pou kont li.’ Sa vle di Senyè a pa pwoteje l ankò kont malè. Lanmò toudenkou vini, e ki valè travay tout lavi li genyen? Lavi li te yon echèk. Pye bwa a tonbe, paske fòs ki te soutni li a lage l nan sakrifis idolatr li a.”</w:t>
      </w:r>
    </w:p>
    <w:p>
      <w:pPr>
        <w:pStyle w:val="ArticleScripture"/>
        <w:jc w:val="left"/>
      </w:pPr>
      <w:r>
        <w:rPr>
          <w:rFonts w:ascii="Times New Roman" w:hAnsi="Times New Roman" w:eastAsia="Times New Roman" w:cs="Times New Roman"/>
        </w:rPr>
        <w:t>“Gason ak fi yo plonje nèt nan chèche yon bagay pou yo pran plezi ladan l. Yo vann nanm yo pou anyen, e Bondye retire pasyans li ki tèlman plen ak andirans. Yo rete ak pwòp chwa pa yo.</w:t>
      </w:r>
    </w:p>
    <w:p>
      <w:pPr>
        <w:pStyle w:val="ArticleScripture"/>
        <w:jc w:val="left"/>
      </w:pPr>
      <w:r>
        <w:rPr>
          <w:rFonts w:ascii="Times New Roman" w:hAnsi="Times New Roman" w:eastAsia="Times New Roman" w:cs="Times New Roman"/>
        </w:rPr>
        <w:t>“Gen moun ki, pandan y ap fè konnen yo kwè verite prezan an, yo avili lafwa yo e yo refize mache nan limyè a. Kilès kounye a ki va mete sou kote prensip egoyis yo ak prensip monn lan? Kilès kounye a ki va fè efò pou l rive konprann valè nanm nan? Ki sa sa va sèvi yon moun, si li ta genyen tout lemonn, epi li pèdi pwòp nanm pa li? Oswa kisa yon moun ta bay an echanj pou nanm li? Èske nou grangou ak swaf pou pen lavi a ak dlo delivrans lan? Èske nou rann nou kont valè nanm sa yo Kris la te mouri pou yo? Èske moun yo sipoze kretyen yo ap viv ann amoni ak deklarasyon lafwa yo? Èske yo konsyan de valè nanm nan? Èske yo ap fè efò pou pirifye nanm yo atravè obeyisans a verite a?” Manuscript Releases, volim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Vennndeux</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