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Joèl ak Legliz Advantis Setyèm Jou Laodise a — Nimewo Venn-twa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2026-01-04</w:t>
      </w:r>
    </w:p>
    <w:p>
      <w:pPr>
        <w:pStyle w:val="ArticleHeading"/>
        <w:jc w:val="left"/>
      </w:pPr>
      <w:r>
        <w:rPr>
          <w:rFonts w:ascii="Arial" w:hAnsi="Arial" w:eastAsia="Arial" w:cs="Arial"/>
        </w:rPr>
        <w:t>Nimewo Venn-Twa</w:t>
      </w:r>
    </w:p>
    <w:p>
      <w:pPr>
        <w:pStyle w:val="ArticleBody"/>
        <w:jc w:val="left"/>
      </w:pPr>
      <w:r>
        <w:rPr>
          <w:rFonts w:ascii="Times New Roman" w:hAnsi="Times New Roman" w:eastAsia="Times New Roman" w:cs="Times New Roman"/>
        </w:rPr>
        <w:t>Nan atik venn-de mwen te ekri, “Apre sa, nan chapit onz, jenealojik pèp chwazi a reprezante pa dis non soti nan Sèm rive jouk Abraram. Chapit onz se istwa tou de fò Babel la, men tou jenealojik pèp chwazi a, jan sa reprezante pa Abraram. Chapit onz prezante yon pèp chwazi ki te dwe antre nan yon alyans twa-fwa avèk Bondye. Twazyèm ak dènye etap la se te sakrifis Izarak nan chapit venn-de. Chapit ‘onz’ la se kòmansman alfa a, epi chapit ‘venn-de’ a se fen omega a. Lafwa ki nesesè pou tande vwa Bondye nan sans non yo, pa diferan ditou ak lafwa ki nesesè pou tande vwa Li nan nimewotasyon Pawòl Li.”</w:t>
      </w:r>
    </w:p>
    <w:p>
      <w:pPr>
        <w:pStyle w:val="ArticleBody"/>
        <w:jc w:val="left"/>
      </w:pPr>
      <w:r>
        <w:rPr>
          <w:rFonts w:ascii="Times New Roman" w:hAnsi="Times New Roman" w:eastAsia="Times New Roman" w:cs="Times New Roman"/>
        </w:rPr>
        <w:t>Chapit onz la prezante alyans Kayen an, ak alyans Abèl la. Pandan plizyè ane, nou te montre repete karakteristik pwofetik tou Babil la reprezante yon alyans kontrefè. Apre delij la, te gen yon chanjman dispansasyon: anvan delij la, yo t ap adore devan pòtay Edenn nan; apre delij la, adorasyon an te dwe fèt sou yon lotèl. Lotèl la te gen egzijans biblik byen presi. Li te dwe bati ak wòch natirèl, san okenn moun taye oswa sizle wòch la. Li te dwe wòch sou wòch, san okenn mòtye.</w:t>
      </w:r>
    </w:p>
    <w:p>
      <w:pPr>
        <w:pStyle w:val="ArticleBody"/>
        <w:jc w:val="left"/>
      </w:pPr>
      <w:r>
        <w:rPr>
          <w:rFonts w:ascii="Times New Roman" w:hAnsi="Times New Roman" w:eastAsia="Times New Roman" w:cs="Times New Roman"/>
        </w:rPr>
        <w:t>Objektif tou a se te pou fè kowòt Nimwòd yo yon non, ki reprezante karaktè. Nan tou a, nou wè lòm ap eseye sove tèt yo, epi ap leve tèt yo kòm dye syèl la. Tou a se yon senbòl yon legliz ki panse li kapab sove tèt li, e ki panse li dwe leve anlè, menm jan dis wa yo fè nan Sòm 83, lè yo leve tèt papal la nan move konfederasyon pwofesi Labib la, ki fèt nan lwa dimanch la.</w:t>
      </w:r>
    </w:p>
    <w:p>
      <w:pPr>
        <w:pStyle w:val="ArticleScripture"/>
        <w:jc w:val="left"/>
      </w:pPr>
      <w:r>
        <w:rPr>
          <w:rFonts w:ascii="Times New Roman" w:hAnsi="Times New Roman" w:eastAsia="Times New Roman" w:cs="Times New Roman"/>
        </w:rPr>
        <w:t>Yon Chante oswa Sòm Asaf la. Pa rete an silans, o Bondye; pa kenbe lapè ou, epi pa rete trankil, o Bondye. Paske, gade, lènmi ou yo ap fè gwo dezòd; e sila yo ki rayi ou leve tèt yo anlè. Sòm 83:1, 2.</w:t>
      </w:r>
    </w:p>
    <w:p>
      <w:pPr>
        <w:pStyle w:val="ArticleBody"/>
        <w:jc w:val="left"/>
      </w:pPr>
      <w:r>
        <w:rPr>
          <w:rFonts w:ascii="Times New Roman" w:hAnsi="Times New Roman" w:eastAsia="Times New Roman" w:cs="Times New Roman"/>
        </w:rPr>
        <w:t>Lemonn te fèk fin detwi pa delij Noye a, e rezon Bondye te idantifye fèmti tan gras la sou mond antediluvyen an se paske panse lèzòm yo te vin mechan san rete. Bib la pale de inite nan plizyè fason, e youn ladan yo se wè “je nan je.” Èske de moun ka mache ansanm, si yo pa dakò?</w:t>
      </w:r>
    </w:p>
    <w:p>
      <w:pPr>
        <w:pStyle w:val="ArticleScripture"/>
        <w:jc w:val="left"/>
      </w:pPr>
      <w:r>
        <w:rPr>
          <w:rFonts w:ascii="Times New Roman" w:hAnsi="Times New Roman" w:eastAsia="Times New Roman" w:cs="Times New Roman"/>
        </w:rPr>
        <w:t>Koulye a, mwen sipliye nou, frè m yo, nan non Seyè nou Jezikri a, pou nou tout pale yon sèl menm bagay, epi pou pa gen okenn divizyon nan mitan nou; men pou nou ini nèt ale nan menm lespri ak nan menm jijman an. 1 Korentyen 1:10.</w:t>
      </w:r>
    </w:p>
    <w:p>
      <w:pPr>
        <w:pStyle w:val="ArticleBody"/>
        <w:jc w:val="left"/>
      </w:pPr>
      <w:r>
        <w:rPr>
          <w:rFonts w:ascii="Times New Roman" w:hAnsi="Times New Roman" w:eastAsia="Times New Roman" w:cs="Times New Roman"/>
        </w:rPr>
        <w:t>Lè Bondye te konfonn langaj la nan jijman li te fè sou wayòm Nimwòd la, sa montre ke, anvan konfizyon an, yo tout te nan inite, e se poutèt sa yo tout te gen menm karaktè a; e karaktè sa a te yon relijyon ki te chita sou zèv lèzòm—an opozisyon ak sila yo ki, nan menm chapit la menm, reprezante pa Abraram. Sèm te yon nanm fidèl nan epòk Nimwòd la. Istoryen yo montre Sèm kòm sila ki te touye Nimwòd, gwo rebèl la devan Seyè a. Pwen an rete fèm menm san lide istoryen yo, paske Sèm se yon nonm alyans, ki trase san li rive nan Noye, yon nonm alyans, ki trase san li tounen jouk nan Sèt, yon lòt nonm alyans, ki te antre nan istwa alyans lan pou ranplase frè li Abèl, ki te yon lòt nonm alyans ki te yon desandan dirèk Adan.</w:t>
      </w:r>
    </w:p>
    <w:p>
      <w:pPr>
        <w:pStyle w:val="ArticleBody"/>
        <w:jc w:val="left"/>
      </w:pPr>
      <w:r>
        <w:rPr>
          <w:rFonts w:ascii="Times New Roman" w:hAnsi="Times New Roman" w:eastAsia="Times New Roman" w:cs="Times New Roman"/>
        </w:rPr>
        <w:t>Jenèz onz la se gwo konfli ki genyen ant Kris ak Satan an, nan kontèks yon alyans lavi ak yon alyans lanmò. Nimwòd la reprezante gwo chasè devan Senyè a, paske li reprezante yon legliz ki gen anpil aderan. Abram, atravè Sèm, reprezante yon legliz ki gen sèlman kèk aderan. Sèm te nonm alyans lan lè Nimwòd t ap bati fò won li a, men de alyans ki nan chapit onz la pa reprezante pa Sèm ak Nimwòd, men pa Nimwòd ak Abraram. Pòl idantifye règ pwofetik sa a klèman.</w:t>
      </w:r>
    </w:p>
    <w:p>
      <w:pPr>
        <w:pStyle w:val="ArticleScripture"/>
        <w:jc w:val="left"/>
      </w:pPr>
      <w:r>
        <w:rPr>
          <w:rFonts w:ascii="Times New Roman" w:hAnsi="Times New Roman" w:eastAsia="Times New Roman" w:cs="Times New Roman"/>
        </w:rPr>
        <w:t>Paske Mèlkisedèk sa a, wa Salèm, prèt Bondye ki anwo nan syèl la, ki te rankontre Abraram lè li t ap retounen apre li te fin bat wa yo, e ki te beni li; se li menm tou Abraram te bay yon dizyèm pati nan tout bagay; dapre entèpretasyon an, an premye li se Wa jistis, epi apre sa tou Wa Salèm, sa vle di, Wa lapè; san papa, san manman, san desandans, li pa gen ni kòmansman jou, ni fen lavi; men li fèt sanble ak Pitit Bondye a; li rete prèt pou tout tan. Koulye a, konsidere jan nonm sa a te gran, li menm patriyach Abraram te bay yon dizyèm nan piyaj yo.</w:t>
      </w:r>
    </w:p>
    <w:p>
      <w:pPr>
        <w:pStyle w:val="ArticleScripture"/>
        <w:jc w:val="left"/>
      </w:pPr>
      <w:r>
        <w:rPr>
          <w:rFonts w:ascii="Times New Roman" w:hAnsi="Times New Roman" w:eastAsia="Times New Roman" w:cs="Times New Roman"/>
        </w:rPr>
        <w:t>An verite, sila ki soti nan pitit Levi yo, ki resevwa fonksyon sèvis prètriz la, gen yon kòmandman pou pran ladim nan men pèp la dapre lalwa, sa vle di nan men frè pa yo, byenke yo menm tou yo soti nan ren Abraram:</w:t>
      </w:r>
    </w:p>
    <w:p>
      <w:pPr>
        <w:pStyle w:val="ArticleScripture"/>
        <w:jc w:val="left"/>
      </w:pPr>
      <w:r>
        <w:rPr>
          <w:rFonts w:ascii="Times New Roman" w:hAnsi="Times New Roman" w:eastAsia="Times New Roman" w:cs="Times New Roman"/>
        </w:rPr>
        <w:t>Men sila a, ki desandan li pa konte pami yo, te resevwa ladim Abraam, epi li te beni sila a ki te resevwa pwomès yo. Epi san okenn kontradiksyon, se sa ki pi piti a ki resevwa benediksyon nan men sa ki pi gran an. Epi isit la, se moun ki mouri ki resevwa ladim; men la a, se yon moun yo rann temwayaj konsènan li ke li vivan ki resevwa yo. Epi, jan mwen ta ka di sa, Levi tou, ki resevwa ladim, te peye ladim nan Abraam. Paske li te toujou nan ren papa li, lè Melkisedèk te rankontre li. Ebre 7:1–10.</w:t>
      </w:r>
    </w:p>
    <w:p>
      <w:pPr>
        <w:pStyle w:val="ArticleBody"/>
        <w:jc w:val="left"/>
      </w:pPr>
      <w:r>
        <w:rPr>
          <w:rFonts w:ascii="Times New Roman" w:hAnsi="Times New Roman" w:eastAsia="Times New Roman" w:cs="Times New Roman"/>
        </w:rPr>
        <w:t>Gen anpil verite prezan nan sijè Mèlkisedèk la, men mwen senpleman ap idantifye ke Pòl anseye dirèkteman ke karakteristik pwofetik moun alyans yo—e pa sa, mwen vle di, gason ak fanm nan temwayaj enspire a, ki gen temwayaj biblik la ap idantifye yon pwen-repè nan liy pwofetik alyans Bondye avèk limanite. Pòl anseye ke Mèlkisedèk, ki te viv anvan prètriz Levitik la te tabli nan Sinayi, e konsa plis pase katsan ane anvan te gen yon prètriz Levitik, te resevwa ladim nan men Levi. Pou yon moun te ka nan prètriz Levitik la, li te dwe yon Levit ki te kapab pwouve desandans san li soti nan Levi. Mèlkisedèk pa t kapab montre desandans li te soti nan liy Levi, paske Levi pa t ankò fèt.</w:t>
      </w:r>
    </w:p>
    <w:p>
      <w:pPr>
        <w:pStyle w:val="ArticleBody"/>
        <w:jc w:val="left"/>
      </w:pPr>
      <w:r>
        <w:rPr>
          <w:rFonts w:ascii="Times New Roman" w:hAnsi="Times New Roman" w:eastAsia="Times New Roman" w:cs="Times New Roman"/>
        </w:rPr>
        <w:t>Liy pwofesi ki reprezante alyans Bondye avèk Adan ak Èv la, an reyalite, se de alyans. Premye a se te yon alyans lavi avèk yon tès senp. Apre Chit la ak echèk tès la, alyans ki vin apre a te gen ladan san yon ti mouton pou bay rad. Apre sa, te gen alyans Bondye avèk limanite, ki te reprezante pa lakansyèl la, Noye ak adorasyon bò lotèl la. Apre sa, te gen Jenèz onz, kote alyans Bondye avèk yon pèp chwazi, yo t ap rele Ebre, te kòmanse. Nan chak nan istwa sa yo, pèsonaj biblik yo se gason oswa fanm alyans.</w:t>
      </w:r>
    </w:p>
    <w:p>
      <w:pPr>
        <w:pStyle w:val="ArticleBody"/>
        <w:jc w:val="left"/>
      </w:pPr>
      <w:r>
        <w:rPr>
          <w:rFonts w:ascii="Times New Roman" w:hAnsi="Times New Roman" w:eastAsia="Times New Roman" w:cs="Times New Roman"/>
        </w:rPr>
        <w:t>Nan Jenèz onz, kòmansman alyans lavi a avèk yon pèp chwazi parèt aklè; epi li parèt jisteman kote Nimwòd tabli alyans lanmò a, jan brik ak mòtye yo reprezante l, yo menm ki te kontrefason wòch brit yo san mòtye lotèl la reprezante. Sè White fè nou konnen lotèl la reprezante Kris; konsa relijyon Nimwòd la, ki se yon relijyon kontrefè, reprezante yon Kris kontrefè.</w:t>
      </w:r>
    </w:p>
    <w:p>
      <w:pPr>
        <w:pStyle w:val="ArticleScripture"/>
        <w:jc w:val="left"/>
      </w:pPr>
      <w:r>
        <w:rPr>
          <w:rFonts w:ascii="Times New Roman" w:hAnsi="Times New Roman" w:eastAsia="Times New Roman" w:cs="Times New Roman"/>
        </w:rPr>
        <w:t>Epi yo di youn ak lòt: Ann al fè brik, epi ann kwit yo byen. Yo te gen brik pou wòch, epi yo te gen bitim pou mòtye. Jenèz 11:3.</w:t>
      </w:r>
    </w:p>
    <w:p>
      <w:pPr>
        <w:pStyle w:val="ArticleScripture"/>
        <w:jc w:val="left"/>
      </w:pPr>
      <w:r>
        <w:rPr>
          <w:rFonts w:ascii="Times New Roman" w:hAnsi="Times New Roman" w:eastAsia="Times New Roman" w:cs="Times New Roman"/>
        </w:rPr>
        <w:t>Epi si w vle fè m yon lotèl an wòch, ou pa dwe bati l ak wòch taye; paske si ou leve zouti ou sou li, ou deja pwofane l. Egzòd 20:25.</w:t>
      </w:r>
    </w:p>
    <w:p>
      <w:pPr>
        <w:pStyle w:val="ArticleScripture"/>
        <w:jc w:val="left"/>
      </w:pPr>
      <w:r>
        <w:rPr>
          <w:rFonts w:ascii="Times New Roman" w:hAnsi="Times New Roman" w:eastAsia="Times New Roman" w:cs="Times New Roman"/>
        </w:rPr>
        <w:t>“Nou an danje pou nou melanje sa ki sakre ak sa ki òdinè. Dife sen ki soti nan Bondye a dwe sèvi nan efò nou yo. Vrè lotèl la se Kris; vrè dife a se Sentespri a. Se sa ki enspirasyon nou. Se sèlman lè Sentespri a dirije epi gide yon moun li vin yon konseye ki san danje. Si nou vire do bay Bondye ak moun Li chwazi yo pou n al mande konsèy bò lotèl etranje yo, y ap reponn nou dapre zèv nou yo.” Selected Messages, liv 3, 300.</w:t>
      </w:r>
    </w:p>
    <w:p>
      <w:pPr>
        <w:pStyle w:val="ArticleBody"/>
        <w:jc w:val="left"/>
      </w:pPr>
      <w:r>
        <w:rPr>
          <w:rFonts w:ascii="Times New Roman" w:hAnsi="Times New Roman" w:eastAsia="Times New Roman" w:cs="Times New Roman"/>
        </w:rPr>
        <w:t>Pami lòt verite yo, youn nan leson yo tire sou plan pwofetik nan Jenèz onz se ke li reprezante kòmansman yon liy pwofetik. Delij Noe a make yon separasyon pwofetik. Lè Noe te soti nan lach la, te dwe gen yon nouvo metòd adorasyon, epi metòd adorasyon an toujou pwodui de kategori adoratè, jan sa parèt nan istwa Kayen ak Abèl. Jenèz onz se yon nouvo mond, avèk yon istwa kòmansman ki vin tounen istwa fondamantal pou istwa fen an, pandan pèp alyans Bondye a nan dènye jou yo ap rele ouvriye onzyèm èdtan yo soti Babilòn pandan kriz lwa dimanch la. Nimwòd se nonm peche a pandan kriz lwa dimanch la, epi Sèm, ki se Abraram, se nonm Bondye a nan menm kriz sa a. Gaye moun yo ak konfizyon lang yo nan Jenèz onz te kòmanse tousuit apre Noe te soti nan lach la. Tèm chapit onz la se de alyans yo, epi istwa a rive nan konklizyon li lè twazyèm etap alyans Abraram nan prezante nan chapit vennde.</w:t>
      </w:r>
    </w:p>
    <w:p>
      <w:pPr>
        <w:pStyle w:val="ArticleBody"/>
        <w:jc w:val="left"/>
      </w:pPr>
      <w:r>
        <w:rPr>
          <w:rFonts w:ascii="Times New Roman" w:hAnsi="Times New Roman" w:eastAsia="Times New Roman" w:cs="Times New Roman"/>
        </w:rPr>
        <w:t>Chapit onz la se istwa alfa liy Abraram nan, ki rive nan istwa omega a nan chapit vennde. Istwa kòmansman an sou Babèl Nimwòd la ak istwa fen an sou ofrann Izarak la, toude reprezante jijman final sou limanite. Liy la kòmanse nan tou Nimwòd la, epi li pwolonje jouk nan ofrann Izarak la, e liy la rive nan akonplisman li nan de ofrann ki opoze. Ofrann Nimwòd la resevwa jijman egzekitif Bondye a, epi jijman Abraram nan resevwa benediksyon Bondye a. Nimwòd se alfa chapit onz la, epi Abraram se omega chapit vennde a. Omega a toujou pi gran, omwen vennde fwa dapre alfabè ebre a, e pouvwa ki te manifeste nan konfonn lang yo ak gaye nasyon yo toupatou, te depase anpil pa pouvwa lakwa a. Tou Nimwòd la reprezante Twin Towers yo nan 9/11, epi ofrann Izarak la reprezante lwa dimanch la.</w:t>
      </w:r>
    </w:p>
    <w:p>
      <w:pPr>
        <w:pStyle w:val="ArticleBody"/>
        <w:jc w:val="left"/>
      </w:pPr>
      <w:r>
        <w:rPr>
          <w:rFonts w:ascii="Times New Roman" w:hAnsi="Times New Roman" w:eastAsia="Times New Roman" w:cs="Times New Roman"/>
        </w:rPr>
        <w:t>Liy alyans lan avèk yon pèp chwazi kòmanse ak senbòl nimewo onz, epi li fini ak senbòl nimewo vennnde. Liy lan fini nan fen tan gras la nan istwa alfa Nimwòd la, epi tou nan istwa omega Abraram nan. Menm istwa Nimwòd ak Abraram nan prezante nan premye liv Labib la, e li plase nan kontèks ranmase moso yo apre destriksyon ki te fèt dènyèman an nan delij Noe a. Nan premye liv Labib la, ilistrasyon de alyans yo bay de temwen ki mete anvan fen tan gras la nan liy chapit onz rive jouk vennnde.</w:t>
      </w:r>
    </w:p>
    <w:p>
      <w:pPr>
        <w:pStyle w:val="ArticleScripture"/>
        <w:jc w:val="left"/>
      </w:pPr>
      <w:r>
        <w:rPr>
          <w:rFonts w:ascii="Times New Roman" w:hAnsi="Times New Roman" w:eastAsia="Times New Roman" w:cs="Times New Roman"/>
        </w:rPr>
        <w:t>Moun ki enjis la, se pou l rete enjis toujou; e sila ki sal la, se pou l rete sal toujou; e moun ki jis la, se pou l rete jis toujou; e sila ki sen an, se pou l rete sen toujou. Revelasyon 22:11.</w:t>
      </w:r>
    </w:p>
    <w:p>
      <w:pPr>
        <w:pStyle w:val="ArticleBody"/>
        <w:jc w:val="left"/>
      </w:pPr>
      <w:r>
        <w:rPr>
          <w:rFonts w:ascii="Times New Roman" w:hAnsi="Times New Roman" w:eastAsia="Times New Roman" w:cs="Times New Roman"/>
        </w:rPr>
        <w:t>Nimwòd rete enjis e sal toujou, epi Abraram rete jis e sen toujou, jan sa idantifye nan alfa Jenèz 11–22 la, epi tou nan omega Revelasyon 22:11 la. Menm anvan tan gras la fèmen, yon pwononsyasyon fèt nan vèsè 10 la pou pa sele pawòl pwofesi liv sa a. Menm anvan tan gras la fèmen, nan vèsè ki vin tousuit apre a, gen pou genyen yon pwofesi nan Revelasyon ki dwe desele. De vèsè apre vèsè onz la, Kris la bay kle a pou desele pwofesi sa a.</w:t>
      </w:r>
    </w:p>
    <w:p>
      <w:pPr>
        <w:pStyle w:val="ArticleScripture"/>
        <w:jc w:val="left"/>
      </w:pPr>
      <w:r>
        <w:rPr>
          <w:rFonts w:ascii="Times New Roman" w:hAnsi="Times New Roman" w:eastAsia="Times New Roman" w:cs="Times New Roman"/>
        </w:rPr>
        <w:t>Epi li di mwen: Pa sele pawòl pwofesi liv sa a, paske tan an pwòch. Moun ki enjis la, kite l rete enjis toujou; epi moun ki sal la, kite l rete sal toujou; epi moun ki jis la, kite l rete jis toujou; epi moun ki sen an, kite l rete sen toujou. Epi gade, m ap vini vit; e rekonpans mwen avè m, pou m bay chak moun selon jan travay li va ye.</w:t>
      </w:r>
    </w:p>
    <w:p>
      <w:pPr>
        <w:pStyle w:val="ArticleScripture"/>
        <w:jc w:val="left"/>
      </w:pPr>
      <w:r>
        <w:rPr>
          <w:rFonts w:ascii="Times New Roman" w:hAnsi="Times New Roman" w:eastAsia="Times New Roman" w:cs="Times New Roman"/>
        </w:rPr>
        <w:t>Mwen se Alfa ak Omega, kòmansman ak finisman, premye a ak dènye a. Revelasyon 22:10–13.</w:t>
      </w:r>
    </w:p>
    <w:p>
      <w:pPr>
        <w:pStyle w:val="ArticleBody"/>
        <w:jc w:val="left"/>
      </w:pPr>
      <w:r>
        <w:rPr>
          <w:rFonts w:ascii="Times New Roman" w:hAnsi="Times New Roman" w:eastAsia="Times New Roman" w:cs="Times New Roman"/>
        </w:rPr>
        <w:t>Chapit vennde se chapit omega tout Bib la, e kle pou louvri pwofesi ki nan Revelasyon an, ki sele, se prensip Kris la te idantifye pi wo pase tout lòt yo nan chapit youn nan Revelasyon an. Chapit youn se premye lèt alfabè ebre a, epi chapit vennde se dènye a. Nan vèsè nèf rive onz nan chapit youn nan, Jan prezante tèt li, epi li idantifye Kris kòm Alfa ak Omega.</w:t>
      </w:r>
    </w:p>
    <w:p>
      <w:pPr>
        <w:pStyle w:val="ArticleScripture"/>
        <w:jc w:val="left"/>
      </w:pPr>
      <w:r>
        <w:rPr>
          <w:rFonts w:ascii="Times New Roman" w:hAnsi="Times New Roman" w:eastAsia="Times New Roman" w:cs="Times New Roman"/>
        </w:rPr>
        <w:t>Mwen menm Jan, ki frè nou tou, e ki patisipe ansanm avèk nou nan tribilasyon an, nan wayòm nan, ak nan pasyans Jezikri a, mwen te sou zile yo rele Patmòs la, poutèt pawòl Bondye a, ak poutèt temwayaj Jezikri a. Mwen te nan Lespri a nan jou Senyè a, epi mwen tande dèyè mwen yon gwo vwa, tankou son yon twonpèt, ki t ap di: Mwen se Alfa ak Omega, premye a ak dènye a; epi: Sa w wè a, ekri l nan yon liv, epi voye l bay sèt legliz ki nan Lazi yo; bay Efèz, bay Smirn, bay Pègam, bay Tiyatir, bay Sàd, bay Filadèlfi, ak bay Laodise. Revelasyon 1:9-11.</w:t>
      </w:r>
    </w:p>
    <w:p>
      <w:pPr>
        <w:pStyle w:val="ArticleBody"/>
        <w:jc w:val="left"/>
      </w:pPr>
      <w:r>
        <w:rPr>
          <w:rFonts w:ascii="Times New Roman" w:hAnsi="Times New Roman" w:eastAsia="Times New Roman" w:cs="Times New Roman"/>
        </w:rPr>
        <w:t>Nan vèsè onz, Jan sou zile Patmos, men li vire tounen nan vèsè douz, epi depi lè sa a li nan Tanp selès la. Konsa, nan vèsè 9/11 yo, nou jwenn temwayaj Jan an, ki idantifye Jezi kòm Alfa ak Omega, yon bagay Jezi te deja idantifye de tèt Li nan vèsè 8 la:</w:t>
      </w:r>
    </w:p>
    <w:p>
      <w:pPr>
        <w:pStyle w:val="ArticleScripture"/>
        <w:jc w:val="left"/>
      </w:pPr>
      <w:r>
        <w:rPr>
          <w:rFonts w:ascii="Times New Roman" w:hAnsi="Times New Roman" w:eastAsia="Times New Roman" w:cs="Times New Roman"/>
        </w:rPr>
        <w:t>Mwen se Alfa ak Omega, kòmansman an ak fen an, se sa Senyè a di, li menm ki la, ki te la, epi ki gen pou vini an, Toupisan an. Revelasyon 1:8.</w:t>
      </w:r>
    </w:p>
    <w:p>
      <w:pPr>
        <w:pStyle w:val="ArticleBody"/>
        <w:jc w:val="left"/>
      </w:pPr>
      <w:r>
        <w:rPr>
          <w:rFonts w:ascii="Times New Roman" w:hAnsi="Times New Roman" w:eastAsia="Times New Roman" w:cs="Times New Roman"/>
        </w:rPr>
        <w:t>Nan vèsè uit la, Jan ap ekri sa li te tande Kris la di konsènan tèt pa li. Nan vèsè nèf rive onz yo, se Jan menm k ap pale de tèt pa li. Sa reprezante de temwen nan premye onz vèsè yo ki idantifye Kris la kòm Alfa ak Omega. Vèsè nèf rive onz yo fòme yon inite panse apa. Menm si yo konekte ak tout chapit la, nan vèsè sa yo Jan ap pale de tèt pa li, tandiske, nan vèsè kat rive uit yo, Jan ap pale pou Bondye nan Legliz li yo. Vèsè kat la kòmanse yon inite panse ki fini nan vèsè uit la. Sa rekonèt pa karakteristik ouvèti Kris la, li menm ki te la, ki la, e ki gen pou vini an, yo idantifye nan vèsè kat la epi ankò nan vèsè uit la.</w:t>
      </w:r>
    </w:p>
    <w:p>
      <w:pPr>
        <w:pStyle w:val="ArticleScripture"/>
        <w:jc w:val="left"/>
      </w:pPr>
      <w:r>
        <w:rPr>
          <w:rFonts w:ascii="Times New Roman" w:hAnsi="Times New Roman" w:eastAsia="Times New Roman" w:cs="Times New Roman"/>
        </w:rPr>
        <w:t>Jan bay sèt legliz ki nan Azi yo: Gras pou nou, ak lapè, ki soti nan men Sila a ki la, ki te la, epi ki gen pou vini an; epi nan men sèt Lespri ki devan twòn li a; epi nan men Jezi Kris la, ki se temwen fidèl la, premye pitit ki leve soti vivan pami mò yo, ak chèf wa tè a. A li menm ki te renmen nou, ki lave nou anba peche nou yo nan pwòp san li, epi ki fè nou vin wa ak prèt pou Bondye ak Papa li a, se pou li resevwa laglwa ak dominasyon pou tout tan ak tout tan. Amèn. Men li ap vini ak nyaj yo; epi tout je va wè li, menm moun ki te pèse li yo tou; epi tout fanmi sou tè a va plenn poutèt li. Wi, Amèn.</w:t>
      </w:r>
    </w:p>
    <w:p>
      <w:pPr>
        <w:pStyle w:val="ArticleScripture"/>
        <w:jc w:val="left"/>
      </w:pPr>
      <w:r>
        <w:rPr>
          <w:rFonts w:ascii="Times New Roman" w:hAnsi="Times New Roman" w:eastAsia="Times New Roman" w:cs="Times New Roman"/>
        </w:rPr>
        <w:t>Mwen se Alfa ak Omega, kòmansman an ak fen an, se sa Senyè a di, li menm ki la, ki te la, epi ki gen pou vini an, Toupisan an. Revelasyon 1:4–8.</w:t>
      </w:r>
    </w:p>
    <w:p>
      <w:pPr>
        <w:pStyle w:val="ArticleBody"/>
        <w:jc w:val="left"/>
      </w:pPr>
      <w:r>
        <w:rPr>
          <w:rFonts w:ascii="Times New Roman" w:hAnsi="Times New Roman" w:eastAsia="Times New Roman" w:cs="Times New Roman"/>
        </w:rPr>
        <w:t>Twa premye vèsè chapit youn nan prezante revelasyon Jezikri a, ki vin deseale jis anvan tan gras la fèmen, paske vèsè twa a di: “tan an pre.” “Tan an pre” se menm deklarasyon ak sa ki nan vèsè dis, nan chapit vennnde a, ki di: “pa sele pawòl pwofesi liv sa a, paske tan an pre.” Pwofesi ki deseale a se Revelasyon Jezikri a.</w:t>
      </w:r>
    </w:p>
    <w:p>
      <w:pPr>
        <w:pStyle w:val="ArticleBody"/>
        <w:jc w:val="left"/>
      </w:pPr>
      <w:r>
        <w:rPr>
          <w:rFonts w:ascii="Times New Roman" w:hAnsi="Times New Roman" w:eastAsia="Times New Roman" w:cs="Times New Roman"/>
        </w:rPr>
        <w:t>Vèsè kat la kòmanse ouvèti sele a, e vèsè kat la kòmanse avèk temwayaj Jan an: “Mwen menm, Jan,” epi answit nan vèsè uit la, se Kris la ki idantifye tèt Li. Yon temwen imen nan premye nan senk vèsè yo, epi yon temwen diven nan fen an. Vèsè kat la idantifye Papa ki nan Syèl la kòm sila a ki “ye a, ki te la, e ki gen pou vini.” Vèsè uit la idantifye Kris la kòm sila a ki “ye a, ki te la, e ki gen pou vini.”</w:t>
      </w:r>
    </w:p>
    <w:p>
      <w:pPr>
        <w:pStyle w:val="ArticleBody"/>
        <w:jc w:val="left"/>
      </w:pPr>
      <w:r>
        <w:rPr>
          <w:rFonts w:ascii="Times New Roman" w:hAnsi="Times New Roman" w:eastAsia="Times New Roman" w:cs="Times New Roman"/>
        </w:rPr>
        <w:t>Kle pou désele Revelasyon Jezikri a se prensip alfa ak omega. Antanke premye a ak dènye a, Kris egziste tou nan prezan an, byenke Li te nan tan pase a epi Li pral nan tan kap vini an. Lefèt ke Jezi ak Papa a toude se Bondye ki te la, ki la, epi ki gen pou vini an, se yon lòt prezantasyon Kris kòm Alfa ak Omega. Li se Alfa ak Omega, Premye a ak Dènye a, Kòmansman an ak Fen an; e Li te nan kòmansman an epi Li pral nan fen an. “Kle” wayòm nan, yo te bay legliz la nan Sezare Filip la, se menm “kle” yo te mete sou zepòl Elyakim nan nan Ezayi 22:22. Alfa liv Revelasyon an se chapit youn epi omega a se chapit vennnde, konsa nou jwenn tout alfabè ebre a nan chapit Revelasyon yo. Chapit trèz reprezante rebelyon Etazini, epi apre sa, rebelyon lemonn. Chapit youn prezante Kris kòm Alfa ak Omega, epi chapit vennnde idantifye menm verite a, men an rapò ak déseleman ki mansyone nan chapit youn nan. Chapit youn, trèz ak vennnde reprezante twa lèt ebre yo ki ansanm fòme mo “verite” a.</w:t>
      </w:r>
    </w:p>
    <w:p>
      <w:pPr>
        <w:pStyle w:val="ArticleBody"/>
        <w:jc w:val="left"/>
      </w:pPr>
      <w:r>
        <w:rPr>
          <w:rFonts w:ascii="Times New Roman" w:hAnsi="Times New Roman" w:eastAsia="Times New Roman" w:cs="Times New Roman"/>
        </w:rPr>
        <w:t>Nan chapit venn-twa liv Matye a, Jezi pwononse uit malediksyon sou Farizyen yo ak Sadiseyen yo. Nan dènye vèsè chapit venn-de a, entèraksyon Kris la ak Jwif k ap diskite san rete yo te fini ak enigm David la, yon enigm ki pa ka rezoud sof si ou konprann prensip alfa ak omega a.</w:t>
      </w:r>
    </w:p>
    <w:p>
      <w:pPr>
        <w:pStyle w:val="ArticleScripture"/>
        <w:jc w:val="left"/>
      </w:pPr>
      <w:r>
        <w:rPr>
          <w:rFonts w:ascii="Times New Roman" w:hAnsi="Times New Roman" w:eastAsia="Times New Roman" w:cs="Times New Roman"/>
        </w:rPr>
        <w:t>Pandan Farizyen yo te rasanble ansanm, Jezi poze yo kesyon sa a, li di: Kisa nou panse osijè Kris la? Pitit kiyès li ye?</w:t>
      </w:r>
    </w:p>
    <w:p>
      <w:pPr>
        <w:pStyle w:val="ArticleScripture"/>
        <w:jc w:val="left"/>
      </w:pPr>
      <w:r>
        <w:rPr>
          <w:rFonts w:ascii="Times New Roman" w:hAnsi="Times New Roman" w:eastAsia="Times New Roman" w:cs="Times New Roman"/>
        </w:rPr>
        <w:t>Yo di li: Pitit David la.</w:t>
      </w:r>
    </w:p>
    <w:p>
      <w:pPr>
        <w:pStyle w:val="ArticleScripture"/>
        <w:jc w:val="left"/>
      </w:pPr>
      <w:r>
        <w:rPr>
          <w:rFonts w:ascii="Times New Roman" w:hAnsi="Times New Roman" w:eastAsia="Times New Roman" w:cs="Times New Roman"/>
        </w:rPr>
        <w:t>Li di yo: Kijan Donk David, anba enspirasyon Lespri a, rele l Seyè, lè li di: Seyè a di Seyè mwen an: Chita adwat mwen, jouk lè m mete ènmi ou yo anba pye ou tankou yon ban pou pye ou? Si Donk David rele l Seyè, kijan li fè pitit li?</w:t>
      </w:r>
    </w:p>
    <w:p>
      <w:pPr>
        <w:pStyle w:val="ArticleScripture"/>
        <w:jc w:val="left"/>
      </w:pPr>
      <w:r>
        <w:rPr>
          <w:rFonts w:ascii="Times New Roman" w:hAnsi="Times New Roman" w:eastAsia="Times New Roman" w:cs="Times New Roman"/>
        </w:rPr>
        <w:t>E pesonn pa t kapab reponn li yon mo; e depi jou sa a, pesonn pa t gen kouraj poze l okenn lòt kesyon ankò. Matye 22:41–46.</w:t>
      </w:r>
    </w:p>
    <w:p>
      <w:pPr>
        <w:pStyle w:val="ArticleBody"/>
        <w:jc w:val="left"/>
      </w:pPr>
      <w:r>
        <w:rPr>
          <w:rFonts w:ascii="Times New Roman" w:hAnsi="Times New Roman" w:eastAsia="Times New Roman" w:cs="Times New Roman"/>
        </w:rPr>
        <w:t>Konklizyon chapit vennde a idantifye yon siy sou chemen istwa alyans lan. Jeremi adrese liy verite sa a tou:</w:t>
      </w:r>
    </w:p>
    <w:p>
      <w:pPr>
        <w:pStyle w:val="ArticleScripture"/>
        <w:jc w:val="left"/>
      </w:pPr>
      <w:r>
        <w:rPr>
          <w:rFonts w:ascii="Times New Roman" w:hAnsi="Times New Roman" w:eastAsia="Times New Roman" w:cs="Times New Roman"/>
        </w:rPr>
        <w:t>Pawòl ki te vin jwenn Jeremi nan men Seyè a, ki di: Kanpe nan pòtay kay Seyè a, epi pwoklame la pawòl sa a, epi di: Tande pawòl Seyè a, nou tout moun Jida yo ki antre nan pòtay sa yo pou nou adore Seyè a. Men sa Seyè ki gen tout pouvwa a, Bondye Izrayèl la, di: Korije chemen nou ak aksyon nou yo, epi m ap fè nou rete nan kote sa a. Pa mete konfyans nou nan pawòl manti, lè n ap di: Tanp Seyè a, Tanp Seyè a, Tanp Seyè a, men yo.</w:t>
      </w:r>
    </w:p>
    <w:p>
      <w:pPr>
        <w:pStyle w:val="ArticleScripture"/>
        <w:jc w:val="left"/>
      </w:pPr>
      <w:r>
        <w:rPr>
          <w:rFonts w:ascii="Times New Roman" w:hAnsi="Times New Roman" w:eastAsia="Times New Roman" w:cs="Times New Roman"/>
        </w:rPr>
        <w:t>Paske si nou vrèman korije chemen nou ak zak nou yo; si nou vrèman rann jistis ant yon moun ak pwochen li; si nou pa peze etranje a, òfelen an, ak vèv la, epi nou pa koule san inosan nan kote sa a, ni nou pa mache dèyè lòt dye pou malè pa nou: lè sa a m ap fè nou rete nan kote sa a, nan peyi mwen te bay zansèt nou yo, pou tout tan ak tout tan. Gade, nou mete konfyans nou nan pawòl manti ki pa ka itil anyen. Èske n ap vòlè, touye moun, fè adiltè, fè fo sèman, boule lansan pou Baal, epi mache dèyè lòt dye nou pa konnen; epi nou vin kanpe devan mwen nan kay sa a, ki pote non mwen, pou nou di: Nou delivre pou nou fè tout bagay abominab sa yo?</w:t>
      </w:r>
    </w:p>
    <w:p>
      <w:pPr>
        <w:pStyle w:val="ArticleScripture"/>
        <w:jc w:val="left"/>
      </w:pPr>
      <w:r>
        <w:rPr>
          <w:rFonts w:ascii="Times New Roman" w:hAnsi="Times New Roman" w:eastAsia="Times New Roman" w:cs="Times New Roman"/>
        </w:rPr>
        <w:t>Èske kay sa a, ki pote non mwen an, vin tounen yon twou vòlè nan je nou? Gade, mwen menm tou, mwen wè sa, se Senyè a ki di sa. Men, ale kounye a nan plas mwen ki te Silo a, kote mwen te mete non mwen an premye, epi gade sa mwen te fè l poutèt mechanste pèp mwen an, Izrayèl.</w:t>
      </w:r>
    </w:p>
    <w:p>
      <w:pPr>
        <w:pStyle w:val="ArticleScripture"/>
        <w:jc w:val="left"/>
      </w:pPr>
      <w:r>
        <w:rPr>
          <w:rFonts w:ascii="Times New Roman" w:hAnsi="Times New Roman" w:eastAsia="Times New Roman" w:cs="Times New Roman"/>
        </w:rPr>
        <w:t>Koulye a, paske nou fè tout bagay sa yo, se Seyè a ki di sa, epi mwen te pale avè nou, m te leve byen bonè pou m pale, men nou pa t koute; mwen te rele nou, men nou pa t reponn; se poutèt sa m ap fè kay sa a, ki pote non mwen, kote nou mete konfyans nou, ansanm ak kote mwen te bay nou menm ak zansèt nou yo, menm jan mwen te fè Silo a. Epi m ap jete nou byen lwen devan je m, menm jan mwen te jete tout frè nou yo deyò, sètadi tout desandans Efrayim lan. Se poutèt sa, pa lapriyè pou pèp sa a, pa leve kri ni lapriyè pou yo, pa fè entèsesyon bò kote m pou yo; paske mwen p ap koute ou. Jeremi 7:1–16.</w:t>
      </w:r>
    </w:p>
    <w:p>
      <w:pPr>
        <w:pStyle w:val="ArticleBody"/>
        <w:jc w:val="left"/>
      </w:pPr>
      <w:r>
        <w:rPr>
          <w:rFonts w:ascii="Times New Roman" w:hAnsi="Times New Roman" w:eastAsia="Times New Roman" w:cs="Times New Roman"/>
        </w:rPr>
        <w:t>Jeremi te resevwa lòd pou li pa lapriyè pou ansyen Izrayèl, paske yo te rive nan yon pwen kote pa t gen retou ankò, menm jan ak Jwif kap diskite yo nan fen chapit vennnde a. Lè Moyiz, (yon nonm alyans) te vin fas a fas ak desizyon Bondye pou detwi pèp alyans li te chwazi a, Moyiz te lapriyè kòm entèsesè. Nan chapit sèt la, yo di Jeremi pou li pa lapriyè pou menm pèp alyans sa a. Istwa pwofetik Silo a idantifye kòm prèv apre prèv ki montre Bondye rejte yon pèp alyans li te chwazi lè peche yo rive nan yon pwen ki pa ka delivre ankò, jan sa eksprime nan yon sèl vèsè.</w:t>
      </w:r>
    </w:p>
    <w:p>
      <w:pPr>
        <w:pStyle w:val="ArticleScripture"/>
        <w:jc w:val="left"/>
      </w:pPr>
      <w:r>
        <w:rPr>
          <w:rFonts w:ascii="Times New Roman" w:hAnsi="Times New Roman" w:eastAsia="Times New Roman" w:cs="Times New Roman"/>
        </w:rPr>
        <w:t>Efrayim mare ak zidòl yo: kite l pou kont li. Oze 4:17.</w:t>
      </w:r>
    </w:p>
    <w:p>
      <w:pPr>
        <w:pStyle w:val="ArticleBody"/>
        <w:jc w:val="left"/>
      </w:pPr>
      <w:r>
        <w:rPr>
          <w:rFonts w:ascii="Times New Roman" w:hAnsi="Times New Roman" w:eastAsia="Times New Roman" w:cs="Times New Roman"/>
        </w:rPr>
        <w:t>Nan istwa alyans lan, pwen kote Bondye mete fen nan relasyon alyans li a se yon siy espesifik sou chemen an. Rejte rapò Jozye ak Kalèb la, ki make dizyèm eprèv la, se yon lòt egzanp. Kèk chapit pi ta, yo di Jeremi tou pou l pa lapriyè pou pèp sa a.</w:t>
      </w:r>
    </w:p>
    <w:p>
      <w:pPr>
        <w:pStyle w:val="ArticleScripture"/>
        <w:jc w:val="left"/>
      </w:pPr>
      <w:r>
        <w:rPr>
          <w:rFonts w:ascii="Times New Roman" w:hAnsi="Times New Roman" w:eastAsia="Times New Roman" w:cs="Times New Roman"/>
        </w:rPr>
        <w:t>Se poutèt sa, pa lapriyè pou pèp sa a, ni pa leve ni rèl ni siplikasyon pou yo; paske mwen p ap koute yo lè y ap rele nan pye m nan tan detrès yo a. Jeremi 11:14.</w:t>
      </w:r>
    </w:p>
    <w:p>
      <w:pPr>
        <w:pStyle w:val="ArticleBody"/>
        <w:jc w:val="left"/>
      </w:pPr>
      <w:r>
        <w:rPr>
          <w:rFonts w:ascii="Times New Roman" w:hAnsi="Times New Roman" w:eastAsia="Times New Roman" w:cs="Times New Roman"/>
        </w:rPr>
        <w:t>Nan chapit sèt la, rejè Lawodiseyen yo nan moman lwa dimanch lan, jan sa parèt nan senbolis Chiloa a, ap idantifye sa Li “pral fè” nan fiti pwòch la.</w:t>
      </w:r>
    </w:p>
    <w:p>
      <w:pPr>
        <w:pStyle w:val="ArticleScripture"/>
        <w:jc w:val="left"/>
      </w:pPr>
      <w:r>
        <w:rPr>
          <w:rFonts w:ascii="Times New Roman" w:hAnsi="Times New Roman" w:eastAsia="Times New Roman" w:cs="Times New Roman"/>
        </w:rPr>
        <w:t>Se poutèt sa, m ap fè kay sa a, ki rele pa non mwen, kote nou mete konfyans nou an, ansanm ak kote mwen te bay nou menm ak zansèt nou yo, menm jan mwen te fè Silo. Epi m ap jete nou deyò devan figi mwen, menm jan mwen te jete deyò tout frè nou yo, sètadi tout desandans Efrayim lan. Se poutèt sa, pa lapriyè pou pèp sa a, ni pa leve rèl ni lapriyè pou yo, ni pa fè entèsesyon devan mwen pou yo; paske mwen p ap koute ou. Jeremi 7:14–16.</w:t>
      </w:r>
    </w:p>
    <w:p>
      <w:pPr>
        <w:pStyle w:val="ArticleBody"/>
        <w:jc w:val="left"/>
      </w:pPr>
      <w:r>
        <w:rPr>
          <w:rFonts w:ascii="Times New Roman" w:hAnsi="Times New Roman" w:eastAsia="Times New Roman" w:cs="Times New Roman"/>
        </w:rPr>
        <w:t>Nan chapit onz la, kòmandman pou pa lapriyè a konsène laperèz k ap anvayi Laodiseyen yo lè y ap twouve yo nan tan detrès ki vin apre lwa dimanch lan. Laperèz yo fè eksperyans lan plase andedan istwa rejè alyans lan pa yo.</w:t>
      </w:r>
    </w:p>
    <w:p>
      <w:pPr>
        <w:pStyle w:val="ArticleScripture"/>
        <w:jc w:val="left"/>
      </w:pPr>
      <w:r>
        <w:rPr>
          <w:rFonts w:ascii="Times New Roman" w:hAnsi="Times New Roman" w:eastAsia="Times New Roman" w:cs="Times New Roman"/>
        </w:rPr>
        <w:t>Koute pawòl alyans sa a, epi pale avèk mesye Jida yo ak moun ki rete lavil Jerizalèm yo; epi di yo,</w:t>
      </w:r>
    </w:p>
    <w:p>
      <w:pPr>
        <w:pStyle w:val="ArticleScripture"/>
        <w:jc w:val="left"/>
      </w:pPr>
      <w:r>
        <w:rPr>
          <w:rFonts w:ascii="Times New Roman" w:hAnsi="Times New Roman" w:eastAsia="Times New Roman" w:cs="Times New Roman"/>
        </w:rPr>
        <w:t>Men sa sa Senyè, Bondye Izrayèl la;</w:t>
      </w:r>
    </w:p>
    <w:p>
      <w:pPr>
        <w:pStyle w:val="ArticleScripture"/>
        <w:jc w:val="left"/>
      </w:pPr>
      <w:r>
        <w:rPr>
          <w:rFonts w:ascii="Times New Roman" w:hAnsi="Times New Roman" w:eastAsia="Times New Roman" w:cs="Times New Roman"/>
        </w:rPr>
        <w:t>Madichon pou nonm ki pa obeyi pawòl alyans sa a, ke mwen te bay zansèt nou yo lòd pou yo kenbe nan jou mwen te fè yo soti kite peyi Lejip la, soti nan founo fè a, lè mwen t ap di: Obeyi vwa mwen, epi fè sa yo, dapre tout sa mwen kòmande nou; konsa n ap vin pèp mwen, epi mwen menm, m ap Bondye nou; pou m ka akonpli sèman mwen te fè zansèt nou yo, pou m ba yo yon peyi k ap koule ak lèt ak siwo myèl, jan sa ye jòdi a.</w:t>
      </w:r>
    </w:p>
    <w:p>
      <w:pPr>
        <w:pStyle w:val="ArticleScripture"/>
        <w:jc w:val="left"/>
      </w:pPr>
      <w:r>
        <w:rPr>
          <w:rFonts w:ascii="Times New Roman" w:hAnsi="Times New Roman" w:eastAsia="Times New Roman" w:cs="Times New Roman"/>
        </w:rPr>
        <w:t>Lè sa a mwen reponn, mwen di: Se konsa, O Seyè. Lè sa a, Seyè a di m:</w:t>
      </w:r>
    </w:p>
    <w:p>
      <w:pPr>
        <w:pStyle w:val="ArticleScripture"/>
        <w:jc w:val="left"/>
      </w:pPr>
      <w:r>
        <w:rPr>
          <w:rFonts w:ascii="Times New Roman" w:hAnsi="Times New Roman" w:eastAsia="Times New Roman" w:cs="Times New Roman"/>
        </w:rPr>
        <w:t>Anonse tout pawòl sa yo nan vil Jida yo, ak nan lari Jerizalèm yo, pou w di: Tande pawòl alyans sa a, epi fè yo. Paske mwen te avèti zansèt nou yo ak tout fòs nan jou mwen te fè yo monte soti nan peyi Lejip, jouk rive jòdi a, leve bonè, mwen pa t sispann avèti yo, mwen te di: Obeyi vwa mwen. Men yo pa t obeyi, ni yo pa t panche zòrèy yo, men chak moun te mache dapre imajinasyon move kè pa yo; se poutèt sa mwen pral fè tout pawòl alyans sa a tonbe sou yo, pawòl mwen te kòmande yo pou yo fè; men yo pa t fè yo.</w:t>
      </w:r>
    </w:p>
    <w:p>
      <w:pPr>
        <w:pStyle w:val="ArticleScripture"/>
        <w:jc w:val="left"/>
      </w:pPr>
      <w:r>
        <w:rPr>
          <w:rFonts w:ascii="Times New Roman" w:hAnsi="Times New Roman" w:eastAsia="Times New Roman" w:cs="Times New Roman"/>
        </w:rPr>
        <w:t>Epi Seyè a di m: Yo jwenn yon konplo nan mitan gason Jida yo ak nan mitan moun k ap viv Jerizalèm yo. Yo tounen nan mechanste zansèt yo, ki te refize koute pawòl mwen yo; epi yo ale dèyè lòt dye pou sèvi yo. Kay Izrayèl la ak kay Jida a kraze alyans mwen te fè ak zansèt yo.</w:t>
      </w:r>
    </w:p>
    <w:p>
      <w:pPr>
        <w:pStyle w:val="ArticleScripture"/>
        <w:jc w:val="left"/>
      </w:pPr>
      <w:r>
        <w:rPr>
          <w:rFonts w:ascii="Times New Roman" w:hAnsi="Times New Roman" w:eastAsia="Times New Roman" w:cs="Times New Roman"/>
        </w:rPr>
        <w:t>Se poutèt sa, men sa Seyè a di: Gade, m ap fè malè vini sou yo, yon malè yo p ap kapab chape; e menm si yo rele m, mwen p ap koute yo. Lè sa a, lavil Jida yo ansanm ak moun ki rete Jerizalèm yo va ale, y ap rele bondye yo t ap boule lansan pou yo; men yo menm, yo p ap delivre yo ditou nan tan tray yo. Paske, dapre kantite lavil ou yo, se konsa bondye ou yo te ye, o Jida; epi dapre kantite lari Jerizalèm yo, nou te leve lotèl pou bagay wont sa a, wi, lotèl pou boule lansan pou Baal.</w:t>
      </w:r>
    </w:p>
    <w:p>
      <w:pPr>
        <w:pStyle w:val="ArticleScripture"/>
        <w:jc w:val="left"/>
      </w:pPr>
      <w:r>
        <w:rPr>
          <w:rFonts w:ascii="Times New Roman" w:hAnsi="Times New Roman" w:eastAsia="Times New Roman" w:cs="Times New Roman"/>
        </w:rPr>
        <w:t>Se poutèt sa, pa lapriyè pou pèp sa a, ni pa leve kri oswa lapriyè pou yo; paske mwen p ap koute yo lè yo va rele nan pye mwen nan tan malè yo. Jeremi 11:1–14.</w:t>
      </w:r>
    </w:p>
    <w:p>
      <w:pPr>
        <w:pStyle w:val="ArticleBody"/>
        <w:jc w:val="left"/>
      </w:pPr>
      <w:r>
        <w:rPr>
          <w:rFonts w:ascii="Times New Roman" w:hAnsi="Times New Roman" w:eastAsia="Times New Roman" w:cs="Times New Roman"/>
        </w:rPr>
        <w:t>Rezireksyon kandida yo, pou yo pami san karantkat mil yo, idantifye nan Revelasyon 11:11; epi rasanbleman final yo idantifye nan Ezayi 11:11; epi liy ekstèn dragon an, bèt la ak fo pwofèt la idantifye nan Danyèl 11:11; jijman lwa dimanch la sou move zèb yo idantifye nan Ezekyèl 11:11, epi pinisyon ak laperèz ki vini sou vyèj sòt yo idantifye nan Jeremi 11:11.</w:t>
      </w:r>
    </w:p>
    <w:p>
      <w:pPr>
        <w:pStyle w:val="ArticleBody"/>
        <w:jc w:val="left"/>
      </w:pPr>
      <w:r>
        <w:rPr>
          <w:rFonts w:ascii="Times New Roman" w:hAnsi="Times New Roman" w:eastAsia="Times New Roman" w:cs="Times New Roman"/>
        </w:rPr>
        <w:t>Lòd pou pa lapriyè pou pèp sa a se pwen siy la nan dènye vèsè chapit vennde nan Matye a, epi chapit venntwa a idantifye uit malè sou Advantis la. Chapit venntwa a se swa 22 oktòb 1844, swa lwa dimanch la. Toude pwen siy sa yo se yon akonplisman maryaj la, epi maryaj la fèt ant yon lamarye ak yon mari, ki vin ansanm kòm yon sèl chè. Konsomasyon maryaj la reprezante ekspyasyon an, oswa “vin youn.” Moun te kreye selon imaj Bondye, e Li te kreye gason ak fi. Pitit yo reprezante pa venntwa kwomozòm ki soti nan gason an ak venntwa ki soti nan fanm nan. Ansanm, karantsis kwomozòm yo fòme tanp lan. Chak moun se yon tanp, paske èske nou pa konnen nou se tanp Senyè a?</w:t>
      </w:r>
    </w:p>
    <w:p>
      <w:pPr>
        <w:pStyle w:val="ArticleBody"/>
        <w:jc w:val="left"/>
      </w:pPr>
      <w:r>
        <w:rPr>
          <w:rFonts w:ascii="Times New Roman" w:hAnsi="Times New Roman" w:eastAsia="Times New Roman" w:cs="Times New Roman"/>
        </w:rPr>
        <w:t>Akonplisman maryaj la, lè de yo vin yon sèl, se konbinezon de tanp ki gen venn-twa, pou fòme yon sèl tanp ki gen karannsis. Kris se Sila a ki bati tanp lan, e Li bati legliz Li a kòm tanp fi a ki dwe ini ak tanp gason Li a. Koneksyon an fèt lè tanp imen an ini ak tanp Diven an nan Kote ki Pi Sen an nan tanp Bondye a. “Venn-twa” se yon senbòl seleman san karannkat mil yo, e travay sa a te kòmanse nan fen pwofesi de mil twasan ane a. Matye venn-twa se pwononsyasyon kont Advantis Setyèm Jou Lawodiseyen yo, ki se yon kontrefason san karannkat mil yo.</w:t>
      </w:r>
    </w:p>
    <w:p>
      <w:pPr>
        <w:pStyle w:val="ArticleBody"/>
        <w:jc w:val="left"/>
      </w:pPr>
      <w:r>
        <w:rPr>
          <w:rFonts w:ascii="Times New Roman" w:hAnsi="Times New Roman" w:eastAsia="Times New Roman" w:cs="Times New Roman"/>
        </w:rPr>
        <w:t>San karannkat-kat mil la se uityèm nan ki soti nan sèt yo, e se yo menm ki resisite nan uityèm jou a; e se yo menm ki uit nanm ki te sou lach Noye a; se yo menm tou ki uit desandan Sèt yo, e sele ki sou fwon yo te prefigire pa sikonsizyon an, ki te fèt sou uityèm jou a. Se yo menm ki prèt yo ki resevwa onksyon pou sèvis nan uityèm jou a; e pwononsyasyon uit malè sou Advantis la nan chapit venn-twa a, se yon pwononsyasyon kont fo uityèm nan.</w:t>
      </w:r>
    </w:p>
    <w:p>
      <w:pPr>
        <w:pStyle w:val="ArticleBody"/>
        <w:jc w:val="left"/>
      </w:pPr>
      <w:r>
        <w:rPr>
          <w:rFonts w:ascii="Times New Roman" w:hAnsi="Times New Roman" w:eastAsia="Times New Roman" w:cs="Times New Roman"/>
        </w:rPr>
        <w:t>Pwononsyasyon malè sou vyèj sòt yo vini apre sele pèp Bondye a nan dènye vèsè chapit vennnde a. Chapit vennnde a aliyen ak chapit vennnde nan Jenèz, paske premye liv Ansyen Testaman an se yon tip premye liv Nouvo Testaman an. Nan kè liy pwofetik la soti nan Matye onz rive nan chapit vennnde a, ki reprezante douz chapit, epi sizyèm nan douz chapit sa yo se chapit sèz, kote non Simon Barjona te chanje pou Pyè.</w:t>
      </w:r>
    </w:p>
    <w:p>
      <w:pPr>
        <w:pStyle w:val="ArticleScripture"/>
        <w:jc w:val="left"/>
      </w:pPr>
      <w:r>
        <w:rPr>
          <w:rFonts w:ascii="Times New Roman" w:hAnsi="Times New Roman" w:eastAsia="Times New Roman" w:cs="Times New Roman"/>
        </w:rPr>
        <w:t>Mwen menm tou, m ap di ou sa: Ou se Pyè, e sou wòch sa a mwen pral bati Legliz mwen an; epi pòtay lanfè yo p ap gen fòs sou li. Matye 16:18.</w:t>
      </w:r>
    </w:p>
    <w:p>
      <w:pPr>
        <w:pStyle w:val="ArticleBody"/>
        <w:jc w:val="left"/>
      </w:pPr>
      <w:r>
        <w:rPr>
          <w:rFonts w:ascii="Times New Roman" w:hAnsi="Times New Roman" w:eastAsia="Times New Roman" w:cs="Times New Roman"/>
        </w:rPr>
        <w:t>Gen 459 vèsè nan Matye onz rive vennde. Vèsè ki nan mitan an se vèsè disèt nan chapit sèz, men vèsè sa a pa ka separe ak vèsè dizwit ak diznèf, paske yo fòme yon sèl deklarasyon.</w:t>
      </w:r>
    </w:p>
    <w:p>
      <w:pPr>
        <w:pStyle w:val="ArticleScripture"/>
        <w:jc w:val="left"/>
      </w:pPr>
      <w:r>
        <w:rPr>
          <w:rFonts w:ascii="Times New Roman" w:hAnsi="Times New Roman" w:eastAsia="Times New Roman" w:cs="Times New Roman"/>
        </w:rPr>
        <w:t>Jezi reponn li, li di l: Ou beni, Simon, pitit gason Jona; paske se pa chè ak san ki te revele sa ba ou, men se Papa mwen ki nan syèl la. E mwen menm tou, mwen di ou: ou se Pyè, e se sou wòch sa a mwen pral bati legliz mwen an; e pòtay lanfè yo p ap gen pouvwa sou li. M ap ba ou kle wayòm syèl la; e tout sa ou va mare sou tè a va mare nan syèl la; e tout sa ou va lage sou tè a va lage nan syèl la. Matye 16:17–19.</w:t>
      </w:r>
    </w:p>
    <w:p>
      <w:pPr>
        <w:pStyle w:val="ArticleBody"/>
        <w:jc w:val="left"/>
      </w:pPr>
      <w:r>
        <w:rPr>
          <w:rFonts w:ascii="Times New Roman" w:hAnsi="Times New Roman" w:eastAsia="Times New Roman" w:cs="Times New Roman"/>
        </w:rPr>
        <w:t>Sant menm chapit onz rive vennde yo se deklarasyon alyans fondamantal pou Krisyanis la. Nan deklarasyon sa a, non Simon chanje pou Pyè; lè ou aplike pozisyon nimerik chak lèt nan lang angle a genyen—tankou “a” se youn, epi “z” se vennsis—ou jwenn “p” se 16, “e” se 5, epi “t” se 20, epi yon lòt “e” se 5, epi “r” se 18. Lè ou miltipliye 16 X 5 X 20 X 5 X 18, sa egal 144,000, epi referans sou chanjman non Pyè a, yon senbòl relasyon alyans, twouve nan chapit 16 vèsè 18, epi premye lèt nan non Pyè se nimewo 16 epi dènye lèt la se nimewo 18. Tout sa a twouve nan sant douz chapit ki kòmanse ak senbòl onz epi ki fini ak senbòl vennde.</w:t>
      </w:r>
    </w:p>
    <w:p>
      <w:pPr>
        <w:pStyle w:val="ArticleBody"/>
        <w:jc w:val="left"/>
      </w:pPr>
      <w:r>
        <w:rPr>
          <w:rFonts w:ascii="Times New Roman" w:hAnsi="Times New Roman" w:eastAsia="Times New Roman" w:cs="Times New Roman"/>
        </w:rPr>
        <w:t>Liy sa a jwenn tou nan Jenèz chapit onz rive vennde, e nan liy sa a, gen 305 vèsè, sa ki idantifye chapit disèt ak vèsè onz kòm sant liy sa a. Liy sa a ki gen douz chapit nan premye liv Ansyen Testaman an idantifye alyans avèk Abraram, epi li reprezante liy alfa a ki rankontre liy omega a, nan menm chapit yo nan premye liv Nouvo Testaman an. Sant liy omega a nan Matye se pwen ki pi wo nan relasyon alyans san karannkat mil yo, ki se siy alyans lan yo leve anlè nan lwa dimanch lan. Vèsè santral liy Jenèz la idantifye non sèlman vèsè santral la, men tou dezyèm oswa etap mitan alyans twa fwa a avèk Abraram, epi menm jan enpòtan siy alyans lan.</w:t>
      </w:r>
    </w:p>
    <w:p>
      <w:pPr>
        <w:pStyle w:val="ArticleScripture"/>
        <w:jc w:val="left"/>
      </w:pPr>
      <w:r>
        <w:rPr>
          <w:rFonts w:ascii="Times New Roman" w:hAnsi="Times New Roman" w:eastAsia="Times New Roman" w:cs="Times New Roman"/>
        </w:rPr>
        <w:t>Nou pral sikonsi chè prepisi nou an; e sa va sèvi kòm yon siy alyans ki genyen ant mwen menm ak nou menm. Jenèz 17:11.</w:t>
      </w:r>
    </w:p>
    <w:p>
      <w:pPr>
        <w:pStyle w:val="ArticleBody"/>
        <w:jc w:val="left"/>
      </w:pPr>
      <w:r>
        <w:rPr>
          <w:rFonts w:ascii="Times New Roman" w:hAnsi="Times New Roman" w:eastAsia="Times New Roman" w:cs="Times New Roman"/>
        </w:rPr>
        <w:t>Nou pral kontinye sou bagay sa yo nan atik kap vini an.</w:t>
      </w:r>
    </w:p>
    <w:p>
      <w:pPr>
        <w:pStyle w:val="ArticleScripture"/>
        <w:jc w:val="left"/>
      </w:pPr>
      <w:r>
        <w:rPr>
          <w:rFonts w:ascii="Times New Roman" w:hAnsi="Times New Roman" w:eastAsia="Times New Roman" w:cs="Times New Roman"/>
        </w:rPr>
        <w:t>“Lè sa a, pandan l t ap bale pousyè ak fatra a, fo bijou ak pyès lajan kontrefè yo tout leve, yo soti pa fenèt la tankou yon nwaj, epi van an pote yo ale. Nan aktivite sa a mwen fèmen je m pou yon ti moman; lè m louvri yo, tout fatra a te disparèt. Bijou presye yo, dyaman yo, pyès lò ak pyès ajan yo, te gaye an abondans toupatou nan chanm nan.</w:t>
      </w:r>
    </w:p>
    <w:p>
      <w:pPr>
        <w:pStyle w:val="ArticleScripture"/>
        <w:jc w:val="left"/>
      </w:pPr>
      <w:r>
        <w:rPr>
          <w:rFonts w:ascii="Times New Roman" w:hAnsi="Times New Roman" w:eastAsia="Times New Roman" w:cs="Times New Roman"/>
        </w:rPr>
        <w:t>“Li mete sou tab la yon bwat, ki te pi gwo anpil e pi bèl pase premye a, epi li ranmase bijou yo, dyaman yo, pyès monnen yo, pa ponyen, epi li jete yo nan bwat la, jouk pa t rete menm youn, byenke kèk nan dyaman yo pa t pi gwo pase pwent yon zepeng.”</w:t>
      </w:r>
    </w:p>
    <w:p>
      <w:pPr>
        <w:pStyle w:val="ArticleScripture"/>
        <w:jc w:val="left"/>
      </w:pPr>
      <w:r>
        <w:rPr>
          <w:rFonts w:ascii="Times New Roman" w:hAnsi="Times New Roman" w:eastAsia="Times New Roman" w:cs="Times New Roman"/>
        </w:rPr>
        <w:t>«Li rele m apre sa pou m “vini wè.”»</w:t>
      </w:r>
    </w:p>
    <w:p>
      <w:pPr>
        <w:pStyle w:val="ArticleScripture"/>
        <w:jc w:val="left"/>
      </w:pPr>
      <w:r>
        <w:rPr>
          <w:rFonts w:ascii="Times New Roman" w:hAnsi="Times New Roman" w:eastAsia="Times New Roman" w:cs="Times New Roman"/>
        </w:rPr>
        <w:t>“Mwen gade nan bwat la, men je m yo te avèg aklè pa sa m te wè a. Yo te briye ak dis fwa plis glwa pase anvan. Mwen te panse yo te fin fwote nan sab la anba pye moun mechan sa yo ki te gaye yo epi pile yo nan pousyè a. Yo te ranje ak bèl lòd nan bwat la, chak youn nan plas pa li, san okenn tras vizib efò nonm ki te voye yo ladan an. Mwen rele ak gwo jwa, e rèl sa a reveye m.” Early Writings, 83.</w:t>
      </w:r>
    </w:p>
    <w:p>
      <w:pPr>
        <w:pStyle w:val="ArticleScripture"/>
        <w:jc w:val="left"/>
      </w:pPr>
      <w:r>
        <w:rPr>
          <w:rFonts w:ascii="Times New Roman" w:hAnsi="Times New Roman" w:eastAsia="Times New Roman" w:cs="Times New Roman"/>
        </w:rPr>
        <w:t>“Nou mete vini Seyè a twò lwen. Mwen te wè lapli ta a t ap vini menm jan [sibitman tankou] rèl minwi a, e avèk dis fwa plis pouvwa.” Spalding and Magan, 5.</w:t>
      </w:r>
    </w:p>
    <w:p>
      <w:pPr>
        <w:pStyle w:val="ArticleScripture"/>
        <w:jc w:val="left"/>
      </w:pPr>
      <w:r>
        <w:rPr>
          <w:rFonts w:ascii="Times New Roman" w:hAnsi="Times New Roman" w:eastAsia="Times New Roman" w:cs="Times New Roman"/>
        </w:rPr>
        <w:t>Epi nan tout bagay ki gen rapò ak sajès ak konpreyansyon, lè wa a t ap poze yo kesyon, li te jwenn yo dis fwa pi bon pase tout majisyen ak astwològ ki te nan tout wayòm li an. Daniel 1:20.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Joèl ak Legliz Advantis Setyèm Jou Laodise a — Nimewo Venn-twa</dc:title>
  <dc:subject/>
  <dc:creator>Jeff Pippenger</dc:creator>
  <cp:keywords/>
  <dc:description>Generated by ArticleDigger from joel\23_joel.json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