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ak Legliz Advantis Setyèm Jou Lawodise a — Nimewo Venntsis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Nimewo Venntsis</w:t>
      </w:r>
    </w:p>
    <w:p>
      <w:pPr>
        <w:pStyle w:val="ArticleBody"/>
        <w:jc w:val="left"/>
      </w:pPr>
      <w:r>
        <w:rPr>
          <w:rFonts w:ascii="Times New Roman" w:hAnsi="Times New Roman" w:eastAsia="Times New Roman" w:cs="Times New Roman"/>
        </w:rPr>
        <w:t>Kat jenerasyon Joel yo reprezante yon destriksyon pwogresif nan jaden rezen Bondye a depi 1863 rive jouk lwa dimanch lan. Nimewo kat la senbolize tou kat atribi karaktè Kris la. Keriben yo nan tanp lan gen kat manifestasyon vizaj, epi manifestasyon sa yo aliyen ak divizyon an kat pati ansyen Izrayèl la lè yo te moute kan yo ozalantou tanp lan. Yo reprezante tou kat Levanjil yo.</w:t>
      </w:r>
    </w:p>
    <w:p>
      <w:pPr>
        <w:pStyle w:val="ArticleScripture"/>
        <w:jc w:val="left"/>
      </w:pPr>
      <w:r>
        <w:rPr>
          <w:rFonts w:ascii="Times New Roman" w:hAnsi="Times New Roman" w:eastAsia="Times New Roman" w:cs="Times New Roman"/>
        </w:rPr>
        <w:t>Pou resanblans figi yo, yo kat te gen figi yon nonm, ak figi yon lyon, sou bò dwat; epi yo kat te gen figi yon bèf sou bò gòch; yo kat te gen figi yon malfini tou. Ezekyèl 1:10.</w:t>
      </w:r>
    </w:p>
    <w:p>
      <w:pPr>
        <w:pStyle w:val="ArticleScripture"/>
        <w:jc w:val="left"/>
      </w:pPr>
      <w:r>
        <w:rPr>
          <w:rFonts w:ascii="Times New Roman" w:hAnsi="Times New Roman" w:eastAsia="Times New Roman" w:cs="Times New Roman"/>
        </w:rPr>
        <w:t>Premye bèt la te sanble ak yon lyon; dezyèm bèt la, ak yon ti towo bèf; twazyèm bèt la te gen yon figi tankou yon moun; epi katriyèm bèt la te sanble ak yon èg k ap vole. Revelasyon 4:7.</w:t>
      </w:r>
    </w:p>
    <w:p>
      <w:pPr>
        <w:pStyle w:val="ArticleBody"/>
        <w:jc w:val="left"/>
      </w:pPr>
      <w:r>
        <w:rPr>
          <w:rFonts w:ascii="Times New Roman" w:hAnsi="Times New Roman" w:eastAsia="Times New Roman" w:cs="Times New Roman"/>
        </w:rPr>
        <w:t>Bib la (Resansman 2) dekri 12 tribi yo (eksepte Levi, ki te moute kan tousuit ozalantou tabènak la) òganize an kat kan, chak gen twa tribi, plase sou kat pwen kadinal yo ozalantou tanp lan, chak anba yon drapo, sa vle di yon banyè oswa yon ansèn. Aranjman sa a te kreye yon paralèl senbolik, kote kan tè a reflete twòn ki nan syèl la, cheriben yo ap veye l.</w:t>
      </w:r>
    </w:p>
    <w:p>
      <w:pPr>
        <w:pStyle w:val="ArticleBody"/>
        <w:jc w:val="left"/>
      </w:pPr>
      <w:r>
        <w:rPr>
          <w:rFonts w:ascii="Times New Roman" w:hAnsi="Times New Roman" w:eastAsia="Times New Roman" w:cs="Times New Roman"/>
        </w:rPr>
        <w:t>Jida te fè fas ak bò solèy leve a, nan direksyon solèy k ap leve a, devan antre Tanp lan. Drapo Jida a te yon lyon, paske li reprezante Lyon tribi Jida a. De tribi ki te avèk Jida yo se te Isaka ak Zabilon. Nan vizyon Jan an, premye bèt la te tankou yon lyon, menm jan cheriben Ezekyèl yo te gen yon figi lyon. Woubenn, senbòl moun nan, te nan sid la ansanm ak Simeyon ak Gad. Nan lwès la te Efrayim, avèk Benjamen ak Manase, yo te reprezante pa bèf la. Nan nò a te Dàn, avèk Asè ak Neftali, yo te reprezante pa malfini an. Asosyasyon tribi yo avèk kat figi sanktyè selès la reprezante nan kat Levanjil yo.</w:t>
      </w:r>
    </w:p>
    <w:p>
      <w:pPr>
        <w:pStyle w:val="ArticleBody"/>
        <w:jc w:val="left"/>
      </w:pPr>
      <w:r>
        <w:rPr>
          <w:rFonts w:ascii="Times New Roman" w:hAnsi="Times New Roman" w:eastAsia="Times New Roman" w:cs="Times New Roman"/>
        </w:rPr>
        <w:t>Matye se Lyon tribi Jida a, Mak se bèf sakrifisyèl la, Lik se moun nan, epi Jan se malfini k ap vole byen wo a. Kris la, antanke Lyon tribi Jida a, defini Tèt Li kòm sila a ki sele epi ki retire sele sou Pawòl pwofetik Li a. Liv Matye a gen plis referans dirèk sou akonplisman pwofesi mesyanik yo (12) pase twa lòt levanjil yo mete ansanm. Pa menm gen konparezon.</w:t>
      </w:r>
    </w:p>
    <w:p>
      <w:pPr>
        <w:pStyle w:val="ArticleBody"/>
        <w:jc w:val="left"/>
      </w:pPr>
      <w:r>
        <w:rPr>
          <w:rFonts w:ascii="Times New Roman" w:hAnsi="Times New Roman" w:eastAsia="Times New Roman" w:cs="Times New Roman"/>
        </w:rPr>
        <w:t>Liv Matye a reprezante Pawòl pwofetik Bondye. Lik, ki te yon doktè, prezante levanjil li a sou pèspektiv Kris la kòm Pitit Lòm nan, paske Lik se figi moun nan. Mak prezante levanjil li sou Kris la sou pèspektiv ofrann sakrifisyèl Kris la te reprezante a, paske Mak se bèf la. Jan se gwo malfini k ap vole byen wo a, li menm ki te prezante bagay pwofon Bondye yo nan prezantasyon li te fè sou levanjil Kris la.</w:t>
      </w:r>
    </w:p>
    <w:p>
      <w:pPr>
        <w:pStyle w:val="ArticleBody"/>
        <w:jc w:val="left"/>
      </w:pPr>
      <w:r>
        <w:rPr>
          <w:rFonts w:ascii="Times New Roman" w:hAnsi="Times New Roman" w:eastAsia="Times New Roman" w:cs="Times New Roman"/>
        </w:rPr>
        <w:t>Li enpòtan pou nou konprann liv Matye a jan li reprezante nan Pawòl pwofetik la. Liv Matye a se Lyon branch fanmi Jida a, Mèt Pawòl pwofetik li a, Bèl Moun ki konte sekrè yo, Bèl Lengwis la, sila a ki sele epi ki dezsele Pawòl li a. Jezi se Alfa ak Omega, e li se Pawòl la. Premye liv Nouvo Testaman an ak dènye liv Nouvo Testaman an se liv pwofetik. Pifò moun konnen verite sa a konsènan liv Revelasyon an, men yo ta ka pa t rekonèt ke Matye se alfa Nouvo Testaman an; kidonk, li dwe annamoni ak omega Nouvo Testaman an. Li dwe reprezante fen an, ki se liv Revelasyon an.</w:t>
      </w:r>
    </w:p>
    <w:p>
      <w:pPr>
        <w:pStyle w:val="ArticleBody"/>
        <w:jc w:val="left"/>
      </w:pPr>
      <w:r>
        <w:rPr>
          <w:rFonts w:ascii="Times New Roman" w:hAnsi="Times New Roman" w:eastAsia="Times New Roman" w:cs="Times New Roman"/>
        </w:rPr>
        <w:t>Se poutèt sa, lè nou jwenn nan Matye liy paralèl liy istwa alyans Jenèz la, jan li prezante nan chapit onz rive nan vennde, sa se pa anyen mwens pase yon verite Lyon branch fanmi Matye a ap desele. Douz chapit istwa alyans yo ki reprezante nan Jenèz, Matye ak Revelasyon yo kounye a ap desele, epi sa n ap idantifye a se ke chapit venntwa Matye a reprezante separasyon saj yo ak moun sòt yo nan parabòl jaden rezen an. Uit malè sou ansyen pèp alyans lan, ki jwenn kontrepati pwofetik yo nan uit nanm ki reprezante san karannkat mil yo ki monte nan lach sekirite a. 23 se yon reprezantasyon travay ki te kòmanse nan Tanp selès la lè 2300 jou yo te rive nan konklizyon yo nan dat 22 Oktòb 1844, epi l ap fè sa ankò nan lwa dimanch ki pral vini byento a. Chapit 23 la ap make verite sa a.</w:t>
      </w:r>
    </w:p>
    <w:p>
      <w:pPr>
        <w:pStyle w:val="ArticleBody"/>
        <w:jc w:val="left"/>
      </w:pPr>
      <w:r>
        <w:rPr>
          <w:rFonts w:ascii="Times New Roman" w:hAnsi="Times New Roman" w:eastAsia="Times New Roman" w:cs="Times New Roman"/>
        </w:rPr>
        <w:t>Chapit vennkat la dewoule pandan Kris fèk fini dyalòg Li avèk Izrayèl aposta a epi Li kite tanp Jwif yo pou dènye fwa. Nimewo 24 la se yon senbòl tranzisyon Izrayèl ansyen an pou rive nan Izrayèl modèn nan, pwen menm sa a nan listwa pwofetik kote Kris te kanpe lè Li te prezante mesaj Li nan Matye vennkat. Mesaj pwofetik Matye 24 la se yon ilistrasyon diven sou metodoloji liy sou liy, ki adrese espesyalman listwa Millerit yo, e konsa tou listwa san karannkat mil yo. 24 la reprezante pa legliz Revelasyon douz la, ki kanpe sou lalin nan ki reflete limyè solèy jistis la. Sou tèt li gen douz zetwal ki reprezante 24, paske li reprezante listwa k ap mennen rive nan nesans Kris la lè 12 tribi Izrayèl ansyen an t ap vin tounen douz disip Izrayèl modèn nan. Nan chapit vennkat la, listwa Millerit la depi 1798 rive jis nan gwo desepsyon an reprezante. Apre sa vini Matye 25.</w:t>
      </w:r>
    </w:p>
    <w:p>
      <w:pPr>
        <w:pStyle w:val="ArticleBody"/>
        <w:jc w:val="left"/>
      </w:pPr>
      <w:r>
        <w:rPr>
          <w:rFonts w:ascii="Times New Roman" w:hAnsi="Times New Roman" w:eastAsia="Times New Roman" w:cs="Times New Roman"/>
        </w:rPr>
        <w:t>Nimewo 25 la se yon senbòl Levit yo, kit yo bon kit yo move, men menm jan enpòtan an li reprezante separasyon Levit saj yo ak Levit mechan yo. Matye 25 idantifye, sou baz twa temwen, oswa twa parabòl, pwosesis separasyon nimewo vennsenk la reprezante a. Natirèlman, parabòl dis vyèj yo reprezante istwa Millerit yo, epi tou istwa san karannkatmil yo. Istwa sa a se istwa premye zanj lan; parabòl talan yo se dezyèm zanj lan, epi parabòl mouton ak bouk kabrit yo se jijman twazyèm zanj lan.</w:t>
      </w:r>
    </w:p>
    <w:p>
      <w:pPr>
        <w:pStyle w:val="ArticleBody"/>
        <w:jc w:val="left"/>
      </w:pPr>
      <w:r>
        <w:rPr>
          <w:rFonts w:ascii="Times New Roman" w:hAnsi="Times New Roman" w:eastAsia="Times New Roman" w:cs="Times New Roman"/>
        </w:rPr>
        <w:t>Chapit vennsis rive ventwit idantifye listwa Pak la jouk rive nan misyon evanjelik apre krisifiksyon an.</w:t>
      </w:r>
    </w:p>
    <w:p>
      <w:pPr>
        <w:pStyle w:val="ArticleScripture"/>
        <w:jc w:val="left"/>
      </w:pPr>
      <w:r>
        <w:rPr>
          <w:rFonts w:ascii="Times New Roman" w:hAnsi="Times New Roman" w:eastAsia="Times New Roman" w:cs="Times New Roman"/>
        </w:rPr>
        <w:t>Epi sa, lè Jezi te fin di tout pawòl sa yo, li di disip li yo: Nou konnen, apre de jou, se fèt Delivrans lan, epi y ap trayi Pitit lòm nan pou yo kloure l sou kwa. Matye 26:1, 2.</w:t>
      </w:r>
    </w:p>
    <w:p>
      <w:pPr>
        <w:pStyle w:val="ArticleBody"/>
        <w:jc w:val="left"/>
      </w:pPr>
      <w:r>
        <w:rPr>
          <w:rFonts w:ascii="Times New Roman" w:hAnsi="Times New Roman" w:eastAsia="Times New Roman" w:cs="Times New Roman"/>
        </w:rPr>
        <w:t>Yon rezime divès jalon yo nan chapit 26 se konplo pou touye Jezi nan vèsè twa rive senk. Apre sa, yo wenn Jezi nan Betani nan vèsè sis rive trèz. Nan vèsè katòz rive sèz, Jida trayi Kris la pou trant pyès ajan. Apre sa vini Delivrans lan avèk disip Li yo, nan vèsè disèt rive vennsenk. Nan vèsè vennsis rive vennnef, Jezi etabli Soupe Senyè a, epi nan vèsè trant, Jezi anonse davans denyasyon Pyè a. Nan vèsè trannsis rive karannsis, Jezi nan Jetsemane. Nan vèsè karannsèt rive senkannsis, yo arete Jezi; apre sa, nan vèsè senkannsèt rive swasannwit, Jezi devan Kayif ak Sannedren an. Depi vèsè swasannèf pou pi devan, denyasyon Pyè te fè kont Kris la prezante. Chapit la gen dis jalon presi ki dwe repete pandan dènye jou yo.</w:t>
      </w:r>
    </w:p>
    <w:p>
      <w:pPr>
        <w:pStyle w:val="ArticleBody"/>
        <w:jc w:val="left"/>
      </w:pPr>
      <w:r>
        <w:rPr>
          <w:rFonts w:ascii="Times New Roman" w:hAnsi="Times New Roman" w:eastAsia="Times New Roman" w:cs="Times New Roman"/>
        </w:rPr>
        <w:t>Chapit vennset la gen dis pwen repè diferan tou. Yo livre Jezi bay Pilat, apre sa Jida pann tèt li, apre sa yo mennen Jezi devan Pilat, apre sa yo chwazi Barabas, Pilat livre Jezi pou yo kloure l sou kwa, apre sa yo pase Jezi nan rizib, apre sa vini krisifiksyon an, apre sa lanmò Jezi, apre sa yo antere Jezi, epi apre sa gad ki te veye tonm nan rann temwayaj.</w:t>
      </w:r>
    </w:p>
    <w:p>
      <w:pPr>
        <w:pStyle w:val="ArticleBody"/>
        <w:jc w:val="left"/>
      </w:pPr>
      <w:r>
        <w:rPr>
          <w:rFonts w:ascii="Times New Roman" w:hAnsi="Times New Roman" w:eastAsia="Times New Roman" w:cs="Times New Roman"/>
        </w:rPr>
        <w:t>Chapit vennuit la gen sèlman twa pwen repè: premye a se rezirèksyon an, answit manti Sinedren an, epi apre sa gran komisyon an. Twa chapit avèk venntwa pwen repè diferan nan kwa a, ki pral repete nan istwa san karantkat mil yo.</w:t>
      </w:r>
    </w:p>
    <w:p>
      <w:pPr>
        <w:pStyle w:val="ArticleHeading"/>
        <w:jc w:val="left"/>
      </w:pPr>
      <w:r>
        <w:rPr>
          <w:rFonts w:ascii="Arial" w:hAnsi="Arial" w:eastAsia="Arial" w:cs="Arial"/>
        </w:rPr>
        <w:t>Matye 26 – Dis Mak Wout yo</w:t>
      </w:r>
    </w:p>
    <w:p>
      <w:pPr>
        <w:pStyle w:val="ArticleListItem"/>
        <w:ind w:left="576" w:hanging="259"/>
        <w:jc w:val="left"/>
      </w:pPr>
      <w:r>
        <w:rPr>
          <w:rFonts w:ascii="Times New Roman" w:hAnsi="Times New Roman" w:eastAsia="Times New Roman" w:cs="Times New Roman"/>
        </w:rPr>
        <w:t>1. Konplo gran prèt yo ak ansyen yo pou touye Jezi (v. 3–5)</w:t>
      </w:r>
    </w:p>
    <w:p>
      <w:pPr>
        <w:pStyle w:val="ArticleListItem"/>
        <w:ind w:left="576" w:hanging="259"/>
        <w:jc w:val="left"/>
      </w:pPr>
      <w:r>
        <w:rPr>
          <w:rFonts w:ascii="Times New Roman" w:hAnsi="Times New Roman" w:eastAsia="Times New Roman" w:cs="Times New Roman"/>
        </w:rPr>
        <w:t>2. Onksyon nan Betani pa fanm ki te gen bwat alabast la (v. 6–13)</w:t>
      </w:r>
    </w:p>
    <w:p>
      <w:pPr>
        <w:pStyle w:val="ArticleListItem"/>
        <w:ind w:left="576" w:hanging="259"/>
        <w:jc w:val="left"/>
      </w:pPr>
      <w:r>
        <w:rPr>
          <w:rFonts w:ascii="Times New Roman" w:hAnsi="Times New Roman" w:eastAsia="Times New Roman" w:cs="Times New Roman"/>
        </w:rPr>
        <w:t>3. Jida dakò trayi Jezi pou 30 pyès ajan (v. 14–16)</w:t>
      </w:r>
    </w:p>
    <w:p>
      <w:pPr>
        <w:pStyle w:val="ArticleListItem"/>
        <w:ind w:left="576" w:hanging="259"/>
        <w:jc w:val="left"/>
      </w:pPr>
      <w:r>
        <w:rPr>
          <w:rFonts w:ascii="Times New Roman" w:hAnsi="Times New Roman" w:eastAsia="Times New Roman" w:cs="Times New Roman"/>
        </w:rPr>
        <w:t>4. Preparasyon ak manje Delivrans lan avèk disip yo (v. 17–25)</w:t>
      </w:r>
    </w:p>
    <w:p>
      <w:pPr>
        <w:pStyle w:val="ArticleListItem"/>
        <w:ind w:left="576" w:hanging="259"/>
        <w:jc w:val="left"/>
      </w:pPr>
      <w:r>
        <w:rPr>
          <w:rFonts w:ascii="Times New Roman" w:hAnsi="Times New Roman" w:eastAsia="Times New Roman" w:cs="Times New Roman"/>
        </w:rPr>
        <w:t>5. Enstitisyon Soupe Seyè a (v. 26–29)</w:t>
      </w:r>
    </w:p>
    <w:p>
      <w:pPr>
        <w:pStyle w:val="ArticleListItem"/>
        <w:ind w:left="576" w:hanging="259"/>
        <w:jc w:val="left"/>
      </w:pPr>
      <w:r>
        <w:rPr>
          <w:rFonts w:ascii="Times New Roman" w:hAnsi="Times New Roman" w:eastAsia="Times New Roman" w:cs="Times New Roman"/>
        </w:rPr>
        <w:t>6. Prediksyon sou renyasyon Pyè a (v. 30–35)</w:t>
      </w:r>
    </w:p>
    <w:p>
      <w:pPr>
        <w:pStyle w:val="ArticleListItem"/>
        <w:ind w:left="576" w:hanging="259"/>
        <w:jc w:val="left"/>
      </w:pPr>
      <w:r>
        <w:rPr>
          <w:rFonts w:ascii="Times New Roman" w:hAnsi="Times New Roman" w:eastAsia="Times New Roman" w:cs="Times New Roman"/>
        </w:rPr>
        <w:t>7. Agoni nan Jetsemani (vv. 36–46)</w:t>
      </w:r>
    </w:p>
    <w:p>
      <w:pPr>
        <w:pStyle w:val="ArticleListItem"/>
        <w:ind w:left="576" w:hanging="259"/>
        <w:jc w:val="left"/>
      </w:pPr>
      <w:r>
        <w:rPr>
          <w:rFonts w:ascii="Times New Roman" w:hAnsi="Times New Roman" w:eastAsia="Times New Roman" w:cs="Times New Roman"/>
        </w:rPr>
        <w:t>8. Trayizon ak arestasyon Jezi (vv. 47–56)</w:t>
      </w:r>
    </w:p>
    <w:p>
      <w:pPr>
        <w:pStyle w:val="ArticleListItem"/>
        <w:ind w:left="576" w:hanging="259"/>
        <w:jc w:val="left"/>
      </w:pPr>
      <w:r>
        <w:rPr>
          <w:rFonts w:ascii="Times New Roman" w:hAnsi="Times New Roman" w:eastAsia="Times New Roman" w:cs="Times New Roman"/>
        </w:rPr>
        <w:t>9. Jezikri te jije devan Kayif ak Sannedren an (v. 57–68)</w:t>
      </w:r>
    </w:p>
    <w:p>
      <w:pPr>
        <w:pStyle w:val="ArticleListItem"/>
        <w:ind w:left="576" w:hanging="259"/>
        <w:jc w:val="left"/>
      </w:pPr>
      <w:r>
        <w:rPr>
          <w:rFonts w:ascii="Times New Roman" w:hAnsi="Times New Roman" w:eastAsia="Times New Roman" w:cs="Times New Roman"/>
        </w:rPr>
        <w:t>10. Renonsyasyon Pyè a an twa fwa (vv. 69–75)</w:t>
      </w:r>
    </w:p>
    <w:p>
      <w:pPr>
        <w:pStyle w:val="ArticleHeading"/>
        <w:jc w:val="left"/>
      </w:pPr>
      <w:r>
        <w:rPr>
          <w:rFonts w:ascii="Arial" w:hAnsi="Arial" w:eastAsia="Arial" w:cs="Arial"/>
        </w:rPr>
        <w:t>Matye 27 – Dis Siy Onorab</w:t>
      </w:r>
    </w:p>
    <w:p>
      <w:pPr>
        <w:pStyle w:val="ArticleListItem"/>
        <w:ind w:left="576" w:hanging="259"/>
        <w:jc w:val="left"/>
      </w:pPr>
      <w:r>
        <w:rPr>
          <w:rFonts w:ascii="Times New Roman" w:hAnsi="Times New Roman" w:eastAsia="Times New Roman" w:cs="Times New Roman"/>
        </w:rPr>
        <w:t>1. Jezi livre bay Pilat (v. 1–2)</w:t>
      </w:r>
    </w:p>
    <w:p>
      <w:pPr>
        <w:pStyle w:val="ArticleListItem"/>
        <w:ind w:left="576" w:hanging="259"/>
        <w:jc w:val="left"/>
      </w:pPr>
      <w:r>
        <w:rPr>
          <w:rFonts w:ascii="Times New Roman" w:hAnsi="Times New Roman" w:eastAsia="Times New Roman" w:cs="Times New Roman"/>
        </w:rPr>
        <w:t>2. Remò ak swisid Jida a (v. 3–10)</w:t>
      </w:r>
    </w:p>
    <w:p>
      <w:pPr>
        <w:pStyle w:val="ArticleListItem"/>
        <w:ind w:left="576" w:hanging="259"/>
        <w:jc w:val="left"/>
      </w:pPr>
      <w:r>
        <w:rPr>
          <w:rFonts w:ascii="Times New Roman" w:hAnsi="Times New Roman" w:eastAsia="Times New Roman" w:cs="Times New Roman"/>
        </w:rPr>
        <w:t>3. Jezi devan Pilat — jijman fòmèl women an (vv. 11–14)</w:t>
      </w:r>
    </w:p>
    <w:p>
      <w:pPr>
        <w:pStyle w:val="ArticleListItem"/>
        <w:ind w:left="576" w:hanging="259"/>
        <w:jc w:val="left"/>
      </w:pPr>
      <w:r>
        <w:rPr>
          <w:rFonts w:ascii="Times New Roman" w:hAnsi="Times New Roman" w:eastAsia="Times New Roman" w:cs="Times New Roman"/>
        </w:rPr>
        <w:t>4. Chwa Baraba olye de Jezi (vèsè 15–26)</w:t>
      </w:r>
    </w:p>
    <w:p>
      <w:pPr>
        <w:pStyle w:val="ArticleListItem"/>
        <w:ind w:left="576" w:hanging="259"/>
        <w:jc w:val="left"/>
      </w:pPr>
      <w:r>
        <w:rPr>
          <w:rFonts w:ascii="Times New Roman" w:hAnsi="Times New Roman" w:eastAsia="Times New Roman" w:cs="Times New Roman"/>
        </w:rPr>
        <w:t>5. Pilate livre Jezi pou yo kloure l sou kwa a (sa enkli nan liberasyon Barabas la)</w:t>
      </w:r>
    </w:p>
    <w:p>
      <w:pPr>
        <w:pStyle w:val="ArticleListItem"/>
        <w:ind w:left="576" w:hanging="259"/>
        <w:jc w:val="left"/>
      </w:pPr>
      <w:r>
        <w:rPr>
          <w:rFonts w:ascii="Times New Roman" w:hAnsi="Times New Roman" w:eastAsia="Times New Roman" w:cs="Times New Roman"/>
        </w:rPr>
        <w:t>6. Betiz ak fwete pa sòlda yo (vèsè 27–31)</w:t>
      </w:r>
    </w:p>
    <w:p>
      <w:pPr>
        <w:pStyle w:val="ArticleListItem"/>
        <w:ind w:left="576" w:hanging="259"/>
        <w:jc w:val="left"/>
      </w:pPr>
      <w:r>
        <w:rPr>
          <w:rFonts w:ascii="Times New Roman" w:hAnsi="Times New Roman" w:eastAsia="Times New Roman" w:cs="Times New Roman"/>
        </w:rPr>
        <w:t>7. Krisifiksyon an (vv. 32–44)</w:t>
      </w:r>
    </w:p>
    <w:p>
      <w:pPr>
        <w:pStyle w:val="ArticleListItem"/>
        <w:ind w:left="576" w:hanging="259"/>
        <w:jc w:val="left"/>
      </w:pPr>
      <w:r>
        <w:rPr>
          <w:rFonts w:ascii="Times New Roman" w:hAnsi="Times New Roman" w:eastAsia="Times New Roman" w:cs="Times New Roman"/>
        </w:rPr>
        <w:t>8. Lanmò Jezi (v. 45–50)</w:t>
      </w:r>
    </w:p>
    <w:p>
      <w:pPr>
        <w:pStyle w:val="ArticleListItem"/>
        <w:ind w:left="576" w:hanging="259"/>
        <w:jc w:val="left"/>
      </w:pPr>
      <w:r>
        <w:rPr>
          <w:rFonts w:ascii="Times New Roman" w:hAnsi="Times New Roman" w:eastAsia="Times New Roman" w:cs="Times New Roman"/>
        </w:rPr>
        <w:t>9. Siy mirakile ak antèman pa Jozèf, moun Arimate a (vèsè 51–61)</w:t>
      </w:r>
    </w:p>
    <w:p>
      <w:pPr>
        <w:pStyle w:val="ArticleListItem"/>
        <w:ind w:left="576" w:hanging="259"/>
        <w:jc w:val="left"/>
      </w:pPr>
      <w:r>
        <w:rPr>
          <w:rFonts w:ascii="Times New Roman" w:hAnsi="Times New Roman" w:eastAsia="Times New Roman" w:cs="Times New Roman"/>
        </w:rPr>
        <w:t>10. Mete gad yo bò tonm nan (vv. 62–66)</w:t>
      </w:r>
    </w:p>
    <w:p>
      <w:pPr>
        <w:pStyle w:val="ArticleHeading"/>
        <w:jc w:val="left"/>
      </w:pPr>
      <w:r>
        <w:rPr>
          <w:rFonts w:ascii="Arial" w:hAnsi="Arial" w:eastAsia="Arial" w:cs="Arial"/>
        </w:rPr>
        <w:t>Matye 28 – Twa Siy Bòn```</w:t>
      </w:r>
    </w:p>
    <w:p>
      <w:pPr>
        <w:pStyle w:val="ArticleListItem"/>
        <w:ind w:left="576" w:hanging="259"/>
        <w:jc w:val="left"/>
      </w:pPr>
      <w:r>
        <w:rPr>
          <w:rFonts w:ascii="Times New Roman" w:hAnsi="Times New Roman" w:eastAsia="Times New Roman" w:cs="Times New Roman"/>
        </w:rPr>
        <w:t>1. Rezireksyon an ak tonm vid la (vv. 1–10)</w:t>
      </w:r>
    </w:p>
    <w:p>
      <w:pPr>
        <w:pStyle w:val="ArticleListItem"/>
        <w:ind w:left="576" w:hanging="259"/>
        <w:jc w:val="left"/>
      </w:pPr>
      <w:r>
        <w:rPr>
          <w:rFonts w:ascii="Times New Roman" w:hAnsi="Times New Roman" w:eastAsia="Times New Roman" w:cs="Times New Roman"/>
        </w:rPr>
        <w:t>2. Manti gwo prèt yo ak ansyen yo te bay sòlda yo (v. 11–15)</w:t>
      </w:r>
    </w:p>
    <w:p>
      <w:pPr>
        <w:pStyle w:val="ArticleListItem"/>
        <w:ind w:left="576" w:hanging="259"/>
        <w:jc w:val="left"/>
      </w:pPr>
      <w:r>
        <w:rPr>
          <w:rFonts w:ascii="Times New Roman" w:hAnsi="Times New Roman" w:eastAsia="Times New Roman" w:cs="Times New Roman"/>
        </w:rPr>
        <w:t>3. Gran Misyon an (vèsè 16–20)</w:t>
      </w:r>
    </w:p>
    <w:p>
      <w:pPr>
        <w:pStyle w:val="ArticleBody"/>
        <w:jc w:val="left"/>
      </w:pPr>
      <w:r>
        <w:rPr>
          <w:rFonts w:ascii="Times New Roman" w:hAnsi="Times New Roman" w:eastAsia="Times New Roman" w:cs="Times New Roman"/>
        </w:rPr>
        <w:t>Menm jan eksperyans Kris la, depi nan onksyon an Betani rive jouk nan Gran Misyon an, te make fen sèvis li sou tè a ak kòmansman levanjil la pou tout nasyon yo, se konsa menm repè sa yo repete nan eksperyans rès Bondye a pandan y ap pwoche bò fen tan gras la ak triyonf final yo.</w:t>
      </w:r>
    </w:p>
    <w:p>
      <w:pPr>
        <w:pStyle w:val="ArticleBody"/>
        <w:jc w:val="left"/>
      </w:pPr>
      <w:r>
        <w:rPr>
          <w:rFonts w:ascii="Times New Roman" w:hAnsi="Times New Roman" w:eastAsia="Times New Roman" w:cs="Times New Roman"/>
        </w:rPr>
        <w:t>Chapit vennsis jiska vennwit reprezant listwa Pak la, òganize sou 23 pwen repè diferan, ki repete pandan listwa k ap mennen rive nan lwa dimanch lan epi apre li.</w:t>
      </w:r>
    </w:p>
    <w:p>
      <w:pPr>
        <w:pStyle w:val="ArticleScripture"/>
        <w:jc w:val="left"/>
      </w:pPr>
      <w:r>
        <w:rPr>
          <w:rFonts w:ascii="Times New Roman" w:hAnsi="Times New Roman" w:eastAsia="Times New Roman" w:cs="Times New Roman"/>
        </w:rPr>
        <w:t>“Vini Kris la kòm gran prèt nou an nan kote ki pi sen an, pou pirifye tanp lan, jan sa parèt nan Danyèl 8:14; vini Pitit lòm nan bò kote Ansyen Jou yo, jan sa prezante nan Danyèl 7:13; epi vini Senyè a nan tanp pa li a, jan Malachi te anonse davans, se deskripsyon menm evènman an; epi sa a reprezante tou pa vini marye a nan maryaj la, jan Kris dekri sa nan parabòl dis vyèj yo, nan Matye 25.” The Great Controversy, 427.</w:t>
      </w:r>
    </w:p>
    <w:p>
      <w:pPr>
        <w:pStyle w:val="ArticleBody"/>
        <w:jc w:val="left"/>
      </w:pPr>
      <w:r>
        <w:rPr>
          <w:rFonts w:ascii="Times New Roman" w:hAnsi="Times New Roman" w:eastAsia="Times New Roman" w:cs="Times New Roman"/>
        </w:rPr>
        <w:t>Fen 2300 jou yo, nan dat 22 oktòb 1844 la, repete ankò nan lwa dimanch lan. Venntrwa repè yo ki chita nan twa dènye chapit Matye yo idantifye san presye a ki sèvi pou ini Divinite ak limanite.</w:t>
      </w:r>
    </w:p>
    <w:p>
      <w:pPr>
        <w:pStyle w:val="ArticleScripture"/>
        <w:jc w:val="left"/>
      </w:pPr>
      <w:r>
        <w:rPr>
          <w:rFonts w:ascii="Times New Roman" w:hAnsi="Times New Roman" w:eastAsia="Times New Roman" w:cs="Times New Roman"/>
        </w:rPr>
        <w:t>“Entèseksyon Kris la an favè lèzòm nan tanp ki anwo a se yon bagay ki menm jan esansyèl nan plan delivrans lan menm jan lanmò Li sou kwa a te ye. Se pa lanmò Li a Li te kòmanse travay sa a, e apre rezirèksyon Li, Li monte nan syèl la pou Li fini li. Se pou nou antre pa lafwa anndan rido a, ‘kote prekursè a antre pou nou.’ Ebre 6:20. Se la limyè ki soti sou kwa Kalvè a reflete. Se la nou ka vin gen yon konpreyansyon pi klè sou mistè redanmsyon an. Delivrans lèzòm reyalize ak yon depans enfini pou syèl la; sakrifis ki te fèt la koresponn ak pi laj egzijans lwa Bondye ki te vyole a. Jezi louvri chemen an mennen nan twòn Papa a, e atravè medyasyon Li, dezi sensè tout moun ki vin jwenn Li pa lafwa kapab prezante devan Bondye.” The Great Controversy, 489.</w:t>
      </w:r>
    </w:p>
    <w:p>
      <w:pPr>
        <w:pStyle w:val="ArticleBody"/>
        <w:jc w:val="left"/>
      </w:pPr>
      <w:r>
        <w:rPr>
          <w:rFonts w:ascii="Times New Roman" w:hAnsi="Times New Roman" w:eastAsia="Times New Roman" w:cs="Times New Roman"/>
        </w:rPr>
        <w:t>Chapit 23 nan Matye mete anfaz sou kondanasyon ki tonbe sou fo prètriz la. Chapit vennsis rive vennuit yo se omega chapit venntwa a. Fo Levit yo, rebelyon granmoun yo ki t ap vin pi fò sou kat jenerasyon, te pwodui repè yo nan twa dènye chapit yo.</w:t>
      </w:r>
    </w:p>
    <w:p>
      <w:pPr>
        <w:pStyle w:val="ArticleBody"/>
        <w:jc w:val="left"/>
      </w:pPr>
      <w:r>
        <w:rPr>
          <w:rFonts w:ascii="Times New Roman" w:hAnsi="Times New Roman" w:eastAsia="Times New Roman" w:cs="Times New Roman"/>
        </w:rPr>
        <w:t>Chapit vennkat la idantifye metodoloji “liy sou liy” la kòm metodoloji Kris la, pandan L ap sèvi ak destriksyon Jerizalèm nan pou dekri bagay ki la yo, bagay ki te pase yo, ak bagay ki pral vini yo.</w:t>
      </w:r>
    </w:p>
    <w:p>
      <w:pPr>
        <w:pStyle w:val="ArticleBody"/>
        <w:jc w:val="left"/>
      </w:pPr>
      <w:r>
        <w:rPr>
          <w:rFonts w:ascii="Times New Roman" w:hAnsi="Times New Roman" w:eastAsia="Times New Roman" w:cs="Times New Roman"/>
        </w:rPr>
        <w:t>Tonbe Jerizalèm nan nan ane 70 aprè Jezikri te fèt nan menm jou nan ane a kote Nebikadneza te premye detwi Jerizalèm. Destriksyon Jerizalèm pa Nebikadneza te deja fè pati listwa pase, epi listwa Kris la, lè Tit te pran Jerizalèm, te prefigire fen mond lan. Matye 24 ap mete an avan metodoloji “liy sou liy” la, konsa li idantifye “metodoloji” kòm yon eleman nan temwayaj pwofetik la.</w:t>
      </w:r>
    </w:p>
    <w:p>
      <w:pPr>
        <w:pStyle w:val="ArticleBody"/>
        <w:jc w:val="left"/>
      </w:pPr>
      <w:r>
        <w:rPr>
          <w:rFonts w:ascii="Times New Roman" w:hAnsi="Times New Roman" w:eastAsia="Times New Roman" w:cs="Times New Roman"/>
        </w:rPr>
        <w:t>Se nan chapit 24 Kris la idantifye nesesite pou konprann “abominasyon dezolasyon an” pwofèt Danyèl te pale de li a, menm konpreyansyon fondamantal William Miller te genyen an, ansanm ak senbòl ki tabli vizyon an nan liv Danyèl la. Sa reprezante rebelyon Advantis la tou, paske yo te rejte konpreyansyon Millerit la konsènan “kontinyèl la” nan liv Danyèl la, e konsa yo te vin patisipe nan gwo ilizyon fò 2 Tesalonisyen chapit de a pale de li a. Chapit la gen yon lyen dirèk ak Lik 21, konsa li idantifye peryòd ki soti 11 dawout 1840 rive 22 oktòb 1844, ki se tip 9/11 rive jouk lwa dimanch lan. Li gen rapò tou ak “tan nasyon lòt bò dlo yo” nan Lik 21:24, ki se yon kle prensipal pou ouvri “sèt tan” Moyiz yo, pandan li aliyen tou ak mezi tanp lan nan Revelasyon onz la.</w:t>
      </w:r>
    </w:p>
    <w:p>
      <w:pPr>
        <w:pStyle w:val="ArticleBody"/>
        <w:jc w:val="left"/>
      </w:pPr>
      <w:r>
        <w:rPr>
          <w:rFonts w:ascii="Times New Roman" w:hAnsi="Times New Roman" w:eastAsia="Times New Roman" w:cs="Times New Roman"/>
        </w:rPr>
        <w:t>Kòmanse avèk chapit venntwa, epi apre sa 24 ak 25, pou fini ak chapit 26 rive 27 yo, twa chapit ki genyen venntwa repè ki se omega pou alfa chapit venntwa a. Chapit vennsis ajoute ak vennsèt ak ventwit egal “81,” ki se yon senbòl prètriz la. Sou temwayaj twa temwen (Jenèz, Matye ak Revelasyon), chapit 11 rive 22 yo fòme yon sèl liy. Chapit 23 rive 28 yo se yon liy verite ki kòmanse avèk 23 epi ki fini avèk 23.</w:t>
      </w:r>
    </w:p>
    <w:p>
      <w:pPr>
        <w:pStyle w:val="ArticleBody"/>
        <w:jc w:val="left"/>
      </w:pPr>
      <w:r>
        <w:rPr>
          <w:rFonts w:ascii="Times New Roman" w:hAnsi="Times New Roman" w:eastAsia="Times New Roman" w:cs="Times New Roman"/>
        </w:rPr>
        <w:t>Chapit youn rive dis yo se premye nan twa liy pwofetik nan liv Matye a. Dis chapit, apre sa douz chapit, apre sa sis chapit. Enspirasyon fè nou konnen ke tout liv Bib la rankontre epi fini nan Revelasyon an, e se poutèt sa tout liv Bib la rankontre epi fini nan Matye. Matye, kòm figi lyon tribi Jida a, idantifye douz pwofesi mesyanik diferan, e douz pasaj sa yo pwodui pwen repè istwa Millerit yo ak san karannkatmil yo. Menm jan liv Revelasyon an kòmanse avèk revelasyon Jezikri a, Matye chapit youn prezante yon revelasyon Jezikri ki lye ak lavi ak temwayaj Moyiz, ak istwa Antikris la, pandan l ap idantifye twa eleman legliz triyonfan an jan pwofèt la, prèt la ak wa a reprezante yo.</w:t>
      </w:r>
    </w:p>
    <w:p>
      <w:pPr>
        <w:pStyle w:val="ArticleBody"/>
        <w:jc w:val="left"/>
      </w:pPr>
      <w:r>
        <w:rPr>
          <w:rFonts w:ascii="Times New Roman" w:hAnsi="Times New Roman" w:eastAsia="Times New Roman" w:cs="Times New Roman"/>
        </w:rPr>
        <w:t>Matye kòmanse avèk revelasyon Jezikri a nan kontèks alyans Bondye avèk yon pèp li te chwazi. Depi Abraram rive David te gen 14 jenerasyon; depi David rive nan kaptivite Babilòn te gen katòz jenerasyon; epi depi Babilòn rive sou Kris la, gen yon lòt katòz jenerasyon ankò. Jenealojik Kris la nan Matye aliyen avèk Moyiz, paske Moyiz se alfa Kris la, omega a. Lavi Moyiz la, ki te dire sanven (120) ane, aliyen avèk sanven (120) ane tan pwobasyon an nan istwa Noe a. Se poutèt sa, alyans Noe a konekte avèk alyans yon pèp chwazi. Sanven (120) ane Moyiz yo reprezante twa peryòd karant ane ki te fini avèk Moyiz touye Ejipsyen an nan fen premye karant ane yo, epi premye pitit gason yo, Farawon ak lame li a, touye nan fen dezyèm peryòd karant ane a. Dezyèm peryòd karant ane a te fini nan yon rebelyon nan Kadès, epi twazyèm peryòd karant ane a te fini nan dezyèm rebelyon Kadès la. Tout twa liy pwofetik alfa a fini nan Kadès, epi twa liy pwofetik jenealojik Matye a fini nan David, kaptivite Babilòn, ak Mesaje alyans lan.</w:t>
      </w:r>
    </w:p>
    <w:p>
      <w:pPr>
        <w:pStyle w:val="ArticleBody"/>
        <w:jc w:val="left"/>
      </w:pPr>
      <w:r>
        <w:rPr>
          <w:rFonts w:ascii="Times New Roman" w:hAnsi="Times New Roman" w:eastAsia="Times New Roman" w:cs="Times New Roman"/>
        </w:rPr>
        <w:t>Lè alfa Moyiz la aliyen ak omega Kris la, gen sis temwen Kadèch, ki se 1863 ak lwa dimanch lan. Jeneyaloji Matye a mete wa David nan Kadèch, ki se kote Advantis aposta a mennen Babilòn, pandan Kris konfime alyans lan ak san karant-kat mil yo. Lè yo mete David nan lwa dimanch lan, yo tabli yon dezyèm temwen David, paske David se youn nan twa reprezantan imen ki te kòmanse sèvi lè yo te gen trant an. Kris, David, Jozèf ak Ezekyèl te tout kòmanse travay yo a laj trant an. Ansanm, kat moun sa yo ki te gen trant an lè yo te kòmanse sèvi a reprezante konbinezon Divinite ak limanite, lè legliz militan an transfòme an legliz triyonfan an. Legliz sa a fèt ak yon pwofèt, yon prèt ak yon wa. Transfòmasyon an make nan lwa dimanch lan, ki se tou Kadèch; konsa, David nan jeneyaloji Matye a aliyen ak David ki te gen trant an.</w:t>
      </w:r>
    </w:p>
    <w:p>
      <w:pPr>
        <w:pStyle w:val="ArticleBody"/>
        <w:jc w:val="left"/>
      </w:pPr>
      <w:r>
        <w:rPr>
          <w:rFonts w:ascii="Times New Roman" w:hAnsi="Times New Roman" w:eastAsia="Times New Roman" w:cs="Times New Roman"/>
        </w:rPr>
        <w:t>Trant ane preparasyon yo aliyen ak kat san trant ane alyans Abraram lan, epi tou ak laj yon prèt ak 1290 ane Danyèl 12:11 yo. Nan pwochen atik la nou pral konsidere chak nan douz pwofesi mesyanik sa yo nan liv Matye a. Nou ap premye idantifye twa liy pwofetik nan Matye; chapit youn rive dis, answit chapit onz rive vennde, epi apre sa venntwa rive vennwit.</w:t>
      </w:r>
    </w:p>
    <w:p>
      <w:pPr>
        <w:pStyle w:val="ArticleScripture"/>
        <w:jc w:val="left"/>
      </w:pPr>
      <w:r>
        <w:rPr>
          <w:rFonts w:ascii="Times New Roman" w:hAnsi="Times New Roman" w:eastAsia="Times New Roman" w:cs="Times New Roman"/>
        </w:rPr>
        <w:t>“Pandan yon tan apre desepsyon an nan 1844 la, mwen te kwè, ansanm ak gwoup adven an, ke pòt mizèrikòd la te lè sa a fèmen pou lemonn pou tout tan. Pozisyon sa a te pran anvan premye vizyon mwen an te ban mwen. Se limyè Bondye te ban mwen an ki te korije erè nou an, e ki te fè nou kapab wè vrè pozisyon an.</w:t>
      </w:r>
    </w:p>
    <w:p>
      <w:pPr>
        <w:pStyle w:val="ArticleScripture"/>
        <w:jc w:val="left"/>
      </w:pPr>
      <w:r>
        <w:rPr>
          <w:rFonts w:ascii="Times New Roman" w:hAnsi="Times New Roman" w:eastAsia="Times New Roman" w:cs="Times New Roman"/>
        </w:rPr>
        <w:t>“Mwen toujou kwè nan teyori pòt ki fèmen an, men se pa nan sans nou te okòmansman itilize tèm nan, ni nan sans opozan m yo itilize li a.”</w:t>
      </w:r>
    </w:p>
    <w:p>
      <w:pPr>
        <w:pStyle w:val="ArticleScripture"/>
        <w:jc w:val="left"/>
      </w:pPr>
      <w:r>
        <w:rPr>
          <w:rFonts w:ascii="Times New Roman" w:hAnsi="Times New Roman" w:eastAsia="Times New Roman" w:cs="Times New Roman"/>
        </w:rPr>
        <w:t>“Te gen yon pòt fèmen nan epòk Noe a. Nan tan sa a, te gen yon retrè Lespri Bondye a soti sou ras pechè a ki te peri nan dlo Delij la. Se Bondye li menm ki te bay Noe mesaj pòt fèmen an: ‘Lespri mwen p ap toujou lite ak moun, paske li menm tou li se chè; sepandan jou li yo va sanven lane’ (Jenèz 6:3).”</w:t>
      </w:r>
    </w:p>
    <w:p>
      <w:pPr>
        <w:pStyle w:val="ArticleScripture"/>
        <w:jc w:val="left"/>
      </w:pPr>
      <w:r>
        <w:rPr>
          <w:rFonts w:ascii="Times New Roman" w:hAnsi="Times New Roman" w:eastAsia="Times New Roman" w:cs="Times New Roman"/>
        </w:rPr>
        <w:t>“Te gen yon pòt ki te fèmen nan jou Abraram yo. Mizèrikòd te sispann lapriyè an favè abitan Sodòm yo, e tout moun, eksepte Lòt, ansanm ak madanm li ak de pitit fi li yo, te boule nan dife ki te desann soti nan syèl la.</w:t>
      </w:r>
    </w:p>
    <w:p>
      <w:pPr>
        <w:pStyle w:val="ArticleScripture"/>
        <w:jc w:val="left"/>
      </w:pPr>
      <w:r>
        <w:rPr>
          <w:rFonts w:ascii="Times New Roman" w:hAnsi="Times New Roman" w:eastAsia="Times New Roman" w:cs="Times New Roman"/>
        </w:rPr>
        <w:t>“Te gen yon pòt ki te fèmen nan jou Kris la. Pitit Bondye a te deklare bay Jwif ki pa t kwè yo nan jenerasyon sa a: ‘Gade, kay nou an ap rete san mèt, li lage pou nou’ (Matye 23:38).”</w:t>
      </w:r>
    </w:p>
    <w:p>
      <w:pPr>
        <w:pStyle w:val="ArticleScripture"/>
        <w:jc w:val="left"/>
      </w:pPr>
      <w:r>
        <w:rPr>
          <w:rFonts w:ascii="Times New Roman" w:hAnsi="Times New Roman" w:eastAsia="Times New Roman" w:cs="Times New Roman"/>
        </w:rPr>
        <w:t>“Pandan l ap gade desann sou kouran tan an rive jouk nan dènye jou yo, menm menm pouvwa enfini an te pwoklame pa mwayen Jan: ‘Men sa sila a ki sen an di, sila a ki veritab la, sila a ki gen kle David la, sila a ki louvri, epi pèsonn pa fèmen; epi ki fèmen, epi pèsonn pa louvri’ (Revelasyon 3:7).”</w:t>
      </w:r>
    </w:p>
    <w:p>
      <w:pPr>
        <w:pStyle w:val="ArticleScripture"/>
        <w:jc w:val="left"/>
      </w:pPr>
      <w:r>
        <w:rPr>
          <w:rFonts w:ascii="Times New Roman" w:hAnsi="Times New Roman" w:eastAsia="Times New Roman" w:cs="Times New Roman"/>
        </w:rPr>
        <w:t>“Yo te montre m nan yon vizyon, e mwen toujou kwè, ke te gen yon pòt fèmen an 1844. Tout moun ki te wè limyè mesaj premye ak dezyèm zanj yo epi ki te rejte limyè sa a, yo te rete nan fènwa. E moun ki te aksepte l epi ki te resevwa Sentespri a ki te akonpaye pwoklamasyon mesaj la soti nan syèl la, epi ki apre sa te renonse lafwa yo epi te deklare eksperyans yo kòm yon ilizyon, konsa yo te rejte Lespri Bondye a, e li pa t plede ankò avèk yo.</w:t>
      </w:r>
    </w:p>
    <w:p>
      <w:pPr>
        <w:pStyle w:val="ArticleScripture"/>
        <w:jc w:val="left"/>
      </w:pPr>
      <w:r>
        <w:rPr>
          <w:rFonts w:ascii="Times New Roman" w:hAnsi="Times New Roman" w:eastAsia="Times New Roman" w:cs="Times New Roman"/>
        </w:rPr>
        <w:t>“Moun ki pa t wè limyè a, pa t gen koupabilite poutèt yo te rejte li. Se sèlman gwoup moun ki te meprize limyè ki soti nan syèl la Lespri Bondye pa t kapab rive jwenn. E gwoup sa a te gen ladan l, jan mwen deja di a, ni sila yo ki te refize aksepte mesaj la lè yo te prezante l ba yo, ni sila yo tou ki, apre yo te fin resevwa li, te vin renonse lafwa yo. Moun sa yo ta ka gen yon fòm pyete, epi fè konnen yo se disip Kris; men, paske yo pa t gen okenn koneksyon vivan ak Bondye, yo t ap vin tonbe anba twonpri Satan yo. De klas sa yo parèt nan vizyon an—sila yo ki te deklare limyè yo te swiv la se te yon twonpri, ak mechan yo nan lemonn ki, apre yo te fin rejte limyè a, Bondye te rejte yo. Pa gen okenn referans ki fèt ak sila yo ki pa t wè limyè a, e se poutèt sa yo pa t koupab poutèt yo te rejte li.” Selected Messages, liv 1, 62, 63.</w:t>
      </w:r>
    </w:p>
    <w:p>
      <w:pPr>
        <w:pStyle w:val="ArticleScripture"/>
        <w:jc w:val="left"/>
      </w:pPr>
      <w:r>
        <w:rPr>
          <w:rFonts w:ascii="Times New Roman" w:hAnsi="Times New Roman" w:eastAsia="Times New Roman" w:cs="Times New Roman"/>
        </w:rPr>
        <w:t>Se sila yo ki, pa lafwa, swiv Jezi nan gran travay ekspyasyon an, ki resevwa benefis medyasyon Li an favè yo; tandiske sila yo ki rejte limyè ki fè travay ministè sa a parèt aklè pa resevwa okenn benefis ladan li. Jwif yo ki te rejte limyè yo te bay nan premye avènman Kris la, e ki te refize kwè nan Li kòm Sovè mond lan, pa t kapab resevwa padon atravè Li. Lè Jezi, nan asansyon Li, te antre avèk pwòp san pa Li nan sanktyè selès la pou vide sou disip Li yo benediksyon medyasyon Li a, Jwif yo te rete nan yon fènwa total pou yo kontinye sakrifis ak ofrann initil yo. Ministè tip ak lonbraj yo te sispann. Pòt sa a, pa mwayen li moun te konn jwenn aksè bò kote Bondye anvan, pa t louvri ankò. Jwif yo te refize chèche Li nan sèl chemen kote yo te kapab jwenn Li lè sa a, pa mwayen ministè ki t ap fèt nan sanktyè ki nan syèl la. Se poutèt sa yo pa t jwenn okenn kominyon ak Bondye. Pou yo menm, pòt la te fèmen. Yo pa t gen okenn konesans sou Kris kòm vrè sakrifis la ak sèl medyatè devan Bondye; se poutèt sa yo pa t kapab resevwa benefis medyasyon Li.</w:t>
      </w:r>
    </w:p>
    <w:p>
      <w:pPr>
        <w:pStyle w:val="ArticleScripture"/>
        <w:jc w:val="left"/>
      </w:pPr>
      <w:r>
        <w:rPr>
          <w:rFonts w:ascii="Times New Roman" w:hAnsi="Times New Roman" w:eastAsia="Times New Roman" w:cs="Times New Roman"/>
        </w:rPr>
        <w:t>“Kondisyon Juif ki pa t kwè yo montre kondisyon moun ki neglijan e ki pa kwè pami sila yo ki fè pwofesyon yo se kretyen, ki fè espre yo rete san konesans konsènan travay Gran Prèt nou an ki gen mizèrikòd. Nan sèvis tipik la, lè gran prèt la te antre nan kote ki pi sen an, tout Izrayèl te oblije rasanble bò kote sanktyè a epi, nan fason ki pi solanèl la, imilye nanm yo devan Bondye, pou yo te kapab resevwa padon peche yo epi pou yo pa t retire yo nan mitan kongregasyon an. Konbyen sa vin pi esansyèl toujou, nan Jou Ekspyasyon antitipik sa a, pou nou konprann travay Gran Prèt nou an epi pou nou konnen ki devwa yo egzije nan men nou.”</w:t>
      </w:r>
    </w:p>
    <w:p>
      <w:pPr>
        <w:pStyle w:val="ArticleScripture"/>
        <w:jc w:val="left"/>
      </w:pPr>
      <w:r>
        <w:rPr>
          <w:rFonts w:ascii="Times New Roman" w:hAnsi="Times New Roman" w:eastAsia="Times New Roman" w:cs="Times New Roman"/>
        </w:rPr>
        <w:t>“Lèzòm pa ka rejte avètisman Bondye voye ba yo nan mizèrikòd san yo pa sibi konsekans. Yon mesaj te soti nan syèl la pou mond lan nan epòk Noye a, e delivrans yo te depann de fason yo te akeyi mesaj sa a. Paske yo te rejte avètisman an, Lespri Bondye te retire sou ras pechè a, e yo te peri nan dlo Delij la. Nan tan Abraram, mizèrikòd te sispann plede ak moun koupab Sodòm yo, e tout moun, eksepte Lòt ansanm ak madanm li ak de pitit fi li yo, te boule nan dife ki te desann soti nan syèl la. Konsa tou nan jou Kris la. Pitit Bondye a te deklare bay jwif enkwayan jenerasyon sa a: ‘Kay nou an rete pou nou, li vin dezole.’ Matye 23:38. Lè L ap gade pi devan rive nan dènye jou yo, menm Pouvwa Enfini sa a deklare, konsènan sila yo ki ‘pa t resevwa lanmou verite a, pou yo te kapab sove’: ‘Se poutèt sa Bondye va voye sou yo yon gwo awogans, pou yo kwè manti a; pou yo tout ka kondane, yo menm ki pa t kwè verite a, men ki te pran plezi nan lenjistis.’ 2 Tesalonisyen 2:10–12. Lè yo rejte ansèyman Pawòl Li a, Bondye retire Lespri Li epi Li kite yo nan twonpri yo renmen yo.” The Great Controversy,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ak Legliz Advantis Setyèm Jou Lawodise a — Nimewo Venntsis</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