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ak Legliz Advantis Setyèm Jou Laodise a — Nimewo Trantyenn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Nimewo Trantyenn</w:t>
      </w:r>
    </w:p>
    <w:p>
      <w:pPr>
        <w:pStyle w:val="ArticleBody"/>
        <w:jc w:val="left"/>
      </w:pPr>
      <w:r>
        <w:rPr>
          <w:rFonts w:ascii="Times New Roman" w:hAnsi="Times New Roman" w:eastAsia="Times New Roman" w:cs="Times New Roman"/>
        </w:rPr>
        <w:t>Twa dènye twa akonplisman mesyanik yo ki chita nan Liv Matye a idantifye twa eleman nan waymark lwa dimanch lan; gaye pèp Bondye a nan lwa dimanch lan, jan sa te prefigire pa gaye ti twoupo a nan 22 Oktòb 1844 ak gaye disip yo bò kwa a. Toude gaye sa yo aliyen ak lwa dimanch lan. An rapò ak Galile, ki se yon senbòl yon pwen tòde pwofetik, pèp ki te nan fènwa jiska lwa dimanch lan pral rele soti nan fènwa a. Moun sa yo se lòt twoupo Bondye a, ouvriye onzyèm èdtan yo ki reveye sou kestyon konfli Saba a pandan y ap rele soti nan Babilòn. Apèl yo pou soti Babilòn se dezyèm faz jijman an, ki kòmanse lakay Bondye, epi apre sa, nan lwa dimanch lan, li vin konfwonte moun ki andeyò Jerizalèm.</w:t>
      </w:r>
    </w:p>
    <w:p>
      <w:pPr>
        <w:pStyle w:val="ArticleHeading"/>
        <w:jc w:val="left"/>
      </w:pPr>
      <w:r>
        <w:rPr>
          <w:rFonts w:ascii="Arial" w:hAnsi="Arial" w:eastAsia="Arial" w:cs="Arial"/>
        </w:rPr>
        <w:t>Dizyèm siy etap mesyanik la se Gaye Lwa Dimanch la</w:t>
      </w:r>
    </w:p>
    <w:p>
      <w:pPr>
        <w:pStyle w:val="ArticleScripture"/>
        <w:jc w:val="left"/>
      </w:pPr>
      <w:r>
        <w:rPr>
          <w:rFonts w:ascii="Times New Roman" w:hAnsi="Times New Roman" w:eastAsia="Times New Roman" w:cs="Times New Roman"/>
        </w:rPr>
        <w:t>Men, tout bagay sa yo te fèt, pou ekriti pwofèt yo te ka akonpli. Lè sa a, tout disip yo te abandone li, epi yo te kouri pran kache. Matye 26:56.</w:t>
      </w:r>
    </w:p>
    <w:p>
      <w:pPr>
        <w:pStyle w:val="ArticleHeading"/>
        <w:jc w:val="left"/>
      </w:pPr>
      <w:r>
        <w:rPr>
          <w:rFonts w:ascii="Arial" w:hAnsi="Arial" w:eastAsia="Arial" w:cs="Arial"/>
        </w:rPr>
        <w:t>Prediksyon</w:t>
      </w:r>
    </w:p>
    <w:p>
      <w:pPr>
        <w:pStyle w:val="ArticleScripture"/>
        <w:jc w:val="left"/>
      </w:pPr>
      <w:r>
        <w:rPr>
          <w:rFonts w:ascii="Times New Roman" w:hAnsi="Times New Roman" w:eastAsia="Times New Roman" w:cs="Times New Roman"/>
        </w:rPr>
        <w:t>Leve, ô épée, contre mon berger, et contre l’homme qui est mon compagnon, dit l’Éternel des armées : frappe le berger, et les brebis seront dispersées ; et je tournerai ma main vers les petits. Zacharie 13:7.</w:t>
      </w:r>
    </w:p>
    <w:p>
      <w:pPr>
        <w:pStyle w:val="ArticleScripture"/>
        <w:jc w:val="left"/>
      </w:pPr>
      <w:r>
        <w:rPr>
          <w:rFonts w:ascii="Times New Roman" w:hAnsi="Times New Roman" w:eastAsia="Times New Roman" w:cs="Times New Roman"/>
        </w:rPr>
        <w:t>“Talè konsa, nou pral gaye anpil, e sa nou dwe fè a, nou dwe fè l byen vit.” Fundamentals of Christian Education, 535.</w:t>
      </w:r>
    </w:p>
    <w:p>
      <w:pPr>
        <w:pStyle w:val="ArticleScripture"/>
        <w:jc w:val="left"/>
      </w:pPr>
      <w:r>
        <w:rPr>
          <w:rFonts w:ascii="Times New Roman" w:hAnsi="Times New Roman" w:eastAsia="Times New Roman" w:cs="Times New Roman"/>
        </w:rPr>
        <w:t>“Lè tan an ap vini lè n ap separe epi gaye toupatou, e chak youn nan nou pral oblije kanpe san privilèj kominyon ak moun ki gen menm lafwa ki gen menm valè a; epi kijan nou ka kanpe sof si Bondye bò kote nou, epi nou konnen se li menm k ap dirije nou epi k ap gide nou?” Review and Herald, 25 mas 1890.</w:t>
      </w:r>
    </w:p>
    <w:p>
      <w:pPr>
        <w:pStyle w:val="ArticleHeading"/>
        <w:jc w:val="left"/>
      </w:pPr>
      <w:r>
        <w:rPr>
          <w:rFonts w:ascii="Arial" w:hAnsi="Arial" w:eastAsia="Arial" w:cs="Arial"/>
        </w:rPr>
        <w:t>Onzyèm Siy Delimitasyon Mesi a se Apèl Moun lòt nasyon yo</w:t>
      </w:r>
    </w:p>
    <w:p>
      <w:pPr>
        <w:pStyle w:val="ArticleScripture"/>
        <w:jc w:val="left"/>
      </w:pPr>
      <w:r>
        <w:rPr>
          <w:rFonts w:ascii="Times New Roman" w:hAnsi="Times New Roman" w:eastAsia="Times New Roman" w:cs="Times New Roman"/>
        </w:rPr>
        <w:t>Afin que s’accomplît ce qui avait été annoncé par Ésaïe le prophète, en ces termes : Le pays de Zabulon et le pays de Nephthali, du côté de la mer, au-delà du Jourdain, la Galilée des Gentils ; le peuple assis dans les ténèbres a vu une grande lumière ; et sur ceux qui étaient assis dans la région et l’ombre de la mort, la lumière s’est levée. Matthieu 4:14–16.</w:t>
      </w:r>
    </w:p>
    <w:p>
      <w:pPr>
        <w:pStyle w:val="ArticleHeading"/>
        <w:jc w:val="left"/>
      </w:pPr>
      <w:r>
        <w:rPr>
          <w:rFonts w:ascii="Arial" w:hAnsi="Arial" w:eastAsia="Arial" w:cs="Arial"/>
        </w:rPr>
        <w:t>Prédiksyon</w:t>
      </w:r>
    </w:p>
    <w:p>
      <w:pPr>
        <w:pStyle w:val="ArticleScripture"/>
        <w:jc w:val="left"/>
      </w:pPr>
      <w:r>
        <w:rPr>
          <w:rFonts w:ascii="Times New Roman" w:hAnsi="Times New Roman" w:eastAsia="Times New Roman" w:cs="Times New Roman"/>
        </w:rPr>
        <w:t>Men, fènwa a p ap tankou sa li te ye nan tan detrès li a, lè okòmansman li te frape peyi Zabilon ak peyi Nèftali yon ti kras; epi apre sa li te frape l pi grav sou wout lanmè a, lòt bò Jouden an, nan Galile nasyon yo. Pèp ki t ap mache nan fènwa a wè yon gwo limyè; moun ki rete nan peyi lonbraj lanmò a, sou yo menm limyè a klere. Ezayi 9:1, 2.</w:t>
      </w:r>
    </w:p>
    <w:p>
      <w:pPr>
        <w:pStyle w:val="ArticleBody"/>
        <w:jc w:val="left"/>
      </w:pPr>
      <w:r>
        <w:rPr>
          <w:rFonts w:ascii="Times New Roman" w:hAnsi="Times New Roman" w:eastAsia="Times New Roman" w:cs="Times New Roman"/>
        </w:rPr>
        <w:t>Lè lwa dimanch la va antre an vigè, lapli an reta a va vide san mezi, e nasyon yo va wè yon gwo limyè. Pèsekisyon an va gaye fidèl yo toupatou epi l ap gaye mesaj la.</w:t>
      </w:r>
    </w:p>
    <w:p>
      <w:pPr>
        <w:pStyle w:val="ArticleScripture"/>
        <w:jc w:val="left"/>
      </w:pPr>
      <w:r>
        <w:rPr>
          <w:rFonts w:ascii="Times New Roman" w:hAnsi="Times New Roman" w:eastAsia="Times New Roman" w:cs="Times New Roman"/>
        </w:rPr>
        <w:t>“‘Y ap livre nou bay konsèy yo, … wi, y ap mennen nou devan gouvènè ak wa poutèt non Mwen, pou sèvi kòm temwayaj pou yo ak pou moun lòt nasyon yo.’ Matye 10:17, 18, R. V. Pèsekisyon ap gaye limyè a. Sèvitè Kris yo ap mennen devan gran chèf mond lan, ki, si se pa t sa, petèt pa t ap janm tande levanjil la. Yo te mal reprezante verite a devan mesye sa yo. Yo te koute akizasyon manti konsènan lafwa disip Kris yo. Souvan, sèl mwayen yo genyen pou aprann vrè karaktè li se temwayaj moun yo mennen devan jijman poutèt lafwa yo. Pandan y ap egzamine yo, yo oblije reponn, epi jij yo oblije koute temwayaj yo rann nan. Gras Bondye ap bay sèvitè Li yo pou reponn a ijans lan. Jezi di: ‘N ap ba nou, nan menm lè a, sa nou dwe di. Paske se pa nou menm k ap pale, men se Lespri Papa nou an k ap pale nan nou.’ Lè Lespri Bondye klere lespri sèvitè Li yo, verite a ap prezante nan pouvwa diven li ak nan presyezte li. Moun ki rejte verite a ap kanpe pou akize ak peze disip yo. Men anba pèt ak soufrans, menm rive jis nan lanmò, pitit Senyè a yo dwe revele dousè Egzanp diven yo a. Konsa, yo pral wè diferans ki genyen ant ajan Satan yo ak reprezantan Kris yo. Sovè a pral leve byen wo devan chèf yo ak devan pèp la.”</w:t>
      </w:r>
    </w:p>
    <w:p>
      <w:pPr>
        <w:pStyle w:val="ArticleScripture"/>
        <w:jc w:val="left"/>
      </w:pPr>
      <w:r>
        <w:rPr>
          <w:rFonts w:ascii="Times New Roman" w:hAnsi="Times New Roman" w:eastAsia="Times New Roman" w:cs="Times New Roman"/>
        </w:rPr>
        <w:t>“Disip yo pa t resevwa kouraj ak fèmte mati yo anvan lè gras sa a te vin nesesè. Lè sa a, pwomès Sovè a te akonpli. Lè Pyè ak Jan te rann temwayaj devan konsèy Sanedren an, moun yo ‘te sezi; epi yo te rekonèt yo te avèk Jezi.’ Travay 4:13. Konsènan Etyèn, yo ekri ke ‘tout moun ki te chita nan konsèy la, pandan yo t ap fikse je yo sou li, te wè figi li tankou figi yon zanj.’ Moun yo ‘pa t kapab reziste sajès ak Lespri ki te fè l pale a.’ Travay 6:15, 10. Epi Pòl, lè l ap ekri konsènan pwòp jijman pa li devan tribinal Seza yo, li di, ‘Nan premye defans mwen an, pèsonn pa t pran pati pou mwen, men tout moun te abandone m…. Men, Seyè a te kanpe bò kote m, li te ban m fòs; pou mesaj la te kapab pwoklame nèt ale pa mwayen mwen, e pou tout nasyon lòt bò dlo yo te kapab tande l: epi mwen te delivre anba bouch lyon an.’ 2 Timote 4:16, 17, R. V.”</w:t>
      </w:r>
    </w:p>
    <w:p>
      <w:pPr>
        <w:pStyle w:val="ArticleScripture"/>
        <w:jc w:val="left"/>
      </w:pPr>
      <w:r>
        <w:rPr>
          <w:rFonts w:ascii="Times New Roman" w:hAnsi="Times New Roman" w:eastAsia="Times New Roman" w:cs="Times New Roman"/>
        </w:rPr>
        <w:t>“</w:t>
      </w:r>
      <w:r>
        <w:rPr>
          <w:rFonts w:ascii="Nirmala UI" w:hAnsi="Nirmala UI" w:eastAsia="Nirmala UI" w:cs="Nirmala UI"/>
        </w:rPr>
        <w:t>සෙව්වූ</w:t>
      </w:r>
      <w:r>
        <w:rPr>
          <w:rFonts w:ascii="Times New Roman" w:hAnsi="Times New Roman" w:eastAsia="Times New Roman" w:cs="Times New Roman"/>
        </w:rPr>
        <w:t xml:space="preserve"> </w:t>
      </w:r>
      <w:r>
        <w:rPr>
          <w:rFonts w:ascii="Nirmala UI" w:hAnsi="Nirmala UI" w:eastAsia="Nirmala UI" w:cs="Nirmala UI"/>
        </w:rPr>
        <w:t>අධිකරණයට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ඉදිරිපත්</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සේවකයන්</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කථාවක්</w:t>
      </w:r>
      <w:r>
        <w:rPr>
          <w:rFonts w:ascii="Times New Roman" w:hAnsi="Times New Roman" w:eastAsia="Times New Roman" w:cs="Times New Roman"/>
        </w:rPr>
        <w:t xml:space="preserve"> </w:t>
      </w:r>
      <w:r>
        <w:rPr>
          <w:rFonts w:ascii="Nirmala UI" w:hAnsi="Nirmala UI" w:eastAsia="Nirmala UI" w:cs="Nirmala UI"/>
        </w:rPr>
        <w:t>සූදානම්</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තැබිය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නොවීය</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සූදානම</w:t>
      </w:r>
      <w:r>
        <w:rPr>
          <w:rFonts w:ascii="Times New Roman" w:hAnsi="Times New Roman" w:eastAsia="Times New Roman" w:cs="Times New Roman"/>
        </w:rPr>
        <w:t xml:space="preserve"> </w:t>
      </w:r>
      <w:r>
        <w:rPr>
          <w:rFonts w:ascii="Nirmala UI" w:hAnsi="Nirmala UI" w:eastAsia="Nirmala UI" w:cs="Nirmala UI"/>
        </w:rPr>
        <w:t>දිනෙන්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අගනා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හදවතේ</w:t>
      </w:r>
      <w:r>
        <w:rPr>
          <w:rFonts w:ascii="Times New Roman" w:hAnsi="Times New Roman" w:eastAsia="Times New Roman" w:cs="Times New Roman"/>
        </w:rPr>
        <w:t xml:space="preserve"> </w:t>
      </w:r>
      <w:r>
        <w:rPr>
          <w:rFonts w:ascii="Nirmala UI" w:hAnsi="Nirmala UI" w:eastAsia="Nirmala UI" w:cs="Nirmala UI"/>
        </w:rPr>
        <w:t>තැන්පත්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ගැනීමෙනුත්</w:t>
      </w:r>
      <w:r>
        <w:rPr>
          <w:rFonts w:ascii="Times New Roman" w:hAnsi="Times New Roman" w:eastAsia="Times New Roman" w:cs="Times New Roman"/>
        </w:rPr>
        <w:t xml:space="preserve">, </w:t>
      </w:r>
      <w:r>
        <w:rPr>
          <w:rFonts w:ascii="Nirmala UI" w:hAnsi="Nirmala UI" w:eastAsia="Nirmala UI" w:cs="Nirmala UI"/>
        </w:rPr>
        <w:t>යාච්ඤාව</w:t>
      </w:r>
      <w:r>
        <w:rPr>
          <w:rFonts w:ascii="Times New Roman" w:hAnsi="Times New Roman" w:eastAsia="Times New Roman" w:cs="Times New Roman"/>
        </w:rPr>
        <w:t xml:space="preserve">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විශ්වාසය</w:t>
      </w:r>
      <w:r>
        <w:rPr>
          <w:rFonts w:ascii="Times New Roman" w:hAnsi="Times New Roman" w:eastAsia="Times New Roman" w:cs="Times New Roman"/>
        </w:rPr>
        <w:t xml:space="preserve"> </w:t>
      </w:r>
      <w:r>
        <w:rPr>
          <w:rFonts w:ascii="Nirmala UI" w:hAnsi="Nirmala UI" w:eastAsia="Nirmala UI" w:cs="Nirmala UI"/>
        </w:rPr>
        <w:t>ශක්තිමත්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ගැනීමෙනුත්</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අධිකරණයට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අවශ්</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ඒම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යයන්ම</w:t>
      </w:r>
      <w:r>
        <w:rPr>
          <w:rFonts w:ascii="Times New Roman" w:hAnsi="Times New Roman" w:eastAsia="Times New Roman" w:cs="Times New Roman"/>
        </w:rPr>
        <w:t xml:space="preserve"> </w:t>
      </w:r>
      <w:r>
        <w:rPr>
          <w:rFonts w:ascii="Nirmala UI" w:hAnsi="Nirmala UI" w:eastAsia="Nirmala UI" w:cs="Nirmala UI"/>
        </w:rPr>
        <w:t>ශුද්ධාත්මයාණන්වහන්සේ</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සිහියට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The Desire of Ages, 354, 355.</w:t>
      </w:r>
    </w:p>
    <w:p>
      <w:pPr>
        <w:pStyle w:val="ArticleBody"/>
        <w:jc w:val="left"/>
      </w:pPr>
      <w:r>
        <w:rPr>
          <w:rFonts w:ascii="Times New Roman" w:hAnsi="Times New Roman" w:eastAsia="Times New Roman" w:cs="Times New Roman"/>
        </w:rPr>
        <w:t>Jijman kòmanse avèk kay Bondye a nan 9/11 epi li fini nan lwa dimanch la, lè sa a jijman an pase sou lòt twoupo Bondye a ki deyò kay Bondye a.</w:t>
      </w:r>
    </w:p>
    <w:p>
      <w:pPr>
        <w:pStyle w:val="ArticleHeading"/>
        <w:jc w:val="left"/>
      </w:pPr>
      <w:r>
        <w:rPr>
          <w:rFonts w:ascii="Arial" w:hAnsi="Arial" w:eastAsia="Arial" w:cs="Arial"/>
        </w:rPr>
        <w:t>Douzyèm Balis Mesiannik la se Jijman pou Moun Lòt Nasyon yo</w:t>
      </w:r>
    </w:p>
    <w:p>
      <w:pPr>
        <w:pStyle w:val="ArticleScripture"/>
        <w:jc w:val="left"/>
      </w:pPr>
      <w:r>
        <w:rPr>
          <w:rFonts w:ascii="Times New Roman" w:hAnsi="Times New Roman" w:eastAsia="Times New Roman" w:cs="Times New Roman"/>
        </w:rPr>
        <w:t>Pou sa te ka akonpli sa pwofèt Ezayi te di a, lè li t ap di: Gade sèvitè m nan, mwen chwazi li a; byeneme m nan, nan li menm nanm mwen pran anpil plezi. M ap mete Lespri m sou li, epi li pral fè jijman an konnen bay nasyon yo. Li p ap chache kont, ni li p ap rele; pèsonn p ap tande vwa li nan lari. Li p ap kase wozo ki kraze a, ni li p ap etenn mèch k ap fimen an, jouk li fè jijman an rive nan viktwa. Epi se nan non li nasyon yo pral mete espwa yo. Matye 12:17–21.</w:t>
      </w:r>
    </w:p>
    <w:p>
      <w:pPr>
        <w:pStyle w:val="ArticleHeading"/>
        <w:jc w:val="left"/>
      </w:pPr>
      <w:r>
        <w:rPr>
          <w:rFonts w:ascii="Arial" w:hAnsi="Arial" w:eastAsia="Arial" w:cs="Arial"/>
        </w:rPr>
        <w:t>Prédiksyon</w:t>
      </w:r>
    </w:p>
    <w:p>
      <w:pPr>
        <w:pStyle w:val="ArticleScripture"/>
        <w:jc w:val="left"/>
      </w:pPr>
      <w:r>
        <w:rPr>
          <w:rFonts w:ascii="Times New Roman" w:hAnsi="Times New Roman" w:eastAsia="Times New Roman" w:cs="Times New Roman"/>
        </w:rPr>
        <w:t>Gade sèvitè m nan, mwen soutni l; eli pa m nan, nan li nanm mwen pran plezi; mwen mete Lespri mwen sou li: li pral fè jijman parèt pou nasyon yo. Li p ap rele byen fò, ni leve vwa li, ni fè yo tande vwa li nan lari. Li p ap kraze wozo ki brize a, epi li p ap etenn mèch k ap fimen an: li pral fè jijman parèt selon verite. Li p ap febli ni pèdi kouraj, jouk li fin tabli jijman sou tè a: epi zile yo pral tann lwa li. Ezayi 42:1–4.</w:t>
      </w:r>
    </w:p>
    <w:p>
      <w:pPr>
        <w:pStyle w:val="ArticleBody"/>
        <w:jc w:val="left"/>
      </w:pPr>
      <w:r>
        <w:rPr>
          <w:rFonts w:ascii="Times New Roman" w:hAnsi="Times New Roman" w:eastAsia="Times New Roman" w:cs="Times New Roman"/>
        </w:rPr>
        <w:t>Fen jijman an pou kay Bondye a te kòmanse an jiyè 2023, lè yo te tande yon vwa nan lari kote Moyiz ak Eli te kouche mouri nan yon vale zo sèch ki mouri. Lè yo te tande vwa a, jijman an te kòmanse fèmen pou kay Bondye a, epi li te kontinye nan direksyon jijman nasyon yo. Gen douz akonplisman Mesi a nan liv Matye a ki idantifye gwo repè yo nan mouvman refòm san karantkat mil yo. Douz repè sa yo jwenn tip yo nan Mesi a. 1989; 1996; 11 septanm 2001; 18 jiyè 2020; jiyè 2023; 2024; Kri Minwi a, separasyon prèt yo ak lwa dimanch lan tout idantifye, avèk 11 septanm ki gen yon temwen entèn ak yon temwen ekstèn, epi lwa dimanch lan ki gen yon temwen entèn sou yon gaye, epi apre sa de temwen sou peryòd jijman travayè onzyèm èdtan yo. Nèf repè nan mouvman refòm san karantkat mil yo idantifye dirèkteman nan liv Matye a.</w:t>
      </w:r>
    </w:p>
    <w:p>
      <w:pPr>
        <w:pStyle w:val="ArticleBody"/>
        <w:jc w:val="left"/>
      </w:pPr>
      <w:r>
        <w:rPr>
          <w:rFonts w:ascii="Times New Roman" w:hAnsi="Times New Roman" w:eastAsia="Times New Roman" w:cs="Times New Roman"/>
        </w:rPr>
        <w:t>Matye se alfa Nouvo Testaman an, epi Revelasyon se omega a. Matye se yon chèf-dèv pwofetik, ki te sele nan enpòtans li jouk nan dènye jou yo. Li genyen douz chapit omega yo, ki koresponn ak alfa Jenèz chapit onz rive vennde. Antanke alfa pou Revelasyon, li mache ann paralèl ak relasyon enspire ki genyen ant Danyèl ak Revelasyon. Sa ki revele konsènan liv Danyèl ak Revelasyon sou relasyon pwofetik yo, ta valab tou pou relasyon ki genyen ant Matye ak Revelasyon. Sa nou resevwa kòm enfòmasyon nan sans sa a ta egal ak sa ki vin apre:</w:t>
      </w:r>
    </w:p>
    <w:p>
      <w:pPr>
        <w:pStyle w:val="ArticleBody"/>
        <w:jc w:val="left"/>
      </w:pPr>
      <w:r>
        <w:rPr>
          <w:rFonts w:ascii="Times New Roman" w:hAnsi="Times New Roman" w:eastAsia="Times New Roman" w:cs="Times New Roman"/>
        </w:rPr>
        <w:t>Nan liv Matye a, se menm liy pwofesi a yo reprann tankou nan liv Revelasyon an.</w:t>
      </w:r>
    </w:p>
    <w:p>
      <w:pPr>
        <w:pStyle w:val="ArticleScripture"/>
        <w:jc w:val="left"/>
      </w:pPr>
      <w:r>
        <w:rPr>
          <w:rFonts w:ascii="Times New Roman" w:hAnsi="Times New Roman" w:eastAsia="Times New Roman" w:cs="Times New Roman"/>
        </w:rPr>
        <w:t>« Révélation est un livre scellé, mais c’est aussi un livre ouvert. Il rapporte des événements merveilleux qui doivent s’accomplir dans les derniers jours de l’histoire de cette terre. Les enseignements de ce livre sont précis, non mystiques et inintelligibles. On y reprend la même ligne de prophétie que dans Daniel. Certaines prophéties, Dieu les a répétées, montrant ainsi qu’il faut leur accorder de l’importance. Le Seigneur ne répète pas des choses qui ne sont pas de grande conséquence. » Manuscript Releases, volume 9, 8.</w:t>
      </w:r>
    </w:p>
    <w:p>
      <w:pPr>
        <w:pStyle w:val="ArticleBody"/>
        <w:jc w:val="left"/>
      </w:pPr>
      <w:r>
        <w:rPr>
          <w:rFonts w:ascii="Times New Roman" w:hAnsi="Times New Roman" w:eastAsia="Times New Roman" w:cs="Times New Roman"/>
        </w:rPr>
        <w:t>Liv Matye a reprann “menm liy pwofesi” ak Revelasyon ak Danyèl, epi li mennen l rive nan pèfeksyon nan liv Revelasyon an, paske mo “konpleman” an vle di pèfeksyon.</w:t>
      </w:r>
    </w:p>
    <w:p>
      <w:pPr>
        <w:pStyle w:val="ArticleScripture"/>
        <w:jc w:val="left"/>
      </w:pPr>
      <w:r>
        <w:rPr>
          <w:rFonts w:ascii="Times New Roman" w:hAnsi="Times New Roman" w:eastAsia="Times New Roman" w:cs="Times New Roman"/>
        </w:rPr>
        <w:t>“Nan Liv Revelasyon an, tout liv Bib la rankontre epi yo fini. Men konpleman liv Danyèl la. Youn se yon pwofesi; lòt la se yon revelasyon. Liv ki te sele a se pa Revelasyon an, men se pòsyon sa a nan pwofesi Danyèl la ki gen rapò ak dènye jou yo. Zanj lan te bay lòd: ‘Men ou menm, O Danyèl, fèmen pawòl yo, epi sele liv la, jouk nan tan lafen an.’ Danyèl 12:4.” Travay Apot yo, 585.</w:t>
      </w:r>
    </w:p>
    <w:p>
      <w:pPr>
        <w:pStyle w:val="ArticleBody"/>
        <w:jc w:val="left"/>
      </w:pPr>
      <w:r>
        <w:rPr>
          <w:rFonts w:ascii="Times New Roman" w:hAnsi="Times New Roman" w:eastAsia="Times New Roman" w:cs="Times New Roman"/>
        </w:rPr>
        <w:t>Matye, Danyèl ak Revelasyon se menm liv la.</w:t>
      </w:r>
    </w:p>
    <w:p>
      <w:pPr>
        <w:pStyle w:val="ArticleScripture"/>
        <w:jc w:val="left"/>
      </w:pPr>
      <w:r>
        <w:rPr>
          <w:rFonts w:ascii="Times New Roman" w:hAnsi="Times New Roman" w:eastAsia="Times New Roman" w:cs="Times New Roman"/>
        </w:rPr>
        <w:t>“Liv Dànyèl ak Liv Revelasyon an se youn. Yonn se yon pwofesi, lòt la se yon revelasyon; yonn se yon liv sele, lòt la se yon liv louvri. Jan te tande mistè loray yo te pwononse, men yo te bay li lòd pou l pa ekri yo.” The Seventh-day Adventist Bible Commentary, volume 7, 971.</w:t>
      </w:r>
    </w:p>
    <w:p>
      <w:pPr>
        <w:pStyle w:val="ArticleBody"/>
        <w:jc w:val="left"/>
      </w:pPr>
      <w:r>
        <w:rPr>
          <w:rFonts w:ascii="Times New Roman" w:hAnsi="Times New Roman" w:eastAsia="Times New Roman" w:cs="Times New Roman"/>
        </w:rPr>
        <w:t>Li te sanble enpòtan pou m te pran tan pou mete liv Matye a nan kontèks li, yon fason ki ta ka mete aksan sou siyifikasyon pwofetik Pyè te genyen lè li te nan Sezare Filip, anvan mwen te retounen etid la nan liv Jowèl la. M ap eseye rezime obsèvasyon mwen yo sou liv Matye a nan yon tantativ pou ilistre gwo siyifikasyon pwofetik prezans Pyè nan Sezare Filip, ki se Panyòm nan Danyèl onz, vèsè trèz rive kenz.</w:t>
      </w:r>
    </w:p>
    <w:p>
      <w:pPr>
        <w:pStyle w:val="ArticleBody"/>
        <w:jc w:val="left"/>
      </w:pPr>
      <w:r>
        <w:rPr>
          <w:rFonts w:ascii="Times New Roman" w:hAnsi="Times New Roman" w:eastAsia="Times New Roman" w:cs="Times New Roman"/>
        </w:rPr>
        <w:t>Liv Matye a òganize sou twa liy pwofetik ki diferan. Premye liy lan se premye dis chapit yo; dezyèm liy lan se douz chapit ki vin apre yo, epi apre sa gen twazyèm liy lan ki fòme ak sis chapit. Premye dis chapit yo reprezante premye zanj nan Revelasyon katòz la; douz chapit ki vin apre yo reprezante dezyèm zanj nan Revelasyon katòz la; epi dènye sis chapit yo reprezante twazyèm zanj nan Revelasyon katòz la. Mwen poko pwouve obsèvasyon sa a aklè, men sa ka fèt fasilman. Anvan nou fè sa, mwen swete kontinye trase kèk nan gwo kou yo sou twal la ki se liv Matye a.</w:t>
      </w:r>
    </w:p>
    <w:p>
      <w:pPr>
        <w:pStyle w:val="ArticleBody"/>
        <w:jc w:val="left"/>
      </w:pPr>
      <w:r>
        <w:rPr>
          <w:rFonts w:ascii="Times New Roman" w:hAnsi="Times New Roman" w:eastAsia="Times New Roman" w:cs="Times New Roman"/>
        </w:rPr>
        <w:t>Dezyèm liy chapit onz rive chapit vennnde yo reprezante pa dezyèm zanj lan, e dezyèm zanj lan toujou endike yon doubman, paske Babilòn tonbe, li tonbe. Chapit onz rive chapit vennnde Jenèz yo mete devan pwomès la, epi answit alyans Bondye a an twa etap avèk yon pèp chwazi atravè patriyach Abraram nan. Vèsè ki nan sant menm douz chapit sa yo idantifye “sikonsizyon” kòm siy alyans lan, e li te etabli nan dezyèm nan twa etap yo. Vèsè ki nan sant menm liy alyans paralèl Matye a se lè non Simon Barjona chanje pou Pyè.</w:t>
      </w:r>
    </w:p>
    <w:p>
      <w:pPr>
        <w:pStyle w:val="ArticleScripture"/>
        <w:jc w:val="left"/>
      </w:pPr>
      <w:r>
        <w:rPr>
          <w:rFonts w:ascii="Times New Roman" w:hAnsi="Times New Roman" w:eastAsia="Times New Roman" w:cs="Times New Roman"/>
        </w:rPr>
        <w:t>Epi mwen di ou tou: ou se Pyè, e sou wòch sa a m ap bati legliz mwen an; epi pòt lanfè yo p ap genyen batay sou li. Matye 16:18.</w:t>
      </w:r>
    </w:p>
    <w:p>
      <w:pPr>
        <w:pStyle w:val="ArticleBody"/>
        <w:jc w:val="left"/>
      </w:pPr>
      <w:r>
        <w:rPr>
          <w:rFonts w:ascii="Times New Roman" w:hAnsi="Times New Roman" w:eastAsia="Times New Roman" w:cs="Times New Roman"/>
        </w:rPr>
        <w:t>Non Pyè reprezante san karannkat mil yo, e li reprezante klas moun ki baze lafwa yo sou lefèt yo tande mesaj Kris la. Se pa senpleman mesaj konsènan Jezi, men mesaj Jezi te idantifye kòm sa Seyè a li menm te bay Pyè a.</w:t>
      </w:r>
    </w:p>
    <w:p>
      <w:pPr>
        <w:pStyle w:val="ArticleScripture"/>
        <w:jc w:val="left"/>
      </w:pPr>
      <w:r>
        <w:rPr>
          <w:rFonts w:ascii="Times New Roman" w:hAnsi="Times New Roman" w:eastAsia="Times New Roman" w:cs="Times New Roman"/>
        </w:rPr>
        <w:t>Li di yo: Men nou menm, kiyès nou di mwen ye?</w:t>
      </w:r>
    </w:p>
    <w:p>
      <w:pPr>
        <w:pStyle w:val="ArticleScripture"/>
        <w:jc w:val="left"/>
      </w:pPr>
      <w:r>
        <w:rPr>
          <w:rFonts w:ascii="Times New Roman" w:hAnsi="Times New Roman" w:eastAsia="Times New Roman" w:cs="Times New Roman"/>
        </w:rPr>
        <w:t>Epi Simon Pyè reponn, li di: Ou se Kris la, Pitit Bondye vivan an. Epi Jezi reponn, li di l:</w:t>
      </w:r>
    </w:p>
    <w:p>
      <w:pPr>
        <w:pStyle w:val="ArticleScripture"/>
        <w:jc w:val="left"/>
      </w:pPr>
      <w:r>
        <w:rPr>
          <w:rFonts w:ascii="Times New Roman" w:hAnsi="Times New Roman" w:eastAsia="Times New Roman" w:cs="Times New Roman"/>
        </w:rPr>
        <w:t>Benediksyon pou ou, Simon Barjona; paske se pa chè ak san ki te revele sa ba ou, men se Papa mwen ki nan syèl la. Matye 16:15–17.</w:t>
      </w:r>
    </w:p>
    <w:p>
      <w:pPr>
        <w:pStyle w:val="ArticleBody"/>
        <w:jc w:val="left"/>
      </w:pPr>
      <w:r>
        <w:rPr>
          <w:rFonts w:ascii="Times New Roman" w:hAnsi="Times New Roman" w:eastAsia="Times New Roman" w:cs="Times New Roman"/>
        </w:rPr>
        <w:t>Konfyans Pyè a chita sou lefèt ke Jezi vin Kris la—Mesi a. Non Pyè a chanje, menm jan non Abraram te chanje pou make yon relasyon alyans, epi non li egal a 144,000; e nan menm vèsè sa a, gwo konfli a idantifye kòm yon Wòch ki se fondasyon yon legliz, ki t ap genyen batay kont legliz lanfè yo. San karannkat mil yo se manifestasyon final yon pèp alyans chwazi, epi Pyè reprezante gwoup sa a.</w:t>
      </w:r>
    </w:p>
    <w:p>
      <w:pPr>
        <w:pStyle w:val="ArticleBody"/>
        <w:jc w:val="left"/>
      </w:pPr>
      <w:r>
        <w:rPr>
          <w:rFonts w:ascii="Times New Roman" w:hAnsi="Times New Roman" w:eastAsia="Times New Roman" w:cs="Times New Roman"/>
        </w:rPr>
        <w:t>Pyè reprezante tou an menm tan premye legliz kretyen an, legliz disip yo, paske se nan istwa sa a Kris te mete fondasyon Legliz Li a. Kris se fondasyon an, e Li se tou wòch tèt kwen an; epi Pyè se yon senbòl premye Lamarye kretyen an ak dènye Lamarye kretyen an. Se poutèt sa, Pyè se alafwa yon senbòl alfa ak omega nan yon sèl vèsè.</w:t>
      </w:r>
    </w:p>
    <w:p>
      <w:pPr>
        <w:pStyle w:val="ArticleBody"/>
        <w:jc w:val="left"/>
      </w:pPr>
      <w:r>
        <w:rPr>
          <w:rFonts w:ascii="Times New Roman" w:hAnsi="Times New Roman" w:eastAsia="Times New Roman" w:cs="Times New Roman"/>
        </w:rPr>
        <w:t>Vèsè sa a se vèsè santral douz chapit ki reprezante mesaj dezyèm zanj lan, epi Pyè “double” kòm premye lamarye a ak dènye lamarye a. Dènye lamarye a pral nan yon lagè ak sinagòg Satan an, epi dènye lamarye a pral konpoze de de gwoup. Youn nan gwoup yo se san karannkat mil la; lòt gwoup la se gwo foul la. Gwo foul la reprezante pa Smyrne, epi san karannkat mil la pa Philadelphia.</w:t>
      </w:r>
    </w:p>
    <w:p>
      <w:pPr>
        <w:pStyle w:val="ArticleBody"/>
        <w:jc w:val="left"/>
      </w:pPr>
      <w:r>
        <w:rPr>
          <w:rFonts w:ascii="Times New Roman" w:hAnsi="Times New Roman" w:eastAsia="Times New Roman" w:cs="Times New Roman"/>
        </w:rPr>
        <w:t>San karant-kat mil yo se Filadèlfyen, e chanjman non Pyè a nan vèsè dizwit la reprezante so san karant-kat mil yo. Li se senbòl moun ki resevwa so a, e nan vèsè sa a, ki se vèsè egzakteman nan mitan douz chapit alyans yo, li aliyen avèk vèsè egzakteman nan mitan douz chapit Jenèz yo, kote sikonsizyon idantifye kòm siy la. Chapit onz rive vennde nan Revelasyon bay twazyèm liy lan pou douz chapit temwayaj alyans lan, e vèsè nan mitan douz chapit sa yo idantifye maryaj pwostitye a nan Revelasyon disèt avèk wa latè yo.</w:t>
      </w:r>
    </w:p>
    <w:p>
      <w:pPr>
        <w:pStyle w:val="ArticleScripture"/>
        <w:jc w:val="left"/>
      </w:pPr>
      <w:r>
        <w:rPr>
          <w:rFonts w:ascii="Times New Roman" w:hAnsi="Times New Roman" w:eastAsia="Times New Roman" w:cs="Times New Roman"/>
        </w:rPr>
        <w:t>Epi bèt la ki te la, epi ki pa la ankò, se li menm ki wityèm lan; li soti nan sèt yo, e li ale nan pèdisyon. Revelasyon 17:11.</w:t>
      </w:r>
    </w:p>
    <w:p>
      <w:pPr>
        <w:pStyle w:val="ArticleBody"/>
        <w:jc w:val="left"/>
      </w:pPr>
      <w:r>
        <w:rPr>
          <w:rFonts w:ascii="Times New Roman" w:hAnsi="Times New Roman" w:eastAsia="Times New Roman" w:cs="Times New Roman"/>
        </w:rPr>
        <w:t>Vèsè sa a gen rapò ak idantifye dènye tonbe Babilòn gran an, e premye tonbe Babèl la te nan premye chapit liy alyans douz chapit Jenèz la. Pyè ap reprezante san karannkat mil yo nan vèsè santral la, ki aliyen ak vèsè santral Jenèz la. Nan vèsè santral Revelasyon an, tonbe Babilòn gran an mennen istwa Nimiwòd, gran chasè Babèl la, rive nan konklizyon li.</w:t>
      </w:r>
    </w:p>
    <w:p>
      <w:pPr>
        <w:pStyle w:val="ArticleBody"/>
        <w:jc w:val="left"/>
      </w:pPr>
      <w:r>
        <w:rPr>
          <w:rFonts w:ascii="Times New Roman" w:hAnsi="Times New Roman" w:eastAsia="Times New Roman" w:cs="Times New Roman"/>
        </w:rPr>
        <w:t>Vèsè santral yo nan chak nan twa liy pwofetik sa yo idantifye swa sele Bondye a, swa mak bèt la. Alyans Babilònyen lanmò a, ki kòmanse nan Jenèz, rive nan fen li nan Revelasyon. Lè sa a fèt, li mete yon kòmansman ak yon fen sou tout twa liy yo, lè yo reyini ansanm, liy sou liy. Kote Pyè sèvi kòm yon senbòl gwo konfli ant Wòch la ak pòtay lanfè yo se mesaj dezyèm zanj lan, paske mesaj dezyèm zanj lan se: Babilòn tonbe (Nimwòd), li tonbe (pwostitye Wòm nan). Dezyèm liy lan nan twa liy Matye yo se mesaj dezyèm zanj lan, paske li idantifye de tonbe Babilòn. Li prezante yon maryaj fo egzakteman kote vrè maryaj la vin akonpli, nan lwa dimanch lan. Li reprezante nimewo “8” la kòm yon kontrefason pèp Bondye a ki se vrè uit la. Papote a dekri tou kòm yon kontrefason Bondye, paske li te la, e li la toujou, epi li pral monte. Li monte egzakteman kote banyè a monte a — lwa dimanch lan.</w:t>
      </w:r>
    </w:p>
    <w:p>
      <w:pPr>
        <w:pStyle w:val="ArticleBody"/>
        <w:jc w:val="left"/>
      </w:pPr>
      <w:r>
        <w:rPr>
          <w:rFonts w:ascii="Times New Roman" w:hAnsi="Times New Roman" w:eastAsia="Times New Roman" w:cs="Times New Roman"/>
        </w:rPr>
        <w:t>Nan Matye gen douz akonplisman mesyanik, e nan Ansyen Testaman an gen ant twa san ak senksan pwofesi konsènan Mesi a. Matye genyen douz akonplisman ki idantifye dirèkteman, byen lwen plis pase nenpòt nan twa lòt levanjil yo. Douz akonplisman sa yo aliyen ak nèf etap-distenk nan mouvman refòm san karant-kat mil yo. Nèf senbolize konplètid, paske pa gen okenn chif pi lwen pase “nèf”; tout lòt kantite ki vini apre “nèf” sèvi sèlman ak nèf chif yo, depi youn rive nèf, ansanm ak zewo a. Nèf se plenitid. Pami nèf etap sa yo, gen de ki genyen plis pase youn nan akonplisman Matye yo. 9/11 genyen de, epi lwa dimanch lan genyen twa.</w:t>
      </w:r>
    </w:p>
    <w:p>
      <w:pPr>
        <w:pStyle w:val="ArticleBody"/>
        <w:jc w:val="left"/>
      </w:pPr>
      <w:r>
        <w:rPr>
          <w:rFonts w:ascii="Times New Roman" w:hAnsi="Times New Roman" w:eastAsia="Times New Roman" w:cs="Times New Roman"/>
        </w:rPr>
        <w:t>Tan lafen an an 1989, fòmalizasyon mesaj la an 1996, apre sa 11 Septanm, apre sa desepsyon 18 Jiyè 2020, apre sa vwa k ap rele nan dezè a nan Jiyè 2023, ki te mennen nan rezirèksyon 2024 la, ki mennen nan Rèl a Minwi a, apre sa separasyon prèt yo, ki rive nan pik li nan lwa dimanch lan. Nèf mak chemen, ladan yo yonn ki gen de temwen ak yonn ki gen twa temwen; 11 Septanm gen de, epi lwa dimanch lan gen twa. Sa vle di ke sou liy refòm san karannkat mil yo, de temwen 11 Septanm yo rive jouk nan twa temwen lwa dimanch lan yo—sa make tan sele san karannkat mil yo. Douz mak chemen yo aliyen ak chak mouvman refòmatè, epi lè yo fè sa, yo mete anfaz sou tan sele san karannkat mil yo epi yo idantifye li, depi 11 Septanm jouk nan lwa dimanch lan.</w:t>
      </w:r>
    </w:p>
    <w:p>
      <w:pPr>
        <w:pStyle w:val="ArticleBody"/>
        <w:jc w:val="left"/>
      </w:pPr>
      <w:r>
        <w:rPr>
          <w:rFonts w:ascii="Times New Roman" w:hAnsi="Times New Roman" w:eastAsia="Times New Roman" w:cs="Times New Roman"/>
        </w:rPr>
        <w:t>Lè li fè sa, li idantifye de temwen nan 9/11, epi twa temwen nan lwa dimanch lan. De temwen yo nan 9/11 se mesaj dezyèm zanj lan, epi twa temwen yo nan lwa dimanch lan se mesaj twazyèm zanj lan. Se poutèt sa, liy ki pwodui avèk akonplisman pwofesi mesyanik yo nan Matye a izole epi agrandi tan sele a, pandan li idantifye dezyèm zanj lan kòm alfa istwa tan sele a, epi twazyèm zanj lan kòm omega. Sa vle di tan sele a antoure ant yon nimewo de ak yon nimewo twa, konsa li mete venn-twa, yon senbòl ekspyasyon an, sou tout istwa sele a.</w:t>
      </w:r>
    </w:p>
    <w:p>
      <w:pPr>
        <w:pStyle w:val="ArticleBody"/>
        <w:jc w:val="left"/>
      </w:pPr>
      <w:r>
        <w:rPr>
          <w:rFonts w:ascii="Times New Roman" w:hAnsi="Times New Roman" w:eastAsia="Times New Roman" w:cs="Times New Roman"/>
        </w:rPr>
        <w:t>Nan liv Matye a, gen twa liy pwofetik ki reprezante premye, dezyèm, ak twazyèm zanj yo respektivman, epi douz chapit ki nan dezyèm liy Matye a reprezante alyans avèk san karant-kat mil yo, paske li se omega alyans alfa Jenèz la avèk Abram. Sa vle di tou ke, kòm dezyèm zanj lan, lè Pyè reprezante ni premye ni dènye lamarye kretyèn nan, redoubleman Pyè a tabli egzijans pwofetik yon redoubleman nan dezyèm zanj lan. Sou temwayaj twa temwen, nimewo douz la se kòd ki mare twa liy douz chapit yo ansanm; konsa, lè nou jwenn yon lòt reprezantasyon nimewo douz la nan liv Matye a, li dwe aliyen avèk lòt douz la nan liv Matye a.</w:t>
      </w:r>
    </w:p>
    <w:p>
      <w:pPr>
        <w:pStyle w:val="ArticleBody"/>
        <w:jc w:val="left"/>
      </w:pPr>
      <w:r>
        <w:rPr>
          <w:rFonts w:ascii="Times New Roman" w:hAnsi="Times New Roman" w:eastAsia="Times New Roman" w:cs="Times New Roman"/>
        </w:rPr>
        <w:t>Douz chapit Matye yo, ki kòmanse ak nimewo senbolik onz e ki fini ak kontrepati senbolik li, nimewo vennde, aliyen avèk liy refòm san karannkat mil yo, ki reprezante pa douz akonplisman Mesi yo, konsa yo manifeste yon dezyèm “doubleman” nan liy dezyèm zanj lan. Douz akonplisman Mesi yo, ansanm ak douz chapit yo, se “doubleman” dezyèm zanj lan; men lè yo miltipliye, yo reprezante 144,000. Pyè double, epi nimewo douz la double tou. Doubleman sa yo akonpli doubleman Babilòn k ap tonbe de fwa a.</w:t>
      </w:r>
    </w:p>
    <w:p>
      <w:pPr>
        <w:pStyle w:val="ArticleBody"/>
        <w:jc w:val="left"/>
      </w:pPr>
      <w:r>
        <w:rPr>
          <w:rFonts w:ascii="Times New Roman" w:hAnsi="Times New Roman" w:eastAsia="Times New Roman" w:cs="Times New Roman"/>
        </w:rPr>
        <w:t>Chapit onz rive vennde reprézant dezyèm zanj la nan Revelasyon katòz. Dis senbolize yon eprèv, epi premye nan twa eprèv yo se premye dis chapit Matye yo. “Dis” senbolize yon eprèv. Paske Matye se alfa a pou omega Revelasyon an, chapit youn nan youn oswa lòt liv la kòmanse avèk yon revelasyon Jezi Kris la. Nan chapit youn nan, yo mete Jozèf nan eprèv pou wè si l ap kwè zanj lan oswa non. Moun ki te koresponn avè l la se te Zakari, papa Jan Batis la, ki pa t kwè epi ki te echwe nan menm eprèv la. Yonn te aksepte yon nesans pwovidansyèl, lòt la te doute.</w:t>
      </w:r>
    </w:p>
    <w:p>
      <w:pPr>
        <w:pStyle w:val="ArticleBody"/>
        <w:jc w:val="left"/>
      </w:pPr>
      <w:r>
        <w:rPr>
          <w:rFonts w:ascii="Times New Roman" w:hAnsi="Times New Roman" w:eastAsia="Times New Roman" w:cs="Times New Roman"/>
        </w:rPr>
        <w:t>Nan chapit de a, Ewòd te pè nesans yon nouvo wa, epi Jozèf ak Mari te kouri al ann Ejip. Jan Batis te pote premye eprèv la nan chapit twa a, yon premye eprèv Sè White idantifye kòm yon eprèv lavi oswa lanmò, paske li te ekri ke “those who rejected the message of John could not be benefitted by Jesus.” Premye zanj lan se yon mesaj eprèv ki rele lèzòm, menm jan Jan te fè sa, pou yo gen krentif pou Bondye, paske lè jijman Bondye a ap rive. Sa a se sa Jan reprezante lè li te mande: “who hath warned you to flee from the wrath to come?”</w:t>
      </w:r>
    </w:p>
    <w:p>
      <w:pPr>
        <w:pStyle w:val="ArticleBody"/>
        <w:jc w:val="left"/>
      </w:pPr>
      <w:r>
        <w:rPr>
          <w:rFonts w:ascii="Times New Roman" w:hAnsi="Times New Roman" w:eastAsia="Times New Roman" w:cs="Times New Roman"/>
        </w:rPr>
        <w:t>Apre sa, nan chapit kat la, Jezi ap fè jèn pandan karant jou, ki rive nan bout li ak twa eprèv diferan, paske twa eprèv yo toujou reprezante nan mesaj premye zanj lan. Apre sa Jezi te kòmanse bati fondasyon yo lè Li te chwazi disip Li yo, paske avèk Ezra ak Neemi, fondasyon tanp lan te poze nan istwa premye dekrè a, epi avèk Milerit yo, fondasyon yo te poze nan istwa premye zanj lan. Fondasyon yo se beatitid yo, epi apre sa mirak Li yo ki te mennen Li voye douz disip yo jouk nan fen chapit dis la. Douz disip yo te vin an plas lè sa a, epi enspirasyon idantifye disip yo kòm fondasyon legliz kretyen an. Rive nan chapit onz, fondasyon yo te fini.</w:t>
      </w:r>
    </w:p>
    <w:p>
      <w:pPr>
        <w:pStyle w:val="ArticleBody"/>
        <w:jc w:val="left"/>
      </w:pPr>
      <w:r>
        <w:rPr>
          <w:rFonts w:ascii="Times New Roman" w:hAnsi="Times New Roman" w:eastAsia="Times New Roman" w:cs="Times New Roman"/>
        </w:rPr>
        <w:t>Nan chapit onz la, disip yo ap fè sèvis yo poukont yo; Jezi pou kont li, sa ki make yon separasyon byen klè ant chapit dis ak chapit onz. Chapit youn rive dis yo se premye mesaj zanj lan; sa te fini lè dezyèm nan te rive. Dezyèm zanj lan pwodui yon divizyon, yon separasyon, menm jan ak sa ki te fèt ak Millerit yo ak Pwotestan yo. Chapit dis la fini ak Jezi k ap separe ak disip yo, epi nan chapit onz la Li pou kont li.</w:t>
      </w:r>
    </w:p>
    <w:p>
      <w:pPr>
        <w:pStyle w:val="ArticleBody"/>
        <w:jc w:val="left"/>
      </w:pPr>
      <w:r>
        <w:rPr>
          <w:rFonts w:ascii="Times New Roman" w:hAnsi="Times New Roman" w:eastAsia="Times New Roman" w:cs="Times New Roman"/>
        </w:rPr>
        <w:t>Chapit onz jiska ventde reprezante dezyèm zanj lan, sa mennen rive nan chapit venntwa rive vennuit, kòm twazyèm liy twazyèm zanj lan. Natirèlman, twazyèm zanj lan rive nan lwa dimanch lan, ki se sa fèt Delivrans lan nan chapit vennsis rive vennuit reprezante. “23” se senbòl ekspyasyon an, e premye nan sis chapit sa yo reprezante mesaj premye zanj lan, tandiske twa dènye chapit yo reprezante mesaj twazyèm zanj lan. De chapit ki nan mitan yo (24 &amp; 25) reprezante dezyèm zanj lan. Twa dènye chapit yo genyen “23” repè espesifik ki aliyen chapit “23” la, kòm premye zanj lan oswa kòmansman an, ak chapit vennsis rive vennuit kòm twazyèm lan, avèk “23” repè. Chapit 23 se premye zanj lan, de chapit ki vin apre yo se dezyèm zanj lan, epi twa dènye yo se twazyèm lan.</w:t>
      </w:r>
    </w:p>
    <w:p>
      <w:pPr>
        <w:pStyle w:val="ArticleBody"/>
        <w:jc w:val="left"/>
      </w:pPr>
      <w:r>
        <w:rPr>
          <w:rFonts w:ascii="Times New Roman" w:hAnsi="Times New Roman" w:eastAsia="Times New Roman" w:cs="Times New Roman"/>
        </w:rPr>
        <w:t>Twazyèm liy nan Matye a reprezante twazyèm zanj lan, epi li divize an twa etap. Chapit 23 se premye etap la, ak premye zanj lan. Chapit 24 ak 25 se dezyèm etap la, ak dezyèm zanj lan. Chapit 26, 27, ak 28 se twazyèm etap la ak twazyèm zanj lan. Yon chapit pou premye zanj lan, de chapit pou dezyèm zanj lan, epi twa chapit pou twazyèm zanj lan. Twazyèm lan, ki se Pak la, ki reprezante kwa a, ki an retou aliyen ak lwa dimanch lan, reprezante tou pa Lapannkòt.</w:t>
      </w:r>
    </w:p>
    <w:p>
      <w:pPr>
        <w:pStyle w:val="ArticleBody"/>
        <w:jc w:val="left"/>
      </w:pPr>
      <w:r>
        <w:rPr>
          <w:rFonts w:ascii="Times New Roman" w:hAnsi="Times New Roman" w:eastAsia="Times New Roman" w:cs="Times New Roman"/>
        </w:rPr>
        <w:t>Pannkòt se nimewo 50, e 50 se senbòl Jibile a. Jibile a gen ladan l karant-nevyèm ane a, fen setyèm sik sèt ane yo. Nimewo 49 vini anvan nimewo 50, men li makonnen dirèkteman avèk li. Twazyèm liy lan nan Matye kòmanse ak chapit 23; apre sa, li swiv pa de chapit (24, 25) ki bay yon total 49, tousuit anvan twazyèm zanj lan ki reprezante nimewo 50.</w:t>
      </w:r>
    </w:p>
    <w:p>
      <w:pPr>
        <w:pStyle w:val="ArticleBody"/>
        <w:jc w:val="left"/>
      </w:pPr>
      <w:r>
        <w:rPr>
          <w:rFonts w:ascii="Times New Roman" w:hAnsi="Times New Roman" w:eastAsia="Times New Roman" w:cs="Times New Roman"/>
        </w:rPr>
        <w:t>Kòmansman liy sis chapit yo se “23” epi fen an se “23” makoutmen; epi kantite ki sòti nan adisyon chapit 26 avèk 27 ak 28 egal “81,” ki se yon senbòl prèt yo, antre nèt nan vèsè menm ki idantifye koule san an ke Gran Prèt Selès la t ap sèvi avè l nan ministè gran prètriz Li a. Se poutèt sa, tit chapit “81” nan The Desire of Ages la baze sou Matye 28.</w:t>
      </w:r>
    </w:p>
    <w:p>
      <w:pPr>
        <w:pStyle w:val="ArticleScripture"/>
        <w:jc w:val="left"/>
      </w:pPr>
      <w:r>
        <w:rPr>
          <w:rFonts w:ascii="Times New Roman" w:hAnsi="Times New Roman" w:eastAsia="Times New Roman" w:cs="Times New Roman"/>
        </w:rPr>
        <w:t>“Chapit 81— ‘Seyè a leve soti vivan’”</w:t>
      </w:r>
    </w:p>
    <w:p>
      <w:pPr>
        <w:pStyle w:val="ArticleScripture"/>
        <w:jc w:val="left"/>
      </w:pPr>
      <w:r>
        <w:rPr>
          <w:rFonts w:ascii="Times New Roman" w:hAnsi="Times New Roman" w:eastAsia="Times New Roman" w:cs="Times New Roman"/>
        </w:rPr>
        <w:t>“Chapit sa a baze sou Matye 28:2–4, 11–15.” The Desire of Ages, 780.</w:t>
      </w:r>
    </w:p>
    <w:p>
      <w:pPr>
        <w:pStyle w:val="ArticleBody"/>
        <w:jc w:val="left"/>
      </w:pPr>
      <w:r>
        <w:rPr>
          <w:rFonts w:ascii="Times New Roman" w:hAnsi="Times New Roman" w:eastAsia="Times New Roman" w:cs="Times New Roman"/>
        </w:rPr>
        <w:t>Nimewo « 81 » la reprezante prètriz la, e nan Levitik 8 yo prezante sèt jou konsekrasyon prèt yo. Nan chapit 8 nan Resansman, yo prezante pirifikasyon Levit yo. Nan 2 Kwonik, « 81 » prèt opoze wa Ozyas, e pasaj la kontribye dirèkteman pou etabli mesaj sele san karant-kat mil yo.</w:t>
      </w:r>
    </w:p>
    <w:p>
      <w:pPr>
        <w:pStyle w:val="ArticleScripture"/>
        <w:jc w:val="left"/>
      </w:pPr>
      <w:r>
        <w:rPr>
          <w:rFonts w:ascii="Times New Roman" w:hAnsi="Times New Roman" w:eastAsia="Times New Roman" w:cs="Times New Roman"/>
        </w:rPr>
        <w:t>Men, lè li te vin fò, kè l te leve pou pwòp destriksyon li; paske li te peche kont Seyè a, Bondye pa li a, epi li antre nan tanp Seyè a pou l boule lansan sou lotèl lansan an. Epi Azarya, prèt la, antre dèyè li, ansanm ak katreven prèt Seyè a, ki te gason vanyan. Yo te kanpe kont wa Ozyas, epi yo di li: Sa pa pou ou, Ozyas, pou boule lansan bay Seyè a, men se pou prèt yo, pitit Arawon yo, ki konsakre pou boule lansan an. Sòti kite sanktyè a; paske ou pase limit ou; e sa p ap tounen onè pou ou nan men Seyè Bondye a.</w:t>
      </w:r>
    </w:p>
    <w:p>
      <w:pPr>
        <w:pStyle w:val="ArticleScripture"/>
        <w:jc w:val="left"/>
      </w:pPr>
      <w:r>
        <w:rPr>
          <w:rFonts w:ascii="Times New Roman" w:hAnsi="Times New Roman" w:eastAsia="Times New Roman" w:cs="Times New Roman"/>
        </w:rPr>
        <w:t>Lè sa a, Ozyas te fache, e li te gen yon lansanwa nan men li pou l boule lansan; e pandan li t ap fache sou prèt yo, maladi lalèp la menm parèt sou fwon li devan prèt yo nan kay Seyè a, bò kote lotèl lansan an. E Azarya, chèf prèt la, ansanm ak tout prèt yo, gade sou li; epi gade, li te gen lalèp sou fwon li, e yo chase l sòti la; wi, li menm tou li prese soti, paske Seyè a te frape l. E wa Ozyas te yon lalèp jouk jou lanmò li, e li te rete nan yon kay apa, antanke yon lalèp; paske yo te retranche l nan kay Seyè a; e Jotam, pitit gason li a, te responsab kay wa a, li t ap jije pèp peyi a. 2 Kwonik 26:16–21.</w:t>
      </w:r>
    </w:p>
    <w:p>
      <w:pPr>
        <w:pStyle w:val="ArticleBody"/>
        <w:jc w:val="left"/>
      </w:pPr>
      <w:r>
        <w:rPr>
          <w:rFonts w:ascii="Times New Roman" w:hAnsi="Times New Roman" w:eastAsia="Times New Roman" w:cs="Times New Roman"/>
        </w:rPr>
        <w:t>Kòm yon senbòl, katrevenn-yon asosye ak prèt yo ki te opoze efò Ozyas te fè pou ofri sakrifis nan Tanp lan. Estrikti pwofetik pasaj ki pale de Ozyas la aliyen ak estrikti pwofetik Danyèl onz, vèsè onz ak douz. Toude pasaj yo idantifye yon wa sid la, ki gen kè l leve anlè poutèt viktwa militè yo, e sitou viktwa resan sou yon wa nò a. Lè vèsè onz nan Danyèl onz te akonpli pa Ptolome nan batay Rafya a, li menm tou, menm jan ak Ozyas, te chèche ofri yon sakrifis nan Tanp Jerizalèm nan, men prèt yo te reziste l. Liy sou liy, de temwen yo idantifye lagè Ikrèn nan ki prèske fini.</w:t>
      </w:r>
    </w:p>
    <w:p>
      <w:pPr>
        <w:pStyle w:val="ArticleBody"/>
        <w:jc w:val="left"/>
      </w:pPr>
      <w:r>
        <w:rPr>
          <w:rFonts w:ascii="Times New Roman" w:hAnsi="Times New Roman" w:eastAsia="Times New Roman" w:cs="Times New Roman"/>
        </w:rPr>
        <w:t>Chapit katrevenn-en nan *The Desire of Ages* la baze sou Matye 28, e li idantifye Kris k ap monte pou kòmanse travay Li kòm Gran Prèt Selès la.</w:t>
      </w:r>
    </w:p>
    <w:p>
      <w:pPr>
        <w:pStyle w:val="ArticleScripture"/>
        <w:jc w:val="left"/>
      </w:pPr>
      <w:r>
        <w:rPr>
          <w:rFonts w:ascii="Times New Roman" w:hAnsi="Times New Roman" w:eastAsia="Times New Roman" w:cs="Times New Roman"/>
        </w:rPr>
        <w:t>Koulye a, men rezime sa nou sot di yo: Nou gen yon gran prèt konsa, ki chita adwat twòn Majeste a nan syèl yo. Ebre 8:1.</w:t>
      </w:r>
    </w:p>
    <w:p>
      <w:pPr>
        <w:pStyle w:val="ArticleBody"/>
        <w:jc w:val="left"/>
      </w:pPr>
      <w:r>
        <w:rPr>
          <w:rFonts w:ascii="Times New Roman" w:hAnsi="Times New Roman" w:eastAsia="Times New Roman" w:cs="Times New Roman"/>
        </w:rPr>
        <w:t>Nimewo “81” la se yon senbòl prèt yo, epi chapit 26, 27, 28 yo—twazyèm etap twazyèm liy lan nan Matye—bay yon total 81. Dezyèm etap la bay yon total 49, epi premye etap la se 23. Katrevennènn reprezante 80 prèt ak yon granprèt nan temwayaj Ozyas la. Nan nivo sa a, 80 prèt yo se moun, epi granprèt la se Diven. 81 reprezante konbinezon Divinite ak limanite. Chif youn nan nimewo katrevennènn lan reprezante Divinite.</w:t>
      </w:r>
    </w:p>
    <w:p>
      <w:pPr>
        <w:pStyle w:val="ArticleBody"/>
        <w:jc w:val="left"/>
      </w:pPr>
      <w:r>
        <w:rPr>
          <w:rFonts w:ascii="Times New Roman" w:hAnsi="Times New Roman" w:eastAsia="Times New Roman" w:cs="Times New Roman"/>
        </w:rPr>
        <w:t>Nimewo en nan onz la reprezante limanite epi tou Divinite. Nimewo en nan nimewo vennteyen an reprezante Divinite, epi ven an reprezante limanite. Konbinezon de ak en an ka wè nan disip yo sou chemen Emayis la.</w:t>
      </w:r>
    </w:p>
    <w:p>
      <w:pPr>
        <w:pStyle w:val="ArticleBody"/>
        <w:jc w:val="left"/>
      </w:pPr>
      <w:r>
        <w:rPr>
          <w:rFonts w:ascii="Times New Roman" w:hAnsi="Times New Roman" w:eastAsia="Times New Roman" w:cs="Times New Roman"/>
        </w:rPr>
        <w:t>Konbinezon twa ak youn nan se limanite ak Divinite jan yo reprezante pa fou dife Chadrak, Mechak ak Abèdnego.</w:t>
      </w:r>
    </w:p>
    <w:p>
      <w:pPr>
        <w:pStyle w:val="ArticleBody"/>
        <w:jc w:val="left"/>
      </w:pPr>
      <w:r>
        <w:rPr>
          <w:rFonts w:ascii="Times New Roman" w:hAnsi="Times New Roman" w:eastAsia="Times New Roman" w:cs="Times New Roman"/>
        </w:rPr>
        <w:t>Konbinezon kat ak youn nan idantifye ke konbinezon Divinite avèk limanite a reyalize nan katriyèm jenerasyon an.</w:t>
      </w:r>
    </w:p>
    <w:p>
      <w:pPr>
        <w:pStyle w:val="ArticleBody"/>
        <w:jc w:val="left"/>
      </w:pPr>
      <w:r>
        <w:rPr>
          <w:rFonts w:ascii="Times New Roman" w:hAnsi="Times New Roman" w:eastAsia="Times New Roman" w:cs="Times New Roman"/>
        </w:rPr>
        <w:t>Konbinezon senk ak youn nan idantifye senk vyèj k ap tann Veterinè cheval la.</w:t>
      </w:r>
    </w:p>
    <w:p>
      <w:pPr>
        <w:pStyle w:val="ArticleBody"/>
        <w:jc w:val="left"/>
      </w:pPr>
      <w:r>
        <w:rPr>
          <w:rFonts w:ascii="Times New Roman" w:hAnsi="Times New Roman" w:eastAsia="Times New Roman" w:cs="Times New Roman"/>
        </w:rPr>
        <w:t>Konbinezon sis ak youn nan reprezante relasyon lòm ak Saba setyèm jou a, kote Divinite se Seyè li. Nimewo “sis” la se yon senbòl lòm, epi youn nan se Kris.</w:t>
      </w:r>
    </w:p>
    <w:p>
      <w:pPr>
        <w:pStyle w:val="ArticleBody"/>
        <w:jc w:val="left"/>
      </w:pPr>
      <w:r>
        <w:rPr>
          <w:rFonts w:ascii="Times New Roman" w:hAnsi="Times New Roman" w:eastAsia="Times New Roman" w:cs="Times New Roman"/>
        </w:rPr>
        <w:t>Konbinezon sèt ak youn nan reprezante tranzisyon setyèm legliz Lawodise a pou antre nan eksperyans Filadèlfi a.</w:t>
      </w:r>
    </w:p>
    <w:p>
      <w:pPr>
        <w:pStyle w:val="ArticleBody"/>
        <w:jc w:val="left"/>
      </w:pPr>
      <w:r>
        <w:rPr>
          <w:rFonts w:ascii="Times New Roman" w:hAnsi="Times New Roman" w:eastAsia="Times New Roman" w:cs="Times New Roman"/>
        </w:rPr>
        <w:t>81 se yon senbòl prèt yo ak relasyon yo ak granprèt la.</w:t>
      </w:r>
    </w:p>
    <w:p>
      <w:pPr>
        <w:pStyle w:val="ArticleBody"/>
        <w:jc w:val="left"/>
      </w:pPr>
      <w:r>
        <w:rPr>
          <w:rFonts w:ascii="Times New Roman" w:hAnsi="Times New Roman" w:eastAsia="Times New Roman" w:cs="Times New Roman"/>
        </w:rPr>
        <w:t>Konbinezon nèf ak youn nan idantifye akonplisman. Gwosès dire nèf mwa. Te gen 9 jenerasyon ki te mennen rive sou Noe, epi nèf jenerasyon apre sa ki te mennen nan alyans lan. Jezi rann lespri li nan nevyèm èdtan an. Konbinezon nèf ak youn nan idantifye finisman travay sele pèp Li a.</w:t>
      </w:r>
    </w:p>
    <w:p>
      <w:pPr>
        <w:pStyle w:val="ArticleBody"/>
        <w:jc w:val="left"/>
      </w:pPr>
      <w:r>
        <w:rPr>
          <w:rFonts w:ascii="Times New Roman" w:hAnsi="Times New Roman" w:eastAsia="Times New Roman" w:cs="Times New Roman"/>
        </w:rPr>
        <w:t>Nan kontèks sa a, youn se konbinezon limanite ak Divinite; nimewo de se Anseyan divin nan, k ap anseye limanite. Nimewo twa se mesaj twa zanj yo, ki se mesaj yo anseye nan nimewo de a. Nimewo kat idantifye katriyèm jenerasyon an, konsa li idantifye istwa pwofetik la lè senk vyèj saj yo manifeste, epi yo rekreye jan sizyèm jou kreyasyon an reprezante sa. Apre sa, setyèm etap la idantifye tranzisyon an pou Filadèlfi ak enigm uit la ki soti nan sèt la. Lè sa a, alyans lan akonpli, epi prètriz “81” la leve pou fini travay la ki reprezante pa nimewo nèf la. Nan chak etap, nimewo youn se Lyon tribi Jida a, ki se tou Palmoni, Mèvèye Kontè-Nimewo a. 81 se yon senbòl prèt yo. Palmoni te kreye tout nimewo yo.</w:t>
      </w:r>
    </w:p>
    <w:p>
      <w:pPr>
        <w:pStyle w:val="ArticleBody"/>
        <w:jc w:val="left"/>
      </w:pPr>
      <w:r>
        <w:rPr>
          <w:rFonts w:ascii="Times New Roman" w:hAnsi="Times New Roman" w:eastAsia="Times New Roman" w:cs="Times New Roman"/>
        </w:rPr>
        <w:t>Nimewo onz la reprezante mwatye vennnde, e yo toude reprezante konbinezon Divinite ak limanite. Nan yon atik resan, mwen te mete de deklarasyon ki pale konsènan kòmansman an ak fen an.</w:t>
      </w:r>
    </w:p>
    <w:p>
      <w:pPr>
        <w:pStyle w:val="ArticleBody"/>
        <w:jc w:val="left"/>
      </w:pPr>
      <w:r>
        <w:rPr>
          <w:rFonts w:ascii="Times New Roman" w:hAnsi="Times New Roman" w:eastAsia="Times New Roman" w:cs="Times New Roman"/>
        </w:rPr>
        <w:t>Premye deklarasyon an te fè konnen ke, lè Ellen White te resevwa premye vizyon li yo sou Tanp lan, yo te montre li ke kòmandman Saba a t ap klere pi plis pase lòt kòmandman yo. Yo te montre li tou ke, nan dènye jou yo, “doktrin enkarnasyon an” te antoure ak yon limyè dou. Saba a te yon limyè nan kòmansman an ki te sèvi kòm tip doktrin enkarnasyon an nan lafen an. Konbinezon Divinite ak limanite a se doktrin enkarnasyon an, paske se doktrin Kris la k ap pran sou tèt Li chè imen, epi konsa Li tabli egzanp lan ke Divinite, lè Li ini ak limanite, pa peche.</w:t>
      </w:r>
    </w:p>
    <w:p>
      <w:pPr>
        <w:pStyle w:val="ArticleBody"/>
        <w:jc w:val="left"/>
      </w:pPr>
      <w:r>
        <w:rPr>
          <w:rFonts w:ascii="Times New Roman" w:hAnsi="Times New Roman" w:eastAsia="Times New Roman" w:cs="Times New Roman"/>
        </w:rPr>
        <w:t>Onz plis onz egal ventde, e nimero onz i komans sakenn bann douz-lapit lalign lalians, e sakenn i termin avek ventde. Bann sapit onz ek vèrs onz dan Lekritir i reprezant bann mark semen bann san karant-kat mil.</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Lagè Ikrèn nan te kòmanse an 2014, e li se liy ekstèn tan sele a pou san karant-kat mil yo.</w:t>
      </w:r>
    </w:p>
    <w:p>
      <w:pPr>
        <w:pStyle w:val="ArticleScripture"/>
        <w:jc w:val="left"/>
      </w:pPr>
      <w:r>
        <w:rPr>
          <w:rFonts w:ascii="Times New Roman" w:hAnsi="Times New Roman" w:eastAsia="Times New Roman" w:cs="Times New Roman"/>
        </w:rPr>
        <w:t>Epi wa sid la va ranpli ak kòlè, epi l ap soti pou l goumen avè l, wi, ak wa nò a; epi li pral rasanble yon gwo foul moun; men foul moun nan pral lage nan men li. Danyèl 11:11.</w:t>
      </w:r>
    </w:p>
    <w:p>
      <w:pPr>
        <w:pStyle w:val="ArticleHeading"/>
        <w:jc w:val="left"/>
      </w:pPr>
      <w:r>
        <w:rPr>
          <w:rFonts w:ascii="Arial" w:hAnsi="Arial" w:eastAsia="Arial" w:cs="Arial"/>
        </w:rPr>
        <w:t>18 Jiyè 2020</w:t>
      </w:r>
    </w:p>
    <w:p>
      <w:pPr>
        <w:pStyle w:val="ArticleBody"/>
        <w:jc w:val="left"/>
      </w:pPr>
      <w:r>
        <w:rPr>
          <w:rFonts w:ascii="Times New Roman" w:hAnsi="Times New Roman" w:eastAsia="Times New Roman" w:cs="Times New Roman"/>
        </w:rPr>
        <w:t>Premye desepsyon an se te reta Jezi te pran anvan li ale pou l resisite Laza, mirak ki pi siprèm nan ak sele Bondye a. Jezi te tann kat jou anvan li te resisite Laza. Vèsè ki nan Jan an idantifye dènye a nan sèt mirak yo ki make dirèkteman nan Levanjil Jan an. Premye a se te lè li te chanje dlo an diven. Gen anpil limyè lè yo konsidere sèt mirak yo ki rive nan pwen final yo avèk Jan 11:11, epi tout teyolojyen yo dakò ke gen sèlman sèt mirak nan Jan, sou baz lefèt ke se mirak sa yo ki idantifye dirèkteman. Se poutèt sa, yo pa mete rezirèksyon Kris la kòm uityèm siy lan, men se te yon mirak, epi rezirèksyon Li a se siy alyans lan; konsa, rezirèksyon an nan liv Jan an se uityèm mirak la, ki soti nan sèt la, paske chak nan sèt mirak ki te vin anvan yo te akonpli atravè pouvwa rezirèksyon Li a.</w:t>
      </w:r>
    </w:p>
    <w:p>
      <w:pPr>
        <w:pStyle w:val="ArticleScripture"/>
        <w:jc w:val="left"/>
      </w:pPr>
      <w:r>
        <w:rPr>
          <w:rFonts w:ascii="Times New Roman" w:hAnsi="Times New Roman" w:eastAsia="Times New Roman" w:cs="Times New Roman"/>
        </w:rPr>
        <w:t>Men sa li te di; epi apre sa li di yo: Laza, zanmi nou an, ap dòmi; men mwen pral, pou m reveye l soti nan dòmi an. Jan 11:11.</w:t>
      </w:r>
    </w:p>
    <w:p>
      <w:pPr>
        <w:pStyle w:val="ArticleHeading"/>
        <w:jc w:val="left"/>
      </w:pPr>
      <w:r>
        <w:rPr>
          <w:rFonts w:ascii="Arial" w:hAnsi="Arial" w:eastAsia="Arial" w:cs="Arial"/>
        </w:rPr>
        <w:t>Jiyè 2023</w:t>
      </w:r>
    </w:p>
    <w:p>
      <w:pPr>
        <w:pStyle w:val="ArticleBody"/>
        <w:jc w:val="left"/>
      </w:pPr>
      <w:r>
        <w:rPr>
          <w:rFonts w:ascii="Times New Roman" w:hAnsi="Times New Roman" w:eastAsia="Times New Roman" w:cs="Times New Roman"/>
        </w:rPr>
        <w:t>An jiyè 2023, vwa ki nan dezè a te kòmanse rele byen fò yon mesaj ki genyen Lespri lavi a.</w:t>
      </w:r>
    </w:p>
    <w:p>
      <w:pPr>
        <w:pStyle w:val="ArticleScripture"/>
        <w:jc w:val="left"/>
      </w:pPr>
      <w:r>
        <w:rPr>
          <w:rFonts w:ascii="Times New Roman" w:hAnsi="Times New Roman" w:eastAsia="Times New Roman" w:cs="Times New Roman"/>
        </w:rPr>
        <w:t>E apre twa jou ak demi, Lespri lavi ki soti nan Bondye a antre nan yo; yo leve kanpe sou pye yo, epi yon gwo laperèz tonbe sou moun ki t ap gade yo. Revelasyon 11:11.</w:t>
      </w:r>
    </w:p>
    <w:p>
      <w:pPr>
        <w:pStyle w:val="ArticleBody"/>
        <w:jc w:val="left"/>
      </w:pPr>
      <w:r>
        <w:rPr>
          <w:rFonts w:ascii="Times New Roman" w:hAnsi="Times New Roman" w:eastAsia="Times New Roman" w:cs="Times New Roman"/>
        </w:rPr>
        <w:t>Jan fèt uit jou anvan lwa dimanch la, paske se nan lwa dimanch la papa l, Zakari, pale. Yo chanje non Jan soti Zakari pou Jan nan lwa dimanch la, lè chanjman non li a idantifye yon relasyon alyans. Nesans la se yon tip rezireksyon moun yo te touye nan lari yo nan dat 18 jiyè 2020.</w:t>
      </w:r>
    </w:p>
    <w:p>
      <w:pPr>
        <w:pStyle w:val="ArticleScripture"/>
        <w:jc w:val="left"/>
      </w:pPr>
      <w:r>
        <w:rPr>
          <w:rFonts w:ascii="Times New Roman" w:hAnsi="Times New Roman" w:eastAsia="Times New Roman" w:cs="Times New Roman"/>
        </w:rPr>
        <w:t>An verite, m ap di nou sa: pami moun ki fèt anba fanm, pa janm leve yon pi gran pase Jan Batis; men, moun ki pi piti nan wayòm syèl la, li pi gran pase li. Matye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Ezayi idantifye dezyèm rasanbleman an ki te akonpli an 1849. Dezyèm rasanbleman an te kòmanse an Jiyè 2023, e li fini lè pèp Bondye a sele.</w:t>
      </w:r>
    </w:p>
    <w:p>
      <w:pPr>
        <w:pStyle w:val="ArticleScripture"/>
        <w:jc w:val="left"/>
      </w:pPr>
      <w:r>
        <w:rPr>
          <w:rFonts w:ascii="Times New Roman" w:hAnsi="Times New Roman" w:eastAsia="Times New Roman" w:cs="Times New Roman"/>
        </w:rPr>
        <w:t>Epi sa rive nan jou sa a, Senyè a va lonje men li ankò, yon dezyèm fwa, pou reprann rès pèp li a ki va rete a, soti Asiri, soti Lejip, soti Patwòs, soti Kouch, soti Elam, soti Chinea, soti Amat, ak soti nan zile lanmè yo. Ezayi 11:11.</w:t>
      </w:r>
    </w:p>
    <w:p>
      <w:pPr>
        <w:pStyle w:val="ArticleHeading"/>
        <w:jc w:val="left"/>
      </w:pPr>
      <w:r>
        <w:rPr>
          <w:rFonts w:ascii="Arial" w:hAnsi="Arial" w:eastAsia="Arial" w:cs="Arial"/>
        </w:rPr>
        <w:t>Menm Anvan lwa dimanch la</w:t>
      </w:r>
    </w:p>
    <w:p>
      <w:pPr>
        <w:pStyle w:val="ArticleBody"/>
        <w:jc w:val="left"/>
      </w:pPr>
      <w:r>
        <w:rPr>
          <w:rFonts w:ascii="Times New Roman" w:hAnsi="Times New Roman" w:eastAsia="Times New Roman" w:cs="Times New Roman"/>
        </w:rPr>
        <w:t>Jezi fèk fini antre an triyonf, konsa sa idantifye tranzisyon an soti nan Kri Minwi a rive nan lwa dimanch la; Li gen douz disip yo avèk Li, paske yo deja chwazi anvan lwa dimanch la.</w:t>
      </w:r>
    </w:p>
    <w:p>
      <w:pPr>
        <w:pStyle w:val="ArticleScripture"/>
        <w:jc w:val="left"/>
      </w:pPr>
      <w:r>
        <w:rPr>
          <w:rFonts w:ascii="Times New Roman" w:hAnsi="Times New Roman" w:eastAsia="Times New Roman" w:cs="Times New Roman"/>
        </w:rPr>
        <w:t>Epi Jezi antre Jerizalèm, epi nan tanp lan; epi lè li te fin gade toupatou sou tout bagay, e kounye a aswè te rive, li soti ale Betani avèk douz yo. Mak 11:11.</w:t>
      </w:r>
    </w:p>
    <w:p>
      <w:pPr>
        <w:pStyle w:val="ArticleBody"/>
        <w:jc w:val="left"/>
      </w:pPr>
      <w:r>
        <w:rPr>
          <w:rFonts w:ascii="Times New Roman" w:hAnsi="Times New Roman" w:eastAsia="Times New Roman" w:cs="Times New Roman"/>
        </w:rPr>
        <w:t>Lè sele a fin akonpli sou san karannkat mil yo, jis anvan lwa dimanch lan, inyon ant mari Divinite a ak madanm limanite a fini nèt; e de yo vin youn pou tout tan, paske ekspyasyon an fini.</w:t>
      </w:r>
    </w:p>
    <w:p>
      <w:pPr>
        <w:pStyle w:val="ArticleScripture"/>
        <w:jc w:val="left"/>
      </w:pPr>
      <w:r>
        <w:rPr>
          <w:rFonts w:ascii="Times New Roman" w:hAnsi="Times New Roman" w:eastAsia="Times New Roman" w:cs="Times New Roman"/>
        </w:rPr>
        <w:t>Sepandan, ni gason an pa san fanm nan, ni fanm nan pa san gason an, nan Senyè a. 1 Korentyen 11:11.</w:t>
      </w:r>
    </w:p>
    <w:p>
      <w:pPr>
        <w:pStyle w:val="ArticleBody"/>
        <w:jc w:val="left"/>
      </w:pPr>
      <w:r>
        <w:rPr>
          <w:rFonts w:ascii="Times New Roman" w:hAnsi="Times New Roman" w:eastAsia="Times New Roman" w:cs="Times New Roman"/>
        </w:rPr>
        <w:t>Nesans mirak Sara a, yon nesans ki te anreta depi rebelyon 1863 la, rive lè fanm nan nan Revelasyon douz bay nesans a marasa. Premye pitit la parèt nan Rèl Minwi a, epi dezyèm pitit la nan lwa dimanch lan. Pitit ki te soti dezyèm nan te gen fil wouj violèt la, ki reprezante siy Rahab nan Jeriko.</w:t>
      </w:r>
    </w:p>
    <w:p>
      <w:pPr>
        <w:pStyle w:val="ArticleScripture"/>
        <w:jc w:val="left"/>
      </w:pPr>
      <w:r>
        <w:rPr>
          <w:rFonts w:ascii="Times New Roman" w:hAnsi="Times New Roman" w:eastAsia="Times New Roman" w:cs="Times New Roman"/>
        </w:rPr>
        <w:t>Se pa lafwa tou, Sara li menm te resevwa fòs pou li vin ansent epi pou li fè pitit, menm lè li te depase laj pou sa, paske li te konsidere fidèl sila a ki te fè pwomès la. Ebre 11:11.</w:t>
      </w:r>
    </w:p>
    <w:p>
      <w:pPr>
        <w:pStyle w:val="ArticleHeading"/>
        <w:jc w:val="left"/>
      </w:pPr>
      <w:r>
        <w:rPr>
          <w:rFonts w:ascii="Arial" w:hAnsi="Arial" w:eastAsia="Arial" w:cs="Arial"/>
        </w:rPr>
        <w:t>Lwa Dimanch pou Lawodisea</w:t>
      </w:r>
    </w:p>
    <w:p>
      <w:pPr>
        <w:pStyle w:val="ArticleBody"/>
        <w:jc w:val="left"/>
      </w:pPr>
      <w:r>
        <w:rPr>
          <w:rFonts w:ascii="Times New Roman" w:hAnsi="Times New Roman" w:eastAsia="Times New Roman" w:cs="Times New Roman"/>
        </w:rPr>
        <w:t>Jeremi idantifye jijman legliz Advantis Setyèm Jou Laodise a.</w:t>
      </w:r>
    </w:p>
    <w:p>
      <w:pPr>
        <w:pStyle w:val="ArticleScripture"/>
        <w:jc w:val="left"/>
      </w:pPr>
      <w:r>
        <w:rPr>
          <w:rFonts w:ascii="Times New Roman" w:hAnsi="Times New Roman" w:eastAsia="Times New Roman" w:cs="Times New Roman"/>
        </w:rPr>
        <w:t>Se poutèt sa, men sa Senyè a di: Gade, mwen pral fè malè tonbe sou yo, malè yo p ap kapab chape anba li; e menm si yo rele m, mwen p ap koute yo. Jeremi 11:11.</w:t>
      </w:r>
    </w:p>
    <w:p>
      <w:pPr>
        <w:pStyle w:val="ArticleBody"/>
        <w:jc w:val="left"/>
      </w:pPr>
      <w:r>
        <w:rPr>
          <w:rFonts w:ascii="Times New Roman" w:hAnsi="Times New Roman" w:eastAsia="Times New Roman" w:cs="Times New Roman"/>
        </w:rPr>
        <w:t>Ézékiel dakò ak jijman Jeremi an sou Advantis la.</w:t>
      </w:r>
    </w:p>
    <w:p>
      <w:pPr>
        <w:pStyle w:val="ArticleScripture"/>
        <w:jc w:val="left"/>
      </w:pPr>
      <w:r>
        <w:rPr>
          <w:rFonts w:ascii="Times New Roman" w:hAnsi="Times New Roman" w:eastAsia="Times New Roman" w:cs="Times New Roman"/>
        </w:rPr>
        <w:t>Vil sa a p ap po chodyè nou, ni nou p ap vyann ki nan mitan li a; men m ap jije nou sou fwontyè Izrayèl. Ezekyèl 11:11.</w:t>
      </w:r>
    </w:p>
    <w:p>
      <w:pPr>
        <w:pStyle w:val="ArticleBody"/>
        <w:jc w:val="left"/>
      </w:pPr>
      <w:r>
        <w:rPr>
          <w:rFonts w:ascii="Times New Roman" w:hAnsi="Times New Roman" w:eastAsia="Times New Roman" w:cs="Times New Roman"/>
        </w:rPr>
        <w:t>Depase ansyen Izrayèl la kòm pèp alyans Bondye a gen ladan l Bondye ap pwovoke ansyen pèp alyans la pou jalouzi poutèt sa yo te jete ale. Sa repete sou Advanntis yo nan lwa dimanch la.</w:t>
      </w:r>
    </w:p>
    <w:p>
      <w:pPr>
        <w:pStyle w:val="ArticleScripture"/>
        <w:jc w:val="left"/>
      </w:pPr>
      <w:r>
        <w:rPr>
          <w:rFonts w:ascii="Times New Roman" w:hAnsi="Times New Roman" w:eastAsia="Times New Roman" w:cs="Times New Roman"/>
        </w:rPr>
        <w:t>Mwen di, èske yo bite pou yo tonbe nèt? Ankennman! Men, se pito pa mwayen fot pa yo delivrans rive jwenn moun lòt nasyon yo, pou fè yo vin anvye. Women 11:11.</w:t>
      </w:r>
    </w:p>
    <w:p>
      <w:pPr>
        <w:pStyle w:val="ArticleBody"/>
        <w:jc w:val="left"/>
      </w:pPr>
      <w:r>
        <w:rPr>
          <w:rFonts w:ascii="Times New Roman" w:hAnsi="Times New Roman" w:eastAsia="Times New Roman" w:cs="Times New Roman"/>
        </w:rPr>
        <w:t>Advantis, ki baze sou travay William Miller, travay yo rejte a, se toujou mouvman ki te bati tanp lan; men menm jan ak Salomon, ki te bati tanp lan tou, yo te kraze alyans lan, e wayòm yo a pral wete nan men yo, epi yo pral bay li yon pèp ki va jere jaden rezen Bondye a jan Li dirije l la.</w:t>
      </w:r>
    </w:p>
    <w:p>
      <w:pPr>
        <w:pStyle w:val="ArticleScripture"/>
        <w:jc w:val="left"/>
      </w:pPr>
      <w:r>
        <w:rPr>
          <w:rFonts w:ascii="Times New Roman" w:hAnsi="Times New Roman" w:eastAsia="Times New Roman" w:cs="Times New Roman"/>
        </w:rPr>
        <w:t>Se poutèt sa, Senyè a di Salomon: Paske ou fè sa, epi ou pa t kenbe alyans mwen ak lòd mwen yo, sa mwen te kòmande ou yo, mwen pral sètènman chire wayòm nan nan men ou, epi mwen pral bay li sèvitè ou a. 1 Wa 11:11.</w:t>
      </w:r>
    </w:p>
    <w:p>
      <w:pPr>
        <w:pStyle w:val="ArticleHeading"/>
        <w:jc w:val="left"/>
      </w:pPr>
      <w:r>
        <w:rPr>
          <w:rFonts w:ascii="Arial" w:hAnsi="Arial" w:eastAsia="Arial" w:cs="Arial"/>
        </w:rPr>
        <w:t>Lwa dimanch lan pou Filadèlfi</w:t>
      </w:r>
    </w:p>
    <w:p>
      <w:pPr>
        <w:pStyle w:val="ArticleBody"/>
        <w:jc w:val="left"/>
      </w:pPr>
      <w:r>
        <w:rPr>
          <w:rFonts w:ascii="Times New Roman" w:hAnsi="Times New Roman" w:eastAsia="Times New Roman" w:cs="Times New Roman"/>
        </w:rPr>
        <w:t>Nan lwa dimanch lan, legliz triyonfan an mete nan pwòp peyi pa li, selon pwofèt yo, e peyi sa a se yon peyi ki gen an abondans mesaj lapli dèyè a. Jeriko te rebati an 1863, epi nan lwa dimanch lan Jeriko tonbe.</w:t>
      </w:r>
    </w:p>
    <w:p>
      <w:pPr>
        <w:pStyle w:val="ArticleScripture"/>
        <w:jc w:val="left"/>
      </w:pPr>
      <w:r>
        <w:rPr>
          <w:rFonts w:ascii="Times New Roman" w:hAnsi="Times New Roman" w:eastAsia="Times New Roman" w:cs="Times New Roman"/>
        </w:rPr>
        <w:t>Men peyi kote n ap antre pou nou pran li kòm posesyon, se yon peyi mòn ak fon, epi li bwè dlo lapli ki soti nan syèl la. Detewonòm 11:11.</w:t>
      </w:r>
    </w:p>
    <w:p>
      <w:pPr>
        <w:pStyle w:val="ArticleBody"/>
        <w:jc w:val="left"/>
      </w:pPr>
      <w:r>
        <w:rPr>
          <w:rFonts w:ascii="Times New Roman" w:hAnsi="Times New Roman" w:eastAsia="Times New Roman" w:cs="Times New Roman"/>
        </w:rPr>
        <w:t>Yon vil se yon wayòm, e legliz triyonfan an reprezante wayòm glwa Kris la. Wayòm sa a nan legliz triyonfan an kòmanse nan lwa dimanch lan, lè legliz Li a leve byen wo epi egzalte anlè tout mòn ak tout ti mòn.</w:t>
      </w:r>
    </w:p>
    <w:p>
      <w:pPr>
        <w:pStyle w:val="ArticleScripture"/>
        <w:jc w:val="left"/>
      </w:pPr>
      <w:r>
        <w:rPr>
          <w:rFonts w:ascii="Times New Roman" w:hAnsi="Times New Roman" w:eastAsia="Times New Roman" w:cs="Times New Roman"/>
        </w:rPr>
        <w:t>Pa benediksyon moun ki dwat yo, vil la leve anwo; men se pa bouch mechan yo li kraze. Pwovèb 11:11.</w:t>
      </w:r>
    </w:p>
    <w:p>
      <w:pPr>
        <w:pStyle w:val="ArticleBody"/>
        <w:jc w:val="left"/>
      </w:pPr>
      <w:r>
        <w:rPr>
          <w:rFonts w:ascii="Times New Roman" w:hAnsi="Times New Roman" w:eastAsia="Times New Roman" w:cs="Times New Roman"/>
        </w:rPr>
        <w:t>Se nan nevyèm è a zanj lan te vin jwenn Cornelious, li te ba li enstriksyon pou voye chèche Pyè; konsa li idantifye lè levanjil la ale jwenn moun lòt nasyon yo nan lwa dimanch lan. Lè Bondye te bay Pyè enstriksyon pou l ale, sa te fèt nan kontèks yon vizyon kote li t ap manje bèt ki pa pwòp. Sa a akonpli nan lwa dimanch lan. Nevyèm è a aliyen ak nevyèm è a lè Kris la te mouri. Nevyèm è a reprezante fen yon peryòd ki kòmanse nan twazyèm è a, lè Jezi te kloure sou kwa a, epi li mouri sis èdtan apre. Se menm peryòd la pou Pyè ki nan chanm anwo a nan twazyèm è a, epi ansuit nan tanp lan nan nevyèm è a. Youn nan nevyèm è yo fini ak lanmò Kris la; nan pwochen nevyèm è a, Pyè nan tanp lan ap pwoklame mesaj Joèl la. Lanmò Kris la te mete fen nan relasyon alyans lan ak Izrayèl, epi li te louvri pòt la pou moun lòt nasyon yo, Cornelious reprezante yo.</w:t>
      </w:r>
    </w:p>
    <w:p>
      <w:pPr>
        <w:pStyle w:val="ArticleScripture"/>
        <w:jc w:val="left"/>
      </w:pPr>
      <w:r>
        <w:rPr>
          <w:rFonts w:ascii="Times New Roman" w:hAnsi="Times New Roman" w:eastAsia="Times New Roman" w:cs="Times New Roman"/>
        </w:rPr>
        <w:t>Epi, gade, menm lè sa a, te gen twa mesye ki te deja rive bò kay kote m te ye a, yo te voye soti Sezare vin jwenn mwen. Travay 11:11.</w:t>
      </w:r>
    </w:p>
    <w:p>
      <w:pPr>
        <w:pStyle w:val="ArticleScripture"/>
        <w:jc w:val="left"/>
      </w:pPr>
      <w:r>
        <w:rPr>
          <w:rFonts w:ascii="Times New Roman" w:hAnsi="Times New Roman" w:eastAsia="Times New Roman" w:cs="Times New Roman"/>
        </w:rPr>
        <w:t>Y ap yon bagay abominab pou nou; nou p ap manje vyann yo, men n ap konsidere kadav yo kòm yon bagay abominab. Levitik 11:11.</w:t>
      </w:r>
    </w:p>
    <w:p>
      <w:pPr>
        <w:pStyle w:val="ArticleBody"/>
        <w:jc w:val="left"/>
      </w:pPr>
      <w:r>
        <w:rPr>
          <w:rFonts w:ascii="Times New Roman" w:hAnsi="Times New Roman" w:eastAsia="Times New Roman" w:cs="Times New Roman"/>
        </w:rPr>
        <w:t>Nap kontinye etid sa a nan pwochen atik la.</w:t>
      </w:r>
    </w:p>
    <w:p>
      <w:pPr>
        <w:pStyle w:val="ArticleScripture"/>
        <w:jc w:val="left"/>
      </w:pPr>
      <w:r>
        <w:rPr>
          <w:rFonts w:ascii="Times New Roman" w:hAnsi="Times New Roman" w:eastAsia="Times New Roman" w:cs="Times New Roman"/>
        </w:rPr>
        <w:t>“Mwen te reve Bondye, pa yon men envizib, te voye ban mwen yon ti kofr ki te fèt avèk anpil atizay, anviwon dis pous longè pa sis pous lajè kare, fèt ak eben ak pèl byen enkriste. Te gen yon kle tache ak kofr la. Menm lè a, mwen pran kle a epi mwen louvri kofr la; epi, pou mèvèy ak etònman mwen, mwen jwenn li plen ak tout kalite ak tout gwosè bijou, dyaman, pyè presye, ansanm ak pyès lajan an lò ak an ajan nan tout dimansyon ak tout valè, byen ranje chak nan plas pa yo nan kofr la; epi, konsa yo te ranje a, yo te reflete yon limyè ak yon glwa ki pa t gen lòt ki te egal avè l, eksepte sèlman solèy la. …</w:t>
      </w:r>
    </w:p>
    <w:p>
      <w:pPr>
        <w:pStyle w:val="ArticleScripture"/>
        <w:jc w:val="left"/>
      </w:pPr>
      <w:r>
        <w:rPr>
          <w:rFonts w:ascii="Times New Roman" w:hAnsi="Times New Roman" w:eastAsia="Times New Roman" w:cs="Times New Roman"/>
        </w:rPr>
        <w:t>“Mwen te gade anndan bwat la, men je m yo te ebloui ak sa m te wè a. Yo te klere ak dis fwa plis glwa pase anvan. Mwen te panse yo te fwote nan sab la anba pye moun mechan sa yo ki te gaye yo epi pilonnen yo nan pousyè a. Yo te ranje avèk yon bèl lòd nan bwat la, chak youn nan plas pa li, san okenn siy soufrans nonm ki te jete yo ladan an. Mwen te rele byen fò ak anpil kè kontan, e rèl sa a te reveye m.” Early Writings, 81–83.</w:t>
      </w:r>
    </w:p>
    <w:p>
      <w:pPr>
        <w:pStyle w:val="ArticleScripture"/>
        <w:jc w:val="left"/>
      </w:pPr>
      <w:r>
        <w:rPr>
          <w:rFonts w:ascii="Times New Roman" w:hAnsi="Times New Roman" w:eastAsia="Times New Roman" w:cs="Times New Roman"/>
        </w:rPr>
        <w:t>“N ap mete vini Seyè a twò lwen. Mwen te wè dènye lapli a t ap vini menm jan [toudenkou tankou] rèl a minui a, e avèk dis fwa plis pouvwa.” Spalding and Magan, 5.</w:t>
      </w:r>
    </w:p>
    <w:p>
      <w:pPr>
        <w:pStyle w:val="ArticleScripture"/>
        <w:jc w:val="left"/>
      </w:pPr>
      <w:r>
        <w:rPr>
          <w:rFonts w:ascii="Times New Roman" w:hAnsi="Times New Roman" w:eastAsia="Times New Roman" w:cs="Times New Roman"/>
        </w:rPr>
        <w:t>Nan tout zafè sajès ak konpreyansyon wa a te mande yo, li te jwenn yo dis fwa pi bon pase tout majisyen ak astwològ ki te nan tout wayòm li a. Danyèl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ak Legliz Advantis Setyèm Jou Laodise a — Nimewo Trantyenn￼</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