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Trantwa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Nimewo Trant-Twa</w:t>
      </w:r>
    </w:p>
    <w:p>
      <w:pPr>
        <w:pStyle w:val="ArticleBody"/>
        <w:jc w:val="left"/>
      </w:pPr>
      <w:r>
        <w:rPr>
          <w:rFonts w:ascii="Times New Roman" w:hAnsi="Times New Roman" w:eastAsia="Times New Roman" w:cs="Times New Roman"/>
        </w:rPr>
        <w:t>Nan lwa dimanch lan, sankaranndkatmil yo rankontre, nan sans pwofetik, travayè onzyèm èdtan yo. Sankaranndkatmil yo deja sele, epi lè sa a y ap rele gwo foul la pou yo soti Babilòn epi pou yo kanpe ansanm avèk yo an favè Saba setyèm jou a. Jijman pou kay Bondye a fini nan lwa dimanch lan, epi apre sa jijman an pase sou lòt nasyon yo, gwo foul la—lòt twoupo Bondye a. Revelasyon sèt idantifye toulède gwoup yo; e nan senkyèm so a, mati ki soti nan Mwayennaj fènwa yo mande: “jis kilè” Bondye pral jije pouvwa papal la poutèt mati yo te fè yo? Yo resevwa lòd pou yo repoze nan tonm yo jiskaske yon dezyèm gwoup mati anba pèsekisyon papal la fin ranpli, epi yo ba yo rad blan. Gwo foul ki nan Revelasyon chapit sèt la mete rad blan, paske yo reprezante dezyèm gwoup mati papal yo nan kriz lwa dimanch la ki pral rive byento. Revelasyon sèt ak senkyèm so a pale sou de gwoup sa yo, menm jan ak legliz Smirn ak Filadèlfi yo. Smirn reprezante mati yo nan dènye benyen san papal la, epi Filadèlfi reprezante sankaranndkatmil yo.</w:t>
      </w:r>
    </w:p>
    <w:p>
      <w:pPr>
        <w:pStyle w:val="ArticleBody"/>
        <w:jc w:val="left"/>
      </w:pPr>
      <w:r>
        <w:rPr>
          <w:rFonts w:ascii="Times New Roman" w:hAnsi="Times New Roman" w:eastAsia="Times New Roman" w:cs="Times New Roman"/>
        </w:rPr>
        <w:t>Pyè te nan twazyèm è a nan Sezare Filip, epi apre “sis jou,” pa sis èdtan, li t ap rive sou bò limit lwa dimanch lan, ki se nevyèm è a.</w:t>
      </w:r>
    </w:p>
    <w:p>
      <w:pPr>
        <w:pStyle w:val="ArticleScripture"/>
        <w:jc w:val="left"/>
      </w:pPr>
      <w:r>
        <w:rPr>
          <w:rFonts w:ascii="Times New Roman" w:hAnsi="Times New Roman" w:eastAsia="Times New Roman" w:cs="Times New Roman"/>
        </w:rPr>
        <w:t>Sis jou apre sa, Jezi pran Pyè, Jak, ak Jan, frè li a, epi li mennen yo sou yon gwo mòn, apa. Epi li te transfòme devan yo: figi li te klere tankou solèy la, epi rad li te blan tankou limyè a. Epi, gade, Moyiz ak Eli parèt devan yo, yo t ap pale avè l. Matye 17:1–3.</w:t>
      </w:r>
    </w:p>
    <w:p>
      <w:pPr>
        <w:pStyle w:val="ArticleBody"/>
        <w:jc w:val="left"/>
      </w:pPr>
      <w:r>
        <w:rPr>
          <w:rFonts w:ascii="Times New Roman" w:hAnsi="Times New Roman" w:eastAsia="Times New Roman" w:cs="Times New Roman"/>
        </w:rPr>
        <w:t>Nan lwa dimanch lan, san karannkat mil yo, nan sans pwofetik, rankontre gran foul la. Eli reprezante san karannkat mil yo ki pa goute lanmò, epi Moyiz reprezante sila yo ki mouri nan Senyè a. Yo kanpe avèk Kris la nan lwa dimanch lan, ki se kote Kris la wen wayòm glwa Li a menm jan Li te etabli wayòm gras Li a sou kwa a. Si nou toujou angaje nan lojik n ap prezante a an rapò ak peryòd sis èdtan an, depi twazyèm èdtan rive nevyèm èdtan an, lè sa a li nesesè pou nou wè yon bagay ki se yon ilistrasyon trè espesyal.</w:t>
      </w:r>
    </w:p>
    <w:p>
      <w:pPr>
        <w:pStyle w:val="ArticleBody"/>
        <w:jc w:val="left"/>
      </w:pPr>
      <w:r>
        <w:rPr>
          <w:rFonts w:ascii="Times New Roman" w:hAnsi="Times New Roman" w:eastAsia="Times New Roman" w:cs="Times New Roman"/>
        </w:rPr>
        <w:t>Twazyèm èdtan Sezare Filip la se alfa omega nevyèm èdtan Sezare Maritima a. M ap idantifye ke se pa sis èdtan apre, men sis jou apre, Pyè rive sou Mòn Transfigirasyon an, sa ki ilistre tou listwa ki abouti nan lwa dimanch lan, ki se nevyèm èdtan an. Peryòd sis jou a aliyen ak peryòd sis èdtan an, men sèlman kòm yon fraktal soti Sezare rive Sezare. Sa ki vrèman trè espesyal, se ke fenomèn sa a, kote yon fraktal listwa a anndan listwa peryòd sis èdtan an, se egzakteman sa k rive lè ou konsidere sezon Pannkotis la. Sis èdtan yo, depi lanmò Kris la rive jouk Pannkotis, se yon fraktal peryòd ki soti sou kwa a rive jouk ane 34 ap. J.-K., lè semèn sakre a te fini epi levanjil la te ale bay moun lòt nasyon yo.</w:t>
      </w:r>
    </w:p>
    <w:p>
      <w:pPr>
        <w:pStyle w:val="ArticleScripture"/>
        <w:jc w:val="left"/>
      </w:pPr>
      <w:r>
        <w:rPr>
          <w:rFonts w:ascii="Times New Roman" w:hAnsi="Times New Roman" w:eastAsia="Times New Roman" w:cs="Times New Roman"/>
        </w:rPr>
        <w:t>“Koulye a, ògèy ak jalouzi te fèmen pòt la devan limyè a. Si yo te bay kredi a rapò gadò mouton yo ak moun saj yo te pote yo, sa t ap mete prèt yo ak raben yo nan yon pozisyon ki t ap pi dezagreyab, paske sa t ap demanti pretansyon yo kòm entèprèt verite Bondye a. Anseyan sa yo ki te gen anpil konesans pa t vle desann ba ase pou yo resevwa enstriksyon nan men moun yo te rele payen yo. Yo te di sa pa t kapab fèt, pou Bondye ta pase sou yo pou l al kominike ak gadò mouton inyoran oswa ak moun lòt nasyon ki pa t sikonsi yo. Yo te pran desizyon pou yo montre mepri yo pou rapò ki t ap soulve wa Ewòd ak tout Jerizalèm. Yo pa t menm vle ale Betleyèm pou yo wè si bagay sa yo te vre. Epi yo te mennen pèp la pou yo konsidere enterè a konsènan Jezi kòm yon eksitasyon fanatik. Se la prèt yo ak raben yo te kòmanse rejte Kris la. Depi pwen sa a, ògèy yo ak tèt di yo te grandi pou yo tounen yon rayisman ki byen chita kont Sovè a. Pandan Bondye t ap louvri pòt la bay moun lòt nasyon yo, chèf jwif yo menm t ap fèmen pòt la sou pwòp tèt yo.” The Desire of Ages, 62.</w:t>
      </w:r>
    </w:p>
    <w:p>
      <w:pPr>
        <w:pStyle w:val="ArticleBody"/>
        <w:jc w:val="left"/>
      </w:pPr>
      <w:r>
        <w:rPr>
          <w:rFonts w:ascii="Times New Roman" w:hAnsi="Times New Roman" w:eastAsia="Times New Roman" w:cs="Times New Roman"/>
        </w:rPr>
        <w:t>Nan mitan semèn sakre a, Kris te kloure sou kwa a. Twa zan e demi apre sa, yo te kalonnen Etyèn ak wòch, epi Kònèy te voye rele Pyè. Twa zan e demi apre kwa a, tan gras la fini nèt pou ansyen Izrayèl. Lè sa a, Etyèn leve je l gade nan syèl la epi li wè Kris kanpe, sa ki se senbòl fen tan gras la nan Danyèl douz vèsè youn. Pòt la te fèmen pou ansyen Izrayèl epi li te louvri pou moun lòt nasyon yo.</w:t>
      </w:r>
    </w:p>
    <w:p>
      <w:pPr>
        <w:pStyle w:val="ArticleBody"/>
        <w:jc w:val="left"/>
      </w:pPr>
      <w:r>
        <w:rPr>
          <w:rFonts w:ascii="Times New Roman" w:hAnsi="Times New Roman" w:eastAsia="Times New Roman" w:cs="Times New Roman"/>
        </w:rPr>
        <w:t>Nan peryòd ki soti nan lanmò Kris la nan nevyèm èdtan an rive nan lanmò Etyèn ak apèl Pyè a nan nevyèm èdtan an, Kònèy ak Etyèn se de temwen ki montre ke mil desan swasant jou pwofetik yo te akonpli. Soti nan nevyèm èdtan lanmò a rive nan nevyèm èdtan lanmò a, te gen 1,260 jou pwofetik. Nevyèm èdtan lanmò a rive nan nevyèm èdtan Pannkòt la idantifye yon fraktal 1,260 jou yo, nan espas senkantde jou.</w:t>
      </w:r>
    </w:p>
    <w:p>
      <w:pPr>
        <w:pStyle w:val="ArticleBody"/>
        <w:jc w:val="left"/>
      </w:pPr>
      <w:r>
        <w:rPr>
          <w:rFonts w:ascii="Times New Roman" w:hAnsi="Times New Roman" w:eastAsia="Times New Roman" w:cs="Times New Roman"/>
        </w:rPr>
        <w:t>Fraktal ki te sezon Pannkotis la te ye a se nan kòmansman 1,260 jou sa yo, epi nan fen jou sa yo, Pyè lokalize pwofetikman ni nan twazyèm lè a ni nan nevyèm lè a nan Sezare. De Sezare yo reprezante alfa ak omega yon peryòd pwofetik sis èdtan. Anndan peryòd pwofetik sis èdtan de Sezare yo, Pyè vwayaje pandan sis jou epi li rive sou Mòn Transfigirasyon an. Mòn nan reprezante sele a ki rive nan akonplisman li nan lwa dimanch la, ki se kote legliz triyonfan an leve anlè tout mòn yo. Sis jou sa yo reprezante peryòd sis èdtan an soti nan Sezare rive Sezare, epi yo se yon fraktal anndan peryòd la, menm jan sezon Pannkotis la te yon fraktal nan kòmansman menm peryòd sakre sa a.</w:t>
      </w:r>
    </w:p>
    <w:p>
      <w:pPr>
        <w:pStyle w:val="ArticleBody"/>
        <w:jc w:val="left"/>
      </w:pPr>
      <w:r>
        <w:rPr>
          <w:rFonts w:ascii="Times New Roman" w:hAnsi="Times New Roman" w:eastAsia="Times New Roman" w:cs="Times New Roman"/>
        </w:rPr>
        <w:t>Premye fraktal la te yon akonplisman fèt prentan yo ki asosye ak sezon Lapannkòt la. Dènye fraktal la, soti Sezare Filipi rive sou Mòn Transfigirasyon an, mare ansanm tou nan sans pwofetik ak semèn sakre a. Sou Mòn nan, Papa a te pale, menm jan Li te fè sa nan batèm Kris la, epi menm jan Li t apral fè sa ankò jis anvan kwa a. Papa a te pale aklè twa fwa, depi nan kòmansman semèn sakre a rive jouk sou kwa a. Yon fwa nan batèm nan, apre sa sou Mòn Transfigirasyon an, epi apre sa Li te pale anba lonbraj kwa ki t ap pwoche a.</w:t>
      </w:r>
    </w:p>
    <w:p>
      <w:pPr>
        <w:pStyle w:val="ArticleBody"/>
        <w:jc w:val="left"/>
      </w:pPr>
      <w:r>
        <w:rPr>
          <w:rFonts w:ascii="Times New Roman" w:hAnsi="Times New Roman" w:eastAsia="Times New Roman" w:cs="Times New Roman"/>
        </w:rPr>
        <w:t>Kwa a se omega jou 1,260 yo ki te kòmanse nan batèm Li a. Batèm nan ak kwa a se repè presi nan semèn sakre Danyèl nèf la, konsa yo idantifye Mòn Transfigirasyon an kòm yon pati nan semèn sakre a. Si premye ak dènye yo akonpli repè pwofesi semèn sakre a, alò repè ki nan mitan an dwe, pa nesesite pwofetik, fè menm bagay la tou.</w:t>
      </w:r>
    </w:p>
    <w:p>
      <w:pPr>
        <w:pStyle w:val="ArticleBody"/>
        <w:jc w:val="left"/>
      </w:pPr>
      <w:r>
        <w:rPr>
          <w:rFonts w:ascii="Times New Roman" w:hAnsi="Times New Roman" w:eastAsia="Times New Roman" w:cs="Times New Roman"/>
        </w:rPr>
        <w:t>Batèm nan se premye zanj lan; Mòn Transfigirasyon an se dezyèm nan, epi kwa a se twazyèm nan. Sou Mòn nan, Bondye idantifye Moyiz ak Eli kòm pwen repè legliz rès la. Aplikasyon an mare ansanm ak senbòl twa-fwa Pyè, Jak ak Jan. Te gen twa fwa Jezi te pran Pyè, Jak ak Jan avèk Li. Premye fwa a, se te rezirèksyon pitit fi Jayiris la; dezyèm nan se te Transfigirasyon an, epi twazyèm nan se te Jetsemani. Premye fwa a, Pyè, Jak ak Jan te temwen yon vyèj douz an ki te resisite.</w:t>
      </w:r>
    </w:p>
    <w:p>
      <w:pPr>
        <w:pStyle w:val="ArticleScripture"/>
        <w:jc w:val="left"/>
      </w:pPr>
      <w:r>
        <w:rPr>
          <w:rFonts w:ascii="Times New Roman" w:hAnsi="Times New Roman" w:eastAsia="Times New Roman" w:cs="Times New Roman"/>
        </w:rPr>
        <w:t>Epi sa, lè Jezi te retounen, pèp la te resevwa l avèk kè kontan; paske yo tout t ap tann li. Epi, gade, yon nonm yo te rele Jayiris vini; li te yon chèf sinagòg la; li tonbe nan pye Jezi, epi li sipliye l pou l antre lakay li; paske li te gen yon sèl pitit fi, anviwon douz an, e li te prèt pou mouri. Men, pandan Jezi t ap ale, foul moun yo t ap peze sou li. Lik 8:40–42.</w:t>
      </w:r>
    </w:p>
    <w:p>
      <w:pPr>
        <w:pStyle w:val="ArticleBody"/>
        <w:jc w:val="left"/>
      </w:pPr>
      <w:r>
        <w:rPr>
          <w:rFonts w:ascii="Times New Roman" w:hAnsi="Times New Roman" w:eastAsia="Times New Roman" w:cs="Times New Roman"/>
        </w:rPr>
        <w:t>Non Jairus la vle di “sila ki klere” ak “pou li vin limine e gloriye.” Nan twa fwa kote Pyè, Jak ak Jan te resevwa privilèj pou yo te sèl envite Kris yo, sa a te premye fwa a, e Jairus reprezante premye zanj ki klere tè a ak glwa li. Jenn fi vyèj ki te gen douz an nan reprezante vyèj yo ki dwe resisite kòm san karannkat mil yo. Kris te rive lakay pitit fi vyèj la, apre entèraksyon Li avèk yon fanm ki te gen yon senyen pandan douz an.</w:t>
      </w:r>
    </w:p>
    <w:p>
      <w:pPr>
        <w:pStyle w:val="ArticleScripture"/>
        <w:jc w:val="left"/>
      </w:pPr>
      <w:r>
        <w:rPr>
          <w:rFonts w:ascii="Times New Roman" w:hAnsi="Times New Roman" w:eastAsia="Times New Roman" w:cs="Times New Roman"/>
        </w:rPr>
        <w:t>Yon fanm ki te gen yon senyen depi douz an, e ki te depanse tout mwayen li yo kay doktè, san okenn pa t kapab geri li, pwoche pa dèyè li, li manyen rebò rad li; e menm lè a, senyen li a sispann. Lik 8:43, 44.</w:t>
      </w:r>
    </w:p>
    <w:p>
      <w:pPr>
        <w:pStyle w:val="ArticleBody"/>
        <w:jc w:val="left"/>
      </w:pPr>
      <w:r>
        <w:rPr>
          <w:rFonts w:ascii="Times New Roman" w:hAnsi="Times New Roman" w:eastAsia="Times New Roman" w:cs="Times New Roman"/>
        </w:rPr>
        <w:t>Yo idantifye yon jenn fi ki gen douz an; epi apre sa, nan vèsè ki vin apre a, yo idantifye yon fanm ki gen yon emoraji depi douz an. Fanm nan te gen emoraji sa a pandan tout lavi jenn fi a. Jezi t ap pare pou l pase bò kote fanm ki te gen emoraji a, pou l te rive jwenn pitit fi vyèj la. Fanm nan reprezante mesaj premye zanj lan, jan li reprezante nan mesaj pou Laodise. Kris t ap pare pou l resisite epi leve vyèj la pou lavi, epi fanm malad la, fanm Laodiseyen an, te toujou gen yon ti tan ankò pou l manyen Divinite. Yon timoun reprezante dènye jenerasyon an, e Jezi ap pase bò kote yon fanm malad, Laodise, pou l leve vyèj dènye jou yo. Lè vyèj la resisite, fanm nan swa geri, swa yo pase bò kote l.</w:t>
      </w:r>
    </w:p>
    <w:p>
      <w:pPr>
        <w:pStyle w:val="ArticleBody"/>
        <w:jc w:val="left"/>
      </w:pPr>
      <w:r>
        <w:rPr>
          <w:rFonts w:ascii="Times New Roman" w:hAnsi="Times New Roman" w:eastAsia="Times New Roman" w:cs="Times New Roman"/>
        </w:rPr>
        <w:t>Yon karakteristik premye zanj lan se lakrent, e genyen de kalite lakrent.</w:t>
      </w:r>
    </w:p>
    <w:p>
      <w:pPr>
        <w:pStyle w:val="ArticleScripture"/>
        <w:jc w:val="left"/>
      </w:pPr>
      <w:r>
        <w:rPr>
          <w:rFonts w:ascii="Times New Roman" w:hAnsi="Times New Roman" w:eastAsia="Times New Roman" w:cs="Times New Roman"/>
        </w:rPr>
        <w:t>Pandan li t ap pale toujou, yon moun soti lakay chèf sinagòg la, li di l: Pitit fi ou a mouri; pa deranje Mèt la ankò. Men lè Jezi tande sa, li reponn li, li di: Ou pa bezwen pè; kwè sèlman, epi l ap geri. Lik 8:49, 50.</w:t>
      </w:r>
    </w:p>
    <w:p>
      <w:pPr>
        <w:pStyle w:val="ArticleBody"/>
        <w:jc w:val="left"/>
      </w:pPr>
      <w:r>
        <w:rPr>
          <w:rFonts w:ascii="Times New Roman" w:hAnsi="Times New Roman" w:eastAsia="Times New Roman" w:cs="Times New Roman"/>
        </w:rPr>
        <w:t>Apre sa, Pyè, Jak ak Jan antre nan chanm kote rezirèksyon an, ki te senbolize pa batèm Kris la, te reprezante don pouvwa premye ak twazyèm zanj yo. Mòn Transfigirasyon an se dezyèm fwa Pyè, Jak ak Jan temwen. Mòn Transfigirasyon an se dezyèm zanj lan, epi lè Kris la te mennen menm disip sa yo nan Jetsemani, sa te reprezante twazyèm zanj lan. Nan dezyèm etap la, Mòn Transfigirasyon an genyen yon “doubleman,” paske siy repè Mòn nan se mitan twa fwa Papa a te pale yo. Premye a te nan batèm Li a, ki aliyen ak rezirèksyon jenn fi douz zan an; dezyèm nan se te Mòn nan, epi twazyèm nan te jis anvan kwa a. Twa fwa Papa a te pale yo ak twa fwa twa disip yo te ale poukont yo ak Jezi yo mare ansanm pa lefèt ke dezyèm siy repè a nan youn oswa lòt liy lan se Mòn Transfigirasyon an.</w:t>
      </w:r>
    </w:p>
    <w:p>
      <w:pPr>
        <w:pStyle w:val="ArticleScripture"/>
        <w:jc w:val="left"/>
      </w:pPr>
      <w:r>
        <w:rPr>
          <w:rFonts w:ascii="Times New Roman" w:hAnsi="Times New Roman" w:eastAsia="Times New Roman" w:cs="Times New Roman"/>
        </w:rPr>
        <w:t>Lè li rive nan kay la, li pa t kite pèsonn antre avè l, eksepte Pyè, Jak, Jan, ansanm ak papa ak manman jenn fi a. Tout moun t ap kriye, yo t ap plenn sou li; men li di: Pa kriye; li pa mouri, men li dòmi. Yo pran l nan betiz, paske yo te konnen li te mouri. Men li mete yo tout deyò, li pran men jenn fi a, epi li rele, li di: Jenn fi, leve. Lespri li tounen, epi li leve menm lè a; epi li bay lòd pou yo ba li manje. Paran li yo te sezi anpil; men li pase yo lòd pou yo pa di pèsonn sa ki te fèt. Lik 8:51–56.</w:t>
      </w:r>
    </w:p>
    <w:p>
      <w:pPr>
        <w:pStyle w:val="ArticleBody"/>
        <w:jc w:val="left"/>
      </w:pPr>
      <w:r>
        <w:rPr>
          <w:rFonts w:ascii="Times New Roman" w:hAnsi="Times New Roman" w:eastAsia="Times New Roman" w:cs="Times New Roman"/>
        </w:rPr>
        <w:t>Pyè, Jak ak Jan temwen premye zanj lan nan rezirèksyon vyèj la, ki te dòmi, menm jan ak Laza. Lè li leve, li te tousuit kanpe, epi yo te ba li manje. Lè Eli ak Moyiz resisite nan Revelasyon onz, yo tousuit leve, epi apre sa Sentespri a vide san mezi, sa ki reprezante manje vyèj la. Mòn Transfigirasyon an te sis jou apre Sezare Filip, eksepte nan fason Lik rakonte evènman yo.</w:t>
      </w:r>
    </w:p>
    <w:p>
      <w:pPr>
        <w:pStyle w:val="ArticleScripture"/>
        <w:jc w:val="left"/>
      </w:pPr>
      <w:r>
        <w:rPr>
          <w:rFonts w:ascii="Times New Roman" w:hAnsi="Times New Roman" w:eastAsia="Times New Roman" w:cs="Times New Roman"/>
        </w:rPr>
        <w:t>Epi, anviwon uit jou apre pawòl sa yo, li pran Pyè, Jan ak Jak avè l, epi li monte sou yon mòn pou l priye. Pandan l t ap priye, aparans figi li chanje, e rad li vin blan e briyan anpil. Epi, gade, te gen de mesye ki t ap pale avè l; se te Moyiz ak Eli. Lik 9:28–30.</w:t>
      </w:r>
    </w:p>
    <w:p>
      <w:pPr>
        <w:pStyle w:val="ArticleBody"/>
        <w:jc w:val="left"/>
      </w:pPr>
      <w:r>
        <w:rPr>
          <w:rFonts w:ascii="Times New Roman" w:hAnsi="Times New Roman" w:eastAsia="Times New Roman" w:cs="Times New Roman"/>
        </w:rPr>
        <w:t>Tou de ekriven biblik Matthew ak Mark di avèk otorite: “apre sis jou,” tandiske Luke di “anviwon” uit jou. Otè Bib yo te sèvi ak de fason pou konte tan: youn yo rele konte enklizif, e lòt la konte eksklizif. Okòmansman sa ta ka parèt tankou kontradiksyon, men lefètke Luke di “anviwon” montre li t ap pale selon konte enklizif la; epi lè Matthew ak Mark di “apre sis jou,” yo montre yo t ap konte jou antye yo, san yo pa mete ni jou ki te kòmanse peryòd uit jou a, ni jou ki te fini peryòd uit jou a. Diferans lan pwodui de senbòl nimerik pou menm peryòd la: youn se chif uit la, e lòt la se sis jou yo.</w:t>
      </w:r>
    </w:p>
    <w:p>
      <w:pPr>
        <w:pStyle w:val="ArticleBody"/>
        <w:jc w:val="left"/>
      </w:pPr>
      <w:r>
        <w:rPr>
          <w:rFonts w:ascii="Times New Roman" w:hAnsi="Times New Roman" w:eastAsia="Times New Roman" w:cs="Times New Roman"/>
        </w:rPr>
        <w:t>Sa ki tabli avèk de temwayaj yo sou peryòd sis oswa uit jou a depi Sezare Filipi rive sou Mòn Transfigirasyon an, se ke nan peryòd kote Kris la sele san karant-kat mil yo, nimewo uit la reprezante uit nanm ki te nan Bwat Noe a, epi sis la reprezante sizyèm legliz Filadèlfi a, ki destine pou l vin legliz ki se uityèm nan, sa vle di, ki soti nan sèt yo. Yo transfòme an uityèm nan lè Moyiz, Eli ak Kris la glorifye. Glorifikasyon sou mòn nan tipifye tou pa glorifikasyon sou mòn nan nan istwa Moyiz la.</w:t>
      </w:r>
    </w:p>
    <w:p>
      <w:pPr>
        <w:pStyle w:val="ArticleBody"/>
        <w:jc w:val="left"/>
      </w:pPr>
      <w:r>
        <w:rPr>
          <w:rFonts w:ascii="Times New Roman" w:hAnsi="Times New Roman" w:eastAsia="Times New Roman" w:cs="Times New Roman"/>
        </w:rPr>
        <w:t>Lè Moyiz te monte sou mòn nan, li te pran swasanndis ansyen yo ak Jozye ansanm avè l.</w:t>
      </w:r>
    </w:p>
    <w:p>
      <w:pPr>
        <w:pStyle w:val="ArticleScripture"/>
        <w:jc w:val="left"/>
      </w:pPr>
      <w:r>
        <w:rPr>
          <w:rFonts w:ascii="Times New Roman" w:hAnsi="Times New Roman" w:eastAsia="Times New Roman" w:cs="Times New Roman"/>
        </w:rPr>
        <w:t>Lè sa a, Moyiz monte, ansanm ak Arawon, Nadab, Abiyou, ak swasanndis nan chèf fanmi pèp Izrayèl yo. Epi yo te wè Bondye Izrayèl la; e anba pye li te gen tankou yon travay pave an pyè safi, e tankou syèl la menm nan klète li. E sou chèf pèp Izrayèl yo li pa t lonje men li; yo menm tou yo te wè Bondye, epi yo te manje, yo te bwè. Epi Seyè a di Moyiz: Monte bò kote mwen sou mòn lan, epi rete la; e m ap ba ou tab wòch yo, ansanm ak lalwa a, ak kòmandman yo ke mwen ekri, pou ou ka anseye yo.</w:t>
      </w:r>
    </w:p>
    <w:p>
      <w:pPr>
        <w:pStyle w:val="ArticleScripture"/>
        <w:jc w:val="left"/>
      </w:pPr>
      <w:r>
        <w:rPr>
          <w:rFonts w:ascii="Times New Roman" w:hAnsi="Times New Roman" w:eastAsia="Times New Roman" w:cs="Times New Roman"/>
        </w:rPr>
        <w:t>Moyiz leve kanpe, ansanm ak Jozye, sèvitè li a; epi Moyiz monte sou mòn Bondye a. Li di ansyen yo: Rete la a pou nou, jiskaske nou tounen vin jwenn nou ankò; epi gade, Arawon ak Our la avèk nou: si yon moun gen nenpòt keksoz pou regle, se pou li ale kote yo.</w:t>
      </w:r>
    </w:p>
    <w:p>
      <w:pPr>
        <w:pStyle w:val="ArticleScripture"/>
        <w:jc w:val="left"/>
      </w:pPr>
      <w:r>
        <w:rPr>
          <w:rFonts w:ascii="Times New Roman" w:hAnsi="Times New Roman" w:eastAsia="Times New Roman" w:cs="Times New Roman"/>
        </w:rPr>
        <w:t>Moyiz moute sou mòn nan, epi yon nwaj kouvri mòn nan. Glwa Seyè a te rete sou mòn Sinayi, epi nwaj la kouvri li pandan sis jou; epi sou setyèm jou a li rele Moyiz soti nan mitan nwaj la. Epi aparans glwa Seyè a te tankou yon dife k ap devore sou tèt mòn nan devan je pitit Izrayèl yo. Moyiz antre nan mitan nwaj la, epi li moute sou mòn nan; epi Moyiz te sou mòn nan pandan karant jou ak karant nwit. Egzòd 24:9–18.</w:t>
      </w:r>
    </w:p>
    <w:p>
      <w:pPr>
        <w:pStyle w:val="ArticleBody"/>
        <w:jc w:val="left"/>
      </w:pPr>
      <w:r>
        <w:rPr>
          <w:rFonts w:ascii="Times New Roman" w:hAnsi="Times New Roman" w:eastAsia="Times New Roman" w:cs="Times New Roman"/>
        </w:rPr>
        <w:t>Premye mesaj zanj lan se te rezirèksyon pitit fi Jaïrus la, an akò ak batèm Kris la. Apre sa, sis jou pi ta, te vini Mòn Transfigirasyon an, ki se dezyèm zanj lan, ki te mennen nan kwa a, ki se twazyèm zanj lan. Antanke dezyèm zanj lan, Mòn nan gen yon temwayaj doub, dèske pawòl Papa a sou Mòn nan konekte ak yon dezyèm liy nan twa yo. Twa fwa Pyè, Jak ak Jan te envite espesyal Kris la, epi twa fwa Papa a te pale; toude idantifye dezyèm manifestasyon vwa Papa a, epi dezyèm fwa Jezi te pran Pyè, Jak ak Jan se te sou Mòn Transfigirasyon an. Dezyèm waymark Mòn nan gen yon temwayaj doub sou vwa Papa a ak twa disip yo, paske dezyèm mesaj la toujou idantifye yon “doublman.”</w:t>
      </w:r>
    </w:p>
    <w:p>
      <w:pPr>
        <w:pStyle w:val="ArticleBody"/>
        <w:jc w:val="left"/>
      </w:pPr>
      <w:r>
        <w:rPr>
          <w:rFonts w:ascii="Times New Roman" w:hAnsi="Times New Roman" w:eastAsia="Times New Roman" w:cs="Times New Roman"/>
        </w:rPr>
        <w:t>Peryòd sis èdtan ki genyen ant sakrifis aswè a ak sakrifis maten an, ki reprezante pa sis jou Matye ak Mak yo depi Sezare Filipi rive sou Mòn lan, reprezante pa sis jou Moyiz yo, jiskaske yo rele l antre nan nwaj la sou setyèm jou a.</w:t>
      </w:r>
    </w:p>
    <w:p>
      <w:pPr>
        <w:pStyle w:val="ArticleBody"/>
        <w:jc w:val="left"/>
      </w:pPr>
      <w:r>
        <w:rPr>
          <w:rFonts w:ascii="Times New Roman" w:hAnsi="Times New Roman" w:eastAsia="Times New Roman" w:cs="Times New Roman"/>
        </w:rPr>
        <w:t>Liy lan kòmanse avèk tan reta dezyèm zanj lan, jan Moyiz bay swasanndis ansyen yo lòd pou yo “rete tann” jouk li retounen. Premye sis jou yo nan liy lan izole, men yo toujou fòme yon pati nan karantsis jou yo an antye. Sis jou yo se yon peryòd ki mennen nan twazyèm tès la, ki reprezante pa karant jou yo. Karantsis jou yo senbolize tanp lan; sizyèm jou yo se sis èdtan yo depi lanmò Kris la rive jouk Pannkot, sis èdtan yo depi kwa li a rive jouk lanmò li, sis èdtan Sezare rive Sezare, ak sis èdtan Pyè nan chanm anwo a rive tanp lan. Moyiz ap resevwa Lwa alyans lan, epi l ap jwenn enstriksyon sou fason pou leve tanp lan. Malgre Bib la di pèsonn pa wè Bondye, ansyen yo “te wè Bondye Izrayèl la.” Glorifikasyon Bondye sou mòn lan avèk Moyiz ak ansyen yo te yon tipifikasyon glorifikasyon ki te fèt sou Mòn Transfigirasyon an. Toude genyen peryòd sis jou a. Liy Moyiz la gen ladan l tan reta dezyèm zanj lan ansanm ak tout karantsis jou yo ki reprezante tanp lan. Karant jou li te resevwa lalwa a reprezante sele a.</w:t>
      </w:r>
    </w:p>
    <w:p>
      <w:pPr>
        <w:pStyle w:val="ArticleBody"/>
        <w:jc w:val="left"/>
      </w:pPr>
      <w:r>
        <w:rPr>
          <w:rFonts w:ascii="Times New Roman" w:hAnsi="Times New Roman" w:eastAsia="Times New Roman" w:cs="Times New Roman"/>
        </w:rPr>
        <w:t>Pyè te nan Sezare Filip nan twazyèm èdtan an, sou wout li pou Sezare Maritima nan nevyèm èdtan an, epi nan sis a uit jou li sou Mòn nan, ap ret tann ansanm ak swasanndis ansyen Moyiz yo, lè li wè yon vizyon Seyè a nan glwa li, menm jan Danyèl te wè l nan chapit dis la. Danyèl te wè Seyè a fasafas, menm jan Jedeyon ak swasanndis ansyen yo te wè l tou. Mòn Transfigirasyon an se kote mouvman Laodise a nan san karannkat mil yo transfòme pou l vin mouvman Filadèlfi a nan san karannkat mil yo. Yo vin wityèm legliz la ki se sizyèm legliz la; konsa nou wè sis jou ak uit jou.</w:t>
      </w:r>
    </w:p>
    <w:p>
      <w:pPr>
        <w:pStyle w:val="ArticleBody"/>
        <w:jc w:val="left"/>
      </w:pPr>
      <w:r>
        <w:rPr>
          <w:rFonts w:ascii="Times New Roman" w:hAnsi="Times New Roman" w:eastAsia="Times New Roman" w:cs="Times New Roman"/>
        </w:rPr>
        <w:t>Sis èdtan ki soti depi sou kwa a rive jouk nan lanmò Li, sis èdtan Pannkòt la, sis èdtan Sezare rive Sezare, sis jou ki mennen sou Mòn Transfigirasyon an, ak sis jou Moyiz yo ki te mennen nan karant jou yo, se menm liy lan. Ant Sezare Filip, ki se Panyòm, ak lwa dimanch lan, san karannkat mil yo sele. Sele sa a lakòz yon divizyon.</w:t>
      </w:r>
    </w:p>
    <w:p>
      <w:pPr>
        <w:pStyle w:val="ArticleScripture"/>
        <w:jc w:val="left"/>
      </w:pPr>
      <w:r>
        <w:rPr>
          <w:rFonts w:ascii="Times New Roman" w:hAnsi="Times New Roman" w:eastAsia="Times New Roman" w:cs="Times New Roman"/>
        </w:rPr>
        <w:t>Epi mwen menm Danyèl, sèl mwen te wè vizyon an; paske mesye ki te avèk mwen yo pa t wè vizyon an; men yon gwo tranbleman te tonbe sou yo, konsa yo kouri al kache tèt yo. Danyèl 10:7.</w:t>
      </w:r>
    </w:p>
    <w:p>
      <w:pPr>
        <w:pStyle w:val="ArticleBody"/>
        <w:jc w:val="left"/>
      </w:pPr>
      <w:r>
        <w:rPr>
          <w:rFonts w:ascii="Times New Roman" w:hAnsi="Times New Roman" w:eastAsia="Times New Roman" w:cs="Times New Roman"/>
        </w:rPr>
        <w:t>Moyiz te separe ak ansyen yo lè li te di: “Rete la pou nou, jouk nou tounen vin jwenn nou ankò.” Moyiz te separe ak swasanndis yo nan tan retad la, e swasanndis semèn yo reprezante tan pwobasyon pou pèp ansyen alyans lan. Lè swasanndizyèm semèn nan te fini, e swasanndizyèm semèn sa a se te semèn sakre kote Kris la te konfime alyans lan ak anpil moun, lè sa a Kris la te separe nèt ak pèp ansyen alyans lan. Peryòd kote pèp ansyen alyans lan te kapab rezoud pwoblèm senyen yo a, ki pou yo se te kwè yo te sove pa san Abraram, te fini, epi vyèj ki te gen douz an nan te resisite pou sèvi. Depi lè tan retad la te kòmanse, Moyiz te resevwa lalwa alyans lan, ansanm ak enstriksyon pou leve tanp lan.</w:t>
      </w:r>
    </w:p>
    <w:p>
      <w:pPr>
        <w:pStyle w:val="ArticleBody"/>
        <w:jc w:val="left"/>
      </w:pPr>
      <w:r>
        <w:rPr>
          <w:rFonts w:ascii="Times New Roman" w:hAnsi="Times New Roman" w:eastAsia="Times New Roman" w:cs="Times New Roman"/>
        </w:rPr>
        <w:t>Lè Pyè, Jak ak Jan te sou Mòn nan, sele pèp Bondye a, epi apre sa leve yo kòm yon banyè, reprezante pèp alyans sa a kòm tanp san karannkat mil yo. Lè sa a, travayè onzyèm èdtan yo vin mete ansanm ak tanp sa a.</w:t>
      </w:r>
    </w:p>
    <w:p>
      <w:pPr>
        <w:pStyle w:val="ArticleScripture"/>
        <w:jc w:val="left"/>
      </w:pPr>
      <w:r>
        <w:rPr>
          <w:rFonts w:ascii="Times New Roman" w:hAnsi="Times New Roman" w:eastAsia="Times New Roman" w:cs="Times New Roman"/>
        </w:rPr>
        <w:t>Men sa Senyè a: Kenbe jistis, epi pratike dwa; paske delivrans mwen prèt pou l vini, e jistis mwen prèt pou l revele. Benediksyon pou moun ki fè sa, pou pitit lòm ki kenbe sa fèm; ki obsève saba a san li pa avili l, e ki kenbe men li pou l pa fè okenn mechanste. Piga pitit etranje a, ki mete tèt li ansanm ak Senyè a, pale konsa: Senyè a vrèman separe m nèt ak pèp li a. Piga nonm chatre a di: Gade, mwen se yon pyebwa sèch. Paske men sa Senyè a di konsènan nonm chatre yo ki obsève saba mwen yo, ki chwazi sa ki fè m plezi, e ki kenbe alyans mwen fèm: Menm pou yo, m ap ba yo nan kay mwen ak andedan miray mwen yo yon plas ak yon non ki pi bon pase pitit gason ak pitit fi; m ap ba yo yon non etènèl ki p ap janm disparèt. Konsa tou pitit etranje yo, ki mete tèt yo ansanm ak Senyè a, pou sèvi l, pou renmen non Senyè a, pou yo vin sèvitè li, chak moun ki obsève saba a san li pa avili l, e ki kenbe alyans mwen fèm; menm yo menm, m ap mennen yo sou mòn sen mwen an, e m ap fè yo kontan nan kay lapriyè mwen an: ofrann boule yo ak sakrifis yo pral aksepte sou lotèl mwen an; paske yo pral rele kay mwen an kay lapriyè pou tout pèp.</w:t>
      </w:r>
    </w:p>
    <w:p>
      <w:pPr>
        <w:pStyle w:val="ArticleScripture"/>
        <w:jc w:val="left"/>
      </w:pPr>
      <w:r>
        <w:rPr>
          <w:rFonts w:ascii="Times New Roman" w:hAnsi="Times New Roman" w:eastAsia="Times New Roman" w:cs="Times New Roman"/>
        </w:rPr>
        <w:t>Seyè Bondye a, ki rasanble moun Izrayèl yo yo te chase deyò, di konsa: M ap rasanble lòt ankò bò kote li, anplis sila yo ki deja rasanble bò kote li. Ezayi 56:1–8.</w:t>
      </w:r>
    </w:p>
    <w:p>
      <w:pPr>
        <w:pStyle w:val="ArticleBody"/>
        <w:jc w:val="left"/>
      </w:pPr>
      <w:r>
        <w:rPr>
          <w:rFonts w:ascii="Times New Roman" w:hAnsi="Times New Roman" w:eastAsia="Times New Roman" w:cs="Times New Roman"/>
        </w:rPr>
        <w:t>Pyè, Jak ak Jan, ansanm ak Moyiz, reprezante “moun rejte pèp Izrayèl yo”, ke frè pa yo, ki te rayi yo, te mete deyò.</w:t>
      </w:r>
    </w:p>
    <w:p>
      <w:pPr>
        <w:pStyle w:val="ArticleScripture"/>
        <w:jc w:val="left"/>
      </w:pPr>
      <w:r>
        <w:rPr>
          <w:rFonts w:ascii="Times New Roman" w:hAnsi="Times New Roman" w:eastAsia="Times New Roman" w:cs="Times New Roman"/>
        </w:rPr>
        <w:t>Men sa Seyè a di: Syèl la se twòn mwen, e tè a se banpye mwen; ki kay nou ta bati pou mwen? E ki kote ki ta plas repo mwen?</w:t>
      </w:r>
    </w:p>
    <w:p>
      <w:pPr>
        <w:pStyle w:val="ArticleScripture"/>
        <w:jc w:val="left"/>
      </w:pPr>
      <w:r>
        <w:rPr>
          <w:rFonts w:ascii="Times New Roman" w:hAnsi="Times New Roman" w:eastAsia="Times New Roman" w:cs="Times New Roman"/>
        </w:rPr>
        <w:t>Paske tout bagay sa yo se men mwen ki fè yo, e se konsa tout bagay sa yo te vin egziste, se Senyè a ki di sa. Men se sou moun sa a m ap voye je m: sou sila ki pòv e ki gen lespri kraze, e ki tranble devan pawòl mwen. Moun ki touye yon bèf se tankou si li touye yon moun; moun ki ofri yon ti mouton an sakrifis, tankou si li koupe kou yon chen; moun ki prezante yon ofrann, tankou si li ofri san kochon; moun ki boule lansan, tankou si li beni yon zidòl. Wi, yo te chwazi pwòp chemen pa yo, e nanm yo pran plezi nan bagay abominab yo. Mwen menm tou, m ap chwazi twonpri yo, e m ap fè lakrent yo tonbe sou yo; paske lè m te rele, pèsonn pa t reponn; lè m te pale, yo pa t koute. Men yo te fè sa ki mal devan je m, e yo te chwazi sa ki pa t fè m plezi.</w:t>
      </w:r>
    </w:p>
    <w:p>
      <w:pPr>
        <w:pStyle w:val="ArticleScripture"/>
        <w:jc w:val="left"/>
      </w:pPr>
      <w:r>
        <w:rPr>
          <w:rFonts w:ascii="Times New Roman" w:hAnsi="Times New Roman" w:eastAsia="Times New Roman" w:cs="Times New Roman"/>
        </w:rPr>
        <w:t>Koute pawòl Senyè a, nou menm ki tranble devan pawòl li; frè nou yo ki te rayi nou, ki te mete nou deyò poutèt non mwen, te di: Se pou Senyè a glorifye. Men, li va parèt pou lajwa nou, e yo menm va wont. Ezayi 66:1–5.</w:t>
      </w:r>
    </w:p>
    <w:p>
      <w:pPr>
        <w:pStyle w:val="ArticleBody"/>
        <w:jc w:val="left"/>
      </w:pPr>
      <w:r>
        <w:rPr>
          <w:rFonts w:ascii="Times New Roman" w:hAnsi="Times New Roman" w:eastAsia="Times New Roman" w:cs="Times New Roman"/>
        </w:rPr>
        <w:t>Mo “lajwa” a parèt anpil fwa e sou plizyè fòm nan Ekriti yo, menm jan ak mo “wont.” Nan kontèks mesaj Pyè a soti nan liv Joèl la, wont anfas lajwa a fòme yon paralèl, menm jan ak saj yo ak moun sòt yo, oswa ble a ak move zèb yo. Wont ak lajwa reprezante, nan kontèks Joèl la, sila yo ki gen lwil la, oswa mesaj dènye lapli a, anfas sila yo ki pa genyen li. Se sèlman lè ou wè detay sa a ou kapab rive nan sans ki pi pwofon pawòl sa yo: “Frè nou yo ki te rayi nou, ki te mete nou deyò poutèt non mwen.” Frè sa yo se sila yo ki, nan Spalding and Magan, paj youn ak de, se “Adventis nominal yo, tankou Jida,” ki pral “trayi nou bay Katolik yo,” “paske yo te rayi nou poutèt Saba a, paske yo pa t kapab demanti li.” Frè nou yo ki rayi nou yo mete nou deyò poutèt mesaj Saba tè a, Moyiz sèt fwa, ki pa kapab demanti. Pwen an isit la se ke yo mete nou deyò poutèt yon agiman doktrinal, yon deba, jan Ezayi rele li, e deba doktrinal la se mesaj dènye lapli a.</w:t>
      </w:r>
    </w:p>
    <w:p>
      <w:pPr>
        <w:pStyle w:val="ArticleBody"/>
        <w:jc w:val="left"/>
      </w:pPr>
      <w:r>
        <w:rPr>
          <w:rFonts w:ascii="Times New Roman" w:hAnsi="Times New Roman" w:eastAsia="Times New Roman" w:cs="Times New Roman"/>
        </w:rPr>
        <w:t>Jowèl rele mesaj sa a “diven nouvo,” e si ou gen mesaj sa a, ou gen lajwa. Si ou pa genyen li, ou reveye menm jan ak moun sou yo nan Jowèl yo, pou w dekouvri ke diven nouvo a retranche nan bouch ou. Lè sa a, pwofetikman ou “wonte.” Klas ki gen lwil la, gen lajwa, e klas ki pa gen lwil la wont. Lwil la se diven nouvo tou, e li asosye ak lajwa. Se poutèt sa Ezayi di: “Koute pawòl Seyè a.” Yon klas chwazi koute, e lòt la pa koute son twonpèt la. Ezayi idantifye klèman klas ki koute a, lè li deklare: “nou menm ki tranble devan pawòl li.” Seyè a rasanble sila yo yo te chase deyò poutèt mesaj ki te rive nan 11/9 la, e nan lwa dimanch lan, li rasanble enik Ezayi yo, ki reprezante kòm pyebwa sèch. Si yo kenbe fèm ak alyans lan, yo p ap separe ankò ak mòn sen Bondye a.</w:t>
      </w:r>
    </w:p>
    <w:p>
      <w:pPr>
        <w:pStyle w:val="ArticleBody"/>
        <w:jc w:val="left"/>
      </w:pPr>
      <w:r>
        <w:rPr>
          <w:rFonts w:ascii="Times New Roman" w:hAnsi="Times New Roman" w:eastAsia="Times New Roman" w:cs="Times New Roman"/>
        </w:rPr>
        <w:t>Yon eunuk oswa yon pyebwa sèk reprezante lanmò. Yon eunuk pa kapab fè pitit, epi yon pyebwa sèk pa gen lavi. Pwomès la se ke si moun lòt nasyon sa yo, oswa ouvriye onzyèm èdtan yo, aksepte alyans lan ki reprezante pa Saba a, yo pral gen pitit gason ak pitit fi. Premyeman, Li rasanble moun depòte pèp Izrayèl yo; apre sa, Li leve depòte sa yo kòm yon drapo, epi answit Li rasanble lòt bann mouton pa Li a. Premye ak dezyèm rasanbleman yo reprezante peryòd ki soti 9/11 rive nan lwa dimanch lan lè Sentespri a ap fè aspèsyon, epi tou peryòd ki soti nan lwa dimanch lan jouk lè Mikaèl kanpe leve e lapli dènye a vide san mezi. Nan toude peryòd yo, lapli dènye a se yon mesaj ki, si ou genyen li, pote lajwa, epi si ou pa genyen li, pote wont.</w:t>
      </w:r>
    </w:p>
    <w:p>
      <w:pPr>
        <w:pStyle w:val="ArticleBody"/>
        <w:jc w:val="left"/>
      </w:pPr>
      <w:r>
        <w:rPr>
          <w:rFonts w:ascii="Times New Roman" w:hAnsi="Times New Roman" w:eastAsia="Times New Roman" w:cs="Times New Roman"/>
        </w:rPr>
        <w:t>Liv Matye a divize an twa liy, ki reprezante twa zanj ki nan Revelasyon katòz la. Chak nan twa liy yo genyen tou fraktal twa zanj yo. Dezyèm liy la, depi chapit onz rive jouk chapit vennde a, se sant la, paske li se dezyèm zanj lan, ki plase ant premye ak twazyèm zanj yo. Liv Matye a li menm se yon liy santral, lè nou konsidere chapit onz rive vennde yo nan kontèks chapit alyans ki nan Jenèz ak Revelasyon.</w:t>
      </w:r>
    </w:p>
    <w:p>
      <w:pPr>
        <w:pStyle w:val="ArticleBody"/>
        <w:jc w:val="left"/>
      </w:pPr>
      <w:r>
        <w:rPr>
          <w:rFonts w:ascii="Times New Roman" w:hAnsi="Times New Roman" w:eastAsia="Times New Roman" w:cs="Times New Roman"/>
        </w:rPr>
        <w:t>Sant douz chapit alyans yo se pa Matye a, epi liy santral twa liy Matye yo jwenn nan menm douz chapit sa yo. Sant douz chapit sa yo se sele sant karannkat mil yo. Pwen santral sa a reprezante pa twa vèsè, ki aliyen ak twa vèsè santral douz chapit alyans Jenèz ak Revelasyon yo.</w:t>
      </w:r>
    </w:p>
    <w:p>
      <w:pPr>
        <w:pStyle w:val="ArticleBody"/>
        <w:jc w:val="left"/>
      </w:pPr>
      <w:r>
        <w:rPr>
          <w:rFonts w:ascii="Times New Roman" w:hAnsi="Times New Roman" w:eastAsia="Times New Roman" w:cs="Times New Roman"/>
        </w:rPr>
        <w:t>Pyè se pwen santral pwen santral pwen santral la, e li reprezante premye ak dènye lamarye kretyen an. Sa se siyati Alfa ak Omega. Palmoni te mete siyati pa Li sou chanjman non Pyè a tou, lè Li te ranje enigm non Pyè a an anglè. Jezi te pale ak Pyè an ebre, epi konvèsasyon an te ekri an grèk epi apre sa yo te mete l an anglè. An anglè, Palmoni te bay Pyè non li lè Li te sèvi ak 16yèm lèt alfabè anglè a, apre sa 5yèm lèt la, ki vin swiv pa 20yèm nan, ki vin swiv pa 5yèm nan, ki vin swiv pa 18yèm nan, pandan Li te konnen nèt ale ke lè Li menm, antanke Palmoni, te kreye non ki t ap pase soti nan ebre, rive nan grèk, pou ale nan anglè. Li te ranje tou pou non anglè a pèmèt yon enigm kote yo miltipliye senk lèt sa yo youn apre lòt pou rive nan nonb san karannkat mil. Palmoni, ki se premye a ak dènye a tou, te ranje pou premye nan senk lèt anglè sa yo ak dènye nan senk lèt yo ki fòme non Peter la se 16yèm ak 18yèm lèt yo, paske non Peter te dwe parèt nan Matthew 16:18.</w:t>
      </w:r>
    </w:p>
    <w:p>
      <w:pPr>
        <w:pStyle w:val="ArticleBody"/>
        <w:jc w:val="left"/>
      </w:pPr>
      <w:r>
        <w:rPr>
          <w:rFonts w:ascii="Times New Roman" w:hAnsi="Times New Roman" w:eastAsia="Times New Roman" w:cs="Times New Roman"/>
        </w:rPr>
        <w:t>Avèk tout sa ki konsène Pyè, nou toujou bezwen adrese “pwopòsyon dò a.” Pwopòsyon dò a reprezante pa Matye 16:18, paske pwopòsyon an se 1.618. Pwopòsyon dò a asosye ak fraktal lanati yo, epi lè Palmoni lokalize Pyè nan Matye 16:18, Palmoni ap idantifye ke kle pwofetik yo mete sou zepòl Elyakim nan Ezayi 22:22 la, ansanm ak kle pwofetik yo bay Pyè ak legliz la nan pasaj la, gen ladan yo fraktal pwofetik.</w:t>
      </w:r>
    </w:p>
    <w:p>
      <w:pPr>
        <w:pStyle w:val="ArticleBody"/>
        <w:jc w:val="left"/>
      </w:pPr>
      <w:r>
        <w:rPr>
          <w:rFonts w:ascii="Times New Roman" w:hAnsi="Times New Roman" w:eastAsia="Times New Roman" w:cs="Times New Roman"/>
        </w:rPr>
        <w:t>Soti nan twazyèm è nan Sezare Filipi rive jouk nevyèm è nan Sezare Maritima a reprezante yon fraktal twazyèm è lè Kris la te kloure sou kwa a rive jouk nevyèm è lè Kònèy te voye chache Pyè. Sezon Pannkòt la, depi twazyèm è krisifiksyon an rive jouk lè Pyè te nan tanp lan nan Pannkòt a nevyèm è, se yon fraktal mil desan swasant jou yo depi sou kwa a rive jouk Kònèy. Twa fwa Papa a te pale a se yon fraktal twa zanj yo, menm jan tou twa fwa Jezi te pran sèlman Pyè, Jak ak Jan. Enfòmasyon pwofetik ki ankode nan vèsè kote Pyè ilistre san karannkat mil yo se osi pwofon ke nenpòt verite ki te janm egziste, e poutan nou poko mete Pyè nan Panium nan Danyèl onz.</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Pyè, apot Jezikri a, bay etranje ki gaye toupatou nan Pon, Galasi, Kapadòs, Azi ak Bitini yo, nou menm ki eli dapre prekonesans Bondye Papa a, pa mwayen sanktifikasyon Lespri a, pou obeyisans ak pou aspèsyon san Jezikri a: gras ak lapè pou nou vin miltipliye. Benediksyon pou Bondye ak Papa Seyè nou an Jezikri, ki, dapre abondans mizèrikòd li, fè nou fèt ankò pou yon esperans vivan grasa rezirèksyon Jezikri pami mò yo, pou yon eritaj ki enkoriptib, san tach, e ki pa janm fennen, rezève nan syèl la pou nou, nou menm yo kenbe pa pouvwa Bondye pa mwayen lafwa pou delivrans ki pare pou l revele nan dènye tan an.</w:t>
      </w:r>
    </w:p>
    <w:p>
      <w:pPr>
        <w:pStyle w:val="ArticleScripture"/>
        <w:jc w:val="left"/>
      </w:pPr>
      <w:r>
        <w:rPr>
          <w:rFonts w:ascii="Times New Roman" w:hAnsi="Times New Roman" w:eastAsia="Times New Roman" w:cs="Times New Roman"/>
        </w:rPr>
        <w:t>Se poutèt sa nou rejwi anpil, byenke kounye a, pou yon ti tan, si sa nesesè, nou anba lapenn akòz divès tantasyon yo; pou prèv lafwa nou an, ki pi presye anpil pase lò ki peri a, menm si yo eprouve l nan dife, kapab jwenn li pou lwanj, onè ak laglwa lè Jezikri parèt; li menm nou renmen, byenke nou pa t wè li; nan li menm, byenke kounye a nou pa wè li, men nou kwè, e nou rejwi avèk yon kè kontan ki pa ka esplike e ki plen laglwa; pandan n ap resevwa objektif lafwa nou an, sa vle di delivrans nanm nou yo.</w:t>
      </w:r>
    </w:p>
    <w:p>
      <w:pPr>
        <w:pStyle w:val="ArticleScripture"/>
        <w:jc w:val="left"/>
      </w:pPr>
      <w:r>
        <w:rPr>
          <w:rFonts w:ascii="Times New Roman" w:hAnsi="Times New Roman" w:eastAsia="Times New Roman" w:cs="Times New Roman"/>
        </w:rPr>
        <w:t>Konsènan sali sa a, pwofèt yo ki te pwofetize sou gras ki te dwe vin jwenn nou an, yo te fè anpil rechèch e yo te chèche ak anpil swen, ap chèche konnen ki tan, oswa ki kalite tan, Lespri Kris la ki te nan yo a t ap fè konnen, lè li t ap temwaye davans sou soufrans Kris yo, ak sou glwa ki te dwe vini apre yo. Yo te resevwa revelasyon ke se pa t pou tèt pa yo, men se te pou nou, yo t ap sèvi bagay sa yo, bagay yo menm k ap anonse nou kounye a pa sila yo ki te preche levanjil la ban nou avèk Sentespri a ki te voye desann soti nan syèl la; bagay sa yo menm zanj yo anvi gade ladan yo.</w:t>
      </w:r>
    </w:p>
    <w:p>
      <w:pPr>
        <w:pStyle w:val="ArticleScripture"/>
        <w:jc w:val="left"/>
      </w:pPr>
      <w:r>
        <w:rPr>
          <w:rFonts w:ascii="Times New Roman" w:hAnsi="Times New Roman" w:eastAsia="Times New Roman" w:cs="Times New Roman"/>
        </w:rPr>
        <w:t>Se poutèt sa, mare ren lespri nou, kenbe tèt nou klè, epi mete espwa nou nèt nan favè ki pral pote ban nou nan revelasyon Jezi Kris la; tankou timoun obeyisan, pa konfòme nou ak move dezi nou te konn genyen anvan nan inyorans nou: Men, menm jan Sila a ki rele nou an sen, se konsa nou menm tou, se pou nou sen nan tout konduit nou; paske sa ekri: Se pou nou sen; paske mwen menm, mwen sen.</w:t>
      </w:r>
    </w:p>
    <w:p>
      <w:pPr>
        <w:pStyle w:val="ArticleScripture"/>
        <w:jc w:val="left"/>
      </w:pPr>
      <w:r>
        <w:rPr>
          <w:rFonts w:ascii="Times New Roman" w:hAnsi="Times New Roman" w:eastAsia="Times New Roman" w:cs="Times New Roman"/>
        </w:rPr>
        <w:t>Epi si nou rele Papa a, li menm ki jije chak moun dapre travay li san patipri, se pou nou pase tan vwayaj nou isit la avèk lakrentif. Paske nou konnen se pa avèk bagay ki ka peri, tankou ajan ak lò, nou te delivre anba konduit san valè nou te resevwa pa tradisyon nan men zansèt nou yo; men se avèk san presye Kris la, tankou yon ti mouton san defo e san tach. Se li menm vre ki te deja deziyen anvan fondasyon lemonn, men ki te parèt nan dènye tan sa yo poutèt nou, nou menm ki, pa li menm, kwè nan Bondye, ki te leve li soti vivan nan lanmò, e ki te ba li laglwa, pou lafwa nou ak espwa nou te ka nan Bondye. Piske nou te pirifye nanm nou nan obeyi verite a pa mwayen Lespri a pou nou rive gen yon lanmou sensè pou frè yo, se pou nou renmen youn lòt avèk tout chalè, ak yon kè ki pwòp. Paske nou fèt ankò, non pa soti nan yon semans ki ka peri, men nan yon semans ki pa ka peri, pa mwayen pawòl Bondye a, ki viv e ki rete pou tout tan. Paske tout chè se tankou zèb, e tout laglwa moun tankou flè zèb. Zèb la cheche, e flè li tonbe; men pawòl Senyè a rete pou tout tan. E se pawòl sa a yo te anonse nou pa levanjil la. 1 Pyè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Trantwa</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