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Trannsis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Nimewo Trant-Sis</w:t>
      </w:r>
    </w:p>
    <w:p>
      <w:pPr>
        <w:pStyle w:val="ArticleBody"/>
        <w:jc w:val="left"/>
      </w:pPr>
      <w:r>
        <w:rPr>
          <w:rFonts w:ascii="Times New Roman" w:hAnsi="Times New Roman" w:eastAsia="Times New Roman" w:cs="Times New Roman"/>
        </w:rPr>
        <w:t>Nan “bousòl” la, ke James White idantifye kòm dispèsyon Millerit yo apre 22 oktòb 1844, William Miller te fè yon rèv an 1847, epi de zan apre yo te mete l’ repo.</w:t>
      </w:r>
    </w:p>
    <w:p>
      <w:pPr>
        <w:pStyle w:val="ArticleScripture"/>
        <w:jc w:val="left"/>
      </w:pPr>
      <w:r>
        <w:rPr>
          <w:rFonts w:ascii="Times New Roman" w:hAnsi="Times New Roman" w:eastAsia="Times New Roman" w:cs="Times New Roman"/>
        </w:rPr>
        <w:t>“Si William Miller te ka wè limyè twazyèm mesaj la, anpil bagay ki te parèt fènwa ak mistik pou li t ap jwenn eksplikasyon. Men, frè li yo te fè pwofesyon yon lanmou ak yon enterè pou li ki te tèlman pwofon, ke li te panse li pa t kapab detache tèt li ak yo. Kè li te panche bò kote verite a, epi answit li te gade frè li yo; yo te opoze ak li. Èske li te kapab detache tèt li ak moun sa yo ki te kanpe kòt a kòt avèk li nan pwoklame vini Jezi a? Li te panse, sètènman yo pa t ap mennen li nan erè.”</w:t>
      </w:r>
    </w:p>
    <w:p>
      <w:pPr>
        <w:pStyle w:val="ArticleScripture"/>
        <w:jc w:val="left"/>
      </w:pPr>
      <w:r>
        <w:rPr>
          <w:rFonts w:ascii="Times New Roman" w:hAnsi="Times New Roman" w:eastAsia="Times New Roman" w:cs="Times New Roman"/>
        </w:rPr>
        <w:t>“Bondye te kite l tonbe anba pouvwa Satan, anba dominasyon lanmò, epi li te kache l nan tonbo a lwen moun ki t ap toujou ap rale l lwen verite a. Moyiz te fè erè pandan li te prèt pou l antre nan Tè Pwomiz la. Menm jan an tou, mwen te wè William Miller te fè erè pandan li te toupre antre nan Kanaran selès la, lè li te kite enfliyans li ale kont verite a. Se lòt moun ki te mennen l nan sa; se lòt moun ki va rann kont pou sa. Men zanj yo ap veye pousyè presye sèvitè Bondye sa a, epi li va leve soti vivan nan son dènye twonpèt la.</w:t>
      </w:r>
    </w:p>
    <w:p>
      <w:pPr>
        <w:pStyle w:val="ArticleScripture"/>
        <w:jc w:val="left"/>
      </w:pPr>
      <w:r>
        <w:rPr>
          <w:rFonts w:ascii="Times New Roman" w:hAnsi="Times New Roman" w:eastAsia="Times New Roman" w:cs="Times New Roman"/>
        </w:rPr>
        <w:t>“Yon Platfòm Ki Fèm”</w:t>
      </w:r>
    </w:p>
    <w:p>
      <w:pPr>
        <w:pStyle w:val="ArticleScripture"/>
        <w:jc w:val="left"/>
      </w:pPr>
      <w:r>
        <w:rPr>
          <w:rFonts w:ascii="Times New Roman" w:hAnsi="Times New Roman" w:eastAsia="Times New Roman" w:cs="Times New Roman"/>
        </w:rPr>
        <w:t>“Mwen te wè yon gwoup ki te kanpe byen pwoteje e fèm, san yo pa bay okenn ankourajman a moun ki ta vle brannen lafwa ki tabli nan kò a. Bondye te gade sou yo avèk apwobasyon. Yo te montre m twa etap yo—mesaj premye zanj lan, dezyèm nan, ak twazyèm nan. Zanj ki t ap akonpaye m nan te di: ‘Malè pou moun ki va deplase yon pyè oswa souke yon pikèt nan mesaj sa yo. Vrè konpreyansyon mesaj sa yo gen yon enpòtans vital. Destine nanm yo pann sou fason yo resevwa yo.’ Yo te mennen m desann ankò atravè mesaj sa yo, e mwen te wè a ki pri chè pèp Bondye a te achte eksperyans pa yo. Yo te jwenn li atravè anpil soufrans ak batay sevè. Bondye te mennen yo etap pa etap, jouk Li te mete yo sou yon platfòm solid, ki pa ka brannen. Mwen te wè kèk moun pwoche bò platfòm la epi egzamine fondasyon an. Gen ladan yo ki, avèk kè kontan, tousuit monte sou li. Gen lòt ki te kòmanse kritike fondasyon an. Yo te vle pou yo fè amelyorasyon, epi konsa platfòm la t ap pi pafè, e pèp la t ap pi kontan. Kèk te desann sou platfòm la pou egzamine li epi yo te deklare yo te poze l mal. Men mwen te wè ke prèske tout te rete fèm sou platfòm la epi yo te egzòte sila yo ki te desann yo pou yo sispann plenyen; paske Bondye se te Mèt Konstriktè a, e yo t ap goumen kont Li. Yo te rakonte bèl mèvèy travay Bondye a, ki te mennen yo rive sou platfòm fèm nan, epi ansanm yo te leve je yo anlè nan syèl la e avèk yon vwa fò yo te bay Bondye glwa. Sa te touche kèk nan sila yo ki te plenyen e ki te kite platfòm la, e yo menm, avèk yon figi imil, yo te monte sou li ankò.” Early Writings, 258.</w:t>
      </w:r>
    </w:p>
    <w:p>
      <w:pPr>
        <w:pStyle w:val="ArticleHeading"/>
        <w:jc w:val="left"/>
      </w:pPr>
      <w:r>
        <w:rPr>
          <w:rFonts w:ascii="Arial" w:hAnsi="Arial" w:eastAsia="Arial" w:cs="Arial"/>
        </w:rPr>
        <w:t>Mèvèy Zèv Miller yo</w:t>
      </w:r>
    </w:p>
    <w:p>
      <w:pPr>
        <w:pStyle w:val="ArticleBody"/>
        <w:jc w:val="left"/>
      </w:pPr>
      <w:r>
        <w:rPr>
          <w:rFonts w:ascii="Times New Roman" w:hAnsi="Times New Roman" w:eastAsia="Times New Roman" w:cs="Times New Roman"/>
        </w:rPr>
        <w:t>“Zèv mèvèy” William Miller te fè a te mennen nan “fondasyon fèm” ki te “platfòm solid, ki pa ka brannen an.” “Fondasyon” “platfòm ki pa ka brannen an,” ansanm ak atak ki te vin fèt apre sa kont ni “platfòm” nan ni “fondasyon” an, ki te parèt apre lanmò Miller an 1849, idantifye nan rèv li a.</w:t>
      </w:r>
    </w:p>
    <w:p>
      <w:pPr>
        <w:pStyle w:val="ArticleBody"/>
        <w:jc w:val="left"/>
      </w:pPr>
      <w:r>
        <w:rPr>
          <w:rFonts w:ascii="Times New Roman" w:hAnsi="Times New Roman" w:eastAsia="Times New Roman" w:cs="Times New Roman"/>
        </w:rPr>
        <w:t>William Miller se senbòl fondasyon Advantis la.</w:t>
      </w:r>
    </w:p>
    <w:p>
      <w:pPr>
        <w:pStyle w:val="ArticleBody"/>
        <w:jc w:val="left"/>
      </w:pPr>
      <w:r>
        <w:rPr>
          <w:rFonts w:ascii="Times New Roman" w:hAnsi="Times New Roman" w:eastAsia="Times New Roman" w:cs="Times New Roman"/>
        </w:rPr>
        <w:t>Li se senbòl listwa Milerit la tou depi 1798 rive jouk 1863.</w:t>
      </w:r>
    </w:p>
    <w:p>
      <w:pPr>
        <w:pStyle w:val="ArticleBody"/>
        <w:jc w:val="left"/>
      </w:pPr>
      <w:r>
        <w:rPr>
          <w:rFonts w:ascii="Times New Roman" w:hAnsi="Times New Roman" w:eastAsia="Times New Roman" w:cs="Times New Roman"/>
        </w:rPr>
        <w:t>Li se senbòl listwa Milerit la tou, depi 1798 rive 1844.</w:t>
      </w:r>
    </w:p>
    <w:p>
      <w:pPr>
        <w:pStyle w:val="ArticleBody"/>
        <w:jc w:val="left"/>
      </w:pPr>
      <w:r>
        <w:rPr>
          <w:rFonts w:ascii="Times New Roman" w:hAnsi="Times New Roman" w:eastAsia="Times New Roman" w:cs="Times New Roman"/>
        </w:rPr>
        <w:t>Li se tou senbòl istwa twa zanj yo depi 1798 rive jouk lalwa dimanch la.</w:t>
      </w:r>
    </w:p>
    <w:p>
      <w:pPr>
        <w:pStyle w:val="ArticleBody"/>
        <w:jc w:val="left"/>
      </w:pPr>
      <w:r>
        <w:rPr>
          <w:rFonts w:ascii="Times New Roman" w:hAnsi="Times New Roman" w:eastAsia="Times New Roman" w:cs="Times New Roman"/>
        </w:rPr>
        <w:t>Li reprezante pa karannsis ane yo depi 1798 rive 1844.</w:t>
      </w:r>
    </w:p>
    <w:p>
      <w:pPr>
        <w:pStyle w:val="ArticleBody"/>
        <w:jc w:val="left"/>
      </w:pPr>
      <w:r>
        <w:rPr>
          <w:rFonts w:ascii="Times New Roman" w:hAnsi="Times New Roman" w:eastAsia="Times New Roman" w:cs="Times New Roman"/>
        </w:rPr>
        <w:t>Yo reprezante pa nimewo “220”, an rapò ak 2,520 ak 2,300.</w:t>
      </w:r>
    </w:p>
    <w:p>
      <w:pPr>
        <w:pStyle w:val="ArticleBody"/>
        <w:jc w:val="left"/>
      </w:pPr>
      <w:r>
        <w:rPr>
          <w:rFonts w:ascii="Times New Roman" w:hAnsi="Times New Roman" w:eastAsia="Times New Roman" w:cs="Times New Roman"/>
        </w:rPr>
        <w:t>Li reprezante pa “sèt tan” yo—2,520 la.</w:t>
      </w:r>
    </w:p>
    <w:p>
      <w:pPr>
        <w:pStyle w:val="ArticleBody"/>
        <w:jc w:val="left"/>
      </w:pPr>
      <w:r>
        <w:rPr>
          <w:rFonts w:ascii="Times New Roman" w:hAnsi="Times New Roman" w:eastAsia="Times New Roman" w:cs="Times New Roman"/>
        </w:rPr>
        <w:t>Li reprezante pa 2,300 la.</w:t>
      </w:r>
    </w:p>
    <w:p>
      <w:pPr>
        <w:pStyle w:val="ArticleBody"/>
        <w:jc w:val="left"/>
      </w:pPr>
      <w:r>
        <w:rPr>
          <w:rFonts w:ascii="Times New Roman" w:hAnsi="Times New Roman" w:eastAsia="Times New Roman" w:cs="Times New Roman"/>
        </w:rPr>
        <w:t>De rèv Miller yo te prefigire pa de rèv Neboukadnetsa yo nan chapit de ak chapit kat liv Danyèl la.</w:t>
      </w:r>
    </w:p>
    <w:p>
      <w:pPr>
        <w:pStyle w:val="ArticleBody"/>
        <w:jc w:val="left"/>
      </w:pPr>
      <w:r>
        <w:rPr>
          <w:rFonts w:ascii="Times New Roman" w:hAnsi="Times New Roman" w:eastAsia="Times New Roman" w:cs="Times New Roman"/>
        </w:rPr>
        <w:t>Peryòd 1798 la kòmanse avèk Nebikadneza epi li fini an 1863 avèk Bèlchaza.</w:t>
      </w:r>
    </w:p>
    <w:p>
      <w:pPr>
        <w:pStyle w:val="ArticleBody"/>
        <w:jc w:val="left"/>
      </w:pPr>
      <w:r>
        <w:rPr>
          <w:rFonts w:ascii="Times New Roman" w:hAnsi="Times New Roman" w:eastAsia="Times New Roman" w:cs="Times New Roman"/>
        </w:rPr>
        <w:t>Peryòd 1798 rive jouk lwa dimanch lan kòmanse ak Nebikadneza epi li fini ak Bèlchaza.</w:t>
      </w:r>
    </w:p>
    <w:p>
      <w:pPr>
        <w:pStyle w:val="ArticleBody"/>
        <w:jc w:val="left"/>
      </w:pPr>
      <w:r>
        <w:rPr>
          <w:rFonts w:ascii="Times New Roman" w:hAnsi="Times New Roman" w:eastAsia="Times New Roman" w:cs="Times New Roman"/>
        </w:rPr>
        <w:t>Kòm senbòl istwa Millerit yo, li se senbòl fondasyon yo, ki reprezante verite ki te dekouvri ant dekouvèt alfa 2,520 la ak dekouvèt omega 2,300 la. Pandan James White t ap fè kòmantè sou rèv William Miller la, li te idantifye ke “kle” a se te metòd Miller te itilize pou etidye Bib la. Metodoloji sa a se kle David la ki te poze sou zepòl Miller, paske li te prezante pwofesi 2,300 ane yo ki te fini lè Ezayi 22:22 te akonpli nan dat 22 Oktòb 1844.</w:t>
      </w:r>
    </w:p>
    <w:p>
      <w:pPr>
        <w:pStyle w:val="ArticleBody"/>
        <w:jc w:val="left"/>
      </w:pPr>
      <w:r>
        <w:rPr>
          <w:rFonts w:ascii="Times New Roman" w:hAnsi="Times New Roman" w:eastAsia="Times New Roman" w:cs="Times New Roman"/>
        </w:rPr>
        <w:t>Verite ki te kòmanse devwale depi 2023 e apre sa yo, se verite ki te deja idantifye nan prezantasyon Tablo Abakik yo 95, e kounye a verite sa yo ap plase nan yon nouvo kad “Verite.”</w:t>
      </w:r>
    </w:p>
    <w:p>
      <w:pPr>
        <w:pStyle w:val="ArticleBody"/>
        <w:jc w:val="left"/>
      </w:pPr>
      <w:r>
        <w:rPr>
          <w:rFonts w:ascii="Times New Roman" w:hAnsi="Times New Roman" w:eastAsia="Times New Roman" w:cs="Times New Roman"/>
        </w:rPr>
        <w:t>Apèl vwa a nan dezè a, nan mwa Jiyè 2023, te idantifye ke kriye ak dèy te nesesè pou sila yo ki te dwe repanti poutèt pwoklamasyon 18 Jiyè 2020 la. Sila yo ki t ap pami vyèj saj yo te dwe repanti ann amoni ak lapriyè Danyèl nèf la, ki se lapriyè sila yo nan Levitik 26 ki rekonèt yo gaye toupatou.</w:t>
      </w:r>
    </w:p>
    <w:p>
      <w:pPr>
        <w:pStyle w:val="ArticleBody"/>
        <w:jc w:val="left"/>
      </w:pPr>
      <w:r>
        <w:rPr>
          <w:rFonts w:ascii="Times New Roman" w:hAnsi="Times New Roman" w:eastAsia="Times New Roman" w:cs="Times New Roman"/>
        </w:rPr>
        <w:t>Lè Miller deklare: “Pandan m t ap kriye konsa epi m t ap plenn pou gwo pèt mwen an ak responsablite mwen, mwen sonje Bondye, epi mwen te priye avèk anpil chalè pou Li voye èd ban mwen. Menm lè a pòt la louvri, epi yon nonm antre nan chanm nan; lè sa a tout moun yo kite l; epi li menm, pandan li te gen yon bwòs pousyè nan men li, louvri fenèt yo, epi li kòmanse bale pousyè a ak fatra yo soti nan chanm nan.”</w:t>
      </w:r>
    </w:p>
    <w:p>
      <w:pPr>
        <w:pStyle w:val="ArticleBody"/>
        <w:jc w:val="left"/>
      </w:pPr>
      <w:r>
        <w:rPr>
          <w:rFonts w:ascii="Times New Roman" w:hAnsi="Times New Roman" w:eastAsia="Times New Roman" w:cs="Times New Roman"/>
        </w:rPr>
        <w:t>Pòt ki te louvri a se te kè Miller lè li te “lapriyè avèk tout kè l” pou “sekou.” Jezi, kòm Vrè Temwen pou Lawodise, ap frape nan kè yo pou chèche antre. Lè pòt la te louvri, yon pwosesis separasyon te kòmanse. Lè pòt la te louvri, “fenèt” yo te louvri tou, epi “fenèt” yo se fenèt syèl la.</w:t>
      </w:r>
    </w:p>
    <w:p>
      <w:pPr>
        <w:pStyle w:val="ArticleBody"/>
        <w:jc w:val="left"/>
      </w:pPr>
      <w:r>
        <w:rPr>
          <w:rFonts w:ascii="Times New Roman" w:hAnsi="Times New Roman" w:eastAsia="Times New Roman" w:cs="Times New Roman"/>
        </w:rPr>
        <w:t>Jan te wè fenèt syèl la louvri nan chapit diznèf Revelasyon an, lè Senyè a te leve lame chwal blan Li a, tousuit apre lamarye a te fin pare tèt li. Lame sa a se lame Ezekyèl la ki kanpe an repons a mesaj van lès ki di. Lame sa a se legliz triyonfan an ki chanje soti nan legliz militè a pou l vin legliz triyonfan an lè separasyon ble ak move zèb yo fin akonpli. Separasyon sa a reprezante tou kòm yon chanjman soti nan eksperyans Laodise a pou rive nan eksperyans Filadèlfi a. Miller te louvri kè li epi li te kite Vrè Temwen an antre, pandan Li t ap separe ble ak move zèb yo, konsa Li te leve lame chwal blan Li a pou lavi.</w:t>
      </w:r>
    </w:p>
    <w:p>
      <w:pPr>
        <w:pStyle w:val="ArticleBody"/>
        <w:jc w:val="left"/>
      </w:pPr>
      <w:r>
        <w:rPr>
          <w:rFonts w:ascii="Times New Roman" w:hAnsi="Times New Roman" w:eastAsia="Times New Roman" w:cs="Times New Roman"/>
        </w:rPr>
        <w:t>Nan dat 31 Desanm 2023, nonm Bwòs Pousyè a te antre nan chanm nan apre pèp la te fin soti, epi li te kòmanse travay pou retire fatra erè a, pandan li t ap mete ansyen verite Tablo Abakouk yo nan yon nouvo kad verite.</w:t>
      </w:r>
    </w:p>
    <w:p>
      <w:pPr>
        <w:pStyle w:val="ArticleScripture"/>
        <w:jc w:val="left"/>
      </w:pPr>
      <w:r>
        <w:rPr>
          <w:rFonts w:ascii="Times New Roman" w:hAnsi="Times New Roman" w:eastAsia="Times New Roman" w:cs="Times New Roman"/>
        </w:rPr>
        <w:t>“Sauveur la pa t vini pou mete sou kote sa patriyach yo ak pwofèt yo te pale; paske se Li menm ki te pale atravè mesye reprezantan sa yo. Tout verite ki nan pawòl Bondye a te soti nan Li. Men bèl pyè sa yo ki pa gen pri yo te mete yo nan move ankadreman. Yo te fè limyè presye yo sèvi erè. Bondye te vle yo retire yo nan ankadreman erè yo a epi mete yo ankò nan kad verite a. Travay sa a, se sèlman yon men diven ki te kapab akonpli l. Pa koneksyon li avèk erè, verite a te ap sèvi kòz lènmi Bondye ak lèzòm nan. Kris te vini pou mete l kote li t ap bay Bondye glwa, epi travay pou delivrans limanite.” The Desire of Ages, 287.</w:t>
      </w:r>
    </w:p>
    <w:p>
      <w:pPr>
        <w:pStyle w:val="ArticleBody"/>
        <w:jc w:val="left"/>
      </w:pPr>
      <w:r>
        <w:rPr>
          <w:rFonts w:ascii="Times New Roman" w:hAnsi="Times New Roman" w:eastAsia="Times New Roman" w:cs="Times New Roman"/>
        </w:rPr>
        <w:t>Youn nan premye verite yo te anseye an 2024 te eksplikasyon desepsyon 18 jiyè 2020 la. Liy sou liy, yo te rekonèt ke premye desepsyon chak liy refòm te idantifye 18 jiyè 2020 kòm yon premye pwen repè nan parabòl dis vyèj yo. Sijè desepsyon an te vin tounen “kle” pou louvri verite tanp lan; tandiske, nan gwo desepsyon 1844 la, tanp lan te “kle” ki te louvri desepsyon an.</w:t>
      </w:r>
    </w:p>
    <w:p>
      <w:pPr>
        <w:pStyle w:val="ArticleBody"/>
        <w:jc w:val="left"/>
      </w:pPr>
      <w:r>
        <w:rPr>
          <w:rFonts w:ascii="Times New Roman" w:hAnsi="Times New Roman" w:eastAsia="Times New Roman" w:cs="Times New Roman"/>
        </w:rPr>
        <w:t>Nonm ki gen bwòs pousyè a, ki se tou Lyon branch fanmi Jida a, te kòmanse retire sele sou mesaj Rèl Minwi a an 2023. Koulye a nou rive nan pwen nan rèv Miller la kote Li ap mete pi gwo bwat la sou tab la epi Li ap voye ladan l verite ki dwe klere dis fwa pi fò pase solèy la. Youn nan bijou sa yo se revelasyon sou kiyès Li ye nan naratif pwofetik la.</w:t>
      </w:r>
    </w:p>
    <w:p>
      <w:pPr>
        <w:pStyle w:val="ArticleBody"/>
        <w:jc w:val="left"/>
      </w:pPr>
      <w:r>
        <w:rPr>
          <w:rFonts w:ascii="Times New Roman" w:hAnsi="Times New Roman" w:eastAsia="Times New Roman" w:cs="Times New Roman"/>
        </w:rPr>
        <w:t>Lè pwofesi a dezipe, Li se Lyon tribi Jida a, ki pran ansyen verite yo epi mete yo nan yon nouvo kad twa etap “verite” yo. Kad sa a kenbe ansanm pa Kris la kòm Alfa ak Omega, premye a ak dènye a. Kòm Pawòl Bondye a, Li te òkestre tout eleman Pawòl Li a. Kòm Palmoni, Li te ranje tout aspè kòm yon matematik.</w:t>
      </w:r>
    </w:p>
    <w:p>
      <w:pPr>
        <w:pStyle w:val="ArticleBody"/>
        <w:jc w:val="left"/>
      </w:pPr>
      <w:r>
        <w:rPr>
          <w:rFonts w:ascii="Times New Roman" w:hAnsi="Times New Roman" w:eastAsia="Times New Roman" w:cs="Times New Roman"/>
        </w:rPr>
        <w:t>Lè Pyè te Sezare Filip, nan twazyèm èdtan an, Li prezante Tèt Li kòm Palmoni, avèk yon anfaz sou “fraktal pwofetik.” Youn nan dènye revelasyon Kris la kòm Seyè pwofesi a, se anfaz sou fraktal pwofetik jan sa reprezante pa Pyè nan Matye 16:18, ki se senbòl 1.618 la, yo rele rapò an lò nan mond natirèl la, men “fraktal pwofetik” pa Palmoni.</w:t>
      </w:r>
    </w:p>
    <w:p>
      <w:pPr>
        <w:pStyle w:val="ArticleBody"/>
        <w:jc w:val="left"/>
      </w:pPr>
      <w:r>
        <w:rPr>
          <w:rFonts w:ascii="Times New Roman" w:hAnsi="Times New Roman" w:eastAsia="Times New Roman" w:cs="Times New Roman"/>
        </w:rPr>
        <w:t>Nou fèk kòmanse idantifye fraktal pwofetik ki chita anndan semèn sakre 27 rive 34 la. Anvan nou retounen la pandan nou sou wout pou rive nan liv Joèl la, li te nesesè pou mete anfaz sou fraktal pwofetik yo nan konsiderasyon nou sou rèv Miller la.</w:t>
      </w:r>
    </w:p>
    <w:p>
      <w:pPr>
        <w:pStyle w:val="ArticleBody"/>
        <w:jc w:val="left"/>
      </w:pPr>
      <w:r>
        <w:rPr>
          <w:rFonts w:ascii="Times New Roman" w:hAnsi="Times New Roman" w:eastAsia="Times New Roman" w:cs="Times New Roman"/>
        </w:rPr>
        <w:t>Peryòd la, depi lè Miller t ap rele moun yo pou yo “vin wè”, epi Kris la, antanke nonm ki pote bwòs pousyè a, t ap rele Miller pou li “vin wè”, se depi 1798 jouk rive nan lwa dimanch lan; men li genyen yon fraktal anndan istwa jeneral sa a, avèk peryòd 1798 rive 1863 la. Li genyen yon lòt fraktal soti 9/11 jouk rive nan lwa dimanch lan, epi yon lòt ankò soti 2023 jouk rive nan lwa dimanch lan.</w:t>
      </w:r>
    </w:p>
    <w:p>
      <w:pPr>
        <w:pStyle w:val="ArticleBody"/>
        <w:jc w:val="left"/>
      </w:pPr>
      <w:r>
        <w:rPr>
          <w:rFonts w:ascii="Times New Roman" w:hAnsi="Times New Roman" w:eastAsia="Times New Roman" w:cs="Times New Roman"/>
        </w:rPr>
        <w:t>Lè Miller te fèmen je l nan mitan ajitasyon an, li te reprezante istwa ane 1849 la, lè Senyè a t ap eseye fini travay la, men san rezilta. Li leve ankò an 2023, paske li se Eli ki te touye nan lari a ansanm ak Moyiz. Li te mouri an 1849, epi answit li te mouri ankò nan 18 jiyè 2020.</w:t>
      </w:r>
    </w:p>
    <w:p>
      <w:pPr>
        <w:pStyle w:val="ArticleBody"/>
        <w:jc w:val="left"/>
      </w:pPr>
      <w:r>
        <w:rPr>
          <w:rFonts w:ascii="Times New Roman" w:hAnsi="Times New Roman" w:eastAsia="Times New Roman" w:cs="Times New Roman"/>
        </w:rPr>
        <w:t>Yo te bay rèv li an 1847; apre sa, Senyè a lonje men Li yon dezyèm fwa epi Li pibliye tablo 1850 la. Lè Senyè a lonje men Li yon dezyèm fwa nan istwa san karant-kat mil yo, Miller resisite.</w:t>
      </w:r>
    </w:p>
    <w:p>
      <w:pPr>
        <w:pStyle w:val="ArticleBody"/>
        <w:jc w:val="left"/>
      </w:pPr>
      <w:r>
        <w:rPr>
          <w:rFonts w:ascii="Times New Roman" w:hAnsi="Times New Roman" w:eastAsia="Times New Roman" w:cs="Times New Roman"/>
        </w:rPr>
        <w:t>Pwen depa pou dispèsyon ni Izrayèl ni Jida a tabli nan Ezayi.</w:t>
      </w:r>
    </w:p>
    <w:p>
      <w:pPr>
        <w:pStyle w:val="ArticleScripture"/>
        <w:jc w:val="left"/>
      </w:pPr>
      <w:r>
        <w:rPr>
          <w:rFonts w:ascii="Times New Roman" w:hAnsi="Times New Roman" w:eastAsia="Times New Roman" w:cs="Times New Roman"/>
        </w:rPr>
        <w:t>Paske tèt peyi Siri se Damas, e tèt Damas se Rezèn; epi nan swasannsenk ane, Efrayim pral kraze, pou l pa yon pèp ankò. E tèt Efrayim se Samari, e tèt Samari se pitit gason Remalya. Si nou pa kwè, sèten nou p ap tabli. Ezayi 7:8, 9.</w:t>
      </w:r>
    </w:p>
    <w:p>
      <w:pPr>
        <w:pStyle w:val="ArticleBody"/>
        <w:jc w:val="left"/>
      </w:pPr>
      <w:r>
        <w:rPr>
          <w:rFonts w:ascii="Times New Roman" w:hAnsi="Times New Roman" w:eastAsia="Times New Roman" w:cs="Times New Roman"/>
        </w:rPr>
        <w:t>Pwofesi a te bay nan ane 742 anvan Jezikri, e diznèf ane apre sa, nan ane 723 anvan Jezikri, Asiryen yo gaye Izrayèl; epi karannsis ane apre sa, Babilòn gaye Jida. Twa dat sa yo reprezante yon peryòd diznèf ane, epi apre sa yon peryòd karannsis ane. Lè de pwofesi sa yo te rive nan bout yo an 1798 ak 1844, peryòd diznèf ane ki te nan kòmansman an, soti nan 742 anvan Jezikri rive nan 723 anvan Jezikri, se te diznèf ane alfa yo, ki te reprezante diznèf ane omega yo soti nan 1844 rive nan 1863.</w:t>
      </w:r>
    </w:p>
    <w:p>
      <w:pPr>
        <w:pStyle w:val="ArticleBody"/>
        <w:jc w:val="left"/>
      </w:pPr>
      <w:r>
        <w:rPr>
          <w:rFonts w:ascii="Times New Roman" w:hAnsi="Times New Roman" w:eastAsia="Times New Roman" w:cs="Times New Roman"/>
        </w:rPr>
        <w:t>Miller mouri senk ane nan omega a, diznèf ane, epi sèt ane apre sa atik Hiram Edson yo sou “sèt fwa yo” te pibliye. Sèt ane apre sa, “sèt fwa yo” te rejte. Ane 1856 la te dwe seleman ki t ap vini anvan lwa dimanch 1863 la, men sa pa t dwe fèt.</w:t>
      </w:r>
    </w:p>
    <w:p>
      <w:pPr>
        <w:pStyle w:val="ArticleBody"/>
        <w:jc w:val="left"/>
      </w:pPr>
      <w:r>
        <w:rPr>
          <w:rFonts w:ascii="Times New Roman" w:hAnsi="Times New Roman" w:eastAsia="Times New Roman" w:cs="Times New Roman"/>
        </w:rPr>
        <w:t>Twazyèm zanj lan te rive an 1844, 1888, epi nan 9/11. Sè White te idantifye ke lè gwo bilding Vil Nouyòk yo te tonbe, twa premye vèsè Revelasyon dizwit yo t ap akonpli.</w:t>
      </w:r>
    </w:p>
    <w:p>
      <w:pPr>
        <w:pStyle w:val="ArticleHeading"/>
        <w:jc w:val="left"/>
      </w:pPr>
      <w:r>
        <w:rPr>
          <w:rFonts w:ascii="Arial" w:hAnsi="Arial" w:eastAsia="Arial" w:cs="Arial"/>
        </w:rPr>
        <w:t>Revelation 18</w:t>
      </w:r>
    </w:p>
    <w:p>
      <w:pPr>
        <w:pStyle w:val="ArticleBody"/>
        <w:jc w:val="left"/>
      </w:pPr>
      <w:r>
        <w:rPr>
          <w:rFonts w:ascii="Times New Roman" w:hAnsi="Times New Roman" w:eastAsia="Times New Roman" w:cs="Times New Roman"/>
        </w:rPr>
        <w:t>Vèsè YON—Apre bagay sa yo, mwen wè yon lòt zanj ki t ap desann soti nan syèl la, li te gen gwo pouvwa; e tè a te vin klere ak glwa li.</w:t>
      </w:r>
    </w:p>
    <w:p>
      <w:pPr>
        <w:pStyle w:val="ArticleBody"/>
        <w:jc w:val="left"/>
      </w:pPr>
      <w:r>
        <w:rPr>
          <w:rFonts w:ascii="Times New Roman" w:hAnsi="Times New Roman" w:eastAsia="Times New Roman" w:cs="Times New Roman"/>
        </w:rPr>
        <w:t>Vèsè DE—Epi li rele avèk fòs, ak yon vwa pwisan, li di: Gran Babilòn tonbe, li tonbe; epi li vin tounen kote demon yo rete, ak fò chak lespri sal, ak yon kaj pou tout zwazo ki pa pwòp e ki rayisab.</w:t>
      </w:r>
    </w:p>
    <w:p>
      <w:pPr>
        <w:pStyle w:val="ArticleBody"/>
        <w:jc w:val="left"/>
      </w:pPr>
      <w:r>
        <w:rPr>
          <w:rFonts w:ascii="Times New Roman" w:hAnsi="Times New Roman" w:eastAsia="Times New Roman" w:cs="Times New Roman"/>
        </w:rPr>
        <w:t>Vèsè TWA — Paske tout nasyon yo bwè nan diven kòlè fònikasyon li a; wa tè a te komèt fònikasyon avèk li; epi machann tè a vin rich grasa abondans delis li yo.</w:t>
      </w:r>
    </w:p>
    <w:p>
      <w:pPr>
        <w:pStyle w:val="ArticleBody"/>
        <w:jc w:val="left"/>
      </w:pPr>
      <w:r>
        <w:rPr>
          <w:rFonts w:ascii="Times New Roman" w:hAnsi="Times New Roman" w:eastAsia="Times New Roman" w:cs="Times New Roman"/>
        </w:rPr>
        <w:t>Premye zanj pisan an desann ak yon mesaj nan men li, epi yo te bay Jan lòd pou l al pran ti liv la epi manje li. Premye zanj sa a akonpli menm travay ak zanj ki nan Revelasyon dizwit la, ki klere tè a ak glwa li. Sa se paske premye zanj lan se alfa a, epi twazyèm zanj lan se omega a; epi kòmansman an toujou sèvi pou ilistre fen an.</w:t>
      </w:r>
    </w:p>
    <w:p>
      <w:pPr>
        <w:pStyle w:val="ArticleScripture"/>
        <w:jc w:val="left"/>
      </w:pPr>
      <w:r>
        <w:rPr>
          <w:rFonts w:ascii="Times New Roman" w:hAnsi="Times New Roman" w:eastAsia="Times New Roman" w:cs="Times New Roman"/>
        </w:rPr>
        <w:t>“Jezikri te bay yon zanj pisan misyon pou desann avèti moun ki rete sou latè yo pou yo prepare tèt yo pou dezyèm aparisyon Li. Lè zanj lan te kite prezans Jezikri nan syèl la, yon limyè ki te depase tout mezi nan klète ak laglwa t ap mache devan li. Yo te di m ke misyon li se te klere tè a avèk laglwa li epi avèti lèzòm konsènan kòlè Bondye k ap vini an.” Early Writings, 245.</w:t>
      </w:r>
    </w:p>
    <w:p>
      <w:pPr>
        <w:pStyle w:val="ArticleBody"/>
        <w:jc w:val="left"/>
      </w:pPr>
      <w:r>
        <w:rPr>
          <w:rFonts w:ascii="Times New Roman" w:hAnsi="Times New Roman" w:eastAsia="Times New Roman" w:cs="Times New Roman"/>
        </w:rPr>
        <w:t>Premye zanj lan se vèsè youn nan Revelasyon dizwit.</w:t>
      </w:r>
    </w:p>
    <w:p>
      <w:pPr>
        <w:pStyle w:val="ArticleBody"/>
        <w:jc w:val="left"/>
      </w:pPr>
      <w:r>
        <w:rPr>
          <w:rFonts w:ascii="Times New Roman" w:hAnsi="Times New Roman" w:eastAsia="Times New Roman" w:cs="Times New Roman"/>
        </w:rPr>
        <w:t>Epi apre bagay sa yo, mwen wè yon lòt zanj desann soti nan syèl la, ki te gen gwo pouvwa; e latè a te klere ak glwa li.</w:t>
      </w:r>
    </w:p>
    <w:p>
      <w:pPr>
        <w:pStyle w:val="ArticleBody"/>
        <w:jc w:val="left"/>
      </w:pPr>
      <w:r>
        <w:rPr>
          <w:rFonts w:ascii="Times New Roman" w:hAnsi="Times New Roman" w:eastAsia="Times New Roman" w:cs="Times New Roman"/>
        </w:rPr>
        <w:t>Dezyèm zanj lan se vèsè de nan Revelasyon dizwit.</w:t>
      </w:r>
    </w:p>
    <w:p>
      <w:pPr>
        <w:pStyle w:val="ArticleBody"/>
        <w:jc w:val="left"/>
      </w:pPr>
      <w:r>
        <w:rPr>
          <w:rFonts w:ascii="Times New Roman" w:hAnsi="Times New Roman" w:eastAsia="Times New Roman" w:cs="Times New Roman"/>
        </w:rPr>
        <w:t>Li rele yon gwo kri ak yon vwa pwisan, li di: Babilòn, gran vil la, tonbe, li tonbe; li tounen kay demon yo, fò tout move lespri, ak kaj tout zwazo ki pa pwòp e ki rayisab.</w:t>
      </w:r>
    </w:p>
    <w:p>
      <w:pPr>
        <w:pStyle w:val="ArticleBody"/>
        <w:jc w:val="left"/>
      </w:pPr>
      <w:r>
        <w:rPr>
          <w:rFonts w:ascii="Times New Roman" w:hAnsi="Times New Roman" w:eastAsia="Times New Roman" w:cs="Times New Roman"/>
        </w:rPr>
        <w:t>Twazyèm zanj lan se vèsè twa nan Revelasyon dizwit la.</w:t>
      </w:r>
    </w:p>
    <w:p>
      <w:pPr>
        <w:pStyle w:val="ArticleBody"/>
        <w:jc w:val="left"/>
      </w:pPr>
      <w:r>
        <w:rPr>
          <w:rFonts w:ascii="Times New Roman" w:hAnsi="Times New Roman" w:eastAsia="Times New Roman" w:cs="Times New Roman"/>
        </w:rPr>
        <w:t>Paske tout nasyon yo bwè diven kòlè fònikasyon li a, wa latè yo fè fònikasyon avè l, epi machann latè yo vin rich akòz abondans delika li yo.</w:t>
      </w:r>
    </w:p>
    <w:p>
      <w:pPr>
        <w:pStyle w:val="ArticleBody"/>
        <w:jc w:val="left"/>
      </w:pPr>
      <w:r>
        <w:rPr>
          <w:rFonts w:ascii="Times New Roman" w:hAnsi="Times New Roman" w:eastAsia="Times New Roman" w:cs="Times New Roman"/>
        </w:rPr>
        <w:t>Tout roi yo komèt fònikasyon avèk pwostitiye a nan lwa dimanch lan, jan sa tipifye nan vèsè twa a. Mesaj dezyèm zanj lan se ke Babilòn tonbe, e se sa vèsè de a ye. Misyon premye zanj lan te pou l klere tè a avèk laglwa li, e se sa vèsè youn nan ye. Vèsè youn nan se 9/11. Vèsè de a se pwosesis separasyon an ki ap dewoule nan tout limanite depi 9/11, epi vèsè twa a se lwa dimanch lan. Se poutèt sa, 9/11 se mesaj twazyèm zanj lan, e lwa dimanch lan se li tou. 9/11 se avètisman sou lwa dimanch lan k ap pwoche, jan sa reprezante nan twa premye vèsè yo, epi lòt vwa a nan vèsè kat la se lwa dimanch lan. Premye vwa nan Revelasyon dizwit la se avètisman sou lwa dimanch lan k ap pwoche, e avètisman sa a chanje pou l vin yon reyalite vivan nan lwa dimanch lan.</w:t>
      </w:r>
    </w:p>
    <w:p>
      <w:pPr>
        <w:pStyle w:val="ArticleBody"/>
        <w:jc w:val="left"/>
      </w:pPr>
      <w:r>
        <w:rPr>
          <w:rFonts w:ascii="Times New Roman" w:hAnsi="Times New Roman" w:eastAsia="Times New Roman" w:cs="Times New Roman"/>
        </w:rPr>
        <w:t>9/11 rive jouk nan lwa dimanch lan se yon tip ki parèt nan peryòd alfa “vin wè” a nan rèv Miller la rive jouk omega “vin wè” a. Ant 9/11 ak lwa dimanch lan, bijou yo vin plase sou tab Miller la nan mitan chanm nan, gaye epi antere, epi apre sa nonm ki gen bwòs pousyè a retabli yo. Zanj ki te desann an 1840 avèk ti liv la se te premye zanj lan, zanj alfa a, ki te reprezante zanj ki te desann nan 9/11. Yo idantifye zanj sa a nan chapit dis la, lè yo di Jan liv la t ap dous, men li t ap vin anmè.</w:t>
      </w:r>
    </w:p>
    <w:p>
      <w:pPr>
        <w:pStyle w:val="ArticleBody"/>
        <w:jc w:val="left"/>
      </w:pPr>
      <w:r>
        <w:rPr>
          <w:rFonts w:ascii="Times New Roman" w:hAnsi="Times New Roman" w:eastAsia="Times New Roman" w:cs="Times New Roman"/>
        </w:rPr>
        <w:t>Jan t ap reprezante mouvman premye zanj lan, mouvman yo rele Millerit yo, epi li te tou ap ilistre mouvman san karannkatmil yo. An premye e an prensipal, li te reprezante dènye jou yo, jan pwofèt toujou fè sa. Se poutèt sa yo te fè l konnen davans liv la t ap dous epi apre sa anmè. Millerit yo pa t konnen sa davans, men san karannkatmil yo oblije konnen sa.</w:t>
      </w:r>
    </w:p>
    <w:p>
      <w:pPr>
        <w:pStyle w:val="ArticleBody"/>
        <w:jc w:val="left"/>
      </w:pPr>
      <w:r>
        <w:rPr>
          <w:rFonts w:ascii="Times New Roman" w:hAnsi="Times New Roman" w:eastAsia="Times New Roman" w:cs="Times New Roman"/>
        </w:rPr>
        <w:t>Miller, kòm mesaje premye zanj lan, se senbòl prensipal yon moun ki te manje ti liv la. Antanke moulenyè, li te gen pou separe ble a ak pay la, apre sa trete grenn nan pou l fè farin, epi fè pen ki te gen pou manje a. Li te pataje pen an lè li te mete l nan mitan chanm li epi rele tout moun ki te vle yo pou yo “vin wè.” Men antanke yon senbòl moun ki te pran liv la soti nan men zanj lan, Miller, menm jan ak Jan, ap pale plis sou dènye jou twazyèm zanj lan pase sou premye jou premye zanj lan. Nan rèv li, li kòmanse pa fè nou konnen li te resevwa mesaj li pa yon men envizib. Premye zanj lan nan Revelasyon dis gen yon ti liv nan men li, men zanj Revelasyon dizwit la, ki se omega pou alfa ane 1840 la, pa gen okenn liv ki reprezante nan men li, e se liv sa a Miller te resevwa a—liv la soti nan yon men envizib. “Vin wè” Miller la se 9/11, epi “vin wè” nonm ki gen bwòs pousyè a se lwa dimanch la.</w:t>
      </w:r>
    </w:p>
    <w:p>
      <w:pPr>
        <w:pStyle w:val="ArticleBody"/>
        <w:jc w:val="left"/>
      </w:pPr>
      <w:r>
        <w:rPr>
          <w:rFonts w:ascii="Times New Roman" w:hAnsi="Times New Roman" w:eastAsia="Times New Roman" w:cs="Times New Roman"/>
        </w:rPr>
        <w:t>Ant alfa ak omega a, nan “vin wè”, ou gen mesaj dezyèm zanj lan; paske alfa a se 9/11, ki se vèsè youn nan chapit dizwit la, epi vèsè de se dezyèm zanj lan ki fini nan vèsè twa, ki se lwa dimanch lan ak omega “vin wè” a. Nan rèv Miller la, dezyèm zanj lan, ansanm ak tonbe Babilòn nan, reprezante pa sèt fwa yo itilize mo “gaye” a, tandiske narasyon an an antye idantifye verite a kòm bagay erè a venk.</w:t>
      </w:r>
    </w:p>
    <w:p>
      <w:pPr>
        <w:pStyle w:val="ArticleBody"/>
        <w:jc w:val="left"/>
      </w:pPr>
      <w:r>
        <w:rPr>
          <w:rFonts w:ascii="Times New Roman" w:hAnsi="Times New Roman" w:eastAsia="Times New Roman" w:cs="Times New Roman"/>
        </w:rPr>
        <w:t>Premye ak twazyèm zanj yo te desann avèk mesaj ki dwe pran epi manje 11 out 1840 ak 11/9 respektivman. De dat sa yo koresponn ak vèsè youn nan Revelasyon dizwit.</w:t>
      </w:r>
    </w:p>
    <w:p>
      <w:pPr>
        <w:pStyle w:val="ArticleBody"/>
        <w:jc w:val="left"/>
      </w:pPr>
      <w:r>
        <w:rPr>
          <w:rFonts w:ascii="Times New Roman" w:hAnsi="Times New Roman" w:eastAsia="Times New Roman" w:cs="Times New Roman"/>
        </w:rPr>
        <w:t>Verite fondamantal yo te pibliye nan mwa me 1842, avèk tablo pyonye 1843 a kòm alfa de tab Abakik yo. An 2012, Tab Abakik yo te pibliye, an akò ak mwa me 1842 la.</w:t>
      </w:r>
    </w:p>
    <w:p>
      <w:pPr>
        <w:pStyle w:val="ArticleBody"/>
        <w:jc w:val="left"/>
      </w:pPr>
      <w:r>
        <w:rPr>
          <w:rFonts w:ascii="Times New Roman" w:hAnsi="Times New Roman" w:eastAsia="Times New Roman" w:cs="Times New Roman"/>
        </w:rPr>
        <w:t>Millerit yo te fè premye desepsyon yo nan dat 19 avril 1844, sa ki te sèvi kòm tip pou 18 jiyè 2020. Nan moman sa a, dezyèm zanj lan te rive, e arive li te ann amoni ak vèsè de nan Revelasyon dizwit. Desepsyon sa a te make fen premye zanj lan. Se la dezyèm zanj lan te rive, epi tan reta a nan parabòl dis jennfi yo te kòmanse. Istwa premye zanj lan dwe mache paralèl ak istwa dezyèm lan, epi lè yo aplike l konsa, arive dezyèm zanj lan vin ann amoni ak arive premye zanj lan an 1840 ak 9/11.</w:t>
      </w:r>
    </w:p>
    <w:p>
      <w:pPr>
        <w:pStyle w:val="ArticleBody"/>
        <w:jc w:val="left"/>
      </w:pPr>
      <w:r>
        <w:rPr>
          <w:rFonts w:ascii="Times New Roman" w:hAnsi="Times New Roman" w:eastAsia="Times New Roman" w:cs="Times New Roman"/>
        </w:rPr>
        <w:t>Yon tan retad te rive nan 9/11, ki te antitip pa 19 avril 1844. Nan 9/11, kat van Islam yo te lage, epi apre sa yo te kenbe an fren. Kat van sa yo nan Jan se van brital Ezayi yo, ansanm ak van lès pwofesi a, epi zanj sele a ap monte soti nan lès la. Lè Li monte, Li rele byen fò: “Kenbe, kenbe, kenbe, kenbe,” kat fwa selon Sè White. Tan retad ki kòmanse avèk arive dezyèm zanj lan reprezante kòm kat van yo k ap kenbe an fren jiskaske san karannkat mil yo sele.</w:t>
      </w:r>
    </w:p>
    <w:p>
      <w:pPr>
        <w:pStyle w:val="ArticleBody"/>
        <w:jc w:val="left"/>
      </w:pPr>
      <w:r>
        <w:rPr>
          <w:rFonts w:ascii="Times New Roman" w:hAnsi="Times New Roman" w:eastAsia="Times New Roman" w:cs="Times New Roman"/>
        </w:rPr>
        <w:t>Apre premye desepsyon an, Samuel Snow te vin kondwi pou l rasanble mesaj Kri Minwi a, konsa li te vin prefigire vwa ki rele nan dezè a nan mwa Jiyè 2023.</w:t>
      </w:r>
    </w:p>
    <w:p>
      <w:pPr>
        <w:pStyle w:val="ArticleBody"/>
        <w:jc w:val="left"/>
      </w:pPr>
      <w:r>
        <w:rPr>
          <w:rFonts w:ascii="Times New Roman" w:hAnsi="Times New Roman" w:eastAsia="Times New Roman" w:cs="Times New Roman"/>
        </w:rPr>
        <w:t>Nan reyinyon kan Exeter la, separasyon vyèj yo dapre lwil tès la te pirifye epi netwaye Millerit yo tou, ann amoni ak travay Mesaje Alyans lan. Reyinyon kan Exeter la te reprezante sele a, paske lè sa a travay la te avanse tankou yon vag lanmè k ap debòde, oswa tankou yon gwo lame, jouk twazyèm zanj lan te rive nan dat 22 oktòb 1844. Kle istwa a se separasyon an.</w:t>
      </w:r>
    </w:p>
    <w:p>
      <w:pPr>
        <w:pStyle w:val="ArticleBody"/>
        <w:jc w:val="left"/>
      </w:pPr>
      <w:r>
        <w:rPr>
          <w:rFonts w:ascii="Times New Roman" w:hAnsi="Times New Roman" w:eastAsia="Times New Roman" w:cs="Times New Roman"/>
        </w:rPr>
        <w:t>Dezyèm zanj lan fè yon travay separasyon lè li rive, menm jan li te fè sa nan premye dezapwentman an, epi li te fini avèk separasyon 22 Oktòb la. Nan mitan de separasyon sa yo, mesaj dezyèm zanj lan te pwoklame. Dezyèm zanj lan se yon separasyon pwogresif jouk rive nan dènye tès lwil la. Dènye tès lwil la mennen nan tès desizif twazyèm zanj lan. Tès desizif sa a te kwa a pou Jezi, epi Jaden Jetsemane a, sa vle di “jaden près lwil la,” te vini anvan tès desizif kwa a; epi tès lwil vyèj yo te vini anvan pòt fèmen an nan 1844.</w:t>
      </w:r>
    </w:p>
    <w:p>
      <w:pPr>
        <w:pStyle w:val="ArticleBody"/>
        <w:jc w:val="left"/>
      </w:pPr>
      <w:r>
        <w:rPr>
          <w:rFonts w:ascii="Times New Roman" w:hAnsi="Times New Roman" w:eastAsia="Times New Roman" w:cs="Times New Roman"/>
        </w:rPr>
        <w:t>Dènye tès la, ki te swiv pa jijman, se te dizyèm tès pou ansyen Izrayèl. Lè sa a, yo te kondane pou yo mouri nan dezè a. Kit se Kadès, Jetsemani oswa Exeter; dènye tès la anvan jijman, kote de klas yo separe, idantifye yon dènye tès apre 2023, ki vini anvan jijman pòt fèmen lwa dimanch la. Dènye tès sa a se sele a. Yon dènye oswa denye tès implique yon premye tès.</w:t>
      </w:r>
    </w:p>
    <w:p>
      <w:pPr>
        <w:pStyle w:val="ArticleBody"/>
        <w:jc w:val="left"/>
      </w:pPr>
      <w:r>
        <w:rPr>
          <w:rFonts w:ascii="Times New Roman" w:hAnsi="Times New Roman" w:eastAsia="Times New Roman" w:cs="Times New Roman"/>
        </w:rPr>
        <w:t>An 2023, tan reta a te fini lè Lyon tribi Jida a te louvri vizyon ki te dwe pran reta a, lè li te retire men Li. Lè sa a, travay Samuel Snow a te kòmanse.</w:t>
      </w:r>
    </w:p>
    <w:p>
      <w:pPr>
        <w:pStyle w:val="ArticleBody"/>
        <w:jc w:val="left"/>
      </w:pPr>
      <w:r>
        <w:rPr>
          <w:rFonts w:ascii="Times New Roman" w:hAnsi="Times New Roman" w:eastAsia="Times New Roman" w:cs="Times New Roman"/>
        </w:rPr>
        <w:t>Si nous mettons en parallèle les périodes du premier et du deuxième ange, elles désignent la descente d’un ange porteur d’un message qui éprouve le peuple de Dieu par sa réponse au commandement de prendre et de manger le message. Le message fondamental est ensuite porté au public, jusqu’à ce que le message fondamental échoue. Alors, le troisième ange arrive. La période du troisième ange est celle des dix-neuf années qui furent les dix-neuf années oméga, de 742 av. J.-C. à 723 av. J.-C.</w:t>
      </w:r>
    </w:p>
    <w:p>
      <w:pPr>
        <w:pStyle w:val="ArticleBody"/>
        <w:jc w:val="left"/>
      </w:pPr>
      <w:r>
        <w:rPr>
          <w:rFonts w:ascii="Times New Roman" w:hAnsi="Times New Roman" w:eastAsia="Times New Roman" w:cs="Times New Roman"/>
        </w:rPr>
        <w:t>Peryòd 1844 rive 1863 la, ansanm ak peryòd 742 av. J.-K. rive 723 av. J.-K., mache an paralèl youn ak lòt, epi yo mache an paralèl tou ak peryòd premye ak dezyèm zanj yo. Kat liy sa yo nan istwa pwofetik la aliyen ak 9/11 rive nan lwa dimanch la. Senk liy sa yo se istwa alfa Miller la, “vin wè,” ak omega Kris la, “vin wè.”</w:t>
      </w:r>
    </w:p>
    <w:p>
      <w:pPr>
        <w:pStyle w:val="ArticleHeading"/>
        <w:jc w:val="left"/>
      </w:pPr>
      <w:r>
        <w:rPr>
          <w:rFonts w:ascii="Arial" w:hAnsi="Arial" w:eastAsia="Arial" w:cs="Arial"/>
        </w:rPr>
        <w:t>Kat fwa sèt</w:t>
      </w:r>
    </w:p>
    <w:p>
      <w:pPr>
        <w:pStyle w:val="ArticleBody"/>
        <w:jc w:val="left"/>
      </w:pPr>
      <w:r>
        <w:rPr>
          <w:rFonts w:ascii="Times New Roman" w:hAnsi="Times New Roman" w:eastAsia="Times New Roman" w:cs="Times New Roman"/>
        </w:rPr>
        <w:t>Byen konprann, Levitik vennsis idantifye “sèt fwa” yo, kat fwa, epi “sèt fwa” yo se yon senbòl Miller ak mesaj li a. An 1842, konpreyansyon Miller sou “sèt fwa” yo te enskri sou tablo 1843 a ke Sè White deklare “te dirije pa men Senyè a,” epi “li pa ta dwe chanje.” Sèt ane apre, Miller mouri an 1849, epi sèt ane apre sa mesaj “sèt fwa” yo antre nan dosye a pa Hiram Edson, epi sèt ane apre sa yo rejte li.</w:t>
      </w:r>
    </w:p>
    <w:p>
      <w:pPr>
        <w:pStyle w:val="ArticleBody"/>
        <w:jc w:val="left"/>
      </w:pPr>
      <w:r>
        <w:rPr>
          <w:rFonts w:ascii="Times New Roman" w:hAnsi="Times New Roman" w:eastAsia="Times New Roman" w:cs="Times New Roman"/>
        </w:rPr>
        <w:t>Nan ane 1842, premye tablo Abakik la te pibliye.</w:t>
      </w:r>
    </w:p>
    <w:p>
      <w:pPr>
        <w:pStyle w:val="ArticleBody"/>
        <w:jc w:val="left"/>
      </w:pPr>
      <w:r>
        <w:rPr>
          <w:rFonts w:ascii="Times New Roman" w:hAnsi="Times New Roman" w:eastAsia="Times New Roman" w:cs="Times New Roman"/>
        </w:rPr>
        <w:t>An 1849, mesaje alfa “sèt fwa yo” sou tablo 1843 la mouri.</w:t>
      </w:r>
    </w:p>
    <w:p>
      <w:pPr>
        <w:pStyle w:val="ArticleBody"/>
        <w:jc w:val="left"/>
      </w:pPr>
      <w:r>
        <w:rPr>
          <w:rFonts w:ascii="Times New Roman" w:hAnsi="Times New Roman" w:eastAsia="Times New Roman" w:cs="Times New Roman"/>
        </w:rPr>
        <w:t>An 1856, yo neglije mesaje omega “sèt fwa yo” sou tablo 1850 la.</w:t>
      </w:r>
    </w:p>
    <w:p>
      <w:pPr>
        <w:pStyle w:val="ArticleBody"/>
        <w:jc w:val="left"/>
      </w:pPr>
      <w:r>
        <w:rPr>
          <w:rFonts w:ascii="Times New Roman" w:hAnsi="Times New Roman" w:eastAsia="Times New Roman" w:cs="Times New Roman"/>
        </w:rPr>
        <w:t>An 1863, yo te rejte de tab Habakouk yo, epi yo te pibliye tablo 1863 la.</w:t>
      </w:r>
    </w:p>
    <w:p>
      <w:pPr>
        <w:pStyle w:val="ArticleBody"/>
        <w:jc w:val="left"/>
      </w:pPr>
      <w:r>
        <w:rPr>
          <w:rFonts w:ascii="Times New Roman" w:hAnsi="Times New Roman" w:eastAsia="Times New Roman" w:cs="Times New Roman"/>
        </w:rPr>
        <w:t>Yon tablo diven pibliye nan kòmansman an, epi yon tablo imen pibliye nan fen an. Nan mitan an, yo idantifye de mesaje, paske dezyèm mesaj la toujou genyen yon doubman.</w:t>
      </w:r>
    </w:p>
    <w:p>
      <w:pPr>
        <w:pStyle w:val="ArticleHeading"/>
        <w:jc w:val="left"/>
      </w:pPr>
      <w:r>
        <w:rPr>
          <w:rFonts w:ascii="Arial" w:hAnsi="Arial" w:eastAsia="Arial" w:cs="Arial"/>
        </w:rPr>
        <w:t>Premye zanj lan</w:t>
      </w:r>
    </w:p>
    <w:p>
      <w:pPr>
        <w:pStyle w:val="ArticleBody"/>
        <w:jc w:val="left"/>
      </w:pPr>
      <w:r>
        <w:rPr>
          <w:rFonts w:ascii="Times New Roman" w:hAnsi="Times New Roman" w:eastAsia="Times New Roman" w:cs="Times New Roman"/>
        </w:rPr>
        <w:t>Nan ane 1842, premye tablo Abakik la te pibliye.</w:t>
      </w:r>
    </w:p>
    <w:p>
      <w:pPr>
        <w:pStyle w:val="ArticleHeading"/>
        <w:jc w:val="left"/>
      </w:pPr>
      <w:r>
        <w:rPr>
          <w:rFonts w:ascii="Arial" w:hAnsi="Arial" w:eastAsia="Arial" w:cs="Arial"/>
        </w:rPr>
        <w:t>Dezyèm zanj lan</w:t>
      </w:r>
    </w:p>
    <w:p>
      <w:pPr>
        <w:pStyle w:val="ArticleBody"/>
        <w:jc w:val="left"/>
      </w:pPr>
      <w:r>
        <w:rPr>
          <w:rFonts w:ascii="Times New Roman" w:hAnsi="Times New Roman" w:eastAsia="Times New Roman" w:cs="Times New Roman"/>
        </w:rPr>
        <w:t>An 1849, ansyen mesaje tablo 1843 la mouri.</w:t>
      </w:r>
    </w:p>
    <w:p>
      <w:pPr>
        <w:pStyle w:val="ArticleBody"/>
        <w:jc w:val="left"/>
      </w:pPr>
      <w:r>
        <w:rPr>
          <w:rFonts w:ascii="Times New Roman" w:hAnsi="Times New Roman" w:eastAsia="Times New Roman" w:cs="Times New Roman"/>
        </w:rPr>
        <w:t>An 1856, yo neglije nouvo mesaje tablo 1850 la.</w:t>
      </w:r>
    </w:p>
    <w:p>
      <w:pPr>
        <w:pStyle w:val="ArticleHeading"/>
        <w:jc w:val="left"/>
      </w:pPr>
      <w:r>
        <w:rPr>
          <w:rFonts w:ascii="Arial" w:hAnsi="Arial" w:eastAsia="Arial" w:cs="Arial"/>
        </w:rPr>
        <w:t>Twazyèm zanj lan</w:t>
      </w:r>
    </w:p>
    <w:p>
      <w:pPr>
        <w:pStyle w:val="ArticleBody"/>
        <w:jc w:val="left"/>
      </w:pPr>
      <w:r>
        <w:rPr>
          <w:rFonts w:ascii="Times New Roman" w:hAnsi="Times New Roman" w:eastAsia="Times New Roman" w:cs="Times New Roman"/>
        </w:rPr>
        <w:t>An 1863, yo rejte mesaj la, epi yo te pibliye tablo 1863 la.</w:t>
      </w:r>
    </w:p>
    <w:p>
      <w:pPr>
        <w:pStyle w:val="ArticleBody"/>
        <w:jc w:val="left"/>
      </w:pPr>
      <w:r>
        <w:rPr>
          <w:rFonts w:ascii="Times New Roman" w:hAnsi="Times New Roman" w:eastAsia="Times New Roman" w:cs="Times New Roman"/>
        </w:rPr>
        <w:t>Yon peryòd venteyen ane ki reprezante kat senbòl “sèt fwa yo”, ki separe youn ak lòt pa sèt ane egzak. Mesaj alfa a pibliye (1842), mesaje alfa a mouri (1849), yo inyore mesaje omega a (1856), epi yo rejte mesaj omega a (1863), sa ki sèvi kòm tip pou 2012; 18 Jiyè 2020; 2023; ak lwa dimanch ki pral vini talè a. Lanmò Miller an 1849 aliyen ak 18 Jiyè 2020. Mesaje a, ansanm ak mesaj la, te resisite an 2023. Kounye a mesaj omega a ap devwale, epi li swiv pa lwa dimanch 1863 la.</w:t>
      </w:r>
    </w:p>
    <w:p>
      <w:pPr>
        <w:pStyle w:val="ArticleBody"/>
        <w:jc w:val="left"/>
      </w:pPr>
      <w:r>
        <w:rPr>
          <w:rFonts w:ascii="Times New Roman" w:hAnsi="Times New Roman" w:eastAsia="Times New Roman" w:cs="Times New Roman"/>
        </w:rPr>
        <w:t>Nan mouvman Millerit la, mesaj la te tabli epi apre sa mesaje a te mouri. Nan mouvman paralèl la, mesaj la te tabli epi apre sa mesaj la te mouri. Mesaj la te resisite an 1856 ak 2023. Apostazi se etikèt ane 1863 la, epi viktwa se etikèt korespondan li nan lwa dimanch lan. Anvan apostazi ak viktwa lwa dimanch lan ak ane 1863 la, yo mete devan je moun yo devwale limyè omega wòch tèt la ki te sele a, limyè “sèt fwa” yo nan 1856 la, jan sa ye depi 2023.</w:t>
      </w:r>
    </w:p>
    <w:p>
      <w:pPr>
        <w:pStyle w:val="ArticleBody"/>
        <w:jc w:val="left"/>
      </w:pPr>
      <w:r>
        <w:rPr>
          <w:rFonts w:ascii="Times New Roman" w:hAnsi="Times New Roman" w:eastAsia="Times New Roman" w:cs="Times New Roman"/>
        </w:rPr>
        <w:t>Nou pral kontinye nan pwochen atik la.</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«volonte» ak «kas» — «pwotektè fèm», «gadyen detèmine», oswa «gèrye ak volonte fò».</w:t>
      </w:r>
    </w:p>
    <w:p>
      <w:pPr>
        <w:pStyle w:val="ArticleScripture"/>
        <w:jc w:val="left"/>
      </w:pPr>
      <w:r>
        <w:rPr>
          <w:rFonts w:ascii="Times New Roman" w:hAnsi="Times New Roman" w:eastAsia="Times New Roman" w:cs="Times New Roman"/>
        </w:rPr>
        <w:t>Miller: yon moun ki opere yon moulen, espesyalman yon moulen ki moulen grenn pou fè farin.</w:t>
      </w:r>
    </w:p>
    <w:p>
      <w:pPr>
        <w:pStyle w:val="ArticleHeading"/>
        <w:jc w:val="left"/>
      </w:pPr>
      <w:r>
        <w:rPr>
          <w:rFonts w:ascii="Arial" w:hAnsi="Arial" w:eastAsia="Arial" w:cs="Arial"/>
        </w:rPr>
        <w:t>Gèrye ki gen volonte fèm</w:t>
      </w:r>
    </w:p>
    <w:p>
      <w:pPr>
        <w:pStyle w:val="ArticleScripture"/>
        <w:jc w:val="left"/>
      </w:pPr>
      <w:r>
        <w:rPr>
          <w:rFonts w:ascii="Times New Roman" w:hAnsi="Times New Roman" w:eastAsia="Times New Roman" w:cs="Times New Roman"/>
        </w:rPr>
        <w:t>“Yon kiltivatè dwat, ki gen yon kè onèt, ki te vin mennen pou l doute otorite diven Ekriti yo, men ki te sensèman anvi konnen verite a, se li menm Bondye te chwazi espesyalman pou pran devan nan pwoklamasyon dezyèm vini Kris la. Menm jan ak anpil lòt refòmatè, William Miller te, nan kòmansman lavi li, konbat ak povrete, e konsa li te aprann gwo leson enèji ak renonsman sou tèt li. Manm fanmi kote li te soti a te make pa yon lespri endepandan, ki renmen libète, pa kapasite pou andire, ak pa yon patriyotis cho—kalite ki te parèt byen klè tou nan karaktè pa li. Papa li te yon kapitèn nan lame Revolisyon an, e se nan sakrifis li te fè nan lit ak soufrans peryòd tanpèt sa a yo ka remonte orijin sikonstans sere ki te make premye ane lavi Miller.”</w:t>
      </w:r>
    </w:p>
    <w:p>
      <w:pPr>
        <w:pStyle w:val="ArticleScripture"/>
        <w:jc w:val="left"/>
      </w:pPr>
      <w:r>
        <w:rPr>
          <w:rFonts w:ascii="Times New Roman" w:hAnsi="Times New Roman" w:eastAsia="Times New Roman" w:cs="Times New Roman"/>
        </w:rPr>
        <w:t>“Li te gen yon konstitisyon fizik ki solid, e menm depi nan anfans li te bay prèv yon fòs entelektyèl ki te depase òdinè a. Pandan li t ap grandi, sa te vin parèt pi klè toujou. Lespri li te aktif e byen devlope, e li te gen yon swaf viv pou konesans. Byenke li pa t jwi avantaj yon edikasyon inivèsitè, lanmou li pou etid ansanm ak abitid li genyen pou reflechi ak anpil swen epi pou egzèse yon kritik sevè te fè li tounen yon nonm ki gen bon jijman ak vizyon laj. Li te gen yon karaktè moral san repwòch ak yon repitasyon moun ta anvi genyen, paske an jeneral yo te respekte l pou entegrite li, lespri ekonomi li, ak byenveyans li. Gras a enèji ak aplikasyon li, li te byen bonè rive genyen ase mwayen pou viv, menm si li te kontinye kenbe abitid etid li yo. Li te okipe divès fonksyon sivil ak militè avèk onè, e chemen ki mennen nan richès ak onè te sanble louvri devan li byen laj.” The Great Controversy, 317.</w:t>
      </w:r>
    </w:p>
    <w:p>
      <w:pPr>
        <w:pStyle w:val="ArticleScripture"/>
        <w:jc w:val="left"/>
      </w:pPr>
      <w:r>
        <w:rPr>
          <w:rFonts w:ascii="Times New Roman" w:hAnsi="Times New Roman" w:eastAsia="Times New Roman" w:cs="Times New Roman"/>
        </w:rPr>
        <w:t>“Konesans Bondye pa dwe jwenn san efò lespri, san lapriyè pou sajès, pou nou kapab separe pay la, ak ki lèzòm ak Satan te defòme doktrin laverite yo, de grenn pi bon kalite laverite a. Satan ansanm ak gwoup ajan imen li yo te fè jefò pou melanje pay erè a ak ble laverite a. Nou dwe chèche avèk dilijans trezò ki kache a, epi chèche sajès ki soti nan syèl la, pou nou kapab separe envansyon lèzòm yo ak kòmandman diven yo. Sentespri a ap ede moun k ap chèche gwo verite presye yo ki gen rapò ak plan redanmsyon an. Mwen ta renmen fè tout moun byen konprann lefètke yon lekti aksidantèl nan Ekriti yo pa sifi. Nou dwe fouye, epi sa vle di fè tout sa pawòl la enplike. Menm jan minè a fouye tè a avèk anpresman pou l dekouvri venn lò yo, konsa nou menm nou dwe fouye Pawòl Bondye a pou trezò ki kache a, trezò Satan ap chèche kache devan lèzòm depi lontan. Senyè a di: ‘Si yon moun vle fè volonte li, l ap konnen konsènan ansèyman an.’ Jan 7:17, Revised Version.”</w:t>
      </w:r>
    </w:p>
    <w:p>
      <w:pPr>
        <w:pStyle w:val="ArticleScripture"/>
        <w:jc w:val="left"/>
      </w:pPr>
      <w:r>
        <w:rPr>
          <w:rFonts w:ascii="Times New Roman" w:hAnsi="Times New Roman" w:eastAsia="Times New Roman" w:cs="Times New Roman"/>
        </w:rPr>
        <w:t>“Pawòl Bondye a se verite ak limyè, e li dwe yon lanp pou pye nou, pou gide nou nan chak etap sou chemen an rive jouk nan pòtay vil Bondye a. Se poutèt sa Satan fè tout efò dezespere konsa pou bare chemen ki te prepare pou rachte Seyè a mache ladan l. Nou pa dwe pote pwòp lide nou bay Bib la, epi fè opinyon nou tounen sant kote verite a dwe vire toutotou. Nou dwe mete lide pa nou sou kote depi nan papòt rechèch la, epi avèk kè imil ak soumèt, avèk pwòp tèt nou kache nan Kris la, avèk lapriyè sensè, nou dwe chèche sajès nan men Bondye. Nou dwe santi nou gen pou nou konnen volonte Bondye jan li revele a, paske sa konsène byennèt pèsonèl nou pou letènite. Bib la se yon gid kote nou ka konnen chemen ki mennen nan lavi etènèl. Nou dwe anvi, pi wo pase tout lòt bagay, pou nou ka konnen volonte ak chemen Seyè a. Nou pa dwe fouye pou n jwenn tèks Lekriti nou ka entèprete pou pwouve teyori pa nou yo; paske pawòl Bondye a deklare ke sa se tòde Ekriti yo pou pwòp destriksyon pa nou. Nou dwe vide tèt nou de tout prejije, epi vini nan lespri lapriyè pou nou egzamine pawòl Bondye a.” Review and Herald, 11 septanm 1894.</w:t>
      </w:r>
    </w:p>
    <w:p>
      <w:pPr>
        <w:pStyle w:val="ArticleScripture"/>
        <w:jc w:val="left"/>
      </w:pPr>
      <w:r>
        <w:rPr>
          <w:rFonts w:ascii="Times New Roman" w:hAnsi="Times New Roman" w:eastAsia="Times New Roman" w:cs="Times New Roman"/>
        </w:rPr>
        <w:t>“William Miller te fèt nan Pittsfield, Massachusetts. Edikasyon fòmèl li te limite a sèlman 18 mwa, men li te vin yon moun ki te fòme tèt li grasa gwo abitid li te genyen pou li. Li te kòmanse ekri tou depi byen bonè, li te konpoze pwezi epi li te konn kenbe yon jounal pèsonèl. Lekti li yo te mete l an kontak ak otè enfidèl ki te enfliyanse l nan direksyon deyis la. Li te vin jij de pè nan fen ventèn li, epi li te goumen nan Lagè 1812 la. Plizyè eksperyans pandan konfli sa a te vire panse li nan direksyon yon Bondye pèsonèl. Rive nan ane 1816, li te konvèti, epi li te kòmanse etidye Bib la avèk anpil seryezman. Li te ekri: ‘Ekriti yo... te vin tounen plezi mwen, epi nan Jezi mwen te jwenn yon zanmi.’”</w:t>
      </w:r>
    </w:p>
    <w:p>
      <w:pPr>
        <w:pStyle w:val="ArticleScripture"/>
        <w:jc w:val="left"/>
      </w:pPr>
      <w:r>
        <w:rPr>
          <w:rFonts w:ascii="Times New Roman" w:hAnsi="Times New Roman" w:eastAsia="Times New Roman" w:cs="Times New Roman"/>
        </w:rPr>
        <w:t>Nan lane 1818, pandan l t ap etidye pwofesi yo, li te rive nan konklizyon ke Jezi t ap retounen “alantou 1843.” An 1831, apre li te resevwa yon gwo konviksyon ak gidans pwovidansyèl pou fè sa, li te kòmanse pataje etid li yo an piblik nan ti reyinyon. Apre li te rankontre J. V. Himes, yon editè enpòtan, an 1839, chemen an te louvri pou l preche devan gwo foul moun nan gran vil yo. Byenke anpil moun te opoze avè l, predikasyon pa li a, ansanm ak predikasyon lòt moun ki te resevwa mesaj sou Dezyèm Avènman an, te gen yon enpak konsiderab, konsa jiska 100,000 moun te aksepte kwayans nan retou Kris la ki te prèt pou fèt. Ellen Harmon te tande l nan Portland, Maine, nan mwa mas 1840 lè li te gen 12 an. Li rakonte: “Mesye Miller te suiv pwofesi yo ak yon presizyon ki te frape konviksyon nan kè moun ki t ap koute l yo. Li te ensiste sou peryòd pwofetik yo, e li te prezante anpil prèv pou ranfòse pozisyon li. Apre sa, apèl ak avètisman li yo, ki te grav e pisan, pou moun ki pa t pare yo, te kenbe foul la tankou anba yon echanj.”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Trannsis</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