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 Joèl la ak Legliz Advantis Setyèm Jou Laodise a - Nimewo Trant-Sèt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2026-01-29</w:t>
      </w:r>
    </w:p>
    <w:p>
      <w:pPr>
        <w:pStyle w:val="ArticleHeading"/>
        <w:jc w:val="left"/>
      </w:pPr>
      <w:r>
        <w:rPr>
          <w:rFonts w:ascii="Arial" w:hAnsi="Arial" w:eastAsia="Arial" w:cs="Arial"/>
        </w:rPr>
        <w:t>Nimewo Trant-Sèt</w:t>
      </w:r>
    </w:p>
    <w:p>
      <w:pPr>
        <w:pStyle w:val="ArticleBody"/>
        <w:jc w:val="left"/>
      </w:pPr>
      <w:r>
        <w:rPr>
          <w:rFonts w:ascii="Times New Roman" w:hAnsi="Times New Roman" w:eastAsia="Times New Roman" w:cs="Times New Roman"/>
        </w:rPr>
        <w:t>Nan rèv William Miller a, “bridsoukou” ki te fèt nan kòmansman an, lè pèp la te kòmanse twouble bijou yo, te vini apre Miller te fin rasanble bijou yo epi li te rele: “vin wè.” Kris la, kòm nonm ki gen bwòs pousyè a, sèvi ak bale a pou bale fatra yo deyò, rasanble bijou yo nan yon bwat ki pi gwo anpil, epi apre sa Li rele Miller pou l “vin wè.” Lè Kris la kòmanse travay bale Li a, chanm nan vid, paske Miller te ekri ke yon “pòt te louvri, epi yon nonm te antre nan chanm nan; lè sa a tout pèp la te kite l; epi li menm, avèk yon bwòs pousyè nan men li, te louvri fenèt yo, epi li te kòmanse bwose pousyè ak fatra yo soti nan chanm nan.”</w:t>
      </w:r>
    </w:p>
    <w:p>
      <w:pPr>
        <w:pStyle w:val="ArticleBody"/>
        <w:jc w:val="left"/>
      </w:pPr>
      <w:r>
        <w:rPr>
          <w:rFonts w:ascii="Times New Roman" w:hAnsi="Times New Roman" w:eastAsia="Times New Roman" w:cs="Times New Roman"/>
        </w:rPr>
        <w:t>Nonmoun ki gen bwòs pousyè a antre nan chanm nan lè tout moun te fin kite li. An 2023, nonmoun ki gen bwòs pousyè a te antre nan chanm vid la, paske mouvman san karant-kat mil yo te kraze epi gaye. Verite ki te reprezante pa Tab Habakik yo an 2012 te antere anba fatra, e chanm nan te vid. Nonmoun ki gen bwòs pousyè a se Li menm ki te vini apre Jan Batis, moun Jan te di ki te gen yon van, e ke Li t ap sèvi ak van sa a pou Li netwaye glasi pa Li a nèt ale.</w:t>
      </w:r>
    </w:p>
    <w:p>
      <w:pPr>
        <w:pStyle w:val="ArticleScripture"/>
        <w:jc w:val="left"/>
      </w:pPr>
      <w:r>
        <w:rPr>
          <w:rFonts w:ascii="Times New Roman" w:hAnsi="Times New Roman" w:eastAsia="Times New Roman" w:cs="Times New Roman"/>
        </w:rPr>
        <w:t>Mwen menm, mwen batize nou ak dlo pou mennen nou nan repantans; men sila a ki vini apre mwen an pi pwisan pase mwen, e mwen pa menm diy pou pote soulye li; li menm, l ap batize nou ak Sentespri a ak dife. Li gen l vanyan nan men li, e l ap netwaye glasi l nèt ale; l ap ranmase ble li yo mete yo nan depo a, men l ap boule pay yo ak yon dife ki pa ka etenn. Lè sa a, Jezi soti Galile pou l vin bò Jouden kot Jan, pou Jan batize li. Matye 3:11–13.</w:t>
      </w:r>
    </w:p>
    <w:p>
      <w:pPr>
        <w:pStyle w:val="ArticleBody"/>
        <w:jc w:val="left"/>
      </w:pPr>
      <w:r>
        <w:rPr>
          <w:rFonts w:ascii="Times New Roman" w:hAnsi="Times New Roman" w:eastAsia="Times New Roman" w:cs="Times New Roman"/>
        </w:rPr>
        <w:t>Galile se yon senbòl yon pwen chanjman, epi kote sou Jouden an kote Jezi te vini pou l te batize a rele Bètabara, e sa vle di “pasaj travèse a,” epi li make kote ansyen Izrayèl te travèse pou antre nan Tè Pwomiz la. Lè Jezi te batize, se lè sa a Li te vin Jezi Kris la. Galile, Jouden, Bètabara ak Jezi ki vin Kris la, yo tout mete anfaz sou yon chanjman nan dispansasyon an, ki se sa yon pòt reprezante tou, sitou pou Filadèlfyen yo, yo menm yo bay kle pòt ki louvri epi ki fèmen an.</w:t>
      </w:r>
    </w:p>
    <w:p>
      <w:pPr>
        <w:pStyle w:val="ArticleScripture"/>
        <w:jc w:val="left"/>
      </w:pPr>
      <w:r>
        <w:rPr>
          <w:rFonts w:ascii="Times New Roman" w:hAnsi="Times New Roman" w:eastAsia="Times New Roman" w:cs="Times New Roman"/>
        </w:rPr>
        <w:t>Epi pou zanj legliz ki nan Filadèlfi a, ekri: Men sa Sila a ki sen an, Sila a ki veritab la, Sila a ki gen kle David la, Sila a ki louvri, epi pesonn pa fèmen; e ki fèmen, epi pesonn pa louvri, di: Mwen konnen zèv ou yo. Gade, mwen mete devan ou yon pòt ouvè, epi pesonn pa ka fèmen li; paske ou gen yon ti fòs, ou kenbe pawòl mwen, epi ou pa t renye non mwen. Revelasyon 3:7, 8.</w:t>
      </w:r>
    </w:p>
    <w:p>
      <w:pPr>
        <w:pStyle w:val="ArticleBody"/>
        <w:jc w:val="left"/>
      </w:pPr>
      <w:r>
        <w:rPr>
          <w:rFonts w:ascii="Times New Roman" w:hAnsi="Times New Roman" w:eastAsia="Times New Roman" w:cs="Times New Roman"/>
        </w:rPr>
        <w:t>Lè Kris la te “louvri” “pòt la” epi “antre nan chanm nan,” chanm nan te “chanm pa li,” paske li netwaye “planche pa li” nèt. Si se planche pa li, se chanm pa li.</w:t>
      </w:r>
    </w:p>
    <w:p>
      <w:pPr>
        <w:pStyle w:val="ArticleScripture"/>
        <w:jc w:val="left"/>
      </w:pPr>
      <w:r>
        <w:rPr>
          <w:rFonts w:ascii="Times New Roman" w:hAnsi="Times New Roman" w:eastAsia="Times New Roman" w:cs="Times New Roman"/>
        </w:rPr>
        <w:t>“Se nan Kapènawòm Jezi te rete nan entèval vwayaj Li yo ale vini, e vil sa a te vin konnen kòm ‘pwòp vil pa Li.’ Li te sou rivaj Lanmè Galile a, e toupre fwontyè bèl plenn Jenezarèt la, si se pa t vrèman sou li menm.” The Desire of Ages, 252.</w:t>
      </w:r>
    </w:p>
    <w:p>
      <w:pPr>
        <w:pStyle w:val="ArticleBody"/>
        <w:jc w:val="left"/>
      </w:pPr>
      <w:r>
        <w:rPr>
          <w:rFonts w:ascii="Times New Roman" w:hAnsi="Times New Roman" w:eastAsia="Times New Roman" w:cs="Times New Roman"/>
        </w:rPr>
        <w:t>Li antre nan chanm Li pou ranmase ble pa Li a, epi pou ranmase move zèb yo epi boule yo. Chanjman dispansasyon Galile, Jouden, Bètabara, batèm nan, pasaj soti nan Jan rive nan Jezi a reprezante a, ann amoni ak tranzisyon legliz militan Lawodise a pou rive nan legliz triyonfan Filadèlfi a. Li te antre nan chanm Li an Jiyè 2023. Miller te fèmen je l nan bri-bra Jiyè 18, 2020, epi lè li louvri je l, chanm nan te vid moun; verite te antere anba erè, epi answit nonm ki gen bwòs pousyè a louvri fenèt yo e li te kòmanse bale fatra yo deyò.</w:t>
      </w:r>
    </w:p>
    <w:p>
      <w:pPr>
        <w:pStyle w:val="ArticleScripture"/>
        <w:jc w:val="left"/>
      </w:pPr>
      <w:r>
        <w:rPr>
          <w:rFonts w:ascii="Times New Roman" w:hAnsi="Times New Roman" w:eastAsia="Times New Roman" w:cs="Times New Roman"/>
        </w:rPr>
        <w:t>“‘Li gen laye li nan men li, epi l ap netwaye glasi li nèt ale, epi l ap ranmase ble li nan galata a.’ Matye 3:12. Sa a te youn nan tan pirifikasyon yo. Pa mwayen pawòl verite yo, pay la t ap separe ak ble a. Paske yo te twò vaniteux e twò jis nan pwòp je pa yo pou yo resevwa repwòch, twò renmen lemonn pou yo aksepte yon lavi imilite, anpil te vire do bay Jezi. Anpil moun toujou ap fè menm bagay la. Nanm yo ap sibi eprèv jodi a menm jan sa te ye pou disip sa yo nan sinagòg Kapènawòm nan. Lè verite a rive touche kè a, yo wè lavi yo pa ann amoni ak volonte Bondye. Yo wè nesesite pou yon chanjman total nan yo menm; men yo pa dispoze antre nan travay renonsman tèt la. Se poutèt sa yo fache lè peche yo dekouvri. Yo ale, yo vin bite, menm jan disip yo te kite Jezi a, pandan yo t ap bougonnen: ‘Sa a se yon pawòl di; kiyès ki ka koute li?’” The Desire of Ages, 392.</w:t>
      </w:r>
    </w:p>
    <w:p>
      <w:pPr>
        <w:pStyle w:val="ArticleBody"/>
        <w:jc w:val="left"/>
      </w:pPr>
      <w:r>
        <w:rPr>
          <w:rFonts w:ascii="Times New Roman" w:hAnsi="Times New Roman" w:eastAsia="Times New Roman" w:cs="Times New Roman"/>
        </w:rPr>
        <w:t>Nan dènye jou ane 2023 la, ki rive manyen premye jou ane 2024 la, Lyon branch fanmi Jida a te kòmanse devwale pwogresivman revelasyon tèt li. An akò ak pwosesis eprèv an twa etap dekachètman Danyèl douz la, t ap gen twa tès, ki reprezante kòm “pirifye, blanchi, epi eprouve.”</w:t>
      </w:r>
    </w:p>
    <w:p>
      <w:pPr>
        <w:pStyle w:val="ArticleScripture"/>
        <w:jc w:val="left"/>
      </w:pPr>
      <w:r>
        <w:rPr>
          <w:rFonts w:ascii="Times New Roman" w:hAnsi="Times New Roman" w:eastAsia="Times New Roman" w:cs="Times New Roman"/>
        </w:rPr>
        <w:t>Li di: Ale fè wout ou, Danyèl; paske pawòl yo fèmen e sele jouk nan tan lafen an. Anpil pral pirifye, yo pral blanchi, e yo pral pase anba eprèv; men mechan yo pral kontinye fè mechanste; e okenn nan mechan yo p ap konprann; men saj yo va konprann. Danyèl 12:9, 10.</w:t>
      </w:r>
    </w:p>
    <w:p>
      <w:pPr>
        <w:pStyle w:val="ArticleBody"/>
        <w:jc w:val="left"/>
      </w:pPr>
      <w:r>
        <w:rPr>
          <w:rFonts w:ascii="Times New Roman" w:hAnsi="Times New Roman" w:eastAsia="Times New Roman" w:cs="Times New Roman"/>
        </w:rPr>
        <w:t>Premye zanj lan reprezante pirifikasyon, pandan pechè ki vin anba kondanasyon an mete peche li yo sou sakrifis la nan lakou a, kote li jistifye pa san an.</w:t>
      </w:r>
    </w:p>
    <w:p>
      <w:pPr>
        <w:pStyle w:val="ArticleBody"/>
        <w:jc w:val="left"/>
      </w:pPr>
      <w:r>
        <w:rPr>
          <w:rFonts w:ascii="Times New Roman" w:hAnsi="Times New Roman" w:eastAsia="Times New Roman" w:cs="Times New Roman"/>
        </w:rPr>
        <w:t>Apre sa, yo pran san an pou antre nan kote ki sen an, kote pwosesis sanktifikasyon sentete a reprezante kòm yon blanchi ki fèt atravè lave ak san an ki soti nan lakou a. Se la jistis la manifeste nan sila yo ki genyen batay la pa san an ak pa pawòl temwayaj yo.</w:t>
      </w:r>
    </w:p>
    <w:p>
      <w:pPr>
        <w:pStyle w:val="ArticleBody"/>
        <w:jc w:val="left"/>
      </w:pPr>
      <w:r>
        <w:rPr>
          <w:rFonts w:ascii="Times New Roman" w:hAnsi="Times New Roman" w:eastAsia="Times New Roman" w:cs="Times New Roman"/>
        </w:rPr>
        <w:t>Lè sa a yo pase anba eprèv, epi nan dènye jou yo yo jwenn yo dis fwa pi bon pase tout lòt saj Babilòn yo. Twazyèm eprèv la se lè yo jwenn glwa nan Kote ki Pi Sen an, epi yo distenge ak lòt klas saj ki fè pwofesyon sajès yo. Twazyèm eprèv sa a se lwa dimanch lan, e premye eprèv la se apèl premye zanj lan pou retounen nan fondasyon yo, paske nan etap ki vin apre a tanp lan bati. Etap ki vin apre sa a se mesaj separasyon dezyèm zanj lan, epi apre sa vini eprèv desizif twazyèm zanj lan.</w:t>
      </w:r>
    </w:p>
    <w:p>
      <w:pPr>
        <w:pStyle w:val="ArticleBody"/>
        <w:jc w:val="left"/>
      </w:pPr>
      <w:r>
        <w:rPr>
          <w:rFonts w:ascii="Times New Roman" w:hAnsi="Times New Roman" w:eastAsia="Times New Roman" w:cs="Times New Roman"/>
        </w:rPr>
        <w:t>An 2023, premye zanj lan te rive jan Li te fè sa 11 out 1840, lè li te desann avèk yon mesaj sou Islam kòm dezyèm malè a. Li te desann jan Li te fè sa nan 9/11, avèk yon mesaj sou Islam kòm twazyèm malè a, ansanm avèk apèl pou retounen nan ansyen chemen yo. Fondasyon istwa Millerit la te etabli yon fwa mesaj dezyèm malè a te akonpli 11 out 1840. Lè sa a, zanj Revelasyon chapit dis la te desann, konsa li te sèvi kòm tip pou desandan zanj Revelasyon chapit dizwit la ak rive twazyèm malè a.</w:t>
      </w:r>
    </w:p>
    <w:p>
      <w:pPr>
        <w:pStyle w:val="ArticleBody"/>
        <w:jc w:val="left"/>
      </w:pPr>
      <w:r>
        <w:rPr>
          <w:rFonts w:ascii="Times New Roman" w:hAnsi="Times New Roman" w:eastAsia="Times New Roman" w:cs="Times New Roman"/>
        </w:rPr>
        <w:t>Jozye Litch se pèsonaj istorik ki asosye ak fondasyon yo ki te etabli 11 dawout 1840. Non “Jozye” a vle di “fondasyon Bondye,” epi wa Jozye, nan istwa sakre a, reprezante refòm Jozye a, ki te gen ladan dekouvèt madichon Moyiz la, ki te antere anba debri yo nan tanp lan, menm jan bijou Miller yo te antere nan chanm nan.</w:t>
      </w:r>
    </w:p>
    <w:p>
      <w:pPr>
        <w:pStyle w:val="ArticleBody"/>
        <w:jc w:val="left"/>
      </w:pPr>
      <w:r>
        <w:rPr>
          <w:rFonts w:ascii="Times New Roman" w:hAnsi="Times New Roman" w:eastAsia="Times New Roman" w:cs="Times New Roman"/>
        </w:rPr>
        <w:t>Wa Josya mouri Megido, ki se Amagedon nan Revelasyon chapit sèz la. Refòm Josya a te yon akonplisman pwofesi pwofèt dezobeyisan an te pwoklame, lè Jewoboram te leve de lotèl yo nan Betèl ak Dann. Pwofèt dezobeyisan sa a te mouri ant bourik la ak lyon an. Yo te anonse Wa Josya davans, pa non, epi refòm li a te fè pati prediksyon an, ki te gen ladan l ke Wa Josya, nan lavni, t ap kraze menm lotèl kote pwofèt dezobeyisan an te konfwonte wa mechan Jewoboram nan.</w:t>
      </w:r>
    </w:p>
    <w:p>
      <w:pPr>
        <w:pStyle w:val="ArticleBody"/>
        <w:jc w:val="left"/>
      </w:pPr>
      <w:r>
        <w:rPr>
          <w:rFonts w:ascii="Times New Roman" w:hAnsi="Times New Roman" w:eastAsia="Times New Roman" w:cs="Times New Roman"/>
        </w:rPr>
        <w:t>Jozya vle di fondasyon Bondye, e wa Jozya te akonpli prediksyon yo te bay anviwon 340 ane anvan rèy li. Li te pran tèt yon revèy ak yon refòm ki, anfen, te rive devan lotèl kote pwofèt ki soti Jida a te konfwonte wa Jewoboram. Lè li te rive la, Jozya te kraze lotèl la nèt, jan pwofesi a te di li t ap fè. De lotèl Jewoboram sa yo te kontrefason entansyonèl tanp ki nan Jerizalèm nan, menm jouk nan pwen Jewoboram te tabli jou fèt kontrefè. Lè li te fè sa, li te senpleman ap fè sa Arawon te fè ak ti towo bèf an lò a. Rebelyon Arawon an te nan fondasyon istwa sakre ansyen Izrayèl la. Sa te rive pandan Moyiz t ap resevwa Lalwa a, ki se fondasyon gouvènman Bondye a.</w:t>
      </w:r>
    </w:p>
    <w:p>
      <w:pPr>
        <w:pStyle w:val="ArticleBody"/>
        <w:jc w:val="left"/>
      </w:pPr>
      <w:r>
        <w:rPr>
          <w:rFonts w:ascii="Times New Roman" w:hAnsi="Times New Roman" w:eastAsia="Times New Roman" w:cs="Times New Roman"/>
        </w:rPr>
        <w:t>Rebelyon Arawon an se yon rebelyon fondamantal, e li te repete lè Jewoboram te fonde dis tribi nò yo kòm Izrayèl. Moyiz te reprimande Arawon, e Moyiz se alfa a, oswa fondasyon an, an rapò ak Kris la omega. Arawon ak Moyiz reprezante de klas nan rebelyon fondamantal la, epi yon twazyèm klas se ewo yo ki te kanpe avèk Moyiz—Levit yo. Wa Jewoboram ak pwofèt ki soti Jida a se de klas yo nan rebelyon fondamantal wayòm nò a, epi yon lòt fwa ankò Levit yo se ewo yo.</w:t>
      </w:r>
    </w:p>
    <w:p>
      <w:pPr>
        <w:pStyle w:val="ArticleBody"/>
        <w:jc w:val="left"/>
      </w:pPr>
      <w:r>
        <w:rPr>
          <w:rFonts w:ascii="Times New Roman" w:hAnsi="Times New Roman" w:eastAsia="Times New Roman" w:cs="Times New Roman"/>
        </w:rPr>
        <w:t>Nan rebelyon fondamantal Jewoboram nan, pwofèt ki te soti Jida a reprimande li epi li pwofetize konsènan yon wa yo t ap rele “fondasyon Bondye” — Jozyas. Akonplisman refòm yo te predi a te gen ladan l lefètke, lè Jozyas te kòmanse renesans ak refòm li a, yo te dekouvri madichon Moyiz la, epi lekti pawòl sakre Moyiz yo te bay fòs ak pouvwa a yon renesans ak yon refòm ki te deja kòmanse. Jozyas, klèman yon senbòl pwofetik, reprezante yon renesans ak yon refòm ki jwenn fòs li lè yo dekouvri yon pwofesi ki soti nan ekriti Moyiz yo.</w:t>
      </w:r>
    </w:p>
    <w:p>
      <w:pPr>
        <w:pStyle w:val="ArticleBody"/>
        <w:jc w:val="left"/>
      </w:pPr>
      <w:r>
        <w:rPr>
          <w:rFonts w:ascii="Times New Roman" w:hAnsi="Times New Roman" w:eastAsia="Times New Roman" w:cs="Times New Roman"/>
        </w:rPr>
        <w:t>Rebelyon fondamantal nan istwa wa Jewoboram nan reprezante pa wa Izrayèl la, epi tou pa pwofèt ki soti Jida a, ki te voye avèk yon pwononsyasyon diven kont rebelyon fondamantal Jewoboram lan ansanm ak enstriksyon pou pwofèt la ki te idantifye ki chemen pou l evite lè l t ap retounen Jida. Pwofèt ki soti Jida a rejte demann Jewoboram pou l rete, men apre sa li aksepte envitasyon pwofèt mansonjè Betèl la, epi li sele sò pa li. Pwofèt dezobeyisan an t ap mouri ant bourik la ak lyon an, epi apre sa yo t ap antere l nan tonm pwofèt mansonjè a.</w:t>
      </w:r>
    </w:p>
    <w:p>
      <w:pPr>
        <w:pStyle w:val="ArticleBody"/>
        <w:jc w:val="left"/>
      </w:pPr>
      <w:r>
        <w:rPr>
          <w:rFonts w:ascii="Times New Roman" w:hAnsi="Times New Roman" w:eastAsia="Times New Roman" w:cs="Times New Roman"/>
        </w:rPr>
        <w:t>Nan dat 11 out 1840, yon pwofesi sou dezyèm malè a te akonpli, e fondasyon Advantis la te poze. Josiah Litch te prezante pwofesi a an 1838, epi dis jou anvan 11 out 1840 li te rafine kalkil li yo e li te predi 11 out 1840 kòm jou sipremasi Otoman an t ap sispann, nan akonplisman pwofesi sou Islam nan dezyèm malè a.</w:t>
      </w:r>
    </w:p>
    <w:p>
      <w:pPr>
        <w:pStyle w:val="ArticleBody"/>
        <w:jc w:val="left"/>
      </w:pPr>
      <w:r>
        <w:rPr>
          <w:rFonts w:ascii="Times New Roman" w:hAnsi="Times New Roman" w:eastAsia="Times New Roman" w:cs="Times New Roman"/>
        </w:rPr>
        <w:t>Wa Josya reprezante dènye revèy ak refòm nan, paske chak pwofèt pale pi dirèkteman konsènan dènye jou yo pase nenpòt jou ki te vini anvan yo. Wa Josya reprezante dènye revèy ak refòm nan, e refòm sa a te prezante nan Bib la pa yon prediksyon. Liv Joèl la idantifye dènye revèy ak refòm ki fèt pami sila yo ki pral fè pati san karannkat mil yo. Revèy Josya a te fèt an de etap: li te kòmanse, epi apre sa yon pwofesi te desegele, sa ki te bay travay la plis elan. De etap sa yo se premye lapli ak dènye lapli a, jan sa prezante nan liv Joèl la, epi akonpli nan liv Travay yo, epi ankò akonpli nan istwa Millerit la.</w:t>
      </w:r>
    </w:p>
    <w:p>
      <w:pPr>
        <w:pStyle w:val="ArticleBody"/>
        <w:jc w:val="left"/>
      </w:pPr>
      <w:r>
        <w:rPr>
          <w:rFonts w:ascii="Times New Roman" w:hAnsi="Times New Roman" w:eastAsia="Times New Roman" w:cs="Times New Roman"/>
        </w:rPr>
        <w:t>Nan rebelyon fondamantal Arawon, wa Jeroboam ak pwofèt ki soti Jida rive sou wa Jozyas, epi apre sa jouk sou Josiah Litch, li idantifye yon liy temwayaj konsènan tès fondamantal la. Tès fondamantal la se premye tès la, e apre sa vini tès tanp lan lè yo mete pyètèt la an plas. Apre sa, twazyèm tès la, tès desizif la, rive.</w:t>
      </w:r>
    </w:p>
    <w:p>
      <w:pPr>
        <w:pStyle w:val="ArticleBody"/>
        <w:jc w:val="left"/>
      </w:pPr>
      <w:r>
        <w:rPr>
          <w:rFonts w:ascii="Times New Roman" w:hAnsi="Times New Roman" w:eastAsia="Times New Roman" w:cs="Times New Roman"/>
        </w:rPr>
        <w:t>Soti nan ti bèf an lò a, rive sou lotèl Jewobowam yo nan Betèl ak Dann, jouk sou wa Jozyas, rive sou Josiah Litch, sa reprezante yon seri pa pwofetik ki mennen nan tès fondamantal 9/11 la. Lè gwo bilding New York yo te tonbe nan 9/11, yon pwofesi sou twazyèm malè a te idantifye tès la ki t ap mande yon retou sou ansyen chemen fondasyon yo, paske paralèl ki genyen ant 11 out 1840 ak 9/11 te kapab wè pa nenpòt Advantis Setyèm Jou Laodiseyen ki te chwazi wè. Patisipasyon Al Qaeda nan 9/11 souvan vin mete an kestyon nan jou sa yo kote teyori konplo yo, ki an jeneral vrè, ap sikile; men Al Qaeda vle di “fondasyon an,” epi yo te kòmanse kòm yon òganizasyon yon ane anvan tan lafen an, an 1989, an reyalite nan dat 11 out 1988.</w:t>
      </w:r>
    </w:p>
    <w:p>
      <w:pPr>
        <w:pStyle w:val="ArticleBody"/>
        <w:jc w:val="left"/>
      </w:pPr>
      <w:r>
        <w:rPr>
          <w:rFonts w:ascii="Times New Roman" w:hAnsi="Times New Roman" w:eastAsia="Times New Roman" w:cs="Times New Roman"/>
        </w:rPr>
        <w:t>Si yo pa remake detay sa yo konsènan senbolis pwofetik fondasyon yo, anpil bagay pèdi. Nan 9/11, fondasyon yo te poze nan premye etap la. Nan dezyèm etap la, tanp lan fini lè yo mete wòch tèt kwen an. Twazyèm etap la se pòt fèmen lwa dimanch lan. Depi 9/11 rive jouk lwa dimanch lan, mesaj la an premye adrese a Advantis Setyèm Jou Laodise yo, paske jijman kòmanse nan kay Bondye a, epi li fini pou kay Bondye a nan lwa dimanch lan. La a epi lè sa a, yo pase sou Advantis Setyèm Jou Laodise a; menm jan yo te pase sou Pwotestan yo nan istwa Milerit la, ak Jwif yo nan istwa Kris la, epi menm jan yo te pase sou moun ki te mouri pandan plis pase karant ane yo nan istwa Moyiz la.</w:t>
      </w:r>
    </w:p>
    <w:p>
      <w:pPr>
        <w:pStyle w:val="ArticleBody"/>
        <w:jc w:val="left"/>
      </w:pPr>
      <w:r>
        <w:rPr>
          <w:rFonts w:ascii="Times New Roman" w:hAnsi="Times New Roman" w:eastAsia="Times New Roman" w:cs="Times New Roman"/>
        </w:rPr>
        <w:t>Twazyèm malè 11 septanm nan te prefigire pa dezyèm malè 11 dawout 1840 la, e nan nivo sa a toude repè sa yo reprezante pa bourik la, premye senbòl Islam nan pwofesi biblik. Lwa dimanch lan se mak bèt la, e bèt sa a souvan reprezante kòm yon lyon, konsa li ap kontrefè Lyon branch fanmi Jida a. Lwa dimanch lan se lyon an, e pwofèt dezobeyisan ki soti Jida a te mouri ant bourik la ak lyon an, epi yo te antere l nan menm tonm ak pwofèt mantè Betèl la. Li te mouri nan peryòd pwofetik ki soti depi 11 septanm rive jouk lwa dimanch lan, ki se peryòd pwofetik ki soti nan bourik la rive nan lyon an. Peryòd eprèv sa a se tonm pwofèt mantè Betèl la, ki te fè yo antere pwofèt dezobeyisan ki soti Jida a nan pwòp tonm pa li menm.</w:t>
      </w:r>
    </w:p>
    <w:p>
      <w:pPr>
        <w:pStyle w:val="ArticleBody"/>
        <w:jc w:val="left"/>
      </w:pPr>
      <w:r>
        <w:rPr>
          <w:rFonts w:ascii="Times New Roman" w:hAnsi="Times New Roman" w:eastAsia="Times New Roman" w:cs="Times New Roman"/>
        </w:rPr>
        <w:t>Wayòm Jewoboram nan, ki prezante kòm yon kontrefason wayòm Jida a, kote Jerizalèm ak tanp lan ye, te reprezante Pwotestan yo nan istwa Millerit la, ki pa t pèp Bondye ankò. Yo te pèdi deziyasyon alyans yo ant 11 dawout 1840 ak pòt fèmen 22 oktòb 1844 la. Istwa sa a aliyen ak 9/11 rive jouk lwa dimanch lan, e se poutèt sa pwofèt Jida ki te dezobeyi a antere nan menm tonm nan ansanm ak Pwotestan aposta yo, ki te reprezante pa pwofèt mansonjè Bètèl la.</w:t>
      </w:r>
    </w:p>
    <w:p>
      <w:pPr>
        <w:pStyle w:val="ArticleBody"/>
        <w:jc w:val="left"/>
      </w:pPr>
      <w:r>
        <w:rPr>
          <w:rFonts w:ascii="Times New Roman" w:hAnsi="Times New Roman" w:eastAsia="Times New Roman" w:cs="Times New Roman"/>
        </w:rPr>
        <w:t>An jeneral, wa Jozyas te yon bon wa; men li te mouri nan Megido, sa ki se yon aplikasyon klè ak dirèk pou Amagedon. Li te pèdi chemen li lè li te refize mesaj avètisman Neko a. Neko, wa Lejip la, e poutèt sa wa sid la, te sou wout pou l al fè lagè ak Babilòn, wa nò a. Jozyas reprezante Jideyen yo ki mouri nan Amagedon, paske yo te rejte mesaj avètisman sou batay wa sid la ak wa nò a nan Danyèl 11:40–45. Mesaj sa a te vin tounen fondasyon an nan 9/11.</w:t>
      </w:r>
    </w:p>
    <w:p>
      <w:pPr>
        <w:pStyle w:val="ArticleBody"/>
        <w:jc w:val="left"/>
      </w:pPr>
      <w:r>
        <w:rPr>
          <w:rFonts w:ascii="Times New Roman" w:hAnsi="Times New Roman" w:eastAsia="Times New Roman" w:cs="Times New Roman"/>
        </w:rPr>
        <w:t>Premye tès la se apèl premye zanj lan pou retounen sou fondasyon yo.</w:t>
      </w:r>
    </w:p>
    <w:p>
      <w:pPr>
        <w:pStyle w:val="ArticleBody"/>
        <w:jc w:val="left"/>
      </w:pPr>
      <w:r>
        <w:rPr>
          <w:rFonts w:ascii="Times New Roman" w:hAnsi="Times New Roman" w:eastAsia="Times New Roman" w:cs="Times New Roman"/>
        </w:rPr>
        <w:t>Dezyèm tès la se apèl dezyèm zanj lan pou separe epi fini tanp lan.</w:t>
      </w:r>
    </w:p>
    <w:p>
      <w:pPr>
        <w:pStyle w:val="ArticleBody"/>
        <w:jc w:val="left"/>
      </w:pPr>
      <w:r>
        <w:rPr>
          <w:rFonts w:ascii="Times New Roman" w:hAnsi="Times New Roman" w:eastAsia="Times New Roman" w:cs="Times New Roman"/>
        </w:rPr>
        <w:t>Twazyèm tès la se tès litmis twazyèm zanj lan konsènan so a oswa mak la.</w:t>
      </w:r>
    </w:p>
    <w:p>
      <w:pPr>
        <w:pStyle w:val="ArticleBody"/>
        <w:jc w:val="left"/>
      </w:pPr>
      <w:r>
        <w:rPr>
          <w:rFonts w:ascii="Times New Roman" w:hAnsi="Times New Roman" w:eastAsia="Times New Roman" w:cs="Times New Roman"/>
        </w:rPr>
        <w:t>Premye tès la se yon tès sou fondasyon yo, e an 2024 apeprè mwatye nan moun ki te enplike nan reyinyon Zoom Saba yo te kite poutèt sèl agiman doktrinal ki reprezante sou tablo 1843 la. Agiman sa a te sou senbòl ki etabli vizyon pèp Bondye a nan dènye jou yo. Kontwovès Millerit la te gen Pwotestan yo ki t ap pretann ke Antiochus Épiphane, oswa Islam, se te pouvwa ki leve tèt li, epi ki tonbe, pou etabli vizyon an nan vèsè katòz nan Danyèl onz.</w:t>
      </w:r>
    </w:p>
    <w:p>
      <w:pPr>
        <w:pStyle w:val="ArticleScripture"/>
        <w:jc w:val="left"/>
      </w:pPr>
      <w:r>
        <w:rPr>
          <w:rFonts w:ascii="Times New Roman" w:hAnsi="Times New Roman" w:eastAsia="Times New Roman" w:cs="Times New Roman"/>
        </w:rPr>
        <w:t>Epi nan tan sa yo, anpil moun pral leve kont wa sid la; anplis, mechan pami pèp ou a pral leve tèt yo pou akonpli vizyon an; men yo pral tonbe. Daniel 11:14.</w:t>
      </w:r>
    </w:p>
    <w:p>
      <w:pPr>
        <w:pStyle w:val="ArticleBody"/>
        <w:jc w:val="left"/>
      </w:pPr>
      <w:r>
        <w:rPr>
          <w:rFonts w:ascii="Times New Roman" w:hAnsi="Times New Roman" w:eastAsia="Times New Roman" w:cs="Times New Roman"/>
        </w:rPr>
        <w:t>Èske se Islam oswa Antiochus Épiphane ki te vòlè pèp ou a, oswa èske se Wòm, jan Miller te idantifye l? Miller te konprann ke pouvwa dezolasyon yo, sa vle di paganism ak papalis la, se te toude menm pouvwa ki te leve tèt yo, ki te tonbe, e ki te vòlè pèp Bondye a. Agiman sa a reprezante sou tablo a ki te “dirije pa men Bondye, e yo pa ta dwe chanje li,” e se sèl reprezantasyon sou youn oswa lòt nan tab Habakuk yo ki idantifye yon evènman ki pa t gen okenn referans dirèk nan Pawòl pwofetik la. Referans ki sou tablo a te la pou mete an limyè agiman fondamantal sa a kòm yon senbòl pouvwa separasyon ki nan Pawòl pwofetik Bondye a.</w:t>
      </w:r>
    </w:p>
    <w:p>
      <w:pPr>
        <w:pStyle w:val="ArticleBody"/>
        <w:jc w:val="left"/>
      </w:pPr>
      <w:r>
        <w:rPr>
          <w:rFonts w:ascii="Times New Roman" w:hAnsi="Times New Roman" w:eastAsia="Times New Roman" w:cs="Times New Roman"/>
        </w:rPr>
        <w:t>An 2024, apeprè mwatye nan gwoup Zoom nan te kite poutèt move konpreyansyon ki fè kwè se Etazini ki etabli vizyon an, e non pa Wòm, jan Millerit yo te defann sa avèk anpil jistès.</w:t>
      </w:r>
    </w:p>
    <w:p>
      <w:pPr>
        <w:pStyle w:val="ArticleBody"/>
        <w:jc w:val="left"/>
      </w:pPr>
      <w:r>
        <w:rPr>
          <w:rFonts w:ascii="Times New Roman" w:hAnsi="Times New Roman" w:eastAsia="Times New Roman" w:cs="Times New Roman"/>
        </w:rPr>
        <w:t>Netwayaj ki te kòmanse an 2023 la, te kòmanse lè Kris la te antre nan chanm nan avèk van li a, e van an se pawòl verite li yo. Lè li te antre nan chanm pa li a, li te vid, san moun ladan l; konsa li te leve yon vwa nan dezè a pou prepare chemen Senyè a. Vwa sa a te la pou prepare chemen pou Mesaje Alyans lan vini toudenkou nan tanp li a; tanp li a ki se tanp san karantkat mil yo.</w:t>
      </w:r>
    </w:p>
    <w:p>
      <w:pPr>
        <w:pStyle w:val="ArticleBody"/>
        <w:jc w:val="left"/>
      </w:pPr>
      <w:r>
        <w:rPr>
          <w:rFonts w:ascii="Times New Roman" w:hAnsi="Times New Roman" w:eastAsia="Times New Roman" w:cs="Times New Roman"/>
        </w:rPr>
        <w:t>Apre sa, an 2024, premye tès la, tès fondasyon yo, tès sou kiyès ki tabli vizyon an—vizyon sa a ki sele rès la. Vizyon entèn ki sele rès la se vizyon Kris la nan chapit dis, epi vizyon ekstèn nan se vizyon antikris la tabli; epi antikris la se Wòm. Yon vizyon entèn sou Kris ak yon vizyon ekstèn sou antikris. Sele a se yon etabli nan verite a, ni espirityèlman ni entelektyèlman; epi vizyon entèn chapit dis la se aspè espirityèl la, tandiske vizyon ekstèn chapit onz la se aspè entelektyèl la. Konpreyansyon ak eksperyans ki koresponn ak toude vizyon yo se kritè ki nesesè pou nenpòt moun ki ta dwe sele, jan Danyèl te reprezante sa nan premye vèsè Danyèl chapit dis la.</w:t>
      </w:r>
    </w:p>
    <w:p>
      <w:pPr>
        <w:pStyle w:val="ArticleScripture"/>
        <w:jc w:val="left"/>
      </w:pPr>
      <w:r>
        <w:rPr>
          <w:rFonts w:ascii="Times New Roman" w:hAnsi="Times New Roman" w:eastAsia="Times New Roman" w:cs="Times New Roman"/>
        </w:rPr>
        <w:t>Nan twazyèm ane Siris, wa peyi Pès la, yon revelasyon te fè konnen Danyèl, yo te rele Beltchaza; e revelasyon an te verite, men tan ki te fikse a te long; epi li te konprann revelasyon an, e li te gen entèlijans sou vizyon an. Danyèl 10:1.</w:t>
      </w:r>
    </w:p>
    <w:p>
      <w:pPr>
        <w:pStyle w:val="ArticleBody"/>
        <w:jc w:val="left"/>
      </w:pPr>
      <w:r>
        <w:rPr>
          <w:rFonts w:ascii="Times New Roman" w:hAnsi="Times New Roman" w:eastAsia="Times New Roman" w:cs="Times New Roman"/>
        </w:rPr>
        <w:t>Tès alfa sou fondasyon yo te konsène vèsè katòz nan Danyèl onz, e li te yon paralèl ak menm tès fondasyonal Millerit yo; e tès sa a se te sèl konfli nan istwa Millerit la ki reprezante sou tablo a ke gad Habakik la te resevwa lòd pou l ekri epi pou l fè klè. Tès fondasyonal ane 2024 la se te desandan premye zanj lan, jan sa reprezante pa 11 dawout 1840, 1888, ak 9/11.</w:t>
      </w:r>
    </w:p>
    <w:p>
      <w:pPr>
        <w:pStyle w:val="ArticleBody"/>
        <w:jc w:val="left"/>
      </w:pPr>
      <w:r>
        <w:rPr>
          <w:rFonts w:ascii="Times New Roman" w:hAnsi="Times New Roman" w:eastAsia="Times New Roman" w:cs="Times New Roman"/>
        </w:rPr>
        <w:t>Anj sa a te desann tou kòm Michael, paske Michael se sila a ki te resisite Moyiz, ki ansanm ak Eli te resisite nan dènye jou ane 2023 la. Rezireksyon sa a Ezekyèl reprezante li kòm yon bagay ki akonpli pa yon pwofesi sou kat van yo, sa Sè White rele chwal fache ki te kenbe an fren an, ki se Islam nan 11 dawout 1840 ak 9/11. Tès alfa a te tès fondamantal vizyon ekstèn nan. Tès omega a t ap yon vizyon entèn kòm pyè-kouwòn nan.</w:t>
      </w:r>
    </w:p>
    <w:p>
      <w:pPr>
        <w:pStyle w:val="ArticleBody"/>
        <w:jc w:val="left"/>
      </w:pPr>
      <w:r>
        <w:rPr>
          <w:rFonts w:ascii="Times New Roman" w:hAnsi="Times New Roman" w:eastAsia="Times New Roman" w:cs="Times New Roman"/>
        </w:rPr>
        <w:t>Poukisa ta gen yon alfa ak yon omega, epi apre sa yon twazyèm tès? Se egzakteman kesyon sa a m ap idantifye. Vizyon tès ekstèn alfa pou ane 2024 la se premye nan twa tès yo. Fòk yo pase tès fondamantal sa a pou yo ka patisipe nan tès omega ki se pyè tèt kwen an. De tès sa yo gen yon nati pwofetik ki diferan de twazyèm tès la. Twazyèm tès la se yon tès desizif ki montre si kandida a te vrèman pase de etap anvan yo.</w:t>
      </w:r>
    </w:p>
    <w:p>
      <w:pPr>
        <w:pStyle w:val="ArticleBody"/>
        <w:jc w:val="left"/>
      </w:pPr>
      <w:r>
        <w:rPr>
          <w:rFonts w:ascii="Times New Roman" w:hAnsi="Times New Roman" w:eastAsia="Times New Roman" w:cs="Times New Roman"/>
        </w:rPr>
        <w:t>Premye eprèv la se fondasyon an, e dezyèm eprèv la se tanp lan ki fini nèt. Fondasyon tanp lan te poze pandan istwa premye dekrè a pou soti Babilòn. Nan istwa dezyèm dekrè a, tanp lan te fini. Twazyèm dekrè a te diferan, paske nan dekrè sa a, yo te retabli souverennte nasyonal Jida, sa ki te ba yo otorite pou pouswiv krim sivil ak relijye. Jijman retabli nan twazyèm dekrè a. An 2024, eprèv alfa fondasyon an te separe moun ki te nan chanm prèske vid nonm bwòs pousyè a, sou mwayen vityèl.</w:t>
      </w:r>
    </w:p>
    <w:p>
      <w:pPr>
        <w:pStyle w:val="ArticleBody"/>
        <w:jc w:val="left"/>
      </w:pPr>
      <w:r>
        <w:rPr>
          <w:rFonts w:ascii="Times New Roman" w:hAnsi="Times New Roman" w:eastAsia="Times New Roman" w:cs="Times New Roman"/>
        </w:rPr>
        <w:t>Tès omega a se kote tanp lan fini, jan sa reprezante pa mete pyè tèt kwen an an plas. Akonplisman tanp lan se legliz triyonfan an, ki tabli lè move zèb yo retire. Akonplisman tanp lan nan rèv Miller la te rive lè pyè presye yo te jete tounen nan pi gwo bwat la “san okenn efò vizib bò kote nonm ki te jete yo ladan l.” Apre Miller fin idantifye nonm ki te gen bwòs pousyè a kòm sila ki t ap jete pyè presye yo nan pi gwo bwat la, li fini temwayaj li ak pawòl sa yo: “Mwen te rele byen fò ak lajwa menm, e rèl sa a leve m nan dòmi.”</w:t>
      </w:r>
    </w:p>
    <w:p>
      <w:pPr>
        <w:pStyle w:val="ArticleBody"/>
        <w:jc w:val="left"/>
      </w:pPr>
      <w:r>
        <w:rPr>
          <w:rFonts w:ascii="Times New Roman" w:hAnsi="Times New Roman" w:eastAsia="Times New Roman" w:cs="Times New Roman"/>
        </w:rPr>
        <w:t>Remarquez que le grand cri de Miller, qui réveille, était rendu puissant par la « joie ». La joie est le symbole de ceux, dans Joël, qui ont le « vin nouveau », et la « honte » repose sur ces autres buveurs de vin qui ont été retranchés du vin nouveau. Le Cri de Minuit qui réveille Miller vient après que l’homme à la brosse jette les joyaux dans le plus grand coffret. Le plus grand coffret est rempli des joyaux qui ont été séparés des immondices et jetés dans le coffret, lequel est à la fois le temple des cent quarante-quatre mille et le message du Cri de Minuit. Le temple est achevé dans le second décret, ou le second ange, ou la seconde épreuve, l’oméga. Dans le rêve de Miller, l’épreuve de l’oméga est représentée lorsque les fenêtres du ciel sont ouvertes.</w:t>
      </w:r>
    </w:p>
    <w:p>
      <w:pPr>
        <w:pStyle w:val="ArticleScripture"/>
        <w:jc w:val="left"/>
      </w:pPr>
      <w:r>
        <w:rPr>
          <w:rFonts w:ascii="Times New Roman" w:hAnsi="Times New Roman" w:eastAsia="Times New Roman" w:cs="Times New Roman"/>
        </w:rPr>
        <w:t>Epi mwen tande tankou vwa yon gwo foul moun, tankou vwa anpil dlo, epi tankou vwa gwo loraj pwisan, k ap di: Alelouya! paske Senyè Bondye Toupisan an ap renye. Annou fè kè nou kontan, annou rejwi, epi annou rann li glwa; paske maryaj Ti Mouton an rive, epi madanm li pare tèt li. Epi yo te ba li pou l te abiye ak twal fen blan, pwòp e briyan; paske twal fen blan an se jistis sen yo. Epi li di m: Ekri: Benediksyon pou moun sa yo ki rele nan soupe maryaj Ti Mouton an. Epi li di m ankò: Sa yo se pawòl veritab Bondye yo. Revelasyon 19:6–9.</w:t>
      </w:r>
    </w:p>
    <w:p>
      <w:pPr>
        <w:pStyle w:val="ArticleBody"/>
        <w:jc w:val="left"/>
      </w:pPr>
      <w:r>
        <w:rPr>
          <w:rFonts w:ascii="Times New Roman" w:hAnsi="Times New Roman" w:eastAsia="Times New Roman" w:cs="Times New Roman"/>
        </w:rPr>
        <w:t>Nan dat 22 oktòb 1844, “kat vini Kris yo” te akonpli, epi chak nan kat vini sa yo ap akonpli pi pafètman nan lwa dimanch ki pral vini talè a. Li te vini kòm Mesaje Alyans lan, an akonplisman pirifikasyon ak netwayaj Levit yo nan Malachi twa. Li te vini pou resevwa yon wayòm an akonplisman Danyèl 7:13. Li te vini pou netwaye tanp lan an akonplisman Danyèl 8:14, epi Li te vini tou nan maryaj la. Maryaj la fèt lè lamarye a fin pare tèt li.</w:t>
      </w:r>
    </w:p>
    <w:p>
      <w:pPr>
        <w:pStyle w:val="ArticleScripture"/>
        <w:jc w:val="left"/>
      </w:pPr>
      <w:r>
        <w:rPr>
          <w:rFonts w:ascii="Times New Roman" w:hAnsi="Times New Roman" w:eastAsia="Times New Roman" w:cs="Times New Roman"/>
        </w:rPr>
        <w:t>“‘Lè fwi a parèt, tousuit li pase kouto digo a, paske rekòt la rive.’ Kris la ap tann ak yon gwo dezi pou manifestasyon pwòp tèt Li nan legliz Li a. Lè karaktè Kris la va repwodui nèt ale nan pèp Li a, lè sa a Li va vini pou reklame yo kòm pa Li.” Leson Objè Kris la, 69.</w:t>
      </w:r>
    </w:p>
    <w:p>
      <w:pPr>
        <w:pStyle w:val="ArticleBody"/>
        <w:jc w:val="left"/>
      </w:pPr>
      <w:r>
        <w:rPr>
          <w:rFonts w:ascii="Times New Roman" w:hAnsi="Times New Roman" w:eastAsia="Times New Roman" w:cs="Times New Roman"/>
        </w:rPr>
        <w:t>Dapre enspirasyon an, “mond lan pa ka resevwa avètisman sinon” lè li “wè gason ak fi” ki pote sele Bondye a pandan kriz lwa dimanch la.</w:t>
      </w:r>
    </w:p>
    <w:p>
      <w:pPr>
        <w:pStyle w:val="ArticleScripture"/>
        <w:jc w:val="left"/>
      </w:pPr>
      <w:r>
        <w:rPr>
          <w:rFonts w:ascii="Times New Roman" w:hAnsi="Times New Roman" w:eastAsia="Times New Roman" w:cs="Times New Roman"/>
        </w:rPr>
        <w:t>“Travay Sentespri a se konvenk lemonn konsènan peche, konsènan jistis, ak konsènan jijman. Lemonn nan kapab sèlman resevwa avètisman an lè li wè sila yo ki kwè verite a sanktifye pa mwayen verite a, epi k ap aji selon prensip ki wo e ki sen, pandan yo montre, nan yon sans ki wo e ki elve, liy demakasyon ki genyen ant sila yo ki kenbe kòmandman Bondye yo, ak sila yo ki pilonnen yo anba pye yo. Sanktifikasyon Lespri a make diferans ki genyen ant sila yo ki gen sele Bondye a, ak sila yo ki obsève yon fo jou repo. Lè eprèv la vini, y ap montre byen klè ki sa mak bèt la ye. Se observasyon dimanch lan. Sila yo ki, apre yo fin tande verite a, kontinye konsidere jou sa a kòm yon jou sen, pote siyati nonm peche a, li menm ki te panse pou l chanje tan ak lalwa.” Bible Training School, 1ye desanm 1903.</w:t>
      </w:r>
    </w:p>
    <w:p>
      <w:pPr>
        <w:pStyle w:val="ArticleBody"/>
        <w:jc w:val="left"/>
      </w:pPr>
      <w:r>
        <w:rPr>
          <w:rFonts w:ascii="Times New Roman" w:hAnsi="Times New Roman" w:eastAsia="Times New Roman" w:cs="Times New Roman"/>
        </w:rPr>
        <w:t>Lè lamarye a pare tèt li, rekòt la rive. Rekòt la kòmanse ak rasanbleman ofrann premye fwi ble a, ki leve anlè tankou yon drapo-ofrann balanse. Premyeman, premye fwi yo, ki se san karannkat mil yo nan liv Revelasyon an, rasanble; apre sa, lòt bann mouton an, ki se gwo foul la. Drapo a se gwo lame li a, epi gwo lame li a abiye ak twal fen blan. Nan maryaj la, tanp san karannkat mil yo fini davans anvan jijman lwa dimanch la, epi tanp sa a se pa sèlman pi gwo sèkèy Miller la, men li se legliz triyonfan an ki posede tout don yo, enkli lespri pwofesi a.</w:t>
      </w:r>
    </w:p>
    <w:p>
      <w:pPr>
        <w:pStyle w:val="ArticleScripture"/>
        <w:jc w:val="left"/>
      </w:pPr>
      <w:r>
        <w:rPr>
          <w:rFonts w:ascii="Times New Roman" w:hAnsi="Times New Roman" w:eastAsia="Times New Roman" w:cs="Times New Roman"/>
        </w:rPr>
        <w:t>Epi mwen tonbe nan pye li pou m adore li. Men li di m: Gade, pa fè sa; mwen se yon sèvitè tankou ou, e tankou frè ou yo ki gen temwayaj Jezi a. Adore Bondye; paske temwayaj Jezi a se lespri pwofesi a. Revelasyon 19:10.</w:t>
      </w:r>
    </w:p>
    <w:p>
      <w:pPr>
        <w:pStyle w:val="ArticleBody"/>
        <w:jc w:val="left"/>
      </w:pPr>
      <w:r>
        <w:rPr>
          <w:rFonts w:ascii="Times New Roman" w:hAnsi="Times New Roman" w:eastAsia="Times New Roman" w:cs="Times New Roman"/>
        </w:rPr>
        <w:t>San karanndis-kat mil la se moun ki gen temwayaj Jezi a, e temwayaj Jezi a prezante “liy apre liy” ni nan Bib la ni nan Lespri Pwofesi a. Lè mouvman Lawodiseyen san karanndis-kat mil la transfòme an mouvman Filadèlfyen san karanndis-kat mil la, yo tout pral sèvi ak metodoloji liy apre liy la pou prezante temwayaj yo. Temwayaj sa a se yon konbinezon san diven an ak temwanyaj imen an.</w:t>
      </w:r>
    </w:p>
    <w:p>
      <w:pPr>
        <w:pStyle w:val="ArticleScripture"/>
        <w:jc w:val="left"/>
      </w:pPr>
      <w:r>
        <w:rPr>
          <w:rFonts w:ascii="Times New Roman" w:hAnsi="Times New Roman" w:eastAsia="Times New Roman" w:cs="Times New Roman"/>
        </w:rPr>
        <w:t>Epi yo te venk li grasa san Ti Mouton an, epi grasa pawòl temwayaj yo; epi yo pa t renmen lavi yo jouk nan lanmò. Revelasyon 12:11.</w:t>
      </w:r>
    </w:p>
    <w:p>
      <w:pPr>
        <w:pStyle w:val="ArticleBody"/>
        <w:jc w:val="left"/>
      </w:pPr>
      <w:r>
        <w:rPr>
          <w:rFonts w:ascii="Times New Roman" w:hAnsi="Times New Roman" w:eastAsia="Times New Roman" w:cs="Times New Roman"/>
        </w:rPr>
        <w:t>Temwayaj limanite a, mete ansanm ak san Divinite a, se temwayaj Moyiz ak Ti Mouton an. Moyiz te limanite, alfa a devan san divinite Ti Mouton omega a. Tout don yo retabli le pli vit ke lamarye a pare tèt li, epi, tankou yon gwo lame abiye an twal fen blan, li pran pozisyon li kòm drapo lame Senyè a k ap vanse. Mach batay sa a kòmanse lè lamarye a fin pare epi abiye an blan, ki se lè fenèt syèl yo louvri, menm jan yo te louvri nan rèv Miller la.</w:t>
      </w:r>
    </w:p>
    <w:p>
      <w:pPr>
        <w:pStyle w:val="ArticleScripture"/>
        <w:jc w:val="left"/>
      </w:pPr>
      <w:r>
        <w:rPr>
          <w:rFonts w:ascii="Times New Roman" w:hAnsi="Times New Roman" w:eastAsia="Times New Roman" w:cs="Times New Roman"/>
        </w:rPr>
        <w:t>Epi mwen wè syèl la louvri, epi gade, te gen yon chwal blan; e sila ki te chita sou li a te rele Fidèl ak Veritab, e se nan jistis li jije epi li fè lagè. Je li te tankou yon flanm dife, epi sou tèt li te gen anpil kouwòn; e li te gen yon non ekri, ke pèsonn pa t konnen, eksepte li menm sèlman. E li te abiye ak yon rad tranpe nan san; e yo rele non li Pawòl Bondye. E lame ki te nan syèl la t ap swiv li sou chwal blan, yo te abiye ak twal fen blan, pwòp e san tach. E soti nan bouch li gen yon nepe file k ap soti, pou avèk li li frape nasyon yo; e li pral gouvène yo ak yon baton fè; e li pilonnen gwo pressoir kòlè sevè ak kòlè Bondye Toupisan an. E li gen sou rad li ak sou kwis li yon non ekri: WA TOUT WA, AK SEYÈ TOUT SEYÈ. Revelasyon 19:11–16.</w:t>
      </w:r>
    </w:p>
    <w:p>
      <w:pPr>
        <w:pStyle w:val="ArticleBody"/>
        <w:jc w:val="left"/>
      </w:pPr>
      <w:r>
        <w:rPr>
          <w:rFonts w:ascii="Times New Roman" w:hAnsi="Times New Roman" w:eastAsia="Times New Roman" w:cs="Times New Roman"/>
        </w:rPr>
        <w:t>Lè nonm bwòs pousyè a antre nan chanm vid la epi li louvri fenèt yo, li ranmase bijou yo epi li jete yo nan pi gwo bwat omega a. James White ta idantifye bijou sa yo kòm pèp Bondye a, men William Miller ta di w senbòl yo genyen plis pase yon sèl siyifikasyon, e bijou yo reprezante non sèlman verite fondamantal ki gaye yo, men tou bijou ki gaye yo ki sou kouwòn ki leve anlè a, ki reprezante wayòm glwa Kris la.</w:t>
      </w:r>
    </w:p>
    <w:p>
      <w:pPr>
        <w:pStyle w:val="ArticleScripture"/>
        <w:jc w:val="left"/>
      </w:pPr>
      <w:r>
        <w:rPr>
          <w:rFonts w:ascii="Times New Roman" w:hAnsi="Times New Roman" w:eastAsia="Times New Roman" w:cs="Times New Roman"/>
        </w:rPr>
        <w:t>Epi Senyè a, Bondye yo a, va sove yo nan jou sa a tankou twoupo pèp li a; paske yo va tankou pyè kouwòn lan, yo va leve byen wo tankou yon drapo sou tè li a. Zakari 9:16.</w:t>
      </w:r>
    </w:p>
    <w:p>
      <w:pPr>
        <w:pStyle w:val="ArticleBody"/>
        <w:jc w:val="left"/>
      </w:pPr>
      <w:r>
        <w:rPr>
          <w:rFonts w:ascii="Times New Roman" w:hAnsi="Times New Roman" w:eastAsia="Times New Roman" w:cs="Times New Roman"/>
        </w:rPr>
        <w:t>Omega a ansanm dezyèm eprèv la, apre eprèv fondamantal alfa a kote Wòm tabli vizyon an, se eprèv omega a ki se pyè tèt kwen an. Se akonplisman eprèv tanp lan, ki vini anvan twazyèm eprèv desizif jijman an. Eprèv la pirifye de klas adoratè yo youn parapò ak lòt, li separe moun saj yo ak moun sòt yo dapre lwil la, ki se mesaj la, oswa jan Sè White te idantifye li nan kòmantè li sou sinagòg Kapènawòm nan—“pawòl verite yo.”</w:t>
      </w:r>
    </w:p>
    <w:p>
      <w:pPr>
        <w:pStyle w:val="ArticleBody"/>
        <w:jc w:val="left"/>
      </w:pPr>
      <w:r>
        <w:rPr>
          <w:rFonts w:ascii="Times New Roman" w:hAnsi="Times New Roman" w:eastAsia="Times New Roman" w:cs="Times New Roman"/>
        </w:rPr>
        <w:t>Kapènawòm se kote, nan Jan 6:66, Jezi te pèdi pi gwo kantite disip an menm tan, epi disip sa yo pa t janm retounen. Antanke pi gwo tès disipla nan tan Kris la, Kapènawòm se yon senbòl tès omega disipla nan tan Kris la, ki, an retou, ta sèvi kòm tip tès omega disipla nan pwosesis tès an twa etap ki te kòmanse an 2023. Nan Kapènawòm, tès la te reprezante pa Pen Syèl la, e li te revele echèk Jwif yo nan kontèks enkapasite yo pou konprann pwofesi, akoz refi yo pou aksepte ke lè Jezi te pale de bagay natirèl, sa te dwe konprann nan yon aplikasyon espirityèl.</w:t>
      </w:r>
    </w:p>
    <w:p>
      <w:pPr>
        <w:pStyle w:val="ArticleBody"/>
        <w:jc w:val="left"/>
      </w:pPr>
      <w:r>
        <w:rPr>
          <w:rFonts w:ascii="Times New Roman" w:hAnsi="Times New Roman" w:eastAsia="Times New Roman" w:cs="Times New Roman"/>
        </w:rPr>
        <w:t>Nou pral kontinye bagay sa yo nan atik k ap vini an.</w:t>
      </w:r>
    </w:p>
    <w:p>
      <w:pPr>
        <w:pStyle w:val="ArticleScripture"/>
        <w:jc w:val="left"/>
      </w:pPr>
      <w:r>
        <w:rPr>
          <w:rFonts w:ascii="Times New Roman" w:hAnsi="Times New Roman" w:eastAsia="Times New Roman" w:cs="Times New Roman"/>
        </w:rPr>
        <w:t>“Diskou Kris la nan sinagòg la konsènan pen lavi a te pwen vire nan istwa Jida. Li te tande pawòl sa yo: ‘Si nou pa manje chè Pitit lòm nan, epi nou pa bwè san Li, nou pa gen lavi nan nou.’ Jan 6:53. Li te wè Kris la t ap ofri byen espirityèl olye de byen monn nan. Li te konsidere tèt li kòm yon moun ki gen vizyon lwen, e li te panse li te kapab wè Jezi pa t ap resevwa okenn onè, e Li pa t ap kapab bay disip Li yo okenn gwo pozisyon. Li te deside pou l pa ini tèt li ak Kris la tèlman sere, pou l te ka rale kò l ale. Li t ap veye. E li te veye.”</w:t>
      </w:r>
    </w:p>
    <w:p>
      <w:pPr>
        <w:pStyle w:val="ArticleScripture"/>
        <w:jc w:val="left"/>
      </w:pPr>
      <w:r>
        <w:rPr>
          <w:rFonts w:ascii="Times New Roman" w:hAnsi="Times New Roman" w:eastAsia="Times New Roman" w:cs="Times New Roman"/>
        </w:rPr>
        <w:t>« Depi lè sa a, li te eksprime dout ki te mete disip yo nan konfizyon. … » The Desire of Ages, 719.</w:t>
      </w:r>
    </w:p>
    <w:p>
      <w:pPr>
        <w:pStyle w:val="ArticleHeading"/>
        <w:jc w:val="left"/>
      </w:pPr>
      <w:r>
        <w:rPr>
          <w:rFonts w:ascii="Arial" w:hAnsi="Arial" w:eastAsia="Arial" w:cs="Arial"/>
        </w:rPr>
        <w:t>Premye Tès</w:t>
      </w:r>
    </w:p>
    <w:p>
      <w:pPr>
        <w:pStyle w:val="ArticleScripture"/>
        <w:jc w:val="left"/>
      </w:pPr>
      <w:r>
        <w:rPr>
          <w:rFonts w:ascii="Times New Roman" w:hAnsi="Times New Roman" w:eastAsia="Times New Roman" w:cs="Times New Roman"/>
        </w:rPr>
        <w:t>“Gade Jezi te voye sou Jida, nonm egoyis la, te konvenk li ke Mèt la te pèse wè ipokrizi li, e li te li karaktè li ki ba, ki meprizab. Sa te yon reprimand pi dirèk pase tout sa Jida te resevwa anvan. Sa te pwovoke l, epi konsa yon pòt te louvri kote Satan te antre pou pran kontwòl panse li. Olye pou l te repanti, li fè plan pou l pran revanj. Pike pa konesans peche li, e pouse rive nan foli paske koupabilite li te vin konnen, li leve soti sou tab la, li ale nan palè granprèt la, kote li jwenn konsèy la reyini. Li te ranpli ak lespri Satan, epi li te aji tankou yon moun ki te pèdi bon sans li. Rekonpans yo te pwomèt pou trayizon kont Mèt li a se te trant pyès ajan; e pou yon kantite lajan ki te byen pi piti pase sa bwat odè a te koute, li vann Sovè a.”</w:t>
      </w:r>
    </w:p>
    <w:p>
      <w:pPr>
        <w:pStyle w:val="ArticleScripture"/>
        <w:jc w:val="left"/>
      </w:pPr>
      <w:r>
        <w:rPr>
          <w:rFonts w:ascii="Times New Roman" w:hAnsi="Times New Roman" w:eastAsia="Times New Roman" w:cs="Times New Roman"/>
        </w:rPr>
        <w:t>“Nan lespri ak nan pratik, anpil moun sanble ak Jida. Toutotan gen silans konsènan tach-maladi ki nan karaktè yo, pa gen okenn lènmi ouvè ki parèt; men lè yo resevwa repwòch, anmè plen kè yo.” Youth Instructor, 12 jiyè 1900.</w:t>
      </w:r>
    </w:p>
    <w:p>
      <w:pPr>
        <w:pStyle w:val="ArticleHeading"/>
        <w:jc w:val="left"/>
      </w:pPr>
      <w:r>
        <w:rPr>
          <w:rFonts w:ascii="Arial" w:hAnsi="Arial" w:eastAsia="Arial" w:cs="Arial"/>
        </w:rPr>
        <w:t>Dezyèm Tès la</w:t>
      </w:r>
    </w:p>
    <w:p>
      <w:pPr>
        <w:pStyle w:val="ArticleScripture"/>
        <w:jc w:val="left"/>
      </w:pPr>
      <w:r>
        <w:rPr>
          <w:rFonts w:ascii="Times New Roman" w:hAnsi="Times New Roman" w:eastAsia="Times New Roman" w:cs="Times New Roman"/>
        </w:rPr>
        <w:t>“Anvan fèt Delivrans lan, Jida te rankontre yon dezyèm fwa avèk prèt yo ak dirijan lalwa yo, epi li te fin fè kontra a pou lage Jezi nan men yo.... Kounye a, Jida te santi l ofanse poutèt zak Kris la lè Li te lave pye disip Li yo. Li te panse: si Jezi te kapab desann tèt Li konsa, Li pa t ka wa Izrayèl la. Tout espwa pou onè monn lan nan yon wayòm tanporèl te disparèt. Jida te vin sèten pa t gen anyen pou l genyen nan swiv Kris la. Apre li te wè Li desann tèt Li konsa, jan li te panse a, sa te konfime l nan desizyon li pou l renye Li, epi pou l rekonèt li menm li te twonpe. Yon demon te pran posesyon li, epi li te pran rezolisyon pou l akonpli travay li te dakò fè a nan trayi Seyè li a.” The Desire of Ages, 645.</w:t>
      </w:r>
    </w:p>
    <w:p>
      <w:pPr>
        <w:pStyle w:val="ArticleHeading"/>
        <w:jc w:val="left"/>
      </w:pPr>
      <w:r>
        <w:rPr>
          <w:rFonts w:ascii="Arial" w:hAnsi="Arial" w:eastAsia="Arial" w:cs="Arial"/>
        </w:rPr>
        <w:t>Desizyon Final la</w:t>
      </w:r>
    </w:p>
    <w:p>
      <w:pPr>
        <w:pStyle w:val="ArticleScripture"/>
        <w:jc w:val="left"/>
      </w:pPr>
      <w:r>
        <w:rPr>
          <w:rFonts w:ascii="Times New Roman" w:hAnsi="Times New Roman" w:eastAsia="Times New Roman" w:cs="Times New Roman"/>
        </w:rPr>
        <w:t>“Nan sipriz ak konfizyon lè yo te devwale entansyon li, Jida leve prese pou l kite sal la. ‘Lè sa a, Jezi di li: Sa w ap fè a, fè li vit.... Lè sa a, apre li te resevwa mòso a, li soti tousuit; e te lannwit.’ Se te lannwit pou trèt la pandan li t ap vire do bay Kris pou l antre nan tenèb deyò yo.”</w:t>
      </w:r>
    </w:p>
    <w:p>
      <w:pPr>
        <w:pStyle w:val="ArticleScripture"/>
        <w:jc w:val="left"/>
      </w:pPr>
      <w:r>
        <w:rPr>
          <w:rFonts w:ascii="Times New Roman" w:hAnsi="Times New Roman" w:eastAsia="Times New Roman" w:cs="Times New Roman"/>
        </w:rPr>
        <w:t>“Jiskaske etap sa a te franchi, Jida pa t t ale pi lwen pase posiblite repantans lan. Men lè li te kite prezans Seyè li a ak lòt disip parèy li yo, dènye desizyon an te deja pran. Li te travèse liy limit la.”</w:t>
      </w:r>
    </w:p>
    <w:p>
      <w:pPr>
        <w:pStyle w:val="ArticleScripture"/>
        <w:jc w:val="left"/>
      </w:pPr>
      <w:r>
        <w:rPr>
          <w:rFonts w:ascii="Times New Roman" w:hAnsi="Times New Roman" w:eastAsia="Times New Roman" w:cs="Times New Roman"/>
        </w:rPr>
        <w:t>“Se avèk anpil bèlte pasyans Jezi te demontre nan fason li te aji ak nanm tante sa a. Pa t gen anyen ki te ka fèt pou sove Jida ki te rete san fè. Apre li te deja fè alyans de fwa pou trayi Seyè li a, Jezi te toujou ba li okazyon pou repanti. Lè Kris te li entansyon sekrè ki te nan kè trèt la, li te bay Jida dènye prèv konvenkan sou divinite li. Pou fo disip sa a, se te dènye apèl pou repantans. Pa t gen okenn apèl kè Kris la, ki te ansanm diven e imen, te ka fè, ki te neglije. Vag mizèrikòd yo, ke ògèy tèt di te repouse, te retounen avèk yon mare pi fò, yon lanmou ki soumèt kè. Men, byenke dekouvèt koupabilite li te sezi l e li te fè l pè, Jida te vin sèlman pi plis detèmine. Depi nan soupe sakreman an li soti pou l ale akonpli travay trayizon an.”</w:t>
      </w:r>
    </w:p>
    <w:p>
      <w:pPr>
        <w:pStyle w:val="ArticleScripture"/>
        <w:jc w:val="left"/>
      </w:pPr>
      <w:r>
        <w:rPr>
          <w:rFonts w:ascii="Times New Roman" w:hAnsi="Times New Roman" w:eastAsia="Times New Roman" w:cs="Times New Roman"/>
        </w:rPr>
        <w:t>“Lè Kris t ap pwononse malè a sou Jida, Li te gen yon objektif mizèrikòd tou anvè disip Li yo. Konsa, Li te ba yo prèv ki pi siprèm sou mesi Li a. ‘Mwen di nou sa anvan sa rive,’ Li te di, ‘pou lè sa rive vre, nou ka kwè se MWEN MENM.’ Si Jezi te rete an silans, tankou si Li pa t konnen davans sa ki t ap vin sou Li, disip yo ta ka panse Mèt yo a pa t gen presyans diven, e yo ta ka kwè yo te pran Li pa sipriz epi yo te livre Li nan men foul asasen an. Yon ane anvan sa, Jezi te di disip yo Li te chwazi douz, e youn nan yo se te yon dyab. Kounye a pawòl Li te di Jida yo, ki te montre trayizon li a te deja totalman konnen pa Mèt li, t ap ranfòse lafwa vrè disip Kris yo pandan imilyasyon Li. E lè Jida ta rive nan fen terib li a, yo t ap sonje malè Jezi te pwononse sou trèt la.” The Desire of Ages, 653–655.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 Joèl la ak Legliz Advantis Setyèm Jou Laodise a - Nimewo Trant-Sèt</dc:title>
  <dc:subject/>
  <dc:creator>Jeff Pippenger</dc:creator>
  <cp:keywords/>
  <dc:description>Generated by ArticleDigger from joel\37_joel.json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