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la ak Legliz Advantis Setyèm Jou Lawodise a - Nimewo Trantnèf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Nimewo Trantnèf</w:t>
      </w:r>
    </w:p>
    <w:p>
      <w:pPr>
        <w:pStyle w:val="ArticleBody"/>
        <w:jc w:val="left"/>
      </w:pPr>
      <w:r>
        <w:rPr>
          <w:rFonts w:ascii="Times New Roman" w:hAnsi="Times New Roman" w:eastAsia="Times New Roman" w:cs="Times New Roman"/>
        </w:rPr>
        <w:t>Tès entèn omega somè ki vini apre tès ekstèn fondasyon alfa ane 2024 la mande yon definisyon sou “depo a”, ak sou “manje” yo kenbe nan depo a. Tès la se pwofetik, e li gen yon liy verite entèn ak yon liy verite ekstèn. Èske bijou yo se rès fidèl James White la, oswa èske yo se verite Pawòl Bondye a? Yo se toude.</w:t>
      </w:r>
    </w:p>
    <w:p>
      <w:pPr>
        <w:pStyle w:val="ArticleBody"/>
        <w:jc w:val="left"/>
      </w:pPr>
      <w:r>
        <w:rPr>
          <w:rFonts w:ascii="Times New Roman" w:hAnsi="Times New Roman" w:eastAsia="Times New Roman" w:cs="Times New Roman"/>
        </w:rPr>
        <w:t>Nan 9/11, pèp Bondye a te resevwa apèl pou yo manje ti liv la epi retounen sou ansyen chemen Jeremi yo, kote fondasyon yo te lè sa a poze. Nan 9/11, yo te wè ke lè Jan, nan Revelasyon chapit onz, te resevwa lòd pou mezire, yo te di l pou l mezire de bagay. Yo te di l pou l mezire ni tanp lan, ni adoratè ki ladan l yo. Yo te di l pou l kite lakou a deyò pandan 1,260 ane kote moun lòt nasyon yo t ap pilonnen sanktyè a ak lame a. Sanktyè a ak lame a se tanp lan ak adoratè ki ladan l yo.</w:t>
      </w:r>
    </w:p>
    <w:p>
      <w:pPr>
        <w:pStyle w:val="ArticleBody"/>
        <w:jc w:val="left"/>
      </w:pPr>
      <w:r>
        <w:rPr>
          <w:rFonts w:ascii="Times New Roman" w:hAnsi="Times New Roman" w:eastAsia="Times New Roman" w:cs="Times New Roman"/>
        </w:rPr>
        <w:t>An 2023, menm zanj ki te desann nan 9/11 la te desann ankò, li te deziyen mesaj Kri Minwi a, epi answit, an 2024, te vini tès fondamantal ekstèn nan sou si senbòl Wòm nan toujou tabli vizyon an menm jan li te fè sa pou Millerit yo.</w:t>
      </w:r>
    </w:p>
    <w:p>
      <w:pPr>
        <w:pStyle w:val="ArticleBody"/>
        <w:jc w:val="left"/>
      </w:pPr>
      <w:r>
        <w:rPr>
          <w:rFonts w:ascii="Times New Roman" w:hAnsi="Times New Roman" w:eastAsia="Times New Roman" w:cs="Times New Roman"/>
        </w:rPr>
        <w:t>“Fenèt ouvè” syèl la idantifye rive tès omega entèn tanp lan ak apèl pou “retounen.” Tès la mande pou idantifye de senbòl. Lè twazyèm zanj lan te rive an 1844, epi apre sa ankò nan 11 Septanm, yo di Jan pou l mezire tanp lan ak moun k ap adore ladan l yo, konsa sa idantifye yon travay pwofetik mezire tanp lan ak moun k ap adore yo an 2023. Malachi poze kesyon sa a: kisa “depo a” ye, e kisa “manje a” ye? Menm kestyon sa yo nan rèv Miller la ta dwe: kisa “ti bwat la” ye, e kisa “bijou yo” ye?</w:t>
      </w:r>
    </w:p>
    <w:p>
      <w:pPr>
        <w:pStyle w:val="ArticleBody"/>
        <w:jc w:val="left"/>
      </w:pPr>
      <w:r>
        <w:rPr>
          <w:rFonts w:ascii="Times New Roman" w:hAnsi="Times New Roman" w:eastAsia="Times New Roman" w:cs="Times New Roman"/>
        </w:rPr>
        <w:t>Rèv Miller la idantifye fenèt syèl yo ki louvri yo kòm pwen kote legliz triyonfan an nan Revelasyon diznèf la leve abiye ak twal len blan pou monte sou chwal blan lame Seyè dèzame yo. Fenèt ki louvri yo se kote benediksyon oswa madichon Malachi a vide desann. Fenèt ki louvri nan rèv Miller la se kote yo retire fatra a epi yo ranmase bijou yo mete yo nan kofrè a.</w:t>
      </w:r>
    </w:p>
    <w:p>
      <w:pPr>
        <w:pStyle w:val="ArticleBody"/>
        <w:jc w:val="left"/>
      </w:pPr>
      <w:r>
        <w:rPr>
          <w:rFonts w:ascii="Times New Roman" w:hAnsi="Times New Roman" w:eastAsia="Times New Roman" w:cs="Times New Roman"/>
        </w:rPr>
        <w:t>Premye referans a fenèt syèl la parèt nan istwa Noye a, e lè fenèt sa yo te louvri, lapli tonbe pandan karant jou ak karant nwit. Lè fenèt yo louvri, uit nanm te sou lach la. Batèm nan Lanmè Wouj la te entwodui karant ane erans jiskaske yo te travèse Jouden an. Lè Kris la te vin batize pita nan menm kote sa a, yo te pouse Li antre nan dezè a pandan karant jou. Lè Li te resisite, jan batèm Li a te prefigire sa, Li te anseye disip yo pandan karant jou anvan Li te monte nan syèl la.</w:t>
      </w:r>
    </w:p>
    <w:p>
      <w:pPr>
        <w:pStyle w:val="ArticleBody"/>
        <w:jc w:val="left"/>
      </w:pPr>
      <w:r>
        <w:rPr>
          <w:rFonts w:ascii="Times New Roman" w:hAnsi="Times New Roman" w:eastAsia="Times New Roman" w:cs="Times New Roman"/>
        </w:rPr>
        <w:t>Lè legliz la chanje soti nan legliz militan an pou l vin legliz triyonfan an, wa David, ki gen trant an, pral gouvènen pandan karant ane. Legliz triyonfan an reprezante avèk yon pwofèt, yon prèt, ak yon wa. Pwofèt ki te gen trant an lè li te kòmanse ministè li ki te dire vennde ane a, se te Ezekyèl; e li te kòmanse ministè sa a lè syèl yo te louvri.</w:t>
      </w:r>
    </w:p>
    <w:p>
      <w:pPr>
        <w:pStyle w:val="ArticleScripture"/>
        <w:jc w:val="left"/>
      </w:pPr>
      <w:r>
        <w:rPr>
          <w:rFonts w:ascii="Times New Roman" w:hAnsi="Times New Roman" w:eastAsia="Times New Roman" w:cs="Times New Roman"/>
        </w:rPr>
        <w:t>Epi sa, nan trantyèm ane a, nan katriyèm mwa a, nan senkyèm jou mwa a, pandan mwen te nan mitan prizonye yo bò larivyè Kebar la, syèl yo louvri, epi mwen te wè vizyon Bondye. Ezekyèl 1:1.</w:t>
      </w:r>
    </w:p>
    <w:p>
      <w:pPr>
        <w:pStyle w:val="ArticleBody"/>
        <w:jc w:val="left"/>
      </w:pPr>
      <w:r>
        <w:rPr>
          <w:rFonts w:ascii="Times New Roman" w:hAnsi="Times New Roman" w:eastAsia="Times New Roman" w:cs="Times New Roman"/>
        </w:rPr>
        <w:t>A laj trant an, Jozèf te kòmanse renye kòm prèt, epi li te fè fas ak van lès Islam lan ki t ap pote yon kriz k ap vin pi grav, yon kriz ki te pèmèt Ejip, dragon ki kouche nan lanmè a, mete an aplikasyon yon sèl gouvènman mondyal. Nan kriz sa a, Jozèf te ranmase manje a nan depo yo.</w:t>
      </w:r>
    </w:p>
    <w:p>
      <w:pPr>
        <w:pStyle w:val="ArticleBody"/>
        <w:jc w:val="left"/>
      </w:pPr>
      <w:r>
        <w:rPr>
          <w:rFonts w:ascii="Times New Roman" w:hAnsi="Times New Roman" w:eastAsia="Times New Roman" w:cs="Times New Roman"/>
        </w:rPr>
        <w:t>An jiyè 2023, yo te tande yon vwa nan dezè a; lè sa a, Lyon tribi Jida a te kòmanse dese sele mesaj Kri Minwi a. An 2024, tès alfa ekstèn fondamantal la te separe de klas, e pwosesis dese sele a te kontinye. Kounye a, an 2026, tès omega entèn tanp lan, ki pral yon lòt fwa ankò separe de klas, rive.</w:t>
      </w:r>
    </w:p>
    <w:p>
      <w:pPr>
        <w:pStyle w:val="ArticleBody"/>
        <w:jc w:val="left"/>
      </w:pPr>
      <w:r>
        <w:rPr>
          <w:rFonts w:ascii="Times New Roman" w:hAnsi="Times New Roman" w:eastAsia="Times New Roman" w:cs="Times New Roman"/>
        </w:rPr>
        <w:t>Semèn sakre kote Kris la, antanke Mesaje Alyans lan, te konfime alyans lan avèk anpil moun, se lakou a ak kote ki sen an. Depi 22 oktòb 1844 jiskaske Mikaèl leve kanpe (jan Li te fè sa nan fen semèn sakre sa a lè yo te kalonnen Etyèn ak wòch), se Kote ki Trè Sen an. Fèt prentan yo te akonpli nan semèn sakre a, e yo se alfa fèt yo; epi fèt otòn yo—twonpèt yo nan premye jou a, Jou Ekspyasyon an nan dizyèm jou a, epi apre sa fèt Tant yo depi kenzyèm rive venndezyèm jou a—se omega fèt yo.</w:t>
      </w:r>
    </w:p>
    <w:p>
      <w:pPr>
        <w:pStyle w:val="ArticleScripture"/>
        <w:jc w:val="left"/>
      </w:pPr>
      <w:r>
        <w:rPr>
          <w:rFonts w:ascii="Times New Roman" w:hAnsi="Times New Roman" w:eastAsia="Times New Roman" w:cs="Times New Roman"/>
        </w:rPr>
        <w:t>“Menm jan an, tip ki gen rapò ak dezyèm avni an dwe akonpli nan tan sèvis senbolik la te montre a. Anba sistèm Moyiz la, netwayaj Tanp lan, oswa gwo Jou Ekspyasyon an, te fèt sou dizyèm jou setyèm mwa jwif la (Levitik 16:29–34), lè gran prèt la, apre li te fin fè ekspyasyon pou tout Izrayèl, epi konsa retire peche yo nan Tanp lan, te soti epi li te beni pèp la. Konsa, yo te kwè Kris la, gran Prèt nou an, t ap parèt pou pirifye tè a pa destriksyon peche ak pechè yo, epi pou beni pèp li a k ap tann li avèk imòtalite. Dizyèm jou setyèm mwa a, gwo Jou Ekspyasyon an, tan netwayaj Tanp lan, ki nan ane 1844 te tonbe sou vennnde oktòb, te konsidere kòm tan vini Seyè a. Sa te ann amoni ak prèv ki te deja prezante yo ke 2300 jou yo t ap rive nan fen yo nan sezon otòn lan, epi konklizyon an te sanble enposib pou reziste.”</w:t>
      </w:r>
    </w:p>
    <w:p>
      <w:pPr>
        <w:pStyle w:val="ArticleScripture"/>
        <w:jc w:val="left"/>
      </w:pPr>
      <w:r>
        <w:rPr>
          <w:rFonts w:ascii="Times New Roman" w:hAnsi="Times New Roman" w:eastAsia="Times New Roman" w:cs="Times New Roman"/>
        </w:rPr>
        <w:t>“Nan parabòl Matye 25 la, tan atant ak dòmi an vin swiv pa vini Veterinè cheval la. Sa te ann amoni ak agiman ki te fenk prezante yo, ni nan pwofesi yo ni nan tip yo. Yo te pote yon gwo konviksyon konsènan verasite yo; epi ‘rèl minwi a’ te pwoklame pa dè milye kwayan.</w:t>
      </w:r>
    </w:p>
    <w:p>
      <w:pPr>
        <w:pStyle w:val="ArticleScripture"/>
        <w:jc w:val="left"/>
      </w:pPr>
      <w:r>
        <w:rPr>
          <w:rFonts w:ascii="Times New Roman" w:hAnsi="Times New Roman" w:eastAsia="Times New Roman" w:cs="Times New Roman"/>
        </w:rPr>
        <w:t>“Menm jan ak yon vag lanmè ki anvayi tout bagay, mouvman an te gaye sou peyi a. Soti nan vil al nan vil, soti nan bouk al nan bouk, epi rive jouk nan zòn andeyò ki pi lwen yo, li te ale, jouk pèp Bondye a ki t ap tann lan te leve nèt. Fanatis te disparèt devan pwoklamasyon sa a tankou lawouze bonè devan solèy k ap leve a. Kwayan yo te wè dout yo ak konfizyon yo disparèt, epi espwa ak kouraj te anime kè yo. Travay la te lib anba ekstrèm sa yo ki toujou parèt lè gen eksitasyon imen san enfliyans kontwòl Pawòl Bondye a ak Lespri Bondye a. Li te sanble nan nati li ak sezon imilyasyon ak retou vin jwenn Seyè a ki, pami ansyen Izrayèl la, te swiv mesaj repwòch ki te soti nan men sèvitè Li yo. Li te pote mak ki idantifye travay Bondye a nan tout epòk. Te gen ti kras jwa ekstaz, men pito yon gwo egzamen pwofon nan kè a, konfesyon peche, ak renonsyasyon ak mond lan. Yon preparasyon pou rankontre Seyè a se te chay lespri ki t ap soufri anpil yo. Te gen lapriyè pèsistan ak yon konsekrasyon san rezèv bay Bondye.” The Great Controversy, 400.</w:t>
      </w:r>
    </w:p>
    <w:p>
      <w:pPr>
        <w:pStyle w:val="ArticleBody"/>
        <w:jc w:val="left"/>
      </w:pPr>
      <w:r>
        <w:rPr>
          <w:rFonts w:ascii="Times New Roman" w:hAnsi="Times New Roman" w:eastAsia="Times New Roman" w:cs="Times New Roman"/>
        </w:rPr>
        <w:t>Fèt prentan yo te akonpli nan semèn sakre a, epi lapli bonè a, oswa lapli alfa a, te vide lè Lapannkòt rive, konsa li te sèvi kòm tip pou vide lapli dènyè a nan fèt otòn yo. Fèt prentan sa yo prezante nan Levitik 23, vèsè youn rive vennde. Fèt otòn yo nan vèsè 23 rive 44. 2300 ane mennen w rive nan 1844. Vennde vèsè pou fèt prentan yo, ak vennde vèsè pou fèt otòn yo. De seri vennde nan chapit venn-twa a.</w:t>
      </w:r>
    </w:p>
    <w:p>
      <w:pPr>
        <w:pStyle w:val="ArticleBody"/>
        <w:jc w:val="left"/>
      </w:pPr>
      <w:r>
        <w:rPr>
          <w:rFonts w:ascii="Times New Roman" w:hAnsi="Times New Roman" w:eastAsia="Times New Roman" w:cs="Times New Roman"/>
        </w:rPr>
        <w:t>Fèt twonpèt yo te yon avètisman ke jijman t ap fèt nan dis jou, epi fèt Tant Randevou yo te yon selebrasyon lajwa poutèt peche ki te padonnen nan Jou Ekspyasyon an. Saba a ak uityèm jou apre fèt la reprezante repo Saba mil an tè a.</w:t>
      </w:r>
    </w:p>
    <w:p>
      <w:pPr>
        <w:pStyle w:val="ArticleScripture"/>
        <w:jc w:val="left"/>
      </w:pPr>
      <w:r>
        <w:rPr>
          <w:rFonts w:ascii="Times New Roman" w:hAnsi="Times New Roman" w:eastAsia="Times New Roman" w:cs="Times New Roman"/>
        </w:rPr>
        <w:t>Men, byeneme yo, pa neglije sèl bagay sa a: pou Senyè a, yon sèl jou tankou mil an, e mil an tankou yon sèl jou. 2 Pyè 3:8.</w:t>
      </w:r>
    </w:p>
    <w:p>
      <w:pPr>
        <w:pStyle w:val="ArticleBody"/>
        <w:jc w:val="left"/>
      </w:pPr>
      <w:r>
        <w:rPr>
          <w:rFonts w:ascii="Times New Roman" w:hAnsi="Times New Roman" w:eastAsia="Times New Roman" w:cs="Times New Roman"/>
        </w:rPr>
        <w:t>Premye zanj lan te anonse ouvèti jijman an, epi sou nivo pwofetik sa a, 1798, ki te “tan lafen” Danyèl la, se akonplisman fèt twonpèt yo; men, nan dat 11 out 1840, mesaj premye zanj lan ki pa t sele a, nan 1798, te resevwa pouvwa grasa akonplisman pwofesi dezyèm malè a. Islam se yon pati nan avètisman fèt twonpèt yo, ki anonse jou jijman an k ap pwoche.</w:t>
      </w:r>
    </w:p>
    <w:p>
      <w:pPr>
        <w:pStyle w:val="ArticleBody"/>
        <w:jc w:val="left"/>
      </w:pPr>
      <w:r>
        <w:rPr>
          <w:rFonts w:ascii="Times New Roman" w:hAnsi="Times New Roman" w:eastAsia="Times New Roman" w:cs="Times New Roman"/>
        </w:rPr>
        <w:t>Pou moun ki dispoze wè, fèt otòn twonpèt yo ak Tant yo reprezante fèt alfa ak omega, avèk jijman nan mitan an. Se pa yon aksidan ke fèt sa yo idantifye nan Levitik venntwa. Venntwa se senbòl ekspyasyon an. Se pa yon aksidan ke premye fèt la tonbe nan premye jou setyèm mwa a, e ke dènye fèt la fini nan vennndezyèm jou a. Fèt twonpèt yo se premye lèt alfabè ebre a, Jou Ekspyasyon an se lèt mitan an, epi fèt Tant yo se vennndezye lèt alfabè ebre a.</w:t>
      </w:r>
    </w:p>
    <w:p>
      <w:pPr>
        <w:pStyle w:val="ArticleBody"/>
        <w:jc w:val="left"/>
      </w:pPr>
      <w:r>
        <w:rPr>
          <w:rFonts w:ascii="Times New Roman" w:hAnsi="Times New Roman" w:eastAsia="Times New Roman" w:cs="Times New Roman"/>
        </w:rPr>
        <w:t>Chapit venn-twa, vèsè 23 rive 44 nan Levitik se venn-de vèsè ki plase anndan “kad verite” a. Dizyèm jou ki nan mitan an idantifye yon tès, paske dis se yon senbòl tès, e Jou Ekspyasyon an se kote rebelyon moun ki pèdi yo anrejistre epi rezoud, e rebelyon sa a reprezante pa trèzyèm lèt alfabè ebre a. Lèt ki nan mitan mo ebre ki vle di verite a se trèzyèm nan, e li aliyen ak dizyèm jou setyèm mwa a, epi antanke yon repè li posede atribi pwofetik alfabè ebre a ak jou patikilye sa a. Dis plis trèz fè venn-twa. Swasanndis se sòm 10 fwa 7, e dizyèm jou setyèm mwa a egal tou ak swasanndis, ki se yon senbòl fen tan pwobasyon an.</w:t>
      </w:r>
    </w:p>
    <w:p>
      <w:pPr>
        <w:pStyle w:val="ArticleScripture"/>
        <w:jc w:val="left"/>
      </w:pPr>
      <w:r>
        <w:rPr>
          <w:rFonts w:ascii="Times New Roman" w:hAnsi="Times New Roman" w:eastAsia="Times New Roman" w:cs="Times New Roman"/>
        </w:rPr>
        <w:t>Lè sa a, Pyè pwoche bò kote li, li di: Seyè, konbyen fwa frè m nan va peche kont mwen, epi m va padonnen li? Jiska sèt fwa? Jezi di li: Mwen pa di ou, jiska sèt fwa; men, jiska swasanndis fwa sèt. Matye 18:21, 22.</w:t>
      </w:r>
    </w:p>
    <w:p>
      <w:pPr>
        <w:pStyle w:val="ArticleBody"/>
        <w:jc w:val="left"/>
      </w:pPr>
      <w:r>
        <w:rPr>
          <w:rFonts w:ascii="Times New Roman" w:hAnsi="Times New Roman" w:eastAsia="Times New Roman" w:cs="Times New Roman"/>
        </w:rPr>
        <w:t>Kat san katreven-dis ane yo te koupe pou ansyen Izrayèl. Ane sa yo te koupe nan venntwa san ane yo, epi yo te reprezante kòm swasanndis semèn; konsa Jezi te fè konnen limit tan gras la se kat san katreven-dis ane, sa ki reprezante pa “swasanndis” semèn yo nan Danyèl 9.</w:t>
      </w:r>
    </w:p>
    <w:p>
      <w:pPr>
        <w:pStyle w:val="ArticleScripture"/>
        <w:jc w:val="left"/>
      </w:pPr>
      <w:r>
        <w:rPr>
          <w:rFonts w:ascii="Times New Roman" w:hAnsi="Times New Roman" w:eastAsia="Times New Roman" w:cs="Times New Roman"/>
        </w:rPr>
        <w:t>Soixante-dix semaines ont été fixées sur ton peuple et sur ta ville sainte, pour mettre fin à la transgression, pour mettre un terme aux péchés, pour faire l’expiation de l’iniquité, pour amener la justice éternelle, pour sceller la vision et la prophétie, et pour oindre le Très-Saint. Daniel 9:24.</w:t>
      </w:r>
    </w:p>
    <w:p>
      <w:pPr>
        <w:pStyle w:val="ArticleBody"/>
        <w:jc w:val="left"/>
      </w:pPr>
      <w:r>
        <w:rPr>
          <w:rFonts w:ascii="Times New Roman" w:hAnsi="Times New Roman" w:eastAsia="Times New Roman" w:cs="Times New Roman"/>
        </w:rPr>
        <w:t>Mo ebre ki tradui kòm “koupe” a itilize sèlman nan vèsè sa a nan Ansyen Testaman an, e li vle di “detèmine oswa dekrete.” Li diferan de mo yo sèvi nòmalman pou tradui “koupe” a, ki baze sou zak Abraram te koupe bèt yo ofri yo nan premye etap alyans lan nan Jenèz kenz. Sa te “detèmine” e “dekrete” pou Izrayèl ta gen katsan katreven-dis ane tan pwobasyon, epi apre sa yo t ap koupe yo kòm pèp alyans Bondye a. De “koupe” diferan; youn ki reprezante peryòd la kòm yon tan pwobasyon ki te “koupe” soti nan yon pi gwo kantite pa nimewo swasanndis la, epi lè “diven nouvo” Joel la “koupe” nan bouch yo, pwobasyon fèmen. Swasanndis reprezante fen pwobasyon an.</w:t>
      </w:r>
    </w:p>
    <w:p>
      <w:pPr>
        <w:pStyle w:val="ArticleBody"/>
        <w:jc w:val="left"/>
      </w:pPr>
      <w:r>
        <w:rPr>
          <w:rFonts w:ascii="Times New Roman" w:hAnsi="Times New Roman" w:eastAsia="Times New Roman" w:cs="Times New Roman"/>
        </w:rPr>
        <w:t>Fèt dòtòn yo genyen twa etap mo ebre a ki vle di “verite.” Fèt dòtòn yo kòmanse nan Levitik 23:23, repè mitan Jou Ekspyasyon an se dizyèm jou a ak trèzyèm lèt la, ki egal a 23, epi fèt Tant yo fini nan venn-dezyèm jou a, epi answit gen yon gran Saba ki vini apre fèt la, epi pasaj la fini nan 23:44.</w:t>
      </w:r>
    </w:p>
    <w:p>
      <w:pPr>
        <w:pStyle w:val="ArticleBody"/>
        <w:jc w:val="left"/>
      </w:pPr>
      <w:r>
        <w:rPr>
          <w:rFonts w:ascii="Times New Roman" w:hAnsi="Times New Roman" w:eastAsia="Times New Roman" w:cs="Times New Roman"/>
        </w:rPr>
        <w:t>Levitik vle di prètriz Levit la. Fèt prentan yo prezante nan chapit 23:1–22, epi apre sa fèt otòn yo prezante nan 23:23–44. Fèt prentan yo reprezante pa venn-de vèsè, e alfabè ebre a gen venn-de lèt. Fèt otòn yo tou prezante nan venn-de vèsè. Fèt twonpèt yo anonse pwòch jijman an nan Jou Ekspyasyon an. Apre sa, fèt Tant yo dire pandan sèt jou, epi li fini nan venn-dezyèm jou setyèm mwa a. Premye nan sèt jou sa yo te yon Saba seremoni, menm jan ak uityèm jou a, ki te jou apre fèt sèt jou a. Premye ak uityèm jou a fè uityèm jou a tounen yon senbòl uityèm nan ki soti nan sèt la.</w:t>
      </w:r>
    </w:p>
    <w:p>
      <w:pPr>
        <w:pStyle w:val="ArticleScripture"/>
        <w:jc w:val="left"/>
      </w:pPr>
      <w:r>
        <w:rPr>
          <w:rFonts w:ascii="Times New Roman" w:hAnsi="Times New Roman" w:eastAsia="Times New Roman" w:cs="Times New Roman"/>
        </w:rPr>
        <w:t>Pale ak pitit Izrayèl yo, pou di: Kenzyèm jou setyèm mwa sa a va fèt Tant yo pandan sèt jou pou Senyè a. Premye jou a va yon asanble sen; nou p ap fè okenn travay sèvis ladan l. Pandan sèt jou nou va ofri bay Senyè a yon ofrann ki fèt pa dife; uityèm jou a va yon asanble sen pou nou; epi nou va ofri bay Senyè a yon ofrann ki fèt pa dife: se yon asanble solanèl; epi nou p ap fè okenn travay sèvis ladan l. … Epitou, nan kenzyèm jou setyèm mwa a, lè nou fin ranmase fwi peyi a, nou va selebre yon fèt pou Senyè a pandan sèt jou: premye jou a va yon saba, epi uityèm jou a va yon saba. Levitik 23:34–36, 39.</w:t>
      </w:r>
    </w:p>
    <w:p>
      <w:pPr>
        <w:pStyle w:val="ArticleBody"/>
        <w:jc w:val="left"/>
      </w:pPr>
      <w:r>
        <w:rPr>
          <w:rFonts w:ascii="Times New Roman" w:hAnsi="Times New Roman" w:eastAsia="Times New Roman" w:cs="Times New Roman"/>
        </w:rPr>
        <w:t>Saba seremoni uityèm jou a reprezante Saba milenè a, ki vini apre fèt Tabènak yo. Vye pèp Izrayèl la te mache nan dezè a pandan karant ane; sa komemore lè yo rete nan tonèl pandan jou fèt Tabènak yo, epi li reprezante pa sèlman debòdman lapli dèyè a, men tou tan detrès Jakòb la, lè zanj yo te mennen fidèl Bondye yo nan mòn ak ti mòn pou pwoteksyon.</w:t>
      </w:r>
    </w:p>
    <w:p>
      <w:pPr>
        <w:pStyle w:val="ArticleScripture"/>
        <w:jc w:val="left"/>
      </w:pPr>
      <w:r>
        <w:rPr>
          <w:rFonts w:ascii="Times New Roman" w:hAnsi="Times New Roman" w:eastAsia="Times New Roman" w:cs="Times New Roman"/>
        </w:rPr>
        <w:t>“Nan tan detrès la, nou tout te kouri kite lavil ak bouk yo, men mechan yo t ap pousuiv nou; yo te antre nan kay sen yo ak nepe. Yo leve nepe a pou touye nou, men li te kase, epi li te tonbe san fòs tankou yon pay. Lè sa a, nou tout te rele lajounen kou lannwit pou delivrans, epi rèl la te monte devan Bondye. Solèy la leve, epi lalin lan te rete kanpe. Larivyè yo te sispann koule. Nwaj nwa lou yo te parèt, epi yo te frape youn ak lòt. Men, te gen yon sèl kote klè kote glwa a te tabli, se la vwa Bondye a te soti tankou bri gwo dlo yo, e li te souke syèl la ak tè a. Syèl la te ouvri epi fèmen, epi li te nan gwo twoub. Mòn yo te tranble tankou yon wozo nan van, epi yo te voye gwo wòch dechire toupatou. Lanmè a t ap bouyi tankou yon chodyè, epi li te voye wòch sou tè a. Epi pandan Bondye t ap pale sou jou ak lè vini Jezi a, e li t ap remèt pèp li a alyans etènèl la, li te di yon fraz, epi apre sa li te fè yon poz, pandan pawòl yo t ap woule atravè tè a. Izrayèl Bondye a te kanpe ak je yo fikse anlè, yo t ap koute pawòl yo pandan yo t ap soti nan bouch Jewova epi woule atravè tè a tankou gwo kout loraj ki pi fò. Se te yon bagay ki teribman solanèl. Nan fen chak fraz, sen yo te rele byen fò: Glwa! Alelouya! Vizaj yo te klere ak glwa Bondye a; epi yo te briye ak glwa a menm jan figi Moyiz te fè lè li te desann soti Sinayi. Mechan yo pa t kapab gade yo poutèt glwa a. Epi lè benediksyon ki pap janm fini an te pwononse sou sila yo ki te onore Bondye, nan kenbe saba li a sen, te gen yon gwo rèl viktwa sou Bèt la, ak sou Imaj li a.”</w:t>
      </w:r>
    </w:p>
    <w:p>
      <w:pPr>
        <w:pStyle w:val="ArticleScripture"/>
        <w:jc w:val="left"/>
      </w:pPr>
      <w:r>
        <w:rPr>
          <w:rFonts w:ascii="Times New Roman" w:hAnsi="Times New Roman" w:eastAsia="Times New Roman" w:cs="Times New Roman"/>
        </w:rPr>
        <w:t>“Lè sa a, te kòmanse rejwisans lan, lè peyi a te dwe repoze.” Review and Herald, 21 jiyè 1851.</w:t>
      </w:r>
    </w:p>
    <w:p>
      <w:pPr>
        <w:pStyle w:val="ArticleBody"/>
        <w:jc w:val="left"/>
      </w:pPr>
      <w:r>
        <w:rPr>
          <w:rFonts w:ascii="Times New Roman" w:hAnsi="Times New Roman" w:eastAsia="Times New Roman" w:cs="Times New Roman"/>
        </w:rPr>
        <w:t>Jezi retounen, epi tè a repoze pandan mil an, jan sa te prefigire pa saba setyèm ane tè a ak Jibile a. Nan vèsè twa nan Levitik venntwa, saba setyèm jou pou lòm nan prezante kòm entwodiksyon chapit la ki fini ak uityèm nan, sa vle di sa ki soti nan sèt la, epi li reprezante saba setyèm ane a kote tè a pran repo.</w:t>
      </w:r>
    </w:p>
    <w:p>
      <w:pPr>
        <w:pStyle w:val="ArticleScripture"/>
        <w:jc w:val="left"/>
      </w:pPr>
      <w:r>
        <w:rPr>
          <w:rFonts w:ascii="Times New Roman" w:hAnsi="Times New Roman" w:eastAsia="Times New Roman" w:cs="Times New Roman"/>
        </w:rPr>
        <w:t>Seyè a pale ak Moyiz, li di: Pale ak pitit Izrayèl yo, epi di yo: Konsènan fèt Seyè a, nou va pwoklame yo kòm asanble sen; se sa yo menm ki fèt pa m yo. Pandan sis jou, yo va fè travay; men setyèm jou a se saba repo a, yon asanble sen; nou p ap fè okenn travay ladan l: se saba Seyè a nan tout kay nou yo. Levitik 23:1–3.</w:t>
      </w:r>
    </w:p>
    <w:p>
      <w:pPr>
        <w:pStyle w:val="ArticleBody"/>
        <w:jc w:val="left"/>
      </w:pPr>
      <w:r>
        <w:rPr>
          <w:rFonts w:ascii="Times New Roman" w:hAnsi="Times New Roman" w:eastAsia="Times New Roman" w:cs="Times New Roman"/>
        </w:rPr>
        <w:t>Alfa chapit venntrwa a se Saba setyèm jou a, epi omega chapit la se mil ane pandan tè a rete vid, sa ki te prefigire pa Saba setyèm ane pou tè a ak delivrans jwibiley la. Alfa chapit la se fèt prentan yo ki kòmanse avèk Saba setyèm jou a epi ki fini nan vèsè vennnde; tandiske, omega chapit la fini nan vennndezyèm jou setyèm mwa a, epi apre sa vini Saba seremonièl uityèm jou a ki reprezante Saba setyèm ane tè a.</w:t>
      </w:r>
    </w:p>
    <w:p>
      <w:pPr>
        <w:pStyle w:val="ArticleBody"/>
        <w:jc w:val="left"/>
      </w:pPr>
      <w:r>
        <w:rPr>
          <w:rFonts w:ascii="Times New Roman" w:hAnsi="Times New Roman" w:eastAsia="Times New Roman" w:cs="Times New Roman"/>
        </w:rPr>
        <w:t>Vèsè youn rive vennnde yo reprezante travay Kris kòm Gran Prèt nan syèl la nan kote ki sen an; vèsè vennntwa rive karannkat yo reprezante travay Li nan Kote ki Trè Sen an. Levitik se yon senbòl konsènan prèt yo, e li reprezante ministè gran prèt Kris la. Saba alfa setyèm jou a remonte jouk nan kreyasyon an, epi Saba omega setyèm ane a lonje rive jouk sou tè a ki fèt tou nèf la. Levitik vennntwa, nan sans istorik, kouvri depi kreyasyon rive nan re-kreyasyon.</w:t>
      </w:r>
    </w:p>
    <w:p>
      <w:pPr>
        <w:pStyle w:val="ArticleBody"/>
        <w:jc w:val="left"/>
      </w:pPr>
      <w:r>
        <w:rPr>
          <w:rFonts w:ascii="Times New Roman" w:hAnsi="Times New Roman" w:eastAsia="Times New Roman" w:cs="Times New Roman"/>
        </w:rPr>
        <w:t>Kè kontan oswa wont ki nan mesaj pwofetik la se yon senbòl pou moun ki genyen mesaj Rèl Minwi a oswa yon fo mesaj. Jiskaske verite sa a antre nan naratif la, pwen ki lakòz wont lan pa rive parèt. Moun ki posede vrè lwil la pap manke konprann pwen sa a. Kè kontan an reprezante pa moun peche yo te retire sou yo, e yo prezante pa sila yo k ap selebre fèt Tant Randevou yo.</w:t>
      </w:r>
    </w:p>
    <w:p>
      <w:pPr>
        <w:pStyle w:val="ArticleScripture"/>
        <w:jc w:val="left"/>
      </w:pPr>
      <w:r>
        <w:rPr>
          <w:rFonts w:ascii="Times New Roman" w:hAnsi="Times New Roman" w:eastAsia="Times New Roman" w:cs="Times New Roman"/>
        </w:rPr>
        <w:t>Epi Pawòl la te tounen chè, e li te tabli rete li nan mitan nou; (epi nou te gade glwa li, glwa tankou sèl Pitit Papa a fè, ki plen gras ak verite.) Jan 1:14.</w:t>
      </w:r>
    </w:p>
    <w:p>
      <w:pPr>
        <w:pStyle w:val="ArticleBody"/>
        <w:jc w:val="left"/>
      </w:pPr>
      <w:r>
        <w:rPr>
          <w:rFonts w:ascii="Times New Roman" w:hAnsi="Times New Roman" w:eastAsia="Times New Roman" w:cs="Times New Roman"/>
        </w:rPr>
        <w:t>Mo grèk yo tradui kòm “te rete” a vle di “tabènakle.” Jezi te vin chè e li te tabènakle avèk nou. Li te pran nati imen nou, tabènak nou, tant nou, joupa nou, chè nou. Pyè te di sa konsa:</w:t>
      </w:r>
    </w:p>
    <w:p>
      <w:pPr>
        <w:pStyle w:val="ArticleScripture"/>
        <w:jc w:val="left"/>
      </w:pPr>
      <w:r>
        <w:rPr>
          <w:rFonts w:ascii="Times New Roman" w:hAnsi="Times New Roman" w:eastAsia="Times New Roman" w:cs="Times New Roman"/>
        </w:rPr>
        <w:t>Wi, mwen panse sa bon e sa apwopriye, toutotan mwen nan tant sa a, pou m reveye nou lè m fè nou sonje bagay sa yo; paske mwen konnen m pral byento depoze tant mwen sa a, jan Seyè nou Jezi Kris la te fè m konnen sa. 2 Pyè 1:13, 14.</w:t>
      </w:r>
    </w:p>
    <w:p>
      <w:pPr>
        <w:pStyle w:val="ArticleBody"/>
        <w:jc w:val="left"/>
      </w:pPr>
      <w:r>
        <w:rPr>
          <w:rFonts w:ascii="Times New Roman" w:hAnsi="Times New Roman" w:eastAsia="Times New Roman" w:cs="Times New Roman"/>
        </w:rPr>
        <w:t>Pòl te di sa konsa:</w:t>
      </w:r>
    </w:p>
    <w:p>
      <w:pPr>
        <w:pStyle w:val="ArticleScripture"/>
        <w:jc w:val="left"/>
      </w:pPr>
      <w:r>
        <w:rPr>
          <w:rFonts w:ascii="Times New Roman" w:hAnsi="Times New Roman" w:eastAsia="Times New Roman" w:cs="Times New Roman"/>
        </w:rPr>
        <w:t>Paske nou konnen, si kay tèren sa a nan tant nou an ta kraze, nou genyen yon batiman ki soti nan Bondye, yon kay ki pa fèt ak men, etènèl nan syèl yo. Paske nan sa a nou ap jemi, avèk anpil anvi pou nou revèti sou nou kay nou an ki soti nan syèl la; si, tout bon, lè nou fin revèti, yo pa jwenn nou toutouni. Paske nou menm ki nan tant sa a, nou ap jemi anba chay la; se pa paske nou ta vle dezabiye, men pito pou nou revèti sou nou, pou sa ki mòtèl la ka vale nèt nan lavi. 2 Korentyen 5:1–4.</w:t>
      </w:r>
    </w:p>
    <w:p>
      <w:pPr>
        <w:pStyle w:val="ArticleBody"/>
        <w:jc w:val="left"/>
      </w:pPr>
      <w:r>
        <w:rPr>
          <w:rFonts w:ascii="Times New Roman" w:hAnsi="Times New Roman" w:eastAsia="Times New Roman" w:cs="Times New Roman"/>
        </w:rPr>
        <w:t>Fèt Tabènak yo se yon senbòl sele sant karan-kat mil yo, ki reyalize lè fenèt syèl la louvri. Lè peche sant karan-kat mil yo retire, Sentespri a pral vide san mezi sou legliz triyonfan an. Jijman an fini pou sant karan-kat mil yo, epi sila yo ki sele yo soti pou pwoklame gwo rèl twazyèm zanj lan anba puisans Sentespri a, jan sa reprezante nan fèt Tabènak yo.</w:t>
      </w:r>
    </w:p>
    <w:p>
      <w:pPr>
        <w:pStyle w:val="ArticleBody"/>
        <w:jc w:val="left"/>
      </w:pPr>
      <w:r>
        <w:rPr>
          <w:rFonts w:ascii="Times New Roman" w:hAnsi="Times New Roman" w:eastAsia="Times New Roman" w:cs="Times New Roman"/>
        </w:rPr>
        <w:t>Kò nou se yon tanp, epi yon tant, ki se yon tabènak. Moun ki te rasanble Jerizalèm pou selebre fèt Tabènak yo, t ap selebre lefètke peche yo te efase. Yo te sèvi ak Moyiz pou leve tabènak la nan dezè a, epi fèt Tabènak la nan fen an te selebre lè yo t ap viv nan tonèl nan dezè a, paske Jezi toujou ilistre fen an avèk kòmansman an.</w:t>
      </w:r>
    </w:p>
    <w:p>
      <w:pPr>
        <w:pStyle w:val="ArticleScripture"/>
        <w:jc w:val="left"/>
      </w:pPr>
      <w:r>
        <w:rPr>
          <w:rFonts w:ascii="Times New Roman" w:hAnsi="Times New Roman" w:eastAsia="Times New Roman" w:cs="Times New Roman"/>
        </w:rPr>
        <w:t>Se poutèt sa, frè sen yo, nou menm ki patisipe nan apèl selès la, konsidere Apot la ak Gran Prèt lafwa nou deklare a, Kris Jezi; li menm ki te fidèl anvè Sila a ki te nonmen li, menm jan Moyiz tou te fidèl nan tout kay li. Paske Moun sa a te konsidere diy pou resevwa plis glwa pase Moyiz, dèske sila ki bati kay la gen plis onè pase kay la. Paske chak kay se yon moun ki bati li; men Sila a ki bati tout bagay, se Bondye. Epi, anverite, Moyiz te fidèl nan tout kay li, kòm yon sèvitè, pou sèvi kòm temwayaj sou bagay ki t ap gen pou yo pale yo pita; men Kris la, kòm yon Pitit gason, sou pwòp kay li; e se nou menm ki kay li, si nou kenbe fèm konfyans lan ak lajwa espwa a jiska lafen. Ebre 3:1–6.</w:t>
      </w:r>
    </w:p>
    <w:p>
      <w:pPr>
        <w:pStyle w:val="ArticleBody"/>
        <w:jc w:val="left"/>
      </w:pPr>
      <w:r>
        <w:rPr>
          <w:rFonts w:ascii="Times New Roman" w:hAnsi="Times New Roman" w:eastAsia="Times New Roman" w:cs="Times New Roman"/>
        </w:rPr>
        <w:t>Moyiz se te sèvitè fidèl Bondye te sèvi avè l pou leve tanp tabènak la, men Kris la, antanke Gran Prèt la ak Apot la, gen plis onè pase Moyiz, sèvitè a. Chak kay, depi tanp tabènak Moyiz la, rive nan tanp Salomon an, rive nan tanp Ewòd la ki te refè pandan karantsis ane, tanp imen an avèk 46 kwomozòm li yo, ak tanp Millerit la soti 1798 rive 1844, yo tout se Bondye ki te bati yo. Nan liy pwofetik divès manifestasyon tanp yo, ki ta kòmanse nan Jaden Edenn lan, epi apre peche, nan pòtay Jaden an, epi apre delij la, nan lotèl yo, jouk rive sou Moyiz; twa prensipal pwen-repè yo se Moyiz, Kris la, ak san karantkat mil yo.</w:t>
      </w:r>
    </w:p>
    <w:p>
      <w:pPr>
        <w:pStyle w:val="ArticleBody"/>
        <w:jc w:val="left"/>
      </w:pPr>
      <w:r>
        <w:rPr>
          <w:rFonts w:ascii="Times New Roman" w:hAnsi="Times New Roman" w:eastAsia="Times New Roman" w:cs="Times New Roman"/>
        </w:rPr>
        <w:t>Moyiz ak Kris la reprezante alfa ak omega ansyen Izrayèl la, e ansanm yo reprezante inyon limanite ak Divinite a, sa ki reprezante tou pa san karantkat mil yo. Lè twazyèm zanj lan rive, nan Revelasyon chapit onz, yo di Jan pou l mezire tanp lan, epi lè menm zanj sa a rive ankò nan 9/11, yo di Jan pou l mezire tanp lan ankò. Nan toude ka yo, yo di li pou l kite lakou peryòd 1,260 jou a deyò. An 2023, menm zanj lan te rive, e kounye a pèp Bondye a rele pou mezire tanp lan. Mil de san swasant jou yo, oswa twa jou edmi yo, te fini an 2023, epi depi lè sa a jouk jis anvan lwa dimanch lan, tanp lan dwe leve. Ane 2024 la make poz fondasyon yo, e li te wè rebelyon an manifeste kòm yon gwoup ki te “meprize jou ti bagay yo,” pandan yo t ap pwoteste kont idantifikasyon Miller te fè sou senbòl ki tabli vizyon an.</w:t>
      </w:r>
    </w:p>
    <w:p>
      <w:pPr>
        <w:pStyle w:val="ArticleScripture"/>
        <w:jc w:val="left"/>
      </w:pPr>
      <w:r>
        <w:rPr>
          <w:rFonts w:ascii="Times New Roman" w:hAnsi="Times New Roman" w:eastAsia="Times New Roman" w:cs="Times New Roman"/>
        </w:rPr>
        <w:t>Anplis, pawòl Senyè a vin jwenn mwen, li di: Men Zowobabèl yo te poze fondasyon kay sa a; men li yo va fini l tou; epi w ap konnen se Senyè dèzame yo ki voye m vin jwenn nou. Paske, kiyès ki meprize jou ti bagay yo? Paske yo va rejwi, epi yo va wè fil a plon an nan men Zowobabèl ansanm ak sèt sa yo; yo se je Senyè a, ki mache toupatou atravè tout latè. Zakari 4:8–10.</w:t>
      </w:r>
    </w:p>
    <w:p>
      <w:pPr>
        <w:pStyle w:val="ArticleBody"/>
        <w:jc w:val="left"/>
      </w:pPr>
      <w:r>
        <w:rPr>
          <w:rFonts w:ascii="Times New Roman" w:hAnsi="Times New Roman" w:eastAsia="Times New Roman" w:cs="Times New Roman"/>
        </w:rPr>
        <w:t>Rejte idantifikasyon Miller fè a, ki montre se Wòm ki tabli vizyon an, se rejte fondasyon yo; e se “meprize jou ti bagay yo.” Mouvman Millerit la te mouvman alfa premye ak dezyèm zanj yo; epi mouvman san karannkat mil yo se mouvman omega twazyèm zanj lan. Li gen vennde fwa plis pouvwa pase alfa a. Nan sans pwofetik sa a, fondasyon mouvman Millerit la se “jou ti bagay yo.” Meprize nenpòt verite fondamantal ki reprezante sou de tab Habakouk yo, se mouri; paske vizyon ki tabli nan vèsè katòz Danyèl onz la se menm vizyon Salomon te idantifye.</w:t>
      </w:r>
    </w:p>
    <w:p>
      <w:pPr>
        <w:pStyle w:val="ArticleScripture"/>
        <w:jc w:val="left"/>
      </w:pPr>
      <w:r>
        <w:rPr>
          <w:rFonts w:ascii="Times New Roman" w:hAnsi="Times New Roman" w:eastAsia="Times New Roman" w:cs="Times New Roman"/>
        </w:rPr>
        <w:t>Lè pa gen vizyon, pèp la peri; men, moun ki kenbe lalwa a, li beni. Pwovèb 29:18.</w:t>
      </w:r>
    </w:p>
    <w:p>
      <w:pPr>
        <w:pStyle w:val="ArticleBody"/>
        <w:jc w:val="left"/>
      </w:pPr>
      <w:r>
        <w:rPr>
          <w:rFonts w:ascii="Times New Roman" w:hAnsi="Times New Roman" w:eastAsia="Times New Roman" w:cs="Times New Roman"/>
        </w:rPr>
        <w:t>Vizyon pyè tèt ang lan se yon mèvèy, paske li montre ke pyè angilè fondamantal la se tou pyè tèt ang lan, men avèk venn-de fwa plis pouvwa. Tès fondamantal alfa a nan 2024 te mesaj sele ekstèn entelektyèl la, epi tès tanp omega a nan 2026 se mesaj sele entèn espirityèl la. Youn idantifye imaj ak mak bèt la, epi lòt la idantifye imaj ak mak Bondye. Tès entèn omega sa a reprezante pa de senbòl rèv Miller la ki dwe defini nan kontèks evènman dènye jou yo. Kisa depo a ye? epi kisa manje a ye?</w:t>
      </w:r>
    </w:p>
    <w:p>
      <w:pPr>
        <w:pStyle w:val="ArticleBody"/>
        <w:jc w:val="left"/>
      </w:pPr>
      <w:r>
        <w:rPr>
          <w:rFonts w:ascii="Times New Roman" w:hAnsi="Times New Roman" w:eastAsia="Times New Roman" w:cs="Times New Roman"/>
        </w:rPr>
        <w:t>N ap kontinye bagay sa yo nan atik ki vin apre a.</w:t>
      </w:r>
    </w:p>
    <w:p>
      <w:pPr>
        <w:pStyle w:val="ArticleBody"/>
        <w:jc w:val="left"/>
      </w:pPr>
      <w:r>
        <w:rPr>
          <w:rFonts w:ascii="Times New Roman" w:hAnsi="Times New Roman" w:eastAsia="Times New Roman" w:cs="Times New Roman"/>
        </w:rPr>
        <w:t>Nan epòk Jezi a, yon maryaj jwif te dewoule an twa gwo faz, souvan gaye sou plizyè mwa oswa yon ane. Premye etap la se te maryaj legal la, yo te rele fiyansay la; se nan moman sa a maryaj la te tabli legalman, men lamarye a ak lemarye a te rete separe, pandan lemarye a te retounen lakay papa li pou prepare yon plas pou lamarye li. Se poutèt sa yo te rele Mari, madanm Jozèf la, madanm li, menm anvan yo te kòmanse viv ansanm. Enfidèlite pandan peryòd sa a te konsidere kòm adiltè.</w:t>
      </w:r>
    </w:p>
    <w:p>
      <w:pPr>
        <w:pStyle w:val="ArticleBody"/>
        <w:jc w:val="left"/>
      </w:pPr>
      <w:r>
        <w:rPr>
          <w:rFonts w:ascii="Times New Roman" w:hAnsi="Times New Roman" w:eastAsia="Times New Roman" w:cs="Times New Roman"/>
        </w:rPr>
        <w:t>Peryòd atant lan te ensèten e li te kapab dire kèk jou, kèk semèn, oswa kèk mwa. Ensètitid sa a se yon eleman esansyèl nan parabòl la. Papa a te kapab tann jiska yon ane, pou konfime seliba lamarye a. Veteren an pa t anonse jou ni lè egzak retou li, paske se te desizyon papa li pou detèmine ki lè sa ta fèt; konsa, lamarye a te konnen maryaj la t ap vini—men li pa t konnen kilè. Ensètitid sa a te entansyonèl, e jiskaske papa a te bay veteren an lòd pou l ale chèche lamarye li a, tout sa ki te gen rapò ak sa te retade.</w:t>
      </w:r>
    </w:p>
    <w:p>
      <w:pPr>
        <w:pStyle w:val="ArticleBody"/>
        <w:jc w:val="left"/>
      </w:pPr>
      <w:r>
        <w:rPr>
          <w:rFonts w:ascii="Times New Roman" w:hAnsi="Times New Roman" w:eastAsia="Times New Roman" w:cs="Times New Roman"/>
        </w:rPr>
        <w:t>Lè papa a te di: “ale chèche lamarye w la,” nèg marye a te vini lannuit, ak zanmi li yo, pandan yo t ap rele byen fò e yo t ap kònen twonpèt. Sa te toujou fèt lannuit pou evite vwayaje long distans nan chalè lajounen an, ki ka tounen yon chay lou nan peyi Izrayèl. Flanbo ak lwil te nesesè, paske pa t gen limyè nan lari, e pwosesyon an te ka dire plizyè èdtan. Vrè ekspresyon rityèl yo te pwoklame pandan pwosesyon yo nan maryaj ansyen Ebre yo se te: “Men Veterinè cheval la ap vini!”</w:t>
      </w:r>
    </w:p>
    <w:p>
      <w:pPr>
        <w:pStyle w:val="ArticleBody"/>
        <w:jc w:val="left"/>
      </w:pPr>
      <w:r>
        <w:rPr>
          <w:rFonts w:ascii="Times New Roman" w:hAnsi="Times New Roman" w:eastAsia="Times New Roman" w:cs="Times New Roman"/>
        </w:rPr>
        <w:t>Vyèj yo (demwazèl dònè) nan parabòl la pa t fanm o aza; yo te asistan lamarye a, yo t ap tann ansanm avè l, yo te sipoze antre nan pwosesyon an, epi yo te gen responsablite pou yo pare a nenpòt ki lè epi pou yo pote pwòp lwil pa yo pou klere chemen an rive lakay marye a. Flanbo yo te boule vit, kidonk li te yon nesesite pou pote lwil anplis, si ta gen yon vwayaj ki long. Pa t gen okenn pataj an komen konsènan lwil la.</w:t>
      </w:r>
    </w:p>
    <w:p>
      <w:pPr>
        <w:pStyle w:val="ArticleBody"/>
        <w:jc w:val="left"/>
      </w:pPr>
      <w:r>
        <w:rPr>
          <w:rFonts w:ascii="Times New Roman" w:hAnsi="Times New Roman" w:eastAsia="Times New Roman" w:cs="Times New Roman"/>
        </w:rPr>
        <w:t>Reta a nòmal nan pwosesyon ansyen an ak nan maryaj la, e kiltirèlman sa pa t yon pwoblèm. Yo te atann reta, e tonbe dòmi te nòmal. Distenksyon an pa nan dòmi an, men nan preparasyon an, pa nan vijilans lan. Vyèj saj yo te fè preparasyon pou yon reta, kontrèman ak vyèj san sajès yo. Tout moun t ap dòmi, paske peryòd ki soti depi fiyansay legal la jouk konsomasyon maryaj la ka pran yon ane.</w:t>
      </w:r>
    </w:p>
    <w:p>
      <w:pPr>
        <w:pStyle w:val="ArticleBody"/>
        <w:jc w:val="left"/>
      </w:pPr>
      <w:r>
        <w:rPr>
          <w:rFonts w:ascii="Times New Roman" w:hAnsi="Times New Roman" w:eastAsia="Times New Roman" w:cs="Times New Roman"/>
        </w:rPr>
        <w:t>Yon fwa pwosesyon an te rive lakay lamarye a, fèt maryaj la te kòmanse, epi pòt la te fèmen nèt ale; moun ki te rive an reta pa t admèt. Sa pa t mechanste—se te koutim nan, paske nenpòt moun ki ta frape pita apre pòt la te fin fèmen te vle di yo pa t fè pati pwosesyon an.</w:t>
      </w:r>
    </w:p>
    <w:p>
      <w:pPr>
        <w:pStyle w:val="ArticleBody"/>
        <w:jc w:val="left"/>
      </w:pPr>
      <w:r>
        <w:rPr>
          <w:rFonts w:ascii="Times New Roman" w:hAnsi="Times New Roman" w:eastAsia="Times New Roman" w:cs="Times New Roman"/>
        </w:rPr>
        <w:t>Jezi pa t ap envante imaj; e li pa t bay okenn eksplikasyon sou parabòl sa a, jan li te konn fè souvan. Li pa t bezwen bay eksplikasyon, paske tout detay kiltirèl sa yo te byen konprann pa moun ki t ap koute li yo. Jezi t ap idantifye yon maryaj literal nan Lès la, pa yon abstraksyon.</w:t>
      </w:r>
    </w:p>
    <w:p>
      <w:pPr>
        <w:pStyle w:val="ArticleBody"/>
        <w:jc w:val="left"/>
      </w:pPr>
      <w:r>
        <w:rPr>
          <w:rFonts w:ascii="Times New Roman" w:hAnsi="Times New Roman" w:eastAsia="Times New Roman" w:cs="Times New Roman"/>
        </w:rPr>
        <w:t>Detay yo soutni nèt ale pa temwayaj ebre a, menm jan tou pa istoryen yo nan peryòd women ak grèk yo.</w:t>
      </w:r>
    </w:p>
    <w:p>
      <w:pPr>
        <w:pStyle w:val="ArticleBody"/>
        <w:jc w:val="left"/>
      </w:pPr>
      <w:r>
        <w:rPr>
          <w:rFonts w:ascii="Times New Roman" w:hAnsi="Times New Roman" w:eastAsia="Times New Roman" w:cs="Times New Roman"/>
        </w:rPr>
        <w:t>Mishna a (2yèm syèk aprè Jezikri, men li konsève koutim epòk Tanp lan anvan ane 70 aprè Jezikri)</w:t>
      </w:r>
    </w:p>
    <w:p>
      <w:pPr>
        <w:pStyle w:val="ArticleBody"/>
        <w:jc w:val="left"/>
      </w:pPr>
      <w:r>
        <w:rPr>
          <w:rFonts w:ascii="Times New Roman" w:hAnsi="Times New Roman" w:eastAsia="Times New Roman" w:cs="Times New Roman"/>
        </w:rPr>
        <w:t>Talmud la (yon konpilasyon ki fèt pita, men li site yon pratik ki te pi ansyen)</w:t>
      </w:r>
    </w:p>
    <w:p>
      <w:pPr>
        <w:pStyle w:val="ArticleBody"/>
        <w:jc w:val="left"/>
      </w:pPr>
      <w:r>
        <w:rPr>
          <w:rFonts w:ascii="Times New Roman" w:hAnsi="Times New Roman" w:eastAsia="Times New Roman" w:cs="Times New Roman"/>
        </w:rPr>
        <w:t>Josephus (istoryen jwif nan premye syèk la)</w:t>
      </w:r>
    </w:p>
    <w:p>
      <w:pPr>
        <w:pStyle w:val="ArticleBody"/>
        <w:jc w:val="left"/>
      </w:pPr>
      <w:r>
        <w:rPr>
          <w:rFonts w:ascii="Times New Roman" w:hAnsi="Times New Roman" w:eastAsia="Times New Roman" w:cs="Times New Roman"/>
        </w:rPr>
        <w:t>Litiji maryaj rabenik ak diskisyon legal yo</w:t>
      </w:r>
    </w:p>
    <w:p>
      <w:pPr>
        <w:pStyle w:val="ArticleBody"/>
        <w:jc w:val="left"/>
      </w:pPr>
      <w:r>
        <w:rPr>
          <w:rFonts w:ascii="Times New Roman" w:hAnsi="Times New Roman" w:eastAsia="Times New Roman" w:cs="Times New Roman"/>
        </w:rPr>
        <w:t>Obsèvatè greko-women sou Jide```</w:t>
      </w:r>
    </w:p>
    <w:p>
      <w:pPr>
        <w:pStyle w:val="ArticleBody"/>
        <w:jc w:val="left"/>
      </w:pPr>
      <w:r>
        <w:rPr>
          <w:rFonts w:ascii="Times New Roman" w:hAnsi="Times New Roman" w:eastAsia="Times New Roman" w:cs="Times New Roman"/>
        </w:rPr>
        <w:t>Jozèf pa bay yon “manyèl maryaj” byen òdone, men detay legal ak kiltirèl li sipoze yo ann amoni egzakteman ak deskripsyon Mishnah/Talmud yo. Mishnah a se sous prensipal la.</w:t>
      </w:r>
    </w:p>
    <w:p>
      <w:pPr>
        <w:pStyle w:val="ArticleBody"/>
        <w:jc w:val="left"/>
      </w:pPr>
      <w:r>
        <w:rPr>
          <w:rFonts w:ascii="Times New Roman" w:hAnsi="Times New Roman" w:eastAsia="Times New Roman" w:cs="Times New Roman"/>
        </w:rPr>
        <w:t>Parabòl la te frape yon moun jwif nan 1ye syèk la avèk anpil fòs, paske pa t gen anyen nan Matye 25 ki te bezwen eksplikasyon. Arive a minwi te nòmal, lanp yo ak lwil la te nesesite ki te klè, e yo te atann yon reta ant fiyansaj legal maryaj la ak pwosesyon minwi a, epi pòt ki te fèmen an te pwosedi nòmal! Vyèj ki te mete deyò yo te wont, e pou odyans jwif nan epòk Jezi a, wont vyèj sòt yo te absoliman merite. Kòm odyans Jezi a te byen konnen rit la, yo pa t ap gen okenn senpati pou vyèj sòt yo, paske tout moun te konnen preparasyon an te yon responsablite absoli pou nenpòt vyèj yo te mande pou patisipe nan pwosesyon an. Verite sa yo te tèlman evidan pou odyans jwif la, Jezi pa t janm bezwen bay okenn eksplikasyon sou parabòl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la ak Legliz Advantis Setyèm Jou Lawodise a - Nimewo Trantnèf</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