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Lawodise a - Nimewo karant-deux</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Nimewo Karantdeux</w:t>
      </w:r>
    </w:p>
    <w:p>
      <w:pPr>
        <w:pStyle w:val="ArticleBody"/>
        <w:jc w:val="left"/>
      </w:pPr>
      <w:r>
        <w:rPr>
          <w:rFonts w:ascii="Times New Roman" w:hAnsi="Times New Roman" w:eastAsia="Times New Roman" w:cs="Times New Roman"/>
        </w:rPr>
        <w:t>Lè Levitik venn-twa a divize an de liy egal ki gen venn-de vèsè chak, an konjonksyon avèk liy Kris la kote fèt prentan yo te rankontre antitip yo, nou kapab demontre yon liy ki kòmanse avèk twa etap Pak vandredi aswè a, pen san ledven jou Saba a, ak premye fwi yo nan premye jou semèn nan. Sa se yon sèl waymark, jan batèm Kris la reprezante l, men sèl waymark sa a gen twa etap.</w:t>
      </w:r>
    </w:p>
    <w:p>
      <w:pPr>
        <w:pStyle w:val="ArticleBody"/>
        <w:jc w:val="left"/>
      </w:pPr>
      <w:r>
        <w:rPr>
          <w:rFonts w:ascii="Times New Roman" w:hAnsi="Times New Roman" w:eastAsia="Times New Roman" w:cs="Times New Roman"/>
        </w:rPr>
        <w:t>Lè nou kòmanse nan rezirèksyon an epi nou pwolonje pandan karant jou nan lavni, nou rive nan yon pwen desizif, paske se lè sa a Kris la sispann anseye fas a fas epi li monte nan nyaj yo. San karannkat mil yo monte nan nyaj yo tou.</w:t>
      </w:r>
    </w:p>
    <w:p>
      <w:pPr>
        <w:pStyle w:val="ArticleScripture"/>
        <w:jc w:val="left"/>
      </w:pPr>
      <w:r>
        <w:rPr>
          <w:rFonts w:ascii="Times New Roman" w:hAnsi="Times New Roman" w:eastAsia="Times New Roman" w:cs="Times New Roman"/>
        </w:rPr>
        <w:t>Epi yo tande yon gwo vwa soti nan syèl la ki t ap di yo: Monte isit la. Epi yo monte nan syèl la nan yon nwaj; e lènmi yo te wè yo. Menm lè sa a, te gen yon gwo tranblemanntè, epi yon dizyèm pati nan vil la tonbe, epi nan tranblemanntè a yo touye sèt mil moun; e sa ki te rete yo te pè anpil, epi yo te bay Bondye syèl la glwa. Dezyèm malè a pase; epi, gade, twazyèm malè a ap vini byen vit. Epi setyèm zanj lan kònen twonpèt la; epi te gen gwo vwa nan syèl la, ki t ap di: Wayòm mond sa a vin tounen Wayòm Seyè nou an ak Kris li a; epi li pral gouvènen pou tout tan tout tan. Revelasyon 11:12–15.</w:t>
      </w:r>
    </w:p>
    <w:p>
      <w:pPr>
        <w:pStyle w:val="ArticleBody"/>
        <w:jc w:val="left"/>
      </w:pPr>
      <w:r>
        <w:rPr>
          <w:rFonts w:ascii="Times New Roman" w:hAnsi="Times New Roman" w:eastAsia="Times New Roman" w:cs="Times New Roman"/>
        </w:rPr>
        <w:t>Dezyèm ak twazyèm malè a se Islam, e setyèm zanj lan se twazyèm malè a, ki se yon lòt fwa ankò, Islam. Twazyèm malè a rive byen vit nan moman tranblemanntè a. Tranblemanntè a se lwa dimanch Ozetazini; Etazini se bèt ki soti sou tè a nan Revelasyon trèz, e lwa dimanch lan se souke a, ki se yon tranbleman. Bèt ki soti sou tè a se wa prensipal la pami dis wa yo, epi lè Etazini ranvèse nan lwa dimanch lan, yon dizyèm pati nan vil la va tonbe. Nan menm lè lwa dimanch lan, de temwen yo, ki reprezante pa Eli ak Moyiz, menm de temwen sa yo ki te parèt transfòme ansanm ak Kris la devan Pyè, Jak ak Jan, yo leve monte nan syèl la nan yon nyaj, e tout moun wè sa, paske lènmi yo te gade yo.</w:t>
      </w:r>
    </w:p>
    <w:p>
      <w:pPr>
        <w:pStyle w:val="ArticleBody"/>
        <w:jc w:val="left"/>
      </w:pPr>
      <w:r>
        <w:rPr>
          <w:rFonts w:ascii="Times New Roman" w:hAnsi="Times New Roman" w:eastAsia="Times New Roman" w:cs="Times New Roman"/>
        </w:rPr>
        <w:t>Karant jou apre rezirèksyon an, Jezi te “moute” nan nyaj yo, epi dis jou ki te pase nan chanm anwo a te kòmanse. Asansyon an se yon tès vizyèl, menm jan ak dezyèm nan twa zanj yo. Lè Li t ap monte a, zanj yo te deklare ke Li t ap retounen avèk nyaj, menm jan Li te fèk monte avèk nyaj.</w:t>
      </w:r>
    </w:p>
    <w:p>
      <w:pPr>
        <w:pStyle w:val="ArticleScripture"/>
        <w:jc w:val="left"/>
      </w:pPr>
      <w:r>
        <w:rPr>
          <w:rFonts w:ascii="Times New Roman" w:hAnsi="Times New Roman" w:eastAsia="Times New Roman" w:cs="Times New Roman"/>
        </w:rPr>
        <w:t>Epi lè li te fin di bagay sa yo, pandan yo t ap gade, yo leve l anlè; epi yon nwaj resevwa l, li disparèt devan je yo. Epi pandan yo t ap fikse je yo nan syèl la, antan li t ap monte, men de mesye kanpe bò kote yo, abiye ak rad blan; yo di yo tou: Nou menm, mesye Galile, poukisa nou rete ap gade anlè nan syèl la? Jezi sa a menm, ki leve kite nou pou l ale nan syèl la, va tounen menm jan nou te wè l ale nan syèl la. Travay 1:9–11.</w:t>
      </w:r>
    </w:p>
    <w:p>
      <w:pPr>
        <w:pStyle w:val="ArticleBody"/>
        <w:jc w:val="left"/>
      </w:pPr>
      <w:r>
        <w:rPr>
          <w:rFonts w:ascii="Times New Roman" w:hAnsi="Times New Roman" w:eastAsia="Times New Roman" w:cs="Times New Roman"/>
        </w:rPr>
        <w:t>Retounen Li lè Dezyèm Vini Li a fèt, se nan “laglwa” wayòm Li an.</w:t>
      </w:r>
    </w:p>
    <w:p>
      <w:pPr>
        <w:pStyle w:val="ArticleScripture"/>
        <w:jc w:val="left"/>
      </w:pPr>
      <w:r>
        <w:rPr>
          <w:rFonts w:ascii="Times New Roman" w:hAnsi="Times New Roman" w:eastAsia="Times New Roman" w:cs="Times New Roman"/>
        </w:rPr>
        <w:t>Nenpòt moun, kidonk, ki va wont de mwen ak de pawòl mwen yo nan jenerasyon sa a ki adiltè e ki pechè, Pitit lòm nan va wont de li tou lè li vini nan laglwa Papa li ansanm ak zanj sen yo. Mak 8:38.</w:t>
      </w:r>
    </w:p>
    <w:p>
      <w:pPr>
        <w:pStyle w:val="ArticleBody"/>
        <w:jc w:val="left"/>
      </w:pPr>
      <w:r>
        <w:rPr>
          <w:rFonts w:ascii="Times New Roman" w:hAnsi="Times New Roman" w:eastAsia="Times New Roman" w:cs="Times New Roman"/>
        </w:rPr>
        <w:t>Menm “glwa” sa a se sa Pyè, Jak ak Jan te wè sou Mòn Transfigirasyon an. Mòn Transfigirasyon an te tou yon dezyèm etap, epi Sezare Filip te vini anvan li, tandiske Sezare Maritim te vini apre li. Dezyèm tès la se tou tès imaj bèt la, yon tès ki mande rekonesans pwofetik ke imaj bèt la ap fòme. Dezyèm tès la se tou Melza k ap egzamine Danyèl ak zanmi li yo pou konpare figi yo ak figi moun ki pa t manje legim. Se yon tès vizyèl. Dezyèm etap la nan twa etap alyans yo nan istwa alyans Abraram lan se te “siy” sikonsizyon an. Dezyèm etap la reprezante sele pèp Bondye a pandan y ap leve yo kòm yon banyè. Dezyèm etap la se kote “glwa” manifeste, paske twa etap premye zanj lan se lakrentif, “glwa” ak jijman. Karantyèm jou sezon Pannkòt la aliyen ak Mòn Transfigirasyon an. Wete soulye nou, paske nou sou tè sen.</w:t>
      </w:r>
    </w:p>
    <w:p>
      <w:pPr>
        <w:pStyle w:val="ArticleBody"/>
        <w:jc w:val="left"/>
      </w:pPr>
      <w:r>
        <w:rPr>
          <w:rFonts w:ascii="Times New Roman" w:hAnsi="Times New Roman" w:eastAsia="Times New Roman" w:cs="Times New Roman"/>
        </w:rPr>
        <w:t>Asansyon an se yon tès vizyèl, e nan liy fèt yo, asansyon an nan mak karantyèm jou a vini apre senk jou ansanm ak fèt Twonpèt yo. Fèt Twonpèt yo idantifye avètisman setyèm twonpèt la, ki se avètisman Islam.</w:t>
      </w:r>
    </w:p>
    <w:p>
      <w:pPr>
        <w:pStyle w:val="ArticleBody"/>
        <w:jc w:val="left"/>
      </w:pPr>
      <w:r>
        <w:rPr>
          <w:rFonts w:ascii="Times New Roman" w:hAnsi="Times New Roman" w:eastAsia="Times New Roman" w:cs="Times New Roman"/>
        </w:rPr>
        <w:t>Asansyon an swiv twonpèt yo apre senk jou, epi ansuit, senk jou apre asansyon an, Jou Ekspyasyon an make jijman an. Twonpèt la se ansyen chemen yo; li se mesaj Laodise a; li se Islam; epi li se mesaj fondamantal premye zanj lan. Senk jou apre, lè ansèyman “fas-a-fas” la fini, asansyon an make dezyèm tès vizyèl dezyèm zanj lan. Senk jou apre sa, jijman an make twazyèm zanj lan.</w:t>
      </w:r>
    </w:p>
    <w:p>
      <w:pPr>
        <w:pStyle w:val="ArticleBody"/>
        <w:jc w:val="left"/>
      </w:pPr>
      <w:r>
        <w:rPr>
          <w:rFonts w:ascii="Times New Roman" w:hAnsi="Times New Roman" w:eastAsia="Times New Roman" w:cs="Times New Roman"/>
        </w:rPr>
        <w:t>Senk jou apre jijman sou kay Bondye a fin fèt, jijman an rive sou Etazini jan Jou Pannkòt la make li.</w:t>
      </w:r>
    </w:p>
    <w:p>
      <w:pPr>
        <w:pStyle w:val="ArticleScripture"/>
        <w:jc w:val="left"/>
      </w:pPr>
      <w:r>
        <w:rPr>
          <w:rFonts w:ascii="Times New Roman" w:hAnsi="Times New Roman" w:eastAsia="Times New Roman" w:cs="Times New Roman"/>
        </w:rPr>
        <w:t>Epi li di Abraram: Konnen sa byen sèten, desandans ou yo ap etranje nan yon peyi ki pa pa yo; y ap sèvi moun peyi sa a, epi yo va maltrete yo pandan katsan ane. Men, nasyon y ap sèvi a, mwen menm, m ap jije l; epi apre sa, yo va soti ak anpil byen. Jenèz 15:13, 14.</w:t>
      </w:r>
    </w:p>
    <w:p>
      <w:pPr>
        <w:pStyle w:val="ArticleBody"/>
        <w:jc w:val="left"/>
      </w:pPr>
      <w:r>
        <w:rPr>
          <w:rFonts w:ascii="Times New Roman" w:hAnsi="Times New Roman" w:eastAsia="Times New Roman" w:cs="Times New Roman"/>
        </w:rPr>
        <w:t>“Gwo sibstans” san karan-kat mil yo posede nan moman lwa dimanch lan, kote “nasyon” Etazini an jije, se sibstans chapit sis Ezayi a, ki reprezante Divinite. Pwofesi alyans Abraram nan di “epi nasyon sa a tou,” konsa li idantifye ke pèp Bondye a sele anvan lwa dimanch lan. Apre sa, nan lwa dimanch lan, pandan yon peryòd sèt jou fèt Tant yo reprezante a, dènye lapli a vide san mezi pandan jijman ap akonpli sou gwo foul la ki deyò kay Bondye a.</w:t>
      </w:r>
    </w:p>
    <w:p>
      <w:pPr>
        <w:pStyle w:val="ArticleBody"/>
        <w:jc w:val="left"/>
      </w:pPr>
      <w:r>
        <w:rPr>
          <w:rFonts w:ascii="Times New Roman" w:hAnsi="Times New Roman" w:eastAsia="Times New Roman" w:cs="Times New Roman"/>
        </w:rPr>
        <w:t>Nan dat 18 jiyè 2020, yo te touye de temwen yo nan lari Sodòm ak Lejip. De temwen yo se te Moyiz ak Eli, epi William Miller te Eli nan istwa pa l la. Nan rèv li, li te fèmen je l pou yon moman, epi nan dat 18 jiyè 2020 li te fèmen je l pwofetikman nan lanmò. Lè li te louvri je l, chanm nan te vid; yon pòt ak fenèt yo te louvri. Lè sa a, lè Miller te wè travay nonm bwòs pousyè a t ap akonpli, li te sipliye l pou l pran prekosyon, epi nonm bwòs pousyè a te asire l tout bagay t ap byen.</w:t>
      </w:r>
    </w:p>
    <w:p>
      <w:pPr>
        <w:pStyle w:val="ArticleBody"/>
        <w:jc w:val="left"/>
      </w:pPr>
      <w:r>
        <w:rPr>
          <w:rFonts w:ascii="Times New Roman" w:hAnsi="Times New Roman" w:eastAsia="Times New Roman" w:cs="Times New Roman"/>
        </w:rPr>
        <w:t>Lè Miller te reveye nan dezè a, nan mwa jiyè 2023, fèt pen san ledven an te rive, jis anvan rezirèksyon an nan 31 desanm 2023. Nan pwen sa a—mesaj pwofetik vrè Kri a nan Mitanwit la, “kri” tout lòt mesaj pwofetik ki te janm dewoule yo te prefigire a, te kòmanse ap dewoule, paske fen twa jou edmi yo idantifye yon “tan lafen,” e nan “tan lafen” an toujou gen yon dewoulman pwofetik. Se toujou konsa, paske Kris la menm yè, jodi a, e pou tout tan. Fason Li aji ak lèzòm rete toujou menm bagay la, paske Li travay sou menm “liy” yo kounye a menm jan Li te toujou fè sa. Nan fen twa jou edmi yo, Revelasyon Jezikri a te dewoule.</w:t>
      </w:r>
    </w:p>
    <w:p>
      <w:pPr>
        <w:pStyle w:val="ArticleBody"/>
        <w:jc w:val="left"/>
      </w:pPr>
      <w:r>
        <w:rPr>
          <w:rFonts w:ascii="Times New Roman" w:hAnsi="Times New Roman" w:eastAsia="Times New Roman" w:cs="Times New Roman"/>
        </w:rPr>
        <w:t>Kò rezirèksyon an te deja tipifye pa Adan, ki te premye fòme, epi apre sa yo te soufle sou li souf lavi a. Zo sèch mò yo nan Ezekyèl 37 la, yo menm tou, te premye fòme pa yon premye pwofesi, epi apre sa yo te resevwa lavi pa yon dezyèm pwofesi ki te pote souf lavi a bay kò san lavi a avèk yon mesaj sou kat van yo, ki se mesaj sele a. Nan toude ilistrasyon yo, pwofesi ki dezsele a genyen de pati, e pati sa yo prezante nan divès fason. Yo se sa ki entèn ak sa ki ekstèn; yo se vizyon rivyè Ulai ak Hiddekel yo; yo se vizyon chazon ak mareh yo; yo se de temwen yo, de tib lò yo, e konsa kontinye.</w:t>
      </w:r>
    </w:p>
    <w:p>
      <w:pPr>
        <w:pStyle w:val="ArticleBody"/>
        <w:jc w:val="left"/>
      </w:pPr>
      <w:r>
        <w:rPr>
          <w:rFonts w:ascii="Times New Roman" w:hAnsi="Times New Roman" w:eastAsia="Times New Roman" w:cs="Times New Roman"/>
        </w:rPr>
        <w:t>Nan istwa Millerit la, Kri Minwi a se te pwofesi ki te ini avèk pwofesi dezyèm zanj lan. Yon pwofesi an de etap. Lè zo sèk mò yo te resisite an 2023, pa nesesite pwofetik yo te dwe sibi yon eprèv, paske dezasele yon pwofesi toujou kòmanse yon pwosesis eprèv an twa etap. De premye eprèv yo t ap eprèv fondasyon an epi apre sa eprèv tanp lan.</w:t>
      </w:r>
    </w:p>
    <w:p>
      <w:pPr>
        <w:pStyle w:val="ArticleBody"/>
        <w:jc w:val="left"/>
      </w:pPr>
      <w:r>
        <w:rPr>
          <w:rFonts w:ascii="Times New Roman" w:hAnsi="Times New Roman" w:eastAsia="Times New Roman" w:cs="Times New Roman"/>
        </w:rPr>
        <w:t>Senk jou apre rezirèksyon an, vwa ki nan dezè a, ki reprezante pa peryòd pen san ledven an, fini; paske Eli, ki reprezante pa Miller ak Jan Batis, yo toude te prepare chemen pou Sila a ki gen soulye li yo yo pa t diy pou pote. Nan rezirèksyon an, Jezi kòmanse peryòd ansèyman Li “fas a fas” pandan karant jou. Ansèyman “fas a fas” sa a te kòmanse nan vennndezyèm jou a pou Danyèl nan chapit dis la. Se la li reprezante kòm twa etap ak twa manyen, ansanm ak yon doubleman nan vin fò.</w:t>
      </w:r>
    </w:p>
    <w:p>
      <w:pPr>
        <w:pStyle w:val="ArticleBody"/>
        <w:jc w:val="left"/>
      </w:pPr>
      <w:r>
        <w:rPr>
          <w:rFonts w:ascii="Times New Roman" w:hAnsi="Times New Roman" w:eastAsia="Times New Roman" w:cs="Times New Roman"/>
        </w:rPr>
        <w:t>Senk jou anvan karant jou yo fini, avètisman twonpèt Islam lan sonnen. Avètisman Islam lan te reprezante pa bourik Kris la te monte sou li lè Li te antre triyonfalman nan Jerizalèm. Anvan Li te desann pant Mòn Oliv yo pou antre Jerizalèm, Li te bay disip Li yo lòd anvan pou yo ale lage bourik la.</w:t>
      </w:r>
    </w:p>
    <w:p>
      <w:pPr>
        <w:pStyle w:val="ArticleScripture"/>
        <w:jc w:val="left"/>
      </w:pPr>
      <w:r>
        <w:rPr>
          <w:rFonts w:ascii="Times New Roman" w:hAnsi="Times New Roman" w:eastAsia="Times New Roman" w:cs="Times New Roman"/>
        </w:rPr>
        <w:t>“Visyon sa a te bay an 1847, lè te gen sèlman anpil ti kantite nan frè Advantis yo k ap obsève Saba a; e pami sa yo, te gen sèlman kèk ki te sipoze ke obsèvans li te gen ase enpòtans pou trase yon liy ant pèp Bondye a ak moun ki pa kwè yo. Kounye a, akonplisman vizyon sa a ap kòmanse parèt. ‘Kòmansman tan tray sa a,’ jan sa mansyone isit la a, pa refere ak tan lè kalamite yo pral kòmanse vide, men pito ak yon kout peryòd jis anvan yo vide yo, pandan Kris la nan tanp lan. Nan tan sa a, pandan travay delivrans lan ap rive nan fen li, tray ap vini sou tè a, e nasyon yo pral fache, men y ap kenbe yo anba kontwòl pou yo pa anpeche travay twazyèm zanj lan. Nan tan sa a, ‘lapli ta a,’ oswa rafrechisman ki soti nan prezans Senyè a, pral vini, pou bay pouvwa a gwo vwa twazyèm zanj lan, epi pou prepare sen yo pou yo kanpe fèm pandan peryòd lè sèt dènye kalamite yo pral vide.” Early Writings, 85.</w:t>
      </w:r>
    </w:p>
    <w:p>
      <w:pPr>
        <w:pStyle w:val="ArticleBody"/>
        <w:jc w:val="left"/>
      </w:pPr>
      <w:r>
        <w:rPr>
          <w:rFonts w:ascii="Times New Roman" w:hAnsi="Times New Roman" w:eastAsia="Times New Roman" w:cs="Times New Roman"/>
        </w:rPr>
        <w:t>Nan dat 9/11 la, Li te bay zanj Li yo lòd pou lage bourik la; epi George Bush piti a te kenbe bourik la an fren. Siris se yon tip premye zanj lan, paske li te pwoklame premye dekrè a. Se poutèt sa li reprezante ni 11 dawou 1840 ni 9/11, e nan 9/11, Islam, jan sa reprezante pa “fache nasyon yo,” te lage epi answit te kenbe an fren. Se nan moman sa a lapli dèyè a te kòmanse tonbe. Siris reprezante toude waymark Islam yo nan 11 dawou 1840 ak 9/11.</w:t>
      </w:r>
    </w:p>
    <w:p>
      <w:pPr>
        <w:pStyle w:val="ArticleScripture"/>
        <w:jc w:val="left"/>
      </w:pPr>
      <w:r>
        <w:rPr>
          <w:rFonts w:ascii="Times New Roman" w:hAnsi="Times New Roman" w:eastAsia="Times New Roman" w:cs="Times New Roman"/>
        </w:rPr>
        <w:t>“Pandan twa semèn, Gabriyèl te lite ak pouvwa fènwa yo, ap chèche anpeche enfliyans k ap aji sou lespri Siris; epi anvan batay la te fini, Kris la menm te vin pote Gabriyèl sekou. ‘Prens wayòm Pès la te kanpe kont mwen pandan vennsenk jou,’ Gabriyèl deklare; ‘men gade, Mikayèl, youn nan prens chèf yo, te vin ede m; epi mwen te rete la avèk wa Pès yo.’ Daniel 10:13. Tout sa syèl la te kapab fè an favè pèp Bondye a, li te fè. Finalman, yo te genyen viktwa a; fòs lènmi an te kenbe anba kontwòl pandan tout jou Siris yo, ak pandan tout jou pitit gason li Kanbiz yo, ki te gouvènen anviwon sèt ane edmi.” Profèt ak Wa, 571.</w:t>
      </w:r>
    </w:p>
    <w:p>
      <w:pPr>
        <w:pStyle w:val="ArticleBody"/>
        <w:jc w:val="left"/>
      </w:pPr>
      <w:r>
        <w:rPr>
          <w:rFonts w:ascii="Times New Roman" w:hAnsi="Times New Roman" w:eastAsia="Times New Roman" w:cs="Times New Roman"/>
        </w:rPr>
        <w:t>Siris, nan dat 11 dawou 1840, lè sipremasi Otoman an te sispann, jan pyonye yo te di li, yo te kenbe Islam dezyèm malè a anba kontrent. Kontrent sa a te make konklizyon pwofesi tan twa san katreven-onz ane ak kenz jou a, ki te kòmanse lè kat zanj yo, ki t ap reprezante kat sultan islamik yo, te lage pa sizyèm zanj lan, ki te reprezante dezyèm malè pami twa malè Islam yo. Nan 9/11, Islam te frape epi ansuit yo te mete l anba kontrent, jan sa reprezante nan kontrent lan nan istwa Siris la ak nan istwa 1840 la. Tout twa temwen sa yo idantifye swa kontrent swa delivrans Islam, epi nan kòmansman antre triyonfal Kris la, yo te lage bourik la.</w:t>
      </w:r>
    </w:p>
    <w:p>
      <w:pPr>
        <w:pStyle w:val="ArticleBody"/>
        <w:jc w:val="left"/>
      </w:pPr>
      <w:r>
        <w:rPr>
          <w:rFonts w:ascii="Times New Roman" w:hAnsi="Times New Roman" w:eastAsia="Times New Roman" w:cs="Times New Roman"/>
        </w:rPr>
        <w:t>Délivrans bourik la davans antre triyonfal Li a idantifye mesaj twonpèt la ki rive senk jou anvan asansyon an. Mesaj ki fè konnen Islam lage ankò, jan sa te fèt nan 11 Septanm, e jan li pral lage ankò kenz jou apre nan lwa dimanch lan, ki se Pannkot, se mesaj ki make kòmansman Kri Minwi a. Lefèt ke yo lage bourik la make kòmansman an, oswa alfa a, nan pwoklamasyon mesaj Kri Minwi a; epi nan lwa dimanch lan, kote Kri Minwi a chanje pou l vin gwo rèl la, Islam frape bèt tè a ankò.</w:t>
      </w:r>
    </w:p>
    <w:p>
      <w:pPr>
        <w:pStyle w:val="ArticleBody"/>
        <w:jc w:val="left"/>
      </w:pPr>
      <w:r>
        <w:rPr>
          <w:rFonts w:ascii="Times New Roman" w:hAnsi="Times New Roman" w:eastAsia="Times New Roman" w:cs="Times New Roman"/>
        </w:rPr>
        <w:t>Peryòd Kri Minwi a kòmanse avèk yon frap alfa ki soti nan Islam, epi li fini avèk yon frap omega ki soti nan Islam. Frap Islam yo sou Etazini yo reprezante nan temwayaj Balaam ak bourik li a, ki natirèlman prezante nan chapit vennde nan liv Nonb. Sò legliz Advantis Setyèm Jou Lawodise a, antanke kòn pwotestan bèt ki soti sou tè a, reprezante nan Ezayi 22:22 (entèn), epi sò kòn Repibliken an prezante nan Nonb 22:22 (ekstèn) ak vèsè ki vin apre yo.</w:t>
      </w:r>
    </w:p>
    <w:p>
      <w:pPr>
        <w:pStyle w:val="ArticleScripture"/>
        <w:jc w:val="left"/>
      </w:pPr>
      <w:r>
        <w:rPr>
          <w:rFonts w:ascii="Times New Roman" w:hAnsi="Times New Roman" w:eastAsia="Times New Roman" w:cs="Times New Roman"/>
        </w:rPr>
        <w:t>Kòlè Bondye limen paske li te ale; epi zanj Senyè a te kanpe sou chemen an kòm yon advèsè kont li. Kounye a li menm te monte sou bourik li a, e de sèvitè li yo te avèk li.</w:t>
      </w:r>
    </w:p>
    <w:p>
      <w:pPr>
        <w:pStyle w:val="ArticleScripture"/>
        <w:jc w:val="left"/>
      </w:pPr>
      <w:r>
        <w:rPr>
          <w:rFonts w:ascii="Times New Roman" w:hAnsi="Times New Roman" w:eastAsia="Times New Roman" w:cs="Times New Roman"/>
        </w:rPr>
        <w:t>Epi bourik la wè zanj Seyè a kanpe sou chemen an, ak nepe li rale nan men li; epi bourik la vire sòti sou chemen an, li antre nan jaden an; epi Balaram frape bourik la, pou fè l tounen sou chemen an. Resansman 22:22, 23.</w:t>
      </w:r>
    </w:p>
    <w:p>
      <w:pPr>
        <w:pStyle w:val="ArticleBody"/>
        <w:jc w:val="left"/>
      </w:pPr>
      <w:r>
        <w:rPr>
          <w:rFonts w:ascii="Times New Roman" w:hAnsi="Times New Roman" w:eastAsia="Times New Roman" w:cs="Times New Roman"/>
        </w:rPr>
        <w:t>Nan moman 9/11 la, Balam, fo pwofèt la, ki reprezante Etazini ak George Bush pitit la, t ap chèche fini travay papa l, George Bush papa a, te kòmanse nan efò mondyalis yo pou ranvèse Etazini epi mete an aplikasyon sa li te rele “yon nouvo lòd mondyal.” Motivasyon biblik mondyalis yo se pou yo touye pèp rès Bondye a, epi George Bush pitit la reprezante fen eritaj pwofetik papa l la nan mennen antre “yon nouvo lòd mondyal,” jan li te rele l la. “Nouvo lòd mondyal” Bush la rive nan inyon twa-fwa dragon an, bèt la, ak fo pwofèt la nan lwa dimanch la, epi George Bush pitit la make kòmansman peryòd ki abouti nan lwa dimanch la, ki se tan sele a, tan eprèv imaj bèt la, peryòd premye vwa Revelasyon dizwit la, ak anpil lòt bagay ankò. Bourik Balam nan te detounen ajanda mondyalis la sou kote jiskaske san karannkat mil yo sele sou fwon yo.</w:t>
      </w:r>
    </w:p>
    <w:p>
      <w:pPr>
        <w:pStyle w:val="ArticleScripture"/>
        <w:jc w:val="left"/>
      </w:pPr>
      <w:r>
        <w:rPr>
          <w:rFonts w:ascii="Times New Roman" w:hAnsi="Times New Roman" w:eastAsia="Times New Roman" w:cs="Times New Roman"/>
        </w:rPr>
        <w:t>Yon Chan oswa Sòm Asaf la. Pa rete an silans, O Bondye; pa kenbe lapè ou, epi pa rete trankil, O Bondye. Paske, gade, lènmi ou yo ap fè gwo dezòd; e sila yo ki rayi ou yo leve tèt yo byen wo. Yo fè konplo avèk riz kont pèp ou a, e yo fè konsèy ansanm kont moun kache ou yo. Yo di: Vini non, ann disparèt yo nèt kòm yon nasyon, pou yo pa sonje non Izrayèl ankò. Paske yo fè konsèy ansanm avèk yon sèl konsantman; yo fè alyans kont ou. Sòm 83:1–5.</w:t>
      </w:r>
    </w:p>
    <w:p>
      <w:pPr>
        <w:pStyle w:val="ArticleBody"/>
        <w:jc w:val="left"/>
      </w:pPr>
      <w:r>
        <w:rPr>
          <w:rFonts w:ascii="Times New Roman" w:hAnsi="Times New Roman" w:eastAsia="Times New Roman" w:cs="Times New Roman"/>
        </w:rPr>
        <w:t>Vèsè sis e sa k ap vini apre yo idantifye “lènmi” yo kòm “dis” nasyon, ki reprezante kòm dis wa nan Revelasyon disèt. La a, dis wa yo gen yon sèl panse, men Asaf di: “yo te fè konsèy ansanm ak yon sèl konsantman; yo fè alyans kont ou.” Dis wa yo se move konfederasyon mondyalis dènye jou yo, ki deside pou “koupe” “Izrayèl” la, “moun kache ou yo,” pou l pa “yon nasyon” ankò. Travay konfederasyon dis wa yo, ki “leve” pouvwa papal la kòm “tèt” inyon twa-fwa a, se elimine “Izrayèl” espirityèl la, ki kache nan “kote sekrè Trèwo a.”</w:t>
      </w:r>
    </w:p>
    <w:p>
      <w:pPr>
        <w:pStyle w:val="ArticleBody"/>
        <w:jc w:val="left"/>
      </w:pPr>
      <w:r>
        <w:rPr>
          <w:rFonts w:ascii="Times New Roman" w:hAnsi="Times New Roman" w:eastAsia="Times New Roman" w:cs="Times New Roman"/>
        </w:rPr>
        <w:t>Nan 11 Septanm nan, bourik Islam lan te fè ajanda dragon an soti sou chemen li, paske zanj pisan an nan Revelasyon 18 te desann ak yon nepe nan men Li. Lè sa a, eprèv entèn la se te retounen nan ansyen chemen yo. Nan pwen sa a, repetisyon istwa Millerit yo, ni pou premye zanj lan ni pou dezyèm zanj lan, te kòmanse repete jan sa prezante nan istwa twa premye vèsè Revelasyon dizwit la. Twa premye vèsè sa yo se vèsè Sè White te deklare ki t ap akonpli lè gwo batiman Vil New York yo t ap kraze.</w:t>
      </w:r>
    </w:p>
    <w:p>
      <w:pPr>
        <w:pStyle w:val="ArticleBody"/>
        <w:jc w:val="left"/>
      </w:pPr>
      <w:r>
        <w:rPr>
          <w:rFonts w:ascii="Times New Roman" w:hAnsi="Times New Roman" w:eastAsia="Times New Roman" w:cs="Times New Roman"/>
        </w:rPr>
        <w:t>Nan dat 11 septanm nan, Revelasyon 18:1–3 te akonpli, epi paralèl premye zanj lan ki te desann pou klere tè a ak glwa li nan 11 out 1840 te vin ini avèk dezyèm zanj lan ki te anonse tonbe Babilòn. Balaam te yon senbòl premye zanj lan, epi Balaam te akonpaye pa de sèvitè li yo, ki t ap reprezante dezyèm zanj lan.</w:t>
      </w:r>
    </w:p>
    <w:p>
      <w:pPr>
        <w:pStyle w:val="ArticleBody"/>
        <w:jc w:val="left"/>
      </w:pPr>
      <w:r>
        <w:rPr>
          <w:rFonts w:ascii="Times New Roman" w:hAnsi="Times New Roman" w:eastAsia="Times New Roman" w:cs="Times New Roman"/>
        </w:rPr>
        <w:t>Nan ilistrasyon Balaam nan konsènan kòn Repibliken fo pwofèt la, Balaam t ap gen de lòt konfwontasyon ankò ak bourik Islam lan. Nan twazyèm konfwontasyon an, bourik la t ap “pale,” epi pawòl pwofesi a make lwa dimanch lan. Sou 7 oktòb 2023, bourik la frape ankò, men se pa peyi glwa modèn espirityèl la li te frape. Li te frape peyi glwa ansyen literal la, epi Balaam ak bourik li a te kounye a nan dezyèm konfwontasyon yo.</w:t>
      </w:r>
    </w:p>
    <w:p>
      <w:pPr>
        <w:pStyle w:val="ArticleScripture"/>
        <w:jc w:val="left"/>
      </w:pPr>
      <w:r>
        <w:rPr>
          <w:rFonts w:ascii="Times New Roman" w:hAnsi="Times New Roman" w:eastAsia="Times New Roman" w:cs="Times New Roman"/>
        </w:rPr>
        <w:t>Men zanj Senyè a te kanpe sou yon ti chemen nan mitan jaden rezen yo, ak yon miray sou bò sa a, epi yon miray sou bò pa lòtbò. Lè manman bourik la wè zanj Senyè a, li pouse kò li sou miray la, epi li kraze pye Balaam sou miray la; epi li frape l ankò. Nonm 22:24, 25.</w:t>
      </w:r>
    </w:p>
    <w:p>
      <w:pPr>
        <w:pStyle w:val="ArticleBody"/>
        <w:jc w:val="left"/>
      </w:pPr>
      <w:r>
        <w:rPr>
          <w:rFonts w:ascii="Times New Roman" w:hAnsi="Times New Roman" w:eastAsia="Times New Roman" w:cs="Times New Roman"/>
        </w:rPr>
        <w:t>Jaden rezen ansyen Izrayèl la, ilistre jaden rezen Advantis Setyèm Jou Lawodise a. Toule de se pèp alyans la ki te resevwa responsablite pou yo te depozitè Lwa Bondye a, ki senbolize kòm yon “miray,” e ki se youn nan eleman ki fòme jaden rezen an.</w:t>
      </w:r>
    </w:p>
    <w:p>
      <w:pPr>
        <w:pStyle w:val="ArticleScripture"/>
        <w:jc w:val="left"/>
      </w:pPr>
      <w:r>
        <w:rPr>
          <w:rFonts w:ascii="Times New Roman" w:hAnsi="Times New Roman" w:eastAsia="Times New Roman" w:cs="Times New Roman"/>
        </w:rPr>
        <w:t>Ki sa mwen te kapab fè an plis pou jaden rezen mwen an, ke mwen pa t fè ladan l? Poukisa, lè m t ap tann pou li bay rezen, li bay rezen sovaj? E kounye a, vini non; m ap fè nou konnen sa m pral fè ak jaden rezen mwen an: m ap wete kloti li a, epi y ap devore l; m ap kraze miray li a, epi y ap pilonnen l. Ezayi 5:4, 5.</w:t>
      </w:r>
    </w:p>
    <w:p>
      <w:pPr>
        <w:pStyle w:val="ArticleBody"/>
        <w:jc w:val="left"/>
      </w:pPr>
      <w:r>
        <w:rPr>
          <w:rFonts w:ascii="Times New Roman" w:hAnsi="Times New Roman" w:eastAsia="Times New Roman" w:cs="Times New Roman"/>
        </w:rPr>
        <w:t>Ansyen Izrayèl literal la ak Izrayèl espirityèl modèn nan toude te leve kanpe nan rebelyon e yo te rejte responsablite sakre yo. Depi 9/11 rive jouk lwa dimanch lan, yon kesyon pwofetik reprezante pa yon “miray.” Kesyon pwofetik la se destriksyon “miray” separasyon ant legliz ak leta ki nan Konstitisyon Etazini an. Nan 9/11, Bush te mete an aplikasyon Patriot Act la, ki te yon gwo pa nan ranvèse Konstitisyon an; paske se la filozofi ki t ap gide Konstitisyon an te vire tèt anba, lè prensip lwa women an, ki pretann yon moun koupab jiskaske yo pwouve li inosan, te aksepte anlè prensip lwa anglè a, ki soutni yon moun inosan jiskaske yo pwouve li koupab.</w:t>
      </w:r>
    </w:p>
    <w:p>
      <w:pPr>
        <w:pStyle w:val="ArticleBody"/>
        <w:jc w:val="left"/>
      </w:pPr>
      <w:r>
        <w:rPr>
          <w:rFonts w:ascii="Times New Roman" w:hAnsi="Times New Roman" w:eastAsia="Times New Roman" w:cs="Times New Roman"/>
        </w:rPr>
        <w:t>Peryòd ki soti depi 11 septanm rive jouk lwa dimanch lan genyen referans pwofetik sou “miray.” Lefèt ke Islam kraze miray yo tankou bourik Balaam nan idantifye ke se kesyon Islam nan ki pral bay lojik egare a pou ranvèse prensip ki anndan Konstitisyon an. Nan sans pwofetik sa a, Islam, yon fo pwofèt biblik, se sa k ap twonpe Etazini pandan tan tès imaj bèt la; menm jan tou fo pwofèt Etazini an ap twonpe lemonn antye pandan tan tès imaj bèt la pou lemonn.</w:t>
      </w:r>
    </w:p>
    <w:p>
      <w:pPr>
        <w:pStyle w:val="ArticleBody"/>
        <w:jc w:val="left"/>
      </w:pPr>
      <w:r>
        <w:rPr>
          <w:rFonts w:ascii="Times New Roman" w:hAnsi="Times New Roman" w:eastAsia="Times New Roman" w:cs="Times New Roman"/>
        </w:rPr>
        <w:t>Nan 7 oktòb 2023, bourik Islam nan te atake ansyen peyi bèl pouvwa literal la; e lè yo lage bourik la anvan pwoklamasyon Kri a Minwi, Islam pral frape Etazini ankò, peyi bèl pouvwa espirityèl modèn nan, jan li te fè sa nan 9/11. Dezyèm fwa Balak frape bourik la, se dezyèm zanj lan; e dezyèm zanj lan toujou pwodui yon doubman, jan sa reprezante pa “yon chemen jaden rezen” ki gen de miray.</w:t>
      </w:r>
    </w:p>
    <w:p>
      <w:pPr>
        <w:pStyle w:val="ArticleScripture"/>
        <w:jc w:val="left"/>
      </w:pPr>
      <w:r>
        <w:rPr>
          <w:rFonts w:ascii="Times New Roman" w:hAnsi="Times New Roman" w:eastAsia="Times New Roman" w:cs="Times New Roman"/>
        </w:rPr>
        <w:t>Epi zanj Seyè a ale pi lwen ankò, li kanpe nan yon pasaj etwat, kote pa t gen chemen pou vire ni adwat ni agoch. Lè manman bourik la wè zanj Seyè a, li tonbe atè anba Balaram; e kòlè Balaram limen, epi li frape manman bourik la ak yon baton. Lè sa a, Seyè a louvri bouch manman bourik la, epi li di Balaram: Kisa mwen fè ou, pou ou frape m twa fwa sa yo? Nonb 22:26–28.</w:t>
      </w:r>
    </w:p>
    <w:p>
      <w:pPr>
        <w:pStyle w:val="ArticleBody"/>
        <w:jc w:val="left"/>
      </w:pPr>
      <w:r>
        <w:rPr>
          <w:rFonts w:ascii="Times New Roman" w:hAnsi="Times New Roman" w:eastAsia="Times New Roman" w:cs="Times New Roman"/>
        </w:rPr>
        <w:t>Lè nou egzamine vèsè vennde a ak twa ki vin apre yo pi ak anpil atansyon, nou wè se an reyalite nan vèsè venntwa a bourik la frape pou premye fwa.</w:t>
      </w:r>
    </w:p>
    <w:p>
      <w:pPr>
        <w:pStyle w:val="ArticleScripture"/>
        <w:jc w:val="left"/>
      </w:pPr>
      <w:r>
        <w:rPr>
          <w:rFonts w:ascii="Times New Roman" w:hAnsi="Times New Roman" w:eastAsia="Times New Roman" w:cs="Times New Roman"/>
        </w:rPr>
        <w:t>Epi kòlè Bondye te limen paske li t ap ale; e zanj Senyè a te kanpe sou chemen an pou l te yon advèsè kont li. Kounye a, li menm li te monte sou bourik li a, e de sèvitè li yo te avèk li.</w:t>
      </w:r>
    </w:p>
    <w:p>
      <w:pPr>
        <w:pStyle w:val="ArticleScripture"/>
        <w:jc w:val="left"/>
      </w:pPr>
      <w:r>
        <w:rPr>
          <w:rFonts w:ascii="Times New Roman" w:hAnsi="Times New Roman" w:eastAsia="Times New Roman" w:cs="Times New Roman"/>
        </w:rPr>
        <w:t>Epi bourik la te wè zanj Senyè a kanpe sou chemen an, ak nepe li rale nan men li; epi bourik la vire kite chemen an, li antre nan jaden an. Lè sa a, Balaram frape bourik la pou fè l tounen sou chemen an. Nonb 22:22, 23.</w:t>
      </w:r>
    </w:p>
    <w:p>
      <w:pPr>
        <w:pStyle w:val="ArticleBody"/>
        <w:jc w:val="left"/>
      </w:pPr>
      <w:r>
        <w:rPr>
          <w:rFonts w:ascii="Times New Roman" w:hAnsi="Times New Roman" w:eastAsia="Times New Roman" w:cs="Times New Roman"/>
        </w:rPr>
        <w:t>Kòlè Bondye sou Balaram poutèt li te aksepte demann pou l vin yon fo pwofèt te yon paralèl ak Kris la ki te mete fen nan dyalòg Li ak Jwif k ap chache kontredi yo nan dènye vèsè Matye 22. Vèsè venntwa nan Nonb chapit vennde a aliyen ak Matye chapit venntwa, epi vèsè vennkat ak vennsenk nan Nonb aliyen ak chapit vennkat ak vennsenk nan Matye. Vèsè vennsis, vennsèt ak ventuit aliyen ak Matye chapit 26, 27, 28.</w:t>
      </w:r>
    </w:p>
    <w:p>
      <w:pPr>
        <w:pStyle w:val="ArticleBody"/>
        <w:jc w:val="left"/>
      </w:pPr>
      <w:r>
        <w:rPr>
          <w:rFonts w:ascii="Times New Roman" w:hAnsi="Times New Roman" w:eastAsia="Times New Roman" w:cs="Times New Roman"/>
        </w:rPr>
        <w:t>Matye 23 se premye zanj lan, 24 ak 25 se dezyèm zanj lan, epi 26, 27 ak 28 se twazyèm zanj lan. Nan Resansman 22, vèsè 23 se premye zanj lan, vèsè 24 ak 25 se dezyèm zanj lan, epi vèsè 26, 27 ak 28 se twazyèm zanj lan. Matye ap pale ak pèp alyans lan, ansyen ak nouvo: Resansman ap idantifye wòl Islam kòm zouti chatiman Bondye sou adorasyon dimanch ki kòmanse Ozetazini epi apre sa nan lemonn antye. Apre twazyèm kou a, lè femèl bourik la pale, Balaam resevwa limyè sou sa ki te fèk rive a.</w:t>
      </w:r>
    </w:p>
    <w:p>
      <w:pPr>
        <w:pStyle w:val="ArticleScripture"/>
        <w:jc w:val="left"/>
      </w:pPr>
      <w:r>
        <w:rPr>
          <w:rFonts w:ascii="Times New Roman" w:hAnsi="Times New Roman" w:eastAsia="Times New Roman" w:cs="Times New Roman"/>
        </w:rPr>
        <w:t>Lè sa a, Seyè a louvri je Balaam, epi li wè zanj Seyè a kanpe sou chemen an, ak nepe li rale nan men li; epi li bese tèt li, li lage kò l fas atè. Epi zanj Seyè a di li: Poukisa ou bat bourik ou a twa fwa sa yo? Gade, mwen soti pou m kanpe kont ou, paske chemen ou a pèvèti devan mwen. Epi bourik la te wè m, li detounen l devan mwen twa fwa sa yo; si li pa t detounen l devan mwen, anverite, kounye a mwen ta touye ou, epi mwen ta kite li vivan. Epi Balaam di zanj Seyè a: Mwen peche; paske mwen pa t konnen ou te kanpe sou chemen an kont mwen; kounye a, donk, si sa pa fè ou plezi, m ap tounen dèyè ankò. Nonm 22:31–34.</w:t>
      </w:r>
    </w:p>
    <w:p>
      <w:pPr>
        <w:pStyle w:val="ArticleBody"/>
        <w:jc w:val="left"/>
      </w:pPr>
      <w:r>
        <w:rPr>
          <w:rFonts w:ascii="Times New Roman" w:hAnsi="Times New Roman" w:eastAsia="Times New Roman" w:cs="Times New Roman"/>
        </w:rPr>
        <w:t>Balaam reprezante fo pwofèt la, ki se Etazini, ki pale tankou yon dragon nan lwa dimanch lan. Nan lwa dimanch lan, lè li resevwa limyè, li reprezante moun ki toujou nan Babilòn, ki lè sa a reveye sou kesyon lwa dimanch lan epi yo rele yo sòti Babilòn.</w:t>
      </w:r>
    </w:p>
    <w:p>
      <w:pPr>
        <w:pStyle w:val="ArticleBody"/>
        <w:jc w:val="left"/>
      </w:pPr>
      <w:r>
        <w:rPr>
          <w:rFonts w:ascii="Times New Roman" w:hAnsi="Times New Roman" w:eastAsia="Times New Roman" w:cs="Times New Roman"/>
        </w:rPr>
        <w:t>Senk jou ansèyman yon mesaj pen san ledven ki soti nan Miller, epi apre sa trant jou Kris ap anseye prèt Li yo, jan trant lan reprezante sa, sa mennen nan mesaj avètisman twonpèt la konsènan lage bourik la; mesaj sa a vin senk jou anvan leve drapo a, ki li menm vin senk jou anvan pòt fèmen an nan parabòl dis vyèj yo; sa ankò vini senk jou anvan lwa dimanch Pannkotis la, ki louvri peryòd sèt jou Tant Randevou yo, ki se plen vide lapli dèyè a pandan kriz lwa dimanch lan, paske tès peryòd sa a se sou setyèm jou a.</w:t>
      </w:r>
    </w:p>
    <w:p>
      <w:pPr>
        <w:pStyle w:val="ArticleBody"/>
        <w:jc w:val="left"/>
      </w:pPr>
      <w:r>
        <w:rPr>
          <w:rFonts w:ascii="Times New Roman" w:hAnsi="Times New Roman" w:eastAsia="Times New Roman" w:cs="Times New Roman"/>
        </w:rPr>
        <w:t>Nimewo senk la se yon senbòl vyèj yo, kit yo saj, kit yo sòt. Nimewo trant lan se yon senbòl prèt yo, se sa non Levitik la idantifye. Nimewo sèt la se Saba a. Levitik venntwa ilistre istwa prèt yo, Levit yo nan Malachi twa, vyèj saj yo, ak san karannkat mil yo pandan tan eprèv Saba a.</w:t>
      </w:r>
    </w:p>
    <w:p>
      <w:pPr>
        <w:pStyle w:val="ArticleBody"/>
        <w:jc w:val="left"/>
      </w:pPr>
      <w:r>
        <w:rPr>
          <w:rFonts w:ascii="Times New Roman" w:hAnsi="Times New Roman" w:eastAsia="Times New Roman" w:cs="Times New Roman"/>
        </w:rPr>
        <w:t>N ap kontinye bagay sa yo nan atik ki vin apre 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Lawodise a - Nimewo karant-deux</dc:title>
  <dc:subject/>
  <dc:creator>Jeff Pippenger</dc:creator>
  <cp:keywords/>
  <dc:description>Generated by ArticleDigger from joel\42_joel.json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