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Jowèl la ak Legliz Advantis Setyèm Jou Lawodise a — Nimewo Karantkat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Nimewo karannkatre</w:t>
      </w:r>
    </w:p>
    <w:p>
      <w:pPr>
        <w:pStyle w:val="ArticleBody"/>
        <w:jc w:val="left"/>
      </w:pPr>
      <w:r>
        <w:rPr>
          <w:rFonts w:ascii="Times New Roman" w:hAnsi="Times New Roman" w:eastAsia="Times New Roman" w:cs="Times New Roman"/>
        </w:rPr>
        <w:t>Nan ane 1844, doktrin Saba setyèm jou a te desegele, epi apre sa li te mete anfaz sou li pou Sè White lè li te gade anndan lach alyans lan. Li te ekri tou ke, nan dènye jou yo, doktrin enkarnasyon an te pote menm anfaz selès la. Saba setyèm jou a reprezante limyè espesyal ki soti nan lach la lè Jou Ekspyasyon antitipik la te kòmanse, epi Saba setyèm ane a reprezante limyè espesyal ki soti nan lach la lè Jou Ekspyasyon antitipik la rive nan konklizyon li.</w:t>
      </w:r>
    </w:p>
    <w:p>
      <w:pPr>
        <w:pStyle w:val="ArticleBody"/>
        <w:jc w:val="left"/>
      </w:pPr>
      <w:r>
        <w:rPr>
          <w:rFonts w:ascii="Times New Roman" w:hAnsi="Times New Roman" w:eastAsia="Times New Roman" w:cs="Times New Roman"/>
        </w:rPr>
        <w:t>Doktrin enkarnasyon an tipifye nan dènye asanble sen Levitik venn-twa a; li se omega a parapò ak Saba setyèm jou a, ki se premye asanble sen an nan kòmansman Levitik venn-twa. Premye Saba sa a reprezante pouvwa kreyatè Bondye a, epi dènye Saba a reprezante pouvwa rekreyatè Li a. Premye Saba sa a reprezante pa nimewo “23” epi dènye a pa nimewo “252.”</w:t>
      </w:r>
    </w:p>
    <w:p>
      <w:pPr>
        <w:pStyle w:val="ArticleBody"/>
        <w:jc w:val="left"/>
      </w:pPr>
      <w:r>
        <w:rPr>
          <w:rFonts w:ascii="Times New Roman" w:hAnsi="Times New Roman" w:eastAsia="Times New Roman" w:cs="Times New Roman"/>
        </w:rPr>
        <w:t>De senbòl sa yo se de sipò ki fèmen Levitik venn-twa a, e yo se tou de sipò ki fèmen istwa Millerit la. Ane 1798 la te akonplisman 2,520 ane yo kont wayòm nò Izrayèl la, e 2,300 ane yo te akonpli 22 oktòb 1844. Lè Sè White te kondwi antre nan tanp lan epi li te fikse je li sou Dis Kòmandman yo, li t ap tipifye pèp Bondye a nan dènye jou yo, ki suiv Kris la antre nan Kote ki Pi Sen an lè Li ap fini travay Li nan rekonsilyasyon an. Tès tanp lan se tès pou suiv Ti Mouton an kote Li ale.</w:t>
      </w:r>
    </w:p>
    <w:p>
      <w:pPr>
        <w:pStyle w:val="ArticleScripture"/>
        <w:jc w:val="left"/>
      </w:pPr>
      <w:r>
        <w:rPr>
          <w:rFonts w:ascii="Times New Roman" w:hAnsi="Times New Roman" w:eastAsia="Times New Roman" w:cs="Times New Roman"/>
        </w:rPr>
        <w:t>Se sa yo ki pa t avili ak fanm; paske yo se vyèj. Se sa yo ki swiv Ti Mouton an nenpòt kote li ale. Se sa yo ki te rachte pami lèzòm, kòm premye fwi pou Bondye ak pou Ti Mouton an. Revelasyon 14:4.</w:t>
      </w:r>
    </w:p>
    <w:p>
      <w:pPr>
        <w:pStyle w:val="ArticleBody"/>
        <w:jc w:val="left"/>
      </w:pPr>
      <w:r>
        <w:rPr>
          <w:rFonts w:ascii="Times New Roman" w:hAnsi="Times New Roman" w:eastAsia="Times New Roman" w:cs="Times New Roman"/>
        </w:rPr>
        <w:t>Sè White, antanke yon pwofèt, t ap ilistre fidèl yo nan kòmansman an ki te antre nan Trè Sen an pa lafwa; epi, nan fè sa, li t ap bay yon egzanp fidèl yo nan fen an ki antre pa lafwa nan Trè Sen an epi apre sa fikse je yo sou lach la. Sa yo wè la a, anba limyè a, se doktrin enkarnasyon an, akonplisman final at-one-ment lan. Yo wè de cheriben k ap kouvri yo ki reprezante de Saba yo: kreyasyon ak re-kreyasyon. Yo wè 252 sou yon bò lach la ak 23 sou lòt bò a, epi yo rekonèt ke, an akò avèk kreyasyon ak re-kreyasyon, 23 reprezante maryaj Divinite avèk limanite; epi yo wè 252 kòm senbòl transfòmasyon yon imen pou l vin yon imen ki ini avèk Divinite.</w:t>
      </w:r>
    </w:p>
    <w:p>
      <w:pPr>
        <w:pStyle w:val="ArticleBody"/>
        <w:jc w:val="left"/>
      </w:pPr>
      <w:r>
        <w:rPr>
          <w:rFonts w:ascii="Times New Roman" w:hAnsi="Times New Roman" w:eastAsia="Times New Roman" w:cs="Times New Roman"/>
        </w:rPr>
        <w:t>Kouvèti gras la pa t dwe retire; konsa, pou Sè White te gade anndan an, sa te yon revelasyon espesyal; epi, nan sans pwofetik, ilistrasyon an konsène plis dènye jou yo pase jou kote li menm li te viv la. Lè nou gade, nou chanje. Tès tanp lan se Kris k ap mennen pèp vyèj Li a antre nan tanp Li a, pa pa. Verite pwofetik yo reprezante etap yo sou chemen an ke mesaj Kri Minwi a klere.</w:t>
      </w:r>
    </w:p>
    <w:p>
      <w:pPr>
        <w:pStyle w:val="ArticleBody"/>
        <w:jc w:val="left"/>
      </w:pPr>
      <w:r>
        <w:rPr>
          <w:rFonts w:ascii="Times New Roman" w:hAnsi="Times New Roman" w:eastAsia="Times New Roman" w:cs="Times New Roman"/>
        </w:rPr>
        <w:t>Tanp Millerit la ki gen karantsis an se yon etap.</w:t>
      </w:r>
    </w:p>
    <w:p>
      <w:pPr>
        <w:pStyle w:val="ArticleBody"/>
        <w:jc w:val="left"/>
      </w:pPr>
      <w:r>
        <w:rPr>
          <w:rFonts w:ascii="Times New Roman" w:hAnsi="Times New Roman" w:eastAsia="Times New Roman" w:cs="Times New Roman"/>
        </w:rPr>
        <w:t>Tanp imen an ki se “23,” (gason ak fi, Li te kreye yo) se yon etap.</w:t>
      </w:r>
    </w:p>
    <w:p>
      <w:pPr>
        <w:pStyle w:val="ArticleBody"/>
        <w:jc w:val="left"/>
      </w:pPr>
      <w:r>
        <w:rPr>
          <w:rFonts w:ascii="Times New Roman" w:hAnsi="Times New Roman" w:eastAsia="Times New Roman" w:cs="Times New Roman"/>
        </w:rPr>
        <w:t>Kris la ap leve tanp li a nan twa jou se yon etap.</w:t>
      </w:r>
    </w:p>
    <w:p>
      <w:pPr>
        <w:pStyle w:val="ArticleBody"/>
        <w:jc w:val="left"/>
      </w:pPr>
      <w:r>
        <w:rPr>
          <w:rFonts w:ascii="Times New Roman" w:hAnsi="Times New Roman" w:eastAsia="Times New Roman" w:cs="Times New Roman"/>
        </w:rPr>
        <w:t>Magazen an se tanp Malachi a.</w:t>
      </w:r>
    </w:p>
    <w:p>
      <w:pPr>
        <w:pStyle w:val="ArticleBody"/>
        <w:jc w:val="left"/>
      </w:pPr>
      <w:r>
        <w:rPr>
          <w:rFonts w:ascii="Times New Roman" w:hAnsi="Times New Roman" w:eastAsia="Times New Roman" w:cs="Times New Roman"/>
        </w:rPr>
        <w:t>Neemi te pirifye depo a anba profanasyon Tobija a.</w:t>
      </w:r>
    </w:p>
    <w:p>
      <w:pPr>
        <w:pStyle w:val="ArticleBody"/>
        <w:jc w:val="left"/>
      </w:pPr>
      <w:r>
        <w:rPr>
          <w:rFonts w:ascii="Times New Roman" w:hAnsi="Times New Roman" w:eastAsia="Times New Roman" w:cs="Times New Roman"/>
        </w:rPr>
        <w:t>Tanp sa a se kote granprèt Ilkija te dekouvri ekriti Moyiz yo pandan renesans wa Jozyas la.</w:t>
      </w:r>
    </w:p>
    <w:p>
      <w:pPr>
        <w:pStyle w:val="ArticleBody"/>
        <w:jc w:val="left"/>
      </w:pPr>
      <w:r>
        <w:rPr>
          <w:rFonts w:ascii="Times New Roman" w:hAnsi="Times New Roman" w:eastAsia="Times New Roman" w:cs="Times New Roman"/>
        </w:rPr>
        <w:t>Tanp lan Neemi te pirifye anba profanasyon an se menm tanp Kris la te pirifye de fwa anba “profanasyon sakrilèj” li a, jan Sè White deklare sa.</w:t>
      </w:r>
    </w:p>
    <w:p>
      <w:pPr>
        <w:pStyle w:val="ArticleBody"/>
        <w:jc w:val="left"/>
      </w:pPr>
      <w:r>
        <w:rPr>
          <w:rFonts w:ascii="Times New Roman" w:hAnsi="Times New Roman" w:eastAsia="Times New Roman" w:cs="Times New Roman"/>
        </w:rPr>
        <w:t>Bwat rèv Miller la te yon mach eskalye.</w:t>
      </w:r>
    </w:p>
    <w:p>
      <w:pPr>
        <w:pStyle w:val="ArticleBody"/>
        <w:jc w:val="left"/>
      </w:pPr>
      <w:r>
        <w:rPr>
          <w:rFonts w:ascii="Times New Roman" w:hAnsi="Times New Roman" w:eastAsia="Times New Roman" w:cs="Times New Roman"/>
        </w:rPr>
        <w:t>Yon fwa Kris la fin mennen fidèl pa li yo antre nan Kote ki Pi Sen an, li mennen yo, jan Sè White te reprezante sa a, bò kote lach la, li leve kouvèti gras la epi li pèmèt yo gade andedan. Lè yo gade andedan, yo wè ni doktrin enkarnasyon an ni Saba setyèm jou a yo antoure ak yon limyè dou. Liy sou liy, moun ki rekonèt doktrin sa yo ki “antoure ak yon limyè dou” mete tèt yo ann amoni ak Sè White pandan y ap antre nan Kote ki Pi Sen an pa lafwa epi y ap gade andedan lach la.</w:t>
      </w:r>
    </w:p>
    <w:p>
      <w:pPr>
        <w:pStyle w:val="ArticleBody"/>
        <w:jc w:val="left"/>
      </w:pPr>
      <w:r>
        <w:rPr>
          <w:rFonts w:ascii="Times New Roman" w:hAnsi="Times New Roman" w:eastAsia="Times New Roman" w:cs="Times New Roman"/>
        </w:rPr>
        <w:t>Ansyen pwofèt yo te pale pi espesifikman pou dènye jou yo pase pou jou kote yo te viv la. Lè ansyen pwofèt sa yo menm vin fè pati temwayaj la, yo reprezante pèp Bondye a nan dènye jou yo, epi pèp Bondye a nan dènye jou yo se san karannkat mil yo. Sè White se petèt pwofèt ansyen ki pi enpòtan an, paske tout ilistrasyon li yo reprezante istwa alfa a nan istwa omega san karannkat mil yo. Tout pwofèt yo ilistre rès la, men Sè White reprezante tou yon istwa kòmansman ki akonpli nan istwa fen an—jiska dènye lèt la.</w:t>
      </w:r>
    </w:p>
    <w:p>
      <w:pPr>
        <w:pStyle w:val="ArticleBody"/>
        <w:jc w:val="left"/>
      </w:pPr>
      <w:r>
        <w:rPr>
          <w:rFonts w:ascii="Times New Roman" w:hAnsi="Times New Roman" w:eastAsia="Times New Roman" w:cs="Times New Roman"/>
        </w:rPr>
        <w:t>Nan istwa fondasyon alfa a, yo mennen Sè White, nan vizyon, antre nan Kote ki Pi Sen an nan tanp selès la. Lè li rive la, yo leve kouvèti padon an ki te sou lach kontra a, yon kouvèti yo pa t dwe retire, pou Sè White te kapab gade andedan, kote li te wè Dis Kòmandman yo.</w:t>
      </w:r>
    </w:p>
    <w:p>
      <w:pPr>
        <w:pStyle w:val="ArticleScripture"/>
        <w:jc w:val="left"/>
      </w:pPr>
      <w:r>
        <w:rPr>
          <w:rFonts w:ascii="Times New Roman" w:hAnsi="Times New Roman" w:eastAsia="Times New Roman" w:cs="Times New Roman"/>
        </w:rPr>
        <w:t>“Nan kote ki pi sen an mwen te wè yon lach; sou tèt li ak sou kote li yo te gen lò ki pi pwòp la. Sou chak pwent lach la te gen yon bèl cheriben, ak zèl li yo lonje anlè li. Figi yo te vire youn fas ak lòt, epi yo t ap gade anba. Ant zanj yo te gen yon lansanwa an lò. Anwo lach la, kote zanj yo te kanpe, te gen yon glwa ki depase tout klète, ki te parèt tankou yon twòn kote Bondye te rete. Jezi te kanpe bò lach la, epi lè priyè sen yo t ap monte vin jwenn Li, lansan ki nan lansanwa a t ap fimen, epi Li t ap ofri priyè yo ansanm ak lafimen lansan an bay Papa Li. Nan lach la te gen po an lò ki te gen laman an, baton Arawon an ki te boujonnen an, ak tab wòch yo ki te pliye ansanm tankou yon liv. Jezi te louvri yo, epi mwen te wè Dis Kòmandman yo ekri sou yo avèk dwèt Bondye. Sou yon tab te gen kat, epi sou lòt la sis. Kat ki sou premye tab la te klere plis pase sis lòt yo. Men katriyèm nan, kòmandman Saba a, te klere pi wo pase yo tout; paske yo te mete Saba a apa pou yo obsève li an onè non sen Bondye a. Saba ki sen an te parèt gloriye—te gen yon wonn glwa toutotou li. Mwen te wè kòmandman Saba a pa t kloure sou kwa a. Si li te kloure, nèf lòt kòmandman yo te kloure tou; e nou ta gen libète pou nou vyole yo tout, menm jan nou ta vyole katriyèm nan. Mwen te wè Bondye pa t chanje Saba a, paske Li pa janm chanje. Men pap la te chanje li soti nan setyèm jou a pou mete l nan premye jou semèn nan; paske li te pou chanje tan ak lalwa.” Early Writings, 32.</w:t>
      </w:r>
    </w:p>
    <w:p>
      <w:pPr>
        <w:pStyle w:val="ArticleBody"/>
        <w:jc w:val="left"/>
      </w:pPr>
      <w:r>
        <w:rPr>
          <w:rFonts w:ascii="Times New Roman" w:hAnsi="Times New Roman" w:eastAsia="Times New Roman" w:cs="Times New Roman"/>
        </w:rPr>
        <w:t>Doktrin Saba setyèm jou a te doktrin alfa nan istwa fondamantal mouvman Millerit la, ki te kòmanse kòm mouvman Millerit Filadèlfyen an, apre sa li te transfòme an mouvman Millerit Lawodiseyen an an 1856, epi apre sa an Legliz Advantis Setyèm Jou Lawodiseyen an an 1863. Sè White idantifye tou doktrin omega a nan istwa dènye jou yo, lè mouvman Lawodiseyen san karannkat mil yo transfòme an mouvman Filadèlfyen san karannkat mil yo. Limyè alfa ak omega yo reprezante pa doktrin Saba setyèm jou a ak doktrin enkarnasyon an.</w:t>
      </w:r>
    </w:p>
    <w:p>
      <w:pPr>
        <w:pStyle w:val="ArticleScripture"/>
        <w:jc w:val="left"/>
      </w:pPr>
      <w:r>
        <w:rPr>
          <w:rFonts w:ascii="Times New Roman" w:hAnsi="Times New Roman" w:eastAsia="Times New Roman" w:cs="Times New Roman"/>
        </w:rPr>
        <w:t>“Moun ki gen kominyon ak Bondye mache nan limyè Solèy Jistis la. Yo pa dezonore Redanmtè yo lè yo gate chemen yo devan Bondye. Limyè syèl la klere sou yo. Pandan yo ap pwoche bò fen istwa tè sa a, konesans yo genyen sou Kris la, ak sou pwofesi ki konsène li yo, ogmante anpil. Yo gen yon valè enfini nan je Bondye; paske yo ini ak Pitit li a. Pou yo, pawòl Bondye a gen yon bote ak yon cham ki depase tout bagay. Yo wè enpòtans li. Verite a devwale devan yo. Doktrin enkarnasyon an antoure ak yon douser klere byenfèzan. Yo wè ke Lekriti a se kle ki louvri tout mistè epi ki rezoud tout difikilte. Moun ki pa t vle resevwa limyè a epi mache nan limyè a p ap kapab konprann mistè pyete a; men moun ki pa t ezite pran kwa a epi suiv Jezi, yo va wè limyè nan limyè Bondye.” The Southern Watchman, 4 avril 1905.</w:t>
      </w:r>
    </w:p>
    <w:p>
      <w:pPr>
        <w:pStyle w:val="ArticleBody"/>
        <w:jc w:val="left"/>
      </w:pPr>
      <w:r>
        <w:rPr>
          <w:rFonts w:ascii="Times New Roman" w:hAnsi="Times New Roman" w:eastAsia="Times New Roman" w:cs="Times New Roman"/>
        </w:rPr>
        <w:t>Yo rele “doktrin enkarnasyon an” tou “mistè lakrentif pou Bondye a.”</w:t>
      </w:r>
    </w:p>
    <w:p>
      <w:pPr>
        <w:pStyle w:val="ArticleScripture"/>
        <w:jc w:val="left"/>
      </w:pPr>
      <w:r>
        <w:rPr>
          <w:rFonts w:ascii="Times New Roman" w:hAnsi="Times New Roman" w:eastAsia="Times New Roman" w:cs="Times New Roman"/>
        </w:rPr>
        <w:t>Epi san kontestasyon, mistè pyete a se yon gran bagay: Bondye te parèt nan lachè, yo te jistifye li nan Lespri a, zanj yo te wè li, yo te preche li bay Janti yo, yo te kwè nan li nan lemonn, yo te resevwa li anlè nan laglwa. 1 Timote 3:16.</w:t>
      </w:r>
    </w:p>
    <w:p>
      <w:pPr>
        <w:pStyle w:val="ArticleBody"/>
        <w:jc w:val="left"/>
      </w:pPr>
      <w:r>
        <w:rPr>
          <w:rFonts w:ascii="Times New Roman" w:hAnsi="Times New Roman" w:eastAsia="Times New Roman" w:cs="Times New Roman"/>
        </w:rPr>
        <w:t>“mistè a” rete kache jouk nan dènye jenerasyon an, lè moun fidèl yo wè ke doktrin sou enkarnasyon an se omega saba setyèm jou a.</w:t>
      </w:r>
    </w:p>
    <w:p>
      <w:pPr>
        <w:pStyle w:val="ArticleScripture"/>
        <w:jc w:val="left"/>
      </w:pPr>
      <w:r>
        <w:rPr>
          <w:rFonts w:ascii="Times New Roman" w:hAnsi="Times New Roman" w:eastAsia="Times New Roman" w:cs="Times New Roman"/>
        </w:rPr>
        <w:t>Menm mistè ki te kache depi tout tan ak tout jenerasyon yo, men ki kounye a vin parèt aklè pou sen li yo; se yo menm Bondye te vle fè konnen ki sa richès glwa mistè sa a ye pami moun lòt nasyon yo; sa vle di Kris la nan nou, espwa glwa a. Kolosyen 1:26, 27.</w:t>
      </w:r>
    </w:p>
    <w:p>
      <w:pPr>
        <w:pStyle w:val="ArticleBody"/>
        <w:jc w:val="left"/>
      </w:pPr>
      <w:r>
        <w:rPr>
          <w:rFonts w:ascii="Times New Roman" w:hAnsi="Times New Roman" w:eastAsia="Times New Roman" w:cs="Times New Roman"/>
        </w:rPr>
        <w:t>Li apwopriye pou se Kolosyen 1:26 ki pale de yon “mistè” ki “te kache,” men mistè sa a “vin parèt aklè” nan dènye jou yo. Limyè pwofetik vin parèt aklè lè pwofesi a dezsele, jan sa reprezante nan Danyèl douz kote, nan fen 1,260 jou yo, nan tan lafen an, yon pwofesi dezsele. Pwofesi ki te kache pandan plizyè jenerasyon yo dezsele, epi pwofesi a se verite a ki, lè li dezsele, se “laglwa” ki fè konnen bay moun lòt nasyon yo nan lwa dimanch la. Mistè sa a se Kris la nan nou, espwa laglwa a, ki akonpli nan jou kote setyèm twonpèt la ap sonnen.</w:t>
      </w:r>
    </w:p>
    <w:p>
      <w:pPr>
        <w:pStyle w:val="ArticleScripture"/>
        <w:jc w:val="left"/>
      </w:pPr>
      <w:r>
        <w:rPr>
          <w:rFonts w:ascii="Times New Roman" w:hAnsi="Times New Roman" w:eastAsia="Times New Roman" w:cs="Times New Roman"/>
        </w:rPr>
        <w:t>Men nan jou vwa setyèm zanj lan, lè l pral kòmanse sonnen twonpèt la, mistè Bondye a dwe rive nan akonplisman li, jan li te fè konnen sa bay sèvitè li yo, pwofèt yo. Revelasyon 10:7.</w:t>
      </w:r>
    </w:p>
    <w:p>
      <w:pPr>
        <w:pStyle w:val="ArticleBody"/>
        <w:jc w:val="left"/>
      </w:pPr>
      <w:r>
        <w:rPr>
          <w:rFonts w:ascii="Times New Roman" w:hAnsi="Times New Roman" w:eastAsia="Times New Roman" w:cs="Times New Roman"/>
        </w:rPr>
        <w:t>Li jis apwopriye pou vwa setyèm zanj lan te kòmanse sonnen sou dizyèm jou setyèm mwa a, jan sa reprezante nan Revelasyon 10:7. Setyèm zanj lan reprezante tou twazyèm malè a, epi de premye malè yo se te Islam; konsa sa bay de temwen ki montre twazyèm malè a se Islam. Mistè Bondye a fini lè twonpèt Islam lan ap sonnen.</w:t>
      </w:r>
    </w:p>
    <w:p>
      <w:pPr>
        <w:pStyle w:val="ArticleBody"/>
        <w:jc w:val="left"/>
      </w:pPr>
      <w:r>
        <w:rPr>
          <w:rFonts w:ascii="Times New Roman" w:hAnsi="Times New Roman" w:eastAsia="Times New Roman" w:cs="Times New Roman"/>
        </w:rPr>
        <w:t>Nan istwa setyèm twonpèt la, doktrin enkarnasyon an, ki se mistè Kris la nan nou, oubyen inyon Divinite ak limanite a, jan Kris te reprezante l lè Li te pran sou Li chè imen an; kandida ki dwe fè pati santkarankatmil yo pral pase anba eprèv pou wè si yo gen lwil ak lafwa ki nesesè pou antre nan Kote ki Trè Sen an. Si yo ezite, fènwa tonbe sou yo; si yo swiv Ti Mouton an nenpòt kote Li ale, y ap dirije pou gade anndan lach la. Nan lach la yo pral jwenn doktrin Saba setyèm jou a ak doktrin enkarnasyon an.</w:t>
      </w:r>
    </w:p>
    <w:p>
      <w:pPr>
        <w:pStyle w:val="ArticleBody"/>
        <w:jc w:val="left"/>
      </w:pPr>
      <w:r>
        <w:rPr>
          <w:rFonts w:ascii="Times New Roman" w:hAnsi="Times New Roman" w:eastAsia="Times New Roman" w:cs="Times New Roman"/>
        </w:rPr>
        <w:t>Menm jan de doktrin sa yo enpòtan anpil, sa m ap mete anfaz sou li se pa limyè alfa ak omega yo, men lefèt ke pwofetès la te ilistre pèp Bondye a k ap antre nan sanktyè selès la epi k ap gade anndan lach alyans lan. Fòk genyen yon moman nan istwa san karantkat mil yo, pandan dènye jou yo, kote san karantkat mil yo mennen antre nan Kote ki Trè Sen an pou yo gade lach la ki louvri a.</w:t>
      </w:r>
    </w:p>
    <w:p>
      <w:pPr>
        <w:pStyle w:val="ArticleBody"/>
        <w:jc w:val="left"/>
      </w:pPr>
      <w:r>
        <w:rPr>
          <w:rFonts w:ascii="Times New Roman" w:hAnsi="Times New Roman" w:eastAsia="Times New Roman" w:cs="Times New Roman"/>
        </w:rPr>
        <w:t>Si vous possédez la foi de croire que les prophètes représentent le peuple de Dieu dans les derniers jours, ainsi que la foi que Sœur White était tout aussi inspirée, à tous égards, que tous les autres prophètes de la Bible, alors l’application que je viens d’exposer doit être acceptée comme vraie. Les cent quarante-quatre mille doivent suivre Christ, par la foi, dans le Très Saint Lieu, comme Sœur White dit que les fidèles l’ont fait le 22 octobre 1844. Il y eut alors deux classes manifestées : ceux qui refusèrent d’y entrer par la foi, et ceux qui y entrèrent.</w:t>
      </w:r>
    </w:p>
    <w:p>
      <w:pPr>
        <w:pStyle w:val="ArticleScripture"/>
        <w:jc w:val="left"/>
      </w:pPr>
      <w:r>
        <w:rPr>
          <w:rFonts w:ascii="Times New Roman" w:hAnsi="Times New Roman" w:eastAsia="Times New Roman" w:cs="Times New Roman"/>
        </w:rPr>
        <w:t>“Mwen te mennen tounen sou pwoklamasyon premye avènman Kris la. Jan te voye nan lespri ak pouvwa Eli pou prepare chemen Jezi. Moun ki te rejte temwayaj Jan an pa t resevwa okenn benefis nan ansèyman Jezi yo. Opozisyon yo kont mesaj ki te anonse davans vini Li a te mete yo nan yon pozisyon kote yo pa t kapab fasilman resevwa prèv ki pi fò yo ke Li te Mesi a. Satan te pouse moun ki te rejte mesaj Jan an pou yo ale pi lwen toujou, pou yo rejte Kris la epi kloure L sou kwa. Lè yo te fè sa, yo te mete tèt yo nan yon pozisyon kote yo pa t kapab resevwa benediksyon jou Pannkòt la, ki ta moutre yo chemen an pou antre nan sanktyè selès la. Chire rido tanp lan te montre ke sakrifis ak òdonans jwif yo pa t ap resevwa ankò. Gran Sakrifis la te fin ofri epi yo te aksepte l, e Sentespri a ki te desann jou Pannkòt la te mennen lespri disip yo soti nan sanktyè tè a pou rive nan sanktyè selès la, kote Jezi te antre ak pwòp san pa Li, pou vide sou disip Li yo benefis ekspyasyon Li an. Men jwif yo te rete nan fènwa total. Yo te pèdi tout limyè yo ta kapab genyen sou plan sali a, epi yo te kontinye mete konfyans yo nan sakrifis ak ofrann initil yo. Sanktyè selès la te pran plas sanktyè tè a, men yo pa t gen okenn konesans sou chanjman an. Se poutèt sa yo pa t kapab resevwa okenn benefis nan medyasyon Kris la nan kote ki sen an.</w:t>
      </w:r>
    </w:p>
    <w:p>
      <w:pPr>
        <w:pStyle w:val="ArticleScripture"/>
        <w:jc w:val="left"/>
      </w:pPr>
      <w:r>
        <w:rPr>
          <w:rFonts w:ascii="Times New Roman" w:hAnsi="Times New Roman" w:eastAsia="Times New Roman" w:cs="Times New Roman"/>
        </w:rPr>
        <w:t>“Anpil moun gade ak laterè sou konduit Jwif yo nan rejte ak kloure Kris sou kwa; epi lè yo li istwa move tretman wontan yo te fè l sibi a, yo panse yo renmen li, epi yo pa t ap demanti li tankou Pyè te fè a, ni kloure li sou kwa tankou Jwif yo te fè a. Men Bondye, ki li kè tout moun, mete lanmou sa a pou Jezi yo te deklare yo te santi a anba eprèv. Tout syèl la t ap suiv avèk enterè ki pi pwofon kijan yo te resevwa mesaj premye zanj lan. Men anpil moun ki te deklare yo renmen Jezi, e ki te koule dlo nan je lè yo t ap li istwa kwa a, te pase bon nouvèl vini li a nan rizib. Olye yo te resevwa mesaj la avèk lajwa, yo te deklare se te yon ilizyon. Yo te rayi sila yo ki te renmen aparisyon li, epi yo te mete yo deyò nan legliz yo. Moun ki te rejte premye mesaj la pa t kapab resevwa okenn byenfè nan dezyèm nan; ni yo pa t resevwa okenn byenfè nan kri a minwi a, ki te dwe prepare yo pou yo antre avèk Jezi pa lafwa nan kote ki sen anpil nan tanp sanktyè selès la. Epi, lè yo te rejte de premye mesaj yo, yo te tèlman fènwa konpreyansyon pa yo, yo pa kapab wè okenn limyè nan mesaj twazyèm zanj lan, ki montre chemen pou antre nan kote ki sen anpil la. Mwen te wè ke menm jan Jwif yo te kloure Jezi sou kwa, se konsa legliz nominal yo te kloure mesaj sa yo sou kwa; se poutèt sa yo pa gen okenn konesans sou chemen ki mennen nan kote ki sen anpil la, epi yo pa kapab resevwa okenn byenfè nan entèsesyon Jezi ap fè la a. Menm jan ak Jwif yo, ki te ofri sakrifis initil yo, yo ofri priyè initil pa yo moute nan apatman Jezi te kite a; epi Satan, ki pran plezi nan desepsyon an, pran yon aparans relijye, epi li mennen lespri kretyen sa yo ki fè pwofesyon lafwa a vin jwenn li menm, pandan l ap aji avèk pouvwa pa li, siy pa li yo, ak mèvèy mansonjè yo, pou l mare yo nan pyèj li.” Early Writings, 259–261.</w:t>
      </w:r>
    </w:p>
    <w:p>
      <w:pPr>
        <w:pStyle w:val="ArticleBody"/>
        <w:jc w:val="left"/>
      </w:pPr>
      <w:r>
        <w:rPr>
          <w:rFonts w:ascii="Times New Roman" w:hAnsi="Times New Roman" w:eastAsia="Times New Roman" w:cs="Times New Roman"/>
        </w:rPr>
        <w:t>Sè White idantifye pwosesis eprèv pwogresif nan listwa Jan Batis ak Kris la, ki te fini avèk Jwif yo plonje nan fènwa total, pou l ilistre menm listwa sa a nan tan Millerit yo, ki se listwa alfa Sè White; ansyen pwofetès dènye jou yo. Eprèv lavi-oswa-lanmò nan kòmansman an te konsène antre nan Kote ki Pi Sen an oswa refize fè sa. Refize fè sa te pote menm fènwa sou rebèl yo nan listwa Millerit la, menm jan li te vin sou Jwif rebèl yo nan listwa Kris la.</w:t>
      </w:r>
    </w:p>
    <w:p>
      <w:pPr>
        <w:pStyle w:val="ArticleBody"/>
        <w:jc w:val="left"/>
      </w:pPr>
      <w:r>
        <w:rPr>
          <w:rFonts w:ascii="Times New Roman" w:hAnsi="Times New Roman" w:eastAsia="Times New Roman" w:cs="Times New Roman"/>
        </w:rPr>
        <w:t>Jezi toujou montre fen yon bagay ansanm ak kòmansman li; konsa, lè yo te mennen Sè White nan Kote ki Pi Sen an epi li te gade bwat kontra a ki te louvri a, an rapò ak tès 22 Oktòb 1844 la, sa idantifye ke san karannkat mil yo pral sibi yon tès sou kesyon si yo suiv Ti Mouton an antre nan Kote ki Pi Sen an, oswa si yo antre nan fènwa pafè etènèl. Reyalite sa a chita sou yon lafwa ki konprann ke pwofèt ansyen yo ap ilistre pèp Bondye a nan dènye jou yo lè yo menm tou yo vin fè pati temwayaj ki ekri a. Sè White ilistre toude klas yo.</w:t>
      </w:r>
    </w:p>
    <w:p>
      <w:pPr>
        <w:pStyle w:val="ArticleScripture"/>
        <w:jc w:val="left"/>
      </w:pPr>
      <w:r>
        <w:rPr>
          <w:rFonts w:ascii="Times New Roman" w:hAnsi="Times New Roman" w:eastAsia="Times New Roman" w:cs="Times New Roman"/>
        </w:rPr>
        <w:t>“Pandan m te nan eta dekourajman sa a, mwen te fè yon rèv ki te fè yon enpresyon pwofon sou lespri m. Mwen te reve mwen wè yon tanp kote anpil moun t ap kouri vin antre. Se sèlman moun ki te pran refij nan tanp sa a ki t ap sove lè tan an ta fèmen. Tout moun ki te rete deyò yo t ap pèdi pou tout tan. Foul moun ki te deyò yo, pandan yo t ap suiv divès chemen pa yo, t ap pase moun ki t ap antre nan tanp lan nan rizib, yo t ap moke yo, epi yo t ap di yo plan sekirite sa a se te yon twonpri malen, e ke an reyalite pa t gen okenn danje ditou pou yo evite. Yo menm te mete men sou kèk ladan yo pou anpeche yo prese antre anndan miray yo.”</w:t>
      </w:r>
    </w:p>
    <w:p>
      <w:pPr>
        <w:pStyle w:val="ArticleScripture"/>
        <w:jc w:val="left"/>
      </w:pPr>
      <w:r>
        <w:rPr>
          <w:rFonts w:ascii="Times New Roman" w:hAnsi="Times New Roman" w:eastAsia="Times New Roman" w:cs="Times New Roman"/>
        </w:rPr>
        <w:t>“Paske m te pè pou yo pa pase m nan betiz, mwen te panse li te pi bon pou m tann jiskaske foul la gaye, oswa jiskaske m te kapab antre san yo pa remake m. Men, kantite moun yo t ap ogmante olye yo t ap diminye; e, paske m te pè pou m pa rive twò ta, mwen kite lakay mwen prese, epi mwen fòse chemen m nan mitan foul la. Nan enkyetid mwen pou m rive nan tanp lan, mwen pa t remake ni pran ka foul moun ki t ap antoure m nan. Lè m antre nan batiman an, mwen wè gwo tanp sa a te soutni pa yon sèl poto imans, epi sou li te mare yon ti mouton ki te dechire tout kote e ki t ap senyen. Nou menm ki te la yo te sanble konnen ke ti mouton sa a te chire e te blese poutèt nou. Tout moun ki te antre nan tanp lan te dwe vini devan li epi konfese peche yo.</w:t>
      </w:r>
    </w:p>
    <w:p>
      <w:pPr>
        <w:pStyle w:val="ArticleScripture"/>
        <w:jc w:val="left"/>
      </w:pPr>
      <w:r>
        <w:rPr>
          <w:rFonts w:ascii="Times New Roman" w:hAnsi="Times New Roman" w:eastAsia="Times New Roman" w:cs="Times New Roman"/>
        </w:rPr>
        <w:t>“Menm devan Ti Mouton an te gen chèz ki te wo, e sou yo te chita yon gwoup moun ki te parèt trè kontan. Limyè syèl la te sanble klere sou figi yo, epi yo t ap fè lwanj Bondye e yo t ap chante kantik rekonesans ak lajwa ki te sonnen tankou mizik zanj yo. Se te sila yo ki te vini devan Ti Mouton an, ki te konfese peche yo, ki te resevwa padon, epi kounye a yo t ap tann avèk kè kontan, nan yon espwa vivan, yon evènman ki plen lajwa.”</w:t>
      </w:r>
    </w:p>
    <w:p>
      <w:pPr>
        <w:pStyle w:val="ArticleScripture"/>
        <w:jc w:val="left"/>
      </w:pPr>
      <w:r>
        <w:rPr>
          <w:rFonts w:ascii="Times New Roman" w:hAnsi="Times New Roman" w:eastAsia="Times New Roman" w:cs="Times New Roman"/>
        </w:rPr>
        <w:t>“Menm apre mwen te fin antre nan bilding lan, yon laperèz te anvayi m, ansanm ak yon santiman wont dèske m te dwe imilye tèt mwen devan moun sa yo. Men, mwen te sanble fòse pou m kontinye vanse, e m t ap fè wout mwen dousman alantou poto a pou m te ka fè fas ak ti mouton an, lè yon twonpèt sonnen, tanp lan tranble, rèl viktwa leve soti nan mitan sen yo ki te rasanble yo, yon klète terib klere bilding lan, apre sa tout bagay vin tonbe nan yon fènwa pwisan. Tout moun kè kontan yo te disparèt ansanm ak klète a, epi mwen te rete pou kont mwen nan laterè silansye lannuit la. Mwen leve ak lespri m nan agoni, e mwen te prèske pa kapab konvenk tèt mwen ke se te yon rèv mwen te fè. Sa te parèt klè pou mwen ke sò mwen te fikse, ke Lespri Senyè a te kite m, pou l pa janm retounen ankò.”</w:t>
      </w:r>
    </w:p>
    <w:p>
      <w:pPr>
        <w:pStyle w:val="ArticleScripture"/>
        <w:jc w:val="left"/>
      </w:pPr>
      <w:r>
        <w:rPr>
          <w:rFonts w:ascii="Times New Roman" w:hAnsi="Times New Roman" w:eastAsia="Times New Roman" w:cs="Times New Roman"/>
        </w:rPr>
        <w:t>“Talè konsa, mwen te fè yon lòt rèv ankò. Mwen te sanble chita nan yon dezespwa pwofon, ak figi m kache nan men m, pandan m t ap reflechi konsa: Si Jezi te sou tè a, mwen ta ale bò kote Li, mwen ta lage tèt mwen nan pye Li, epi mwen ta rakonte Li tout soufrans mwen yo. Li pa t ap vire do bay mwen, Li t ap gen mizèrikòd pou mwen, e mwen ta renmen Li epi sèvi Li tout tan. Menm lè sa a, pòt la louvri, epi yon moun ki te gen yon bèl fòm ak yon bèl figi antre. Li gade m avèk konpasyon epi li di: ‘Èske ou vle wè Jezi? Li la a, epi ou kapab wè Li si ou vle sa. Pran tout sa ou genyen epi swiv mwen.’”</w:t>
      </w:r>
    </w:p>
    <w:p>
      <w:pPr>
        <w:pStyle w:val="ArticleScripture"/>
        <w:jc w:val="left"/>
      </w:pPr>
      <w:r>
        <w:rPr>
          <w:rFonts w:ascii="Times New Roman" w:hAnsi="Times New Roman" w:eastAsia="Times New Roman" w:cs="Times New Roman"/>
        </w:rPr>
        <w:t>“Mwen te tande sa avèk yon lajwa ki depase tout pawòl, epi avèk kè kontan mwen ranmase tout ti byen mwen yo, chak ti bagay presye mwen te sere, epi mwen swiv gid mwen an. Li mennen m devan yon mach eskalye ki te apik e ki te sanble fèb anpil. Lè mwen te kòmanse monte mach yo, li avèti m pou m kenbe je m fikse anlè, pou m pa vin tèt vire epi tonbe. Anpil lòt moun ki t ap monte pant apik sa a te tonbe anvan yo te rive sou tèt la.”</w:t>
      </w:r>
    </w:p>
    <w:p>
      <w:pPr>
        <w:pStyle w:val="ArticleScripture"/>
        <w:jc w:val="left"/>
      </w:pPr>
      <w:r>
        <w:rPr>
          <w:rFonts w:ascii="Times New Roman" w:hAnsi="Times New Roman" w:eastAsia="Times New Roman" w:cs="Times New Roman"/>
        </w:rPr>
        <w:t>“Anfen nou rive nan dènye etap la, epi nou te kanpe devan yon pòt. La a, gid mwen an te ban m direktiv pou m kite tout bagay mwen te pote avè m yo. Mwen te depoze yo ak kè kontan; apre sa, li louvri pòt la epi li envite m antre. Nan yon moman, mwen te kanpe devan Jezi. Pa t gen okenn fason pou yo ta konfonn bèl vizaj sa a. Ekspresyon bonte ak majeste sa a pa t ka pou okenn lòt. Lè gade Li te poze sou mwen, mwen te konnen tousuit ke Li te konnen chak sikonstans nan lavi mwen ansanm ak tout panse ak santiman ki te anndan mwen.”</w:t>
      </w:r>
    </w:p>
    <w:p>
      <w:pPr>
        <w:pStyle w:val="ArticleScripture"/>
        <w:jc w:val="left"/>
      </w:pPr>
      <w:r>
        <w:rPr>
          <w:rFonts w:ascii="Times New Roman" w:hAnsi="Times New Roman" w:eastAsia="Times New Roman" w:cs="Times New Roman"/>
        </w:rPr>
        <w:t>“Mwen te eseye pwoteje tèt mwen kont gade Li, paske m te santi mwen pa t kapab sipòte je Li k ap fouye tout bagay; men Li pwoche avèk yon souri, epi, pandan Li te poze men Li sou tèt mwen, Li di: ‘Nou pa bezwen pè.’ Son dou vwa Li a te fè kè m tranble avèk yon kè kontan li pa t janm konnen anvan. Mwen te twò kontan pou m te ka pwononse yon sèl mo; men, anba gwo emosyon an, mwen tonbe fas atè nan pye Li. Pandan m t ap kouche la san fòs, vizyon bote ak laglwa t ap pase devan mwen, epi li te sanble m mwen te rive nan sekirite ak lapè syèl la. Finalman fòs mwen te retounen, epi mwen leve. Je Jezi yo, plen lanmou, te toujou fikse sou mwen, epi souri Li te ranpli nanm mwen ak lajwa. Prezans Li te ranpli m ak yon reverans sen ak yon lanmou ki pa ka esplike.”</w:t>
      </w:r>
    </w:p>
    <w:p>
      <w:pPr>
        <w:pStyle w:val="ArticleScripture"/>
        <w:jc w:val="left"/>
      </w:pPr>
      <w:r>
        <w:rPr>
          <w:rFonts w:ascii="Times New Roman" w:hAnsi="Times New Roman" w:eastAsia="Times New Roman" w:cs="Times New Roman"/>
        </w:rPr>
        <w:t>“Gid mwen an ouvri pòt la kounye a, epi nou toude sòti deyò. Li mande m pou m reprann tout bagay mwen te kite deyò yo. Lè sa a te fin fèt, li lonje ban mwen yon kòd vèt byen vlope sere. Li enstwi m pou m mete l toupre kè mwen, epi lè m ta vle wè Jezi, pou m retire l nan pwatrin mwen epi lonje l rive jis nan limit li. Li avèti m pou m pa kite l rete vlope pandan twòp tan, pou sa pa ta fè li neye epi vin difisil pou dwate. Mwen mete kòd la toupre kè mwen epi mwen desann mach eskalye etwat yo ak kè kontan, pandan m t ap fè lwanj Seyè a epi m t ap di tout moun mwen te rankontre kote yo te kapab jwenn Jezi. Rèv sa a te ban m espwa. Kòd vèt la te reprezante lafwa nan lespri mwen, epi bote ak senplisite mete konfyans nan Bondye a te kòmanse klere sou nanm mwen.” Testimonies, volume 1, 27–29.</w:t>
      </w:r>
    </w:p>
    <w:p>
      <w:pPr>
        <w:pStyle w:val="ArticleBody"/>
        <w:jc w:val="left"/>
      </w:pPr>
      <w:r>
        <w:rPr>
          <w:rFonts w:ascii="Times New Roman" w:hAnsi="Times New Roman" w:eastAsia="Times New Roman" w:cs="Times New Roman"/>
        </w:rPr>
        <w:t>Depi fen reyinyon kan Exeter la, 17 dawou 1844, rive jouk 22 oktòb 1844, te gen swasant-sis jou. Swasant-sis jou sa yo reprezante peryòd pwoklamasyon Rèl Mitan Lannwit la, epi nan kontèks parabòl dis vyèj yo, sila yo ki te pwoklame mesaj la lè sa a reprezante moun ki te gen lwil, tandiske sila yo ki pa t pwoklame mesaj la lè sa a pa t gen lwil.</w:t>
      </w:r>
    </w:p>
    <w:p>
      <w:pPr>
        <w:pStyle w:val="ArticleBody"/>
        <w:jc w:val="left"/>
      </w:pPr>
      <w:r>
        <w:rPr>
          <w:rFonts w:ascii="Times New Roman" w:hAnsi="Times New Roman" w:eastAsia="Times New Roman" w:cs="Times New Roman"/>
        </w:rPr>
        <w:t>Nan parabòl la, maryaj la te fèt nan kòmansman tan reta a. Maryaj legal la te fèt, epi apre sa tout moun te retounen lakay yo e yo te tann jiskaske papa mesye marye a deside si li te akseptab pou maryaj la konsome. Enfidèlite ant premye maryaj la ak dezyèm seremoni an a minwi te konsidere kòm adiltè. Tan reta a te depann de papa mesye marye a, ki t ap tann pou wè sa ki t ap rive lamarye a pandan yon sèten peryòd tan. Èske li te ansent?</w:t>
      </w:r>
    </w:p>
    <w:p>
      <w:pPr>
        <w:pStyle w:val="ArticleBody"/>
        <w:jc w:val="left"/>
      </w:pPr>
      <w:r>
        <w:rPr>
          <w:rFonts w:ascii="Times New Roman" w:hAnsi="Times New Roman" w:eastAsia="Times New Roman" w:cs="Times New Roman"/>
        </w:rPr>
        <w:t>Lè papa a te deside ke tout bagay te anfòm, pwosesyon minwi a te kòmanse, e li te kòmanse nan lannuit pou evite chalè lou ki te genyen nan lajounen ann Palestin. Se poutèt sa, moun ki t ap sèvi lamarye a, vyèj parabòl la pale de yo, te oblije gen pwòp lantèn pa yo ak rezèv lwil pa yo pare, ap tann rèl minwi a ki t ap anonse ke pwosesyon pou maryaj la te deja sou wout, paske li te dwe fèt nan lannuit. Nan Exeter, rèl minwi a te rive, e swa ou te gen ase lwil pare pou pwosesyon an, swa ou pa t genyen.</w:t>
      </w:r>
    </w:p>
    <w:p>
      <w:pPr>
        <w:pStyle w:val="ArticleBody"/>
        <w:jc w:val="left"/>
      </w:pPr>
      <w:r>
        <w:rPr>
          <w:rFonts w:ascii="Times New Roman" w:hAnsi="Times New Roman" w:eastAsia="Times New Roman" w:cs="Times New Roman"/>
        </w:rPr>
        <w:t>Lè yo te kite Exeter avèk mesaj la, yo t ap ilistre yon pèp ki te sele. Genyen ki te gen ase lwil pou yo te antre nan maryaj la 22 oktòb 1844, e genyen ki pa t genyen. Swasantsis jou sa yo reprezante yon peryòd tan kote pèp Bondye a sele pou pòt fèmen lwa dimanch lan. Si yo te gen kantite lwil ki apwopriye a, yo te antre pa lafwa nan Kote ki Pi Sen an. Sè White te ilistre pèp Bondye a k ap antre nan Kote ki Pi Sen an nan dènye jou yo, e nan istwa alfa li a, se te yon tès lavi-oswa-lanmò ki te asosye ak antre nan Kote ki Pi Sen an pa lafwa. Nan dènye jou yo, san karannkat mil yo pral sibi yon tès pou wè si yo pral antre nan Kote ki Pi Sen an pa lafwa. Yon lòt fwa ankò, se yon tès lavi-oswa-lanmò.</w:t>
      </w:r>
    </w:p>
    <w:p>
      <w:pPr>
        <w:pStyle w:val="ArticleBody"/>
        <w:jc w:val="left"/>
      </w:pPr>
      <w:r>
        <w:rPr>
          <w:rFonts w:ascii="Times New Roman" w:hAnsi="Times New Roman" w:eastAsia="Times New Roman" w:cs="Times New Roman"/>
        </w:rPr>
        <w:t>N ap kontinye bagay sa yo nan atik k ap vini an.</w:t>
      </w:r>
    </w:p>
    <w:p>
      <w:pPr>
        <w:pStyle w:val="ArticleScripture"/>
        <w:jc w:val="left"/>
      </w:pPr>
      <w:r>
        <w:rPr>
          <w:rFonts w:ascii="Times New Roman" w:hAnsi="Times New Roman" w:eastAsia="Times New Roman" w:cs="Times New Roman"/>
        </w:rPr>
        <w:t>“Nan netwayaj tanp lan, Jezi t ap anonse misyon Li kòm Mesi a, e Li t ap antre nan travay Li. Tanp sa a, ki te bati pou l sèvi kòm kote Prezans diven an rete, te fèt pou l vin yon leson vivan pou Izrayèl ak pou lemonn. Depi nan letènite, se te volonte Bondye pou chak èt ki kreye, depi sou serafen ki klere e ki sen yo jouk rive sou moun, ta dwe yon tanp pou Kreyatè a abite ladan l. Poutèt peche, limanite sispann vin yon tanp pou Bondye. Fè nwa e sal anba sa ki mal, kè moun pa t revele glwa Sila ki Diven an ankò. Men, pa mwayen enkarnasyon Pitit Bondye a, volonte Syèl la akonpli. Bondye rete nan limanite, e grasa lagras ki sove a, kè moun vin tounen tanp Li ankò. Bondye te fè lide pou tanp Jerizalèm nan ta yon temwayaj san rete konsènan gwo destin ki louvri devan chak nanm. Men, Jwif yo pa t konprann siyifikasyon batiman yo te konsidere avèk anpil lògèy la. Yo pa t livre tèt yo kòm tanp sen pou Lespri Diven an. Lakou tanp Jerizalèm nan, ki te chaje ak dezòd komès ki pa sen, te reprezante, twò fidèlman vre, tanp kè a, ki te sal pa prezans pasyon sansyèl ak panse ki pa sen.”</w:t>
      </w:r>
    </w:p>
    <w:p>
      <w:pPr>
        <w:pStyle w:val="ArticleScripture"/>
        <w:jc w:val="left"/>
      </w:pPr>
      <w:r>
        <w:rPr>
          <w:rFonts w:ascii="Times New Roman" w:hAnsi="Times New Roman" w:eastAsia="Times New Roman" w:cs="Times New Roman"/>
        </w:rPr>
        <w:t>“Nan pirifye tanp lan anba men achtè ak vandè mond lan, Jezi te anonse misyon Li pou pirifye kè a anba salte peche a,—anba dezi tè a, anba konvoitiz egoyis yo, anba move abitid yo, ki gate nanm nan. Malachi 3:1–3 quoted.” The Desire of Ages, 161.</w:t>
      </w:r>
    </w:p>
    <w:p>
      <w:pPr>
        <w:pStyle w:val="ArticleScripture"/>
        <w:jc w:val="left"/>
      </w:pPr>
      <w:r>
        <w:rPr>
          <w:rFonts w:ascii="Times New Roman" w:hAnsi="Times New Roman" w:eastAsia="Times New Roman" w:cs="Times New Roman"/>
        </w:rPr>
        <w:t>“Pwofèt la di: ‘Mwen wè yon lòt zanj desann soti nan syèl la, li te gen gwo pouvwa; e latè a te klere ak glwa li. E li rele avèk fòs, ak yon vwa pwisan, li di: Babilòn, gwo vil la, tonbe, li tonbe, e li vin tounen kote move lespri yo rete’ (Revelation 18:1, 2). Se menm mesaj sa a dezyèm zanj lan te bay la. Babilòn tonbe, ‘paske li fè tout nasyon yo bwè diven kòlè fònikasyon li a’ (Revelation 14:8). Ki diven sa a ye?—Fo doktrin li yo. Li bay lemonn yon fo saba olye de Saba katriyèm kòmandman an, e li repete manti Satan te premye di Èv nan Jaden Edenn nan—imòtalite natirèl nanm nan. Li gaye anpil lòt erè ki menm jan toupatou, ‘l ap anseye kòm doktrin kòmandman lèzòm’ (Matthew 15:9).”</w:t>
      </w:r>
    </w:p>
    <w:p>
      <w:pPr>
        <w:pStyle w:val="ArticleScripture"/>
        <w:jc w:val="left"/>
      </w:pPr>
      <w:r>
        <w:rPr>
          <w:rFonts w:ascii="Times New Roman" w:hAnsi="Times New Roman" w:eastAsia="Times New Roman" w:cs="Times New Roman"/>
        </w:rPr>
        <w:t>“Lè Jezi te kòmanse ministè piblik Li, Li te netwaye Tanp lan anba pwofanasyon sakrilèj li t ap sibi a. Pami dènye zak ministè Li yo, te gen dezyèm netwayaj Tanp lan. Konsa tou, nan dènye travay pou avètisman mond lan, yo fè de apèl diferan bay legliz yo. Mesaj dezyèm zanj lan se: ‘Babilòn tonbe, li tonbe, gwo lavil sa a, paske li fè tout nasyon yo bwè diven kòlè fònikasyon li a’ (Revelation 14:8). Epi, nan gran rèl mesaj twazyèm zanj lan, yo tande yon vwa soti nan syèl la k ap di: ‘Soti ladan li, pèp mwen an, pou nou pa patisipe nan peche li yo, e pou nou pa resevwa nan flewo li yo. Paske peche li yo rive jouk nan syèl la, e Bondye sonje inikite li yo’ (Revelation 18:4, 5).” Selected Messages, book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Jowèl la ak Legliz Advantis Setyèm Jou Lawodise a — Nimewo Karantkat</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