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ak Legliz Advantis Setyèm Jou Lawodise a — Nimewo Karant-Sis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Nimewo karant-sis</w:t>
      </w:r>
    </w:p>
    <w:p>
      <w:pPr>
        <w:pStyle w:val="ArticleBody"/>
        <w:jc w:val="left"/>
      </w:pPr>
      <w:r>
        <w:rPr>
          <w:rFonts w:ascii="Times New Roman" w:hAnsi="Times New Roman" w:eastAsia="Times New Roman" w:cs="Times New Roman"/>
        </w:rPr>
        <w:t>Soti nan Sezare Filip pou rive Sezare Maritima reprezante peryòd ki soti nan twazyèm è a rive nan nevyèm è a, ki divize nan sizyèm è a. Pwen divizyon ant Sezare ak Sezare se te Mòn Transfigirasyon an. Mòn Transfigirasyon an aliyen de lòt liy yo ak waymark twa etap yo, ki vini senk jou anvan lwa dimanch pentkotis la.</w:t>
      </w:r>
    </w:p>
    <w:p>
      <w:pPr>
        <w:pStyle w:val="ArticleBody"/>
        <w:jc w:val="left"/>
      </w:pPr>
      <w:r>
        <w:rPr>
          <w:rFonts w:ascii="Times New Roman" w:hAnsi="Times New Roman" w:eastAsia="Times New Roman" w:cs="Times New Roman"/>
        </w:rPr>
        <w:t>Nan Mòn nan, Bondye Papa a te pale yon dezyèm fwa. Premye fwa Li te pale se te nan batèm Kris la, dènye fwa a se te jis anvan kwa a.</w:t>
      </w:r>
    </w:p>
    <w:p>
      <w:pPr>
        <w:pStyle w:val="ArticleScripture"/>
        <w:jc w:val="left"/>
      </w:pPr>
      <w:r>
        <w:rPr>
          <w:rFonts w:ascii="Times New Roman" w:hAnsi="Times New Roman" w:eastAsia="Times New Roman" w:cs="Times New Roman"/>
        </w:rPr>
        <w:t>Kounye a nanm mwen twouble; e kisa m ap di? Papa, delivre m anba lè sa a; men se poutèt kòz sa a mwen vin rive nan lè sa a. Papa, fè non ou jwenn glwa. Lè sa a, yon vwa soti nan syèl la, li di: Mwen deja fè l jwenn glwa, e m ap fè l jwenn glwa ankò. Se poutèt sa, foul moun ki te kanpe la, epi ki te tande sa, te di se loraj ki te fè; lòt yo te di: Se yon zanj ki te pale avè l. Jan 12:27–29.</w:t>
      </w:r>
    </w:p>
    <w:p>
      <w:pPr>
        <w:pStyle w:val="ArticleBody"/>
        <w:jc w:val="left"/>
      </w:pPr>
      <w:r>
        <w:rPr>
          <w:rFonts w:ascii="Times New Roman" w:hAnsi="Times New Roman" w:eastAsia="Times New Roman" w:cs="Times New Roman"/>
        </w:rPr>
        <w:t>Bondye bay non li glwa lè li sele san karantkat mil yo epi li ekri non li sou yo.</w:t>
      </w:r>
    </w:p>
    <w:p>
      <w:pPr>
        <w:pStyle w:val="ArticleScripture"/>
        <w:jc w:val="left"/>
      </w:pPr>
      <w:r>
        <w:rPr>
          <w:rFonts w:ascii="Times New Roman" w:hAnsi="Times New Roman" w:eastAsia="Times New Roman" w:cs="Times New Roman"/>
        </w:rPr>
        <w:t>Sila ou genyen batay la, m ap fè l tounen yon poto nan tanp Bondye mwen an, epi li p ap janm soti ankò; epi m ap ekri sou li non Bondye mwen an, ak non vil Bondye mwen an, ki se nouvo Jerizalèm nan, ki desann soti nan syèl la, bò kote Bondye mwen an; epi m ap ekri sou li nouvo non pa m nan. Moun ki gen zòrèy, se pou l tande sa Lespri a ap di legliz yo. Revelasyon 3:12, 13.</w:t>
      </w:r>
    </w:p>
    <w:p>
      <w:pPr>
        <w:pStyle w:val="ArticleBody"/>
        <w:jc w:val="left"/>
      </w:pPr>
      <w:r>
        <w:rPr>
          <w:rFonts w:ascii="Times New Roman" w:hAnsi="Times New Roman" w:eastAsia="Times New Roman" w:cs="Times New Roman"/>
        </w:rPr>
        <w:t>Sou Mòn Transfigirasyon an, Pyè, Jak ak Jan te sèl disip ki te prezan, menm jan yo te la nan rezirèksyon pitit fi Jayiris la, epi ankò nan Jetsemani. Jetsemani, menm jan ak Papa a k ap pale nan Jan douz la, te vini tousuit anvan kwa a. Jetsemani vle di “près lwil,” sa ki idantifye eprèv lwil vyèj yo. Jetsemani se “kriz” ki mennen nanm nan “fas a fas ak lanmò,” epi vyèj saj yo pase eprèv la, paske nan dezyèm eprèv tanp lan yo te vin fas a fas ak lavi, jan Jezi te anseye “fas a fas” pandan trant jou.</w:t>
      </w:r>
    </w:p>
    <w:p>
      <w:pPr>
        <w:pStyle w:val="ArticleBody"/>
        <w:jc w:val="left"/>
      </w:pPr>
      <w:r>
        <w:rPr>
          <w:rFonts w:ascii="Times New Roman" w:hAnsi="Times New Roman" w:eastAsia="Times New Roman" w:cs="Times New Roman"/>
        </w:rPr>
        <w:t>Premye fwa Papa a te pale, se te nan batèm Kris la; epi premye fwa Li te pran sèlman Pyè, Jak ak Jan, se te lè yo te resisite pitit fi Jayiris la ki te gen douz an. Rezirèksyon jenn fi sa a ki te gen douz an koresponn ak batèm Kris la, ki senbolize pouvwa rezirèksyon an. Rezirèksyon pitit fi Jayiris la koresponn ak batèm Kris la ak Sezare Filip. Jetsemani ak twoub Kris la lè Papa a te pale jis anvan kwa a koresponn ak Sezare Maritima.</w:t>
      </w:r>
    </w:p>
    <w:p>
      <w:pPr>
        <w:pStyle w:val="ArticleBody"/>
        <w:jc w:val="left"/>
      </w:pPr>
      <w:r>
        <w:rPr>
          <w:rFonts w:ascii="Times New Roman" w:hAnsi="Times New Roman" w:eastAsia="Times New Roman" w:cs="Times New Roman"/>
        </w:rPr>
        <w:t>Liy apre liy, Pyè reprezante san karannkatmil yo ki sele nan Sezare Filip, lè non Simon, pitit Jona, chanje pou vin Pyè. Yon fwa li fin sele nan Panyòm, ki se Sezare Filip, Pyè ale nan sizyèm èdtan Mòn nan, kote yo leve l kòm yon banyè pandan li kontinye pou reponn apèl Kònèy nan Sezare Maritima. Nan Sezare Filip, Pyè kite reyinyon kan Exeter la avèk sele Bondye a ak mesaj Rèl Minwi a pou l pwoklame. Mesaj Islam nan, jan fèt twonpèt yo reprezante li a, mennen Pyè pi devan rive Sezare bò lanmè a. Mesaj Islam nan leve Pyè devan je lemonn, paske Pyè te predi davans rive pwofetik Islam nan anvan fèt twonpèt yo.</w:t>
      </w:r>
    </w:p>
    <w:p>
      <w:pPr>
        <w:pStyle w:val="ArticleScripture"/>
        <w:jc w:val="left"/>
      </w:pPr>
      <w:r>
        <w:rPr>
          <w:rFonts w:ascii="Times New Roman" w:hAnsi="Times New Roman" w:eastAsia="Times New Roman" w:cs="Times New Roman"/>
        </w:rPr>
        <w:t>Gade, m ap voye ban nou pwofèt Eli anvan vini gran jou SENYÈ a, jou ki terib la. Li pral fè kè papa yo tounen vin jwenn pitit yo, epi kè pitit yo tounen vin jwenn papa yo, pou m pa vini frape tè a ak yon madichon. Malachi 4:5, 6.</w:t>
      </w:r>
    </w:p>
    <w:p>
      <w:pPr>
        <w:pStyle w:val="ArticleBody"/>
        <w:jc w:val="left"/>
      </w:pPr>
      <w:r>
        <w:rPr>
          <w:rFonts w:ascii="Times New Roman" w:hAnsi="Times New Roman" w:eastAsia="Times New Roman" w:cs="Times New Roman"/>
        </w:rPr>
        <w:t>Liy apre liy, mesaj Eli a se mesaj ki baze sou aliyen papa yo avèk pitit yo. Eli a se Papa Miller, ki ilistre pitit li yo. San karannkat mil yo se pitit William Miller yo, e vire kè Miller bay pitit li yo se aliyen istwa Millerit la avèk istwa Eli a, ansanm ak Jan Batis la avèk mesaje ki asosye ak san karannkat mil yo. Youn nan eleman nan aliyen kat liy sa yo se ke, nan chak istwa tès Eli, Jan ak Miller yo, sèl mesaj verite prezan an se te mesaj ki te vini atravè mesaje a.</w:t>
      </w:r>
    </w:p>
    <w:p>
      <w:pPr>
        <w:pStyle w:val="ArticleScripture"/>
        <w:jc w:val="left"/>
      </w:pPr>
      <w:r>
        <w:rPr>
          <w:rFonts w:ascii="Times New Roman" w:hAnsi="Times New Roman" w:eastAsia="Times New Roman" w:cs="Times New Roman"/>
        </w:rPr>
        <w:t>Eli, moun Tichb la, ki te soti pami moun ki rete nan Galaad yo, di Akab: Menm jan SENYÈ a, Bondye pèp Izrayèl la, vivan, li menm devan ki moun mwen kanpe a, p ap gen ni lawouze ni lapli pandan ane sa yo, eksepte dapre pawòl mwen. 1 Wa 17:1.</w:t>
      </w:r>
    </w:p>
    <w:p>
      <w:pPr>
        <w:pStyle w:val="ArticleBody"/>
        <w:jc w:val="left"/>
      </w:pPr>
      <w:r>
        <w:rPr>
          <w:rFonts w:ascii="Times New Roman" w:hAnsi="Times New Roman" w:eastAsia="Times New Roman" w:cs="Times New Roman"/>
        </w:rPr>
        <w:t>Sè White klè lè li di ke moun ki pa t aksepte mesaj Jan an, ke Jezi te idantifye kòm Eli, pa t ap resevwa okenn benefis nan ansèyman Jezi yo; epi tou, moun ki te rejte mesaj Miller la, jan li reprezante nan mesaj premye zanj lan, pa t kapab resevwa okenn benefis nan mesaj dezyèm zanj lan. Ansanm ak anons Eli te fè a, ki te di lapli t ap vini sèlman sou lòd li, te genyen tès final la ki te gen ladan l kòmandman pou chwazi ant mesaj Eli a oswa mesaj Baal la. Senbòl pwofetik “konbyen tan” an aliyen Mòn Kamèl Eli a ak lwa dimanch lan.</w:t>
      </w:r>
    </w:p>
    <w:p>
      <w:pPr>
        <w:pStyle w:val="ArticleScripture"/>
        <w:jc w:val="left"/>
      </w:pPr>
      <w:r>
        <w:rPr>
          <w:rFonts w:ascii="Times New Roman" w:hAnsi="Times New Roman" w:eastAsia="Times New Roman" w:cs="Times New Roman"/>
        </w:rPr>
        <w:t>Se konsa, Akab voye chache tout pitit Izrayèl yo, epi li rasanble pwofèt yo sou mòn Kamèl. Epi Eli vini bò kote tout pèp la, li di: Jiska kilè n ap bwete ant de opinyon? Si Seyè a se Bondye, suiv li; men si se Baal, suiv li. Epi pèp la pa t reponn li yon sèl mo. Lè sa a, Eli di pèp la: Mwen menm, se mwen sèl ki rete kòm pwofèt Seyè a; men pwofèt Baal yo se katsan senkant moun. Se poutèt sa, se pou yo ban nou de towo bèf; kite yo chwazi youn pou tèt pa yo, koupe l an moso, mete l sou bwa, san yo pa mete dife anba li; epi mwen menm m ap pare lòt towo bèf la, m ap mete l sou bwa, san m pa mete dife anba li. Lè sa a, rele sou non bondye nou yo, epi mwen menm m ap rele sou non Seyè a; epi Bondye ki reponn pa dife, se li menm ki Bondye. Epi tout pèp la reponn, yo di: Sa byen pale. 1 Wa 18:20–24.</w:t>
      </w:r>
    </w:p>
    <w:p>
      <w:pPr>
        <w:pStyle w:val="ArticleBody"/>
        <w:jc w:val="left"/>
      </w:pPr>
      <w:r>
        <w:rPr>
          <w:rFonts w:ascii="Times New Roman" w:hAnsi="Times New Roman" w:eastAsia="Times New Roman" w:cs="Times New Roman"/>
        </w:rPr>
        <w:t>Tès Karmèl la se te chwa ant de mesaj. Se te yon tès ant pwofesi vre ak pwofesi fo, epi ant mesaje Eli a ak pwofèt ki te chita bò tab Jezabèl la. Sa te konsène mesaje a ak mesaj la. An 1844, Karmèl te repete lè Seyè a te fè vini yon tès ki te manifeste Miller kòm vrè pwofèt la, epi mesaj Miller la kòm lawouze ak lapli a. Distenksyon ant vrè pwofèt la ak vrè mesaj la, an kontrast ak fo pwofèt la ak fo mesaj la, te reprezante nan reyinyon kan Exeter la pa tant Exeter la ak tant gwoup Watertown nan. De tabènak ki t ap reprezante sa ki vre an kontrast ak sa ki fo. Distenksyon ki te fèt sou Karmèl la ak istwa 1844 la idantifye nan Sezare Filip lè Pyè sele epi leve sou Mòn nan kòm yon drapo. Li te leve paske li te deklare ke mesaj li a te sèl vrè mesaj lapli dèyè a. Li te leve lè prediksyon li a te akonpli.</w:t>
      </w:r>
    </w:p>
    <w:p>
      <w:pPr>
        <w:pStyle w:val="ArticleBody"/>
        <w:jc w:val="left"/>
      </w:pPr>
      <w:r>
        <w:rPr>
          <w:rFonts w:ascii="Times New Roman" w:hAnsi="Times New Roman" w:eastAsia="Times New Roman" w:cs="Times New Roman"/>
        </w:rPr>
        <w:t>Fèt twonpèt yo se twazyèm eprèv detèminan nan sezon Pannkòt la, e anvan eprèv sa a, Pyè idantifye ke Islam dwe lage pou make kòmansman pwoklamasyon Rèl Minwi a. Akonplisman pwofesi a se sa ki te fè diferans lan ant Millerit yo ak Pwotestan yo, ki reprezante ansyen pèp alyans lan yo ap pase sou kote. Eli pèsonèlman te touye fo pwofèt yo, yon fwa diferans ki genyen ant sa ki vrè ak sa ki fo te fin parèt aklè. Diferans lan fèt nan fèt twonpèt yo, lè yon prediksyon konsènan Islam akonpli.</w:t>
      </w:r>
    </w:p>
    <w:p>
      <w:pPr>
        <w:pStyle w:val="ArticleBody"/>
        <w:jc w:val="left"/>
      </w:pPr>
      <w:r>
        <w:rPr>
          <w:rFonts w:ascii="Times New Roman" w:hAnsi="Times New Roman" w:eastAsia="Times New Roman" w:cs="Times New Roman"/>
        </w:rPr>
        <w:t>Rèl Minwi nan listwa Milerit la se te yon prediksyon ki te korije epi apre sa li te akonpli. Li te akonpli 22 oktòb 1844, tandiske konpreyansyon orijinal Miller te genyen sou Rèl Minwi a se te ane 1843. Samyèl Snow reprezante koreksyon mesaj la, epi mesaj li a te vin konnen kòm mesaj Rèl Minwi “vre” a.</w:t>
      </w:r>
    </w:p>
    <w:p>
      <w:pPr>
        <w:pStyle w:val="ArticleBody"/>
        <w:jc w:val="left"/>
      </w:pPr>
      <w:r>
        <w:rPr>
          <w:rFonts w:ascii="Times New Roman" w:hAnsi="Times New Roman" w:eastAsia="Times New Roman" w:cs="Times New Roman"/>
        </w:rPr>
        <w:t>1844 se te yon ilistrasyon diferans ki genyen ant mesaj Miller la ak mesaj Pwotestan yo. Nan pwosesis eprèv la, Miller te touye Pwotestan yo, epi konsa yo te vin tounen Pwotestanis aposta, pitit fi Wòm yo, prèt Jezabèl yo. Diferans lan te parèt swa nan resevwa swa nan rejte mesaj pwofetik la. Avèk Jan ak Miller, mesaj pwofetik la te demaske fo mesaj ansyen pèp alyans lan ki t ap pase sou kote. Mesaj Eli a te deklare pa t ap gen lapli eksepte dapre pawòl li, epi apre twa ane edmi, eprèv reklamasyon sa a te dwe vin parèt aklè.</w:t>
      </w:r>
    </w:p>
    <w:p>
      <w:pPr>
        <w:pStyle w:val="ArticleScripture"/>
        <w:jc w:val="left"/>
      </w:pPr>
      <w:r>
        <w:rPr>
          <w:rFonts w:ascii="Times New Roman" w:hAnsi="Times New Roman" w:eastAsia="Times New Roman" w:cs="Times New Roman"/>
        </w:rPr>
        <w:t>Epi sa, lè Akab wè Eli, Akab di li: Èske se ou menm k ap twouble pèp Izrayèl la? Eli reponn: Se pa mwen menm ki twouble pèp Izrayèl la; men se ou menm ak fanmi papa ou, paske nou abandone kòmandman Seyè a, epi ou suiv Baal yo. Koulye a, voye fè rasanble tout Izrayèl vin jwenn mwen sou mòn Kamèl, ansanm ak katsansenkant pwofèt Baal yo, ak katsan pwofèt Achera yo, ki manje sou tab Jezabèl la. 1 Wa 18:17–19.</w:t>
      </w:r>
    </w:p>
    <w:p>
      <w:pPr>
        <w:pStyle w:val="ArticleBody"/>
        <w:jc w:val="left"/>
      </w:pPr>
      <w:r>
        <w:rPr>
          <w:rFonts w:ascii="Times New Roman" w:hAnsi="Times New Roman" w:eastAsia="Times New Roman" w:cs="Times New Roman"/>
        </w:rPr>
        <w:t>Distenksyon ant sa ki fo ak sa ki vre a, kit se mesaje a oubyen mesaj la, te fèt nan yon pwosesis eprèv ki te gen ladan l akizasyon kont ni mesaj la ni mesaje a. Se Eli ki te akize dèske li t ap twouble pèp Izrayèl la, paske mesaj li a te fè lapli a sispann. Si lapli a te kontinye tonbe ann Izrayèl, pa t ap leve okenn kestyon sou Eli. Kesyon an te baze sou prediksyon Eli a, ansanm ak akonplisman li pandan twa zan edmi yo.</w:t>
      </w:r>
    </w:p>
    <w:p>
      <w:pPr>
        <w:pStyle w:val="ArticleBody"/>
        <w:jc w:val="left"/>
      </w:pPr>
      <w:r>
        <w:rPr>
          <w:rFonts w:ascii="Times New Roman" w:hAnsi="Times New Roman" w:eastAsia="Times New Roman" w:cs="Times New Roman"/>
        </w:rPr>
        <w:t>Lè Pyè rive nan tès desizif Sezare Filip la, ki se fèt twonpèt yo, epi tou kote bourik la lage, kòmansman mesaj Rèl Mitanuit la make. Pyè, menm jan ak Eli, fèk temwen konfimasyon prediksyon li a, epi distenksyon ant vrè ak fo a demontre devan tout moun. Konfimasyon prediksyon an reprezante pa fèt twonpèt yo—ki se tès desizif la. Prediksyon an te tipifye pa ni 1840 ni 1844, kote yon prediksyon korije epi apre sa li akonpli. Prediksyon korije Josiah Litch la te bay premye zanj lan pouvwa nan dat 11 out 1840, epi prediksyon ane 1843 pa Miller la te korije pa Snow.</w:t>
      </w:r>
    </w:p>
    <w:p>
      <w:pPr>
        <w:pStyle w:val="ArticleScripture"/>
        <w:jc w:val="left"/>
      </w:pPr>
      <w:r>
        <w:rPr>
          <w:rFonts w:ascii="Times New Roman" w:hAnsi="Times New Roman" w:eastAsia="Times New Roman" w:cs="Times New Roman"/>
        </w:rPr>
        <w:t>“Nan ane 1840, yon lòt akonplisman remakab nan pwofesi te souleve yon enterè toupatou. Dezan anvan sa, Josiah Litch, youn nan prensipal minis k ap preche dezyèm avènman an, te pibliye yon eksplikasyon sou Revelasyon 9, kote li te predi tonbe Anpi Otoman an. Dapre kalkil li yo, pouvwa sa a te dwe ranvèse... le 11 dawout 1840, lè yo ka atann pouvwa Otoman an nan Konstantinòp pral kraze. E mwen kwè se konsa y ap jwenn sa ye.”</w:t>
      </w:r>
    </w:p>
    <w:p>
      <w:pPr>
        <w:pStyle w:val="ArticleScripture"/>
        <w:jc w:val="left"/>
      </w:pPr>
      <w:r>
        <w:rPr>
          <w:rFonts w:ascii="Times New Roman" w:hAnsi="Times New Roman" w:eastAsia="Times New Roman" w:cs="Times New Roman"/>
        </w:rPr>
        <w:t>“Nan menm lè yo te presize a, Latiki, pa mwayen anbasadè li yo, te aksepte pwoteksyon pisans alye Ewòp yo, e konsa li te mete tèt li anba kontwòl nasyon kretyen yo. Evènman an te akonpli prediksyon an egzakteman. Lè sa te vin konnen, foul moun te vin konvenki sou jistès prensip entèpretasyon pwofetik Miller ak asosye li yo te adopte, epi yo te bay mouvman adven an yon elàn ekstraòdinè. Moun ki te gen konesans ak pozisyon te ini ak Miller, ni nan preche ni nan pibliye opinyon li yo, e depi 1840 rive 1844 travay la te pwogrese rapidman.” The Great Controversy, 334, 335.</w:t>
      </w:r>
    </w:p>
    <w:p>
      <w:pPr>
        <w:pStyle w:val="ArticleBody"/>
        <w:jc w:val="left"/>
      </w:pPr>
      <w:r>
        <w:rPr>
          <w:rFonts w:ascii="Times New Roman" w:hAnsi="Times New Roman" w:eastAsia="Times New Roman" w:cs="Times New Roman"/>
        </w:rPr>
        <w:t>Prediksyon Litch la te konsène Islam, epi prediksyon Snow a te konsène pòt fèmen an. Lè prediksyon Litch la te akonpli, metodoloji ki te etabli mesaj la te vin aksepte, epi moun ki te aksepte mesaj la te “ini” ak mesaje a. Ni mesaj la ni mesaje a te rekonèt nan akonplisman prediksyon an. Prediksyon Litch la te konsène Islam, epi prediksyon Snow a te konsène pòt fèmen an.</w:t>
      </w:r>
    </w:p>
    <w:p>
      <w:pPr>
        <w:pStyle w:val="ArticleScripture"/>
        <w:jc w:val="left"/>
      </w:pPr>
      <w:r>
        <w:rPr>
          <w:rFonts w:ascii="Times New Roman" w:hAnsi="Times New Roman" w:eastAsia="Times New Roman" w:cs="Times New Roman"/>
        </w:rPr>
        <w:t>“Mwen te wè pèp Bondye a plen lajwa nan tann yo t ap tann, ap chèche Senyè yo a. Men Bondye te gen plan pou Li pwouve yo. Men Li te kouvri yon erè nan kalkil peryòd pwofetik yo. Moun ki t ap tann Senyè yo a pa t dekouvri erè sa a, e menm mesye ki te pi save yo, ki t ap opoze tan an, pa t rive wè li nonplis. Bondye te gen plan pou pèp Li a rankontre yon desepsyon. Tan an pase, epi moun ki te tann Sovè yo a avèk lajwa ak espwa te vin tris e dekouraje, tandiske moun ki pa t renmen aparisyon Jezi a, men ki te akeyi mesaj la poutèt laperèz, te kontan dèske Li pa t vini nan tan yo te espere a. Pwofesyon lafwa yo a pa t touche kè a ni pirifye lavi a. Pase tan an te byen kalkile pou revele kè konsa. Se yo menm ki te premye vire do epi pase nan betiz moun ki te tris, ki te desi, moun ki te vrèman renmen aparisyon Sovè yo a. Mwen te wè sajès Bondye nan fason Li t ap pwouve pèp Li a epi bay yo yon eprèv ki fouye byen fon, pou dekouvri sila yo ki t ap fè bak epi vire tounen nan lè eprèv la.</w:t>
      </w:r>
    </w:p>
    <w:p>
      <w:pPr>
        <w:pStyle w:val="ArticleScripture"/>
        <w:jc w:val="left"/>
      </w:pPr>
      <w:r>
        <w:rPr>
          <w:rFonts w:ascii="Times New Roman" w:hAnsi="Times New Roman" w:eastAsia="Times New Roman" w:cs="Times New Roman"/>
        </w:rPr>
        <w:t>“Jezi ak tout lame syèl la te gade avèk konpasyon ak lanmou sou sila yo ki, avèk yon dous espwa, te tann depi lontan pou yo wè Sila a ke nanm yo te renmen an. Zanj yo t ap plane anlè yo, pou soutni yo nan lè eprèv yo. Sila yo ki te neglije resevwa mesaj ki soti nan syèl la te rete nan fènwa, epi kòlè Bondye te limen kont yo, paske yo pa t vle resevwa limyè li te voye ba yo soti nan syèl la. Sila fidèl sa yo, ki te desi, ki pa t kapab konprann poukisa Seyè yo a pa t vini, pa t rete nan fènwa. Yon lòt fwa ankò, yo te mennen yo nan Bib yo pou fouye peryòd pwofetik yo. Men Seyè a te retire sou chif yo, epi erè a te esplike. Yo te wè peryòd pwofetik yo te rive jouk nan 1844, e menm prèv yo te prezante pou montre peryòd pwofetik yo te fini an 1843, te pwouve yo t ap fini an 1844. Limyè ki soti nan Pawòl Bondye a te klere sou pozisyon yo, epi yo te dekouvri yon tan reta—‘Though it [the vision] tarry, wait for it.’ Nan lanmou yo pou vini imedya Kris la, yo te neglije reta vizyon an, ki te fèt pou fè parèt sila yo ki t ap tann toutbon yo. Yon lòt fwa ankò yo te gen yon pwen tan. Men, mwen te wè anpil ladan yo pa t kapab leve pi wo pase gwo desepsyon yo a pou yo te posede degre zèl ak enèji sa a ki te make lafwa yo an 1843.”</w:t>
      </w:r>
    </w:p>
    <w:p>
      <w:pPr>
        <w:pStyle w:val="ArticleScripture"/>
        <w:jc w:val="left"/>
      </w:pPr>
      <w:r>
        <w:rPr>
          <w:rFonts w:ascii="Times New Roman" w:hAnsi="Times New Roman" w:eastAsia="Times New Roman" w:cs="Times New Roman"/>
        </w:rPr>
        <w:t>“Satan ak zanj li yo te triyonfe sou yo, e moun ki pa t vle resevwa mesaj la te felisite tèt yo poutèt jijman byen lwen yo ak sajès yo, paske yo pa t resevwa twonpri a, jan yo te rele l la. Yo pa t rann yo kont ke yo t ap rejte konsèy Bondye kont pwòp tèt pa yo, e yo t ap travay ann inyon ak Satan ak zanj li yo pou twouble pèp Bondye a, ki t ap viv mesaj ki soti nan syèl la.”</w:t>
      </w:r>
    </w:p>
    <w:p>
      <w:pPr>
        <w:pStyle w:val="ArticleScripture"/>
        <w:jc w:val="left"/>
      </w:pPr>
      <w:r>
        <w:rPr>
          <w:rFonts w:ascii="Times New Roman" w:hAnsi="Times New Roman" w:eastAsia="Times New Roman" w:cs="Times New Roman"/>
        </w:rPr>
        <w:t>“Kwayan nan mesaj sa a te sibi opresyon nan legliz yo. Pandan yon tan, moun ki pa t vle resevwa mesaj la te kenbe anba laperèz pou yo pa t aji dapre santiman ki te nan kè yo; men lè tan an te pase, sa te revele vrè santiman yo. Yo te vle fè temwayaj la fè silans, temwayaj sila yo ki t ap tann yo te santi yo oblije rann, ki te deklare peryòd pwofetik yo te rive jouk nan ane 1844. Avèk klate, kwayan yo te eksplike erè yo a epi yo te bay rezon ki fè yo te espere Seyè yo an 1844. Moun ki te opoze ak yo pa t kapab pote okenn agiman kont rezon pisan yo te prezante yo. Men kòlè legliz yo te limen; yo te detèmine pou yo pa tande prèv yo, epi pou yo fèmen temwayaj la deyò legliz yo, pou lòt yo pa t kapab tande li. Moun ki pa t oze refize lòt moun limyè Bondye te ba yo a, yo te mete yo deyò nan legliz yo; men Jezi te avèk yo, epi yo te gen kè kontan nan limyè figi Li. Yo te pare pou resevwa mesaj dezyèm zanj lan.” Early Writings, 235–237.</w:t>
      </w:r>
    </w:p>
    <w:p>
      <w:pPr>
        <w:pStyle w:val="ArticleBody"/>
        <w:jc w:val="left"/>
      </w:pPr>
      <w:r>
        <w:rPr>
          <w:rFonts w:ascii="Times New Roman" w:hAnsi="Times New Roman" w:eastAsia="Times New Roman" w:cs="Times New Roman"/>
        </w:rPr>
        <w:t>Pyè reprezante san karannkat mil yo ki, menm jan ak Litch, prezante yon prediksyon korije konsènan Islam ak fen yon wayòm; e menm jan ak Snow, Pyè prezante tou yon prediksyon korije konsènan pòt fèmen an. Mesaj Litch la sou dezyèm malè Islam lan te yon prediksyon ekstèn, epi pòt fèmen Snow lan te yon prediksyon entèn. Pou Snow, travay la te kòmanse lè Seyè a te retire men li sou chif yo, e se lè sa a yo te wè menm prèv sa a ki te deja konsidere kòm prèv pou 1843, an reyalite te pwouve 22 oktòb 1844. Pou Litch, se te yon kalkil ki, lè li te akonpli, te fè zanj Revelasyon dis la desann pou l kanpe sou tè a ak sou lanmè a.</w:t>
      </w:r>
    </w:p>
    <w:p>
      <w:pPr>
        <w:pStyle w:val="ArticleBody"/>
        <w:jc w:val="left"/>
      </w:pPr>
      <w:r>
        <w:rPr>
          <w:rFonts w:ascii="Times New Roman" w:hAnsi="Times New Roman" w:eastAsia="Times New Roman" w:cs="Times New Roman"/>
        </w:rPr>
        <w:t>Lefètke Litch te rekalkile prediksyon li a dis jou anvan akonplisman li a idantifye travay korije yon prediksyon anvan kòm yon tès. Èske kòmansman an an 1840 ak fen an an 1844 se vre yon senbòl pwofetik yon prediksyon ki rekalkile pou l vin tounen vrè Kri Minwi a? Èske alfa ak omega nan istwa Millerit la, ki te fini ak pwoklamasyon Kri Minwi a, tipifye vre karakteristik pwofetik vrè Kri Minwi a pou san karannkat mil yo?</w:t>
      </w:r>
    </w:p>
    <w:p>
      <w:pPr>
        <w:pStyle w:val="ArticleBody"/>
        <w:jc w:val="left"/>
      </w:pPr>
      <w:r>
        <w:rPr>
          <w:rFonts w:ascii="Times New Roman" w:hAnsi="Times New Roman" w:eastAsia="Times New Roman" w:cs="Times New Roman"/>
        </w:rPr>
        <w:t>Nan toude peryòd pwoklamasyon prediksyon korije a, te gen kontwovès ki te manifeste kont mesaj Milerit la, paske mesaj la te twouble pèp la. Lè Pyè kanpe nan Sezare Filipi, gen yon kontwovès sou mesaj la ki te kòmanse anvan Sezare Filipi, paske se akonplisman an ki konfime se sèlman sou pawòl Pyè a mesaj lapli a t ap tonbe. Sezare Filipi se fèt twonpèt yo, e sa aliyen avèk Kris k ap voye de disip, ki reprezante dezyèm zanj lan, pou lage bourik Islam nan. Lage bourik Islam nan anonse kòmansman mesaj Rèl Minwi a nan reyinyon kan Exeter la, paske lè Samyèl Snow rive sou cheval ak yon jou reta, nan 13 dawou, li menm ki te pran tan olye li te rive nan premye jou ouvèti a, sa make fen tan reta a ak kòmansman mesaj la ki t ap pote tankou yon vag lanmè lè reyinyon an te fini nan 17 la.</w:t>
      </w:r>
    </w:p>
    <w:p>
      <w:pPr>
        <w:pStyle w:val="ArticleBody"/>
        <w:jc w:val="left"/>
      </w:pPr>
      <w:r>
        <w:rPr>
          <w:rFonts w:ascii="Times New Roman" w:hAnsi="Times New Roman" w:eastAsia="Times New Roman" w:cs="Times New Roman"/>
        </w:rPr>
        <w:t>Kontwovès istwa milerit la, akizasyon wa Akab yo, ak rezistans Jwif ki t ap plede pou ti detay yo pandan Kris t ap antre Jerizalèm, tout bagay sa yo idantifye yon kontwovès ki rive nan konklizyon li nan fèt twonpèt yo, lè yo lage bourik la. Lage bourik la se konfimasyon yon pwofesi ki idantifye yon pòt fèmen sou Advanis nan kòmansman an nan Sezare Filip, epi yon pòt fèmen nan fen peryòd la nan Sezare Maritim. Bourik la se yon senbòl Islam twazyèm malè a ki frape Etazini, ansanm ak Nashville, Tennessee. Prediksyon ki te echwe a pou 18 jiyè 2020 a, kounye a ap korije pwogresivman pandan Seyè a retire men Li, epi Li desele revelasyon Jezikri a. Deseleman sa a te kòmanse nan dezè a nan jiyè 2023.</w:t>
      </w:r>
    </w:p>
    <w:p>
      <w:pPr>
        <w:pStyle w:val="ArticleHeading"/>
        <w:jc w:val="left"/>
      </w:pPr>
      <w:r>
        <w:rPr>
          <w:rFonts w:ascii="Arial" w:hAnsi="Arial" w:eastAsia="Arial" w:cs="Arial"/>
        </w:rPr>
        <w:t>Vizyon Daniel Onz la</w:t>
      </w:r>
    </w:p>
    <w:p>
      <w:pPr>
        <w:pStyle w:val="ArticleBody"/>
        <w:jc w:val="left"/>
      </w:pPr>
      <w:r>
        <w:rPr>
          <w:rFonts w:ascii="Times New Roman" w:hAnsi="Times New Roman" w:eastAsia="Times New Roman" w:cs="Times New Roman"/>
        </w:rPr>
        <w:t>Fèt twonpèt yo reprezante setyèm twonpèt la, ki se twazyèm malè a, ki se Islam. Yon twonpèt se yon mesaj avètisman ekstèn konsènan lagè, men li ka konprann tou kòm yon apèl enteryè pou yon asanble sen. Kòm tès detèminan an ki kòmanse lè trant jou tès dezyèm tanp lan fini, li se ni yon mesaj ekstèn ni yon mesaj enteryè. Premye tès fondamantal la te rive nan prentan 2024 avèk vizyon ekstèn antikris la, jan sa reprezante nan Daniel 11:14.</w:t>
      </w:r>
    </w:p>
    <w:p>
      <w:pPr>
        <w:pStyle w:val="ArticleScripture"/>
        <w:jc w:val="left"/>
      </w:pPr>
      <w:r>
        <w:rPr>
          <w:rFonts w:ascii="Times New Roman" w:hAnsi="Times New Roman" w:eastAsia="Times New Roman" w:cs="Times New Roman"/>
        </w:rPr>
        <w:t>Epi nan tan sa yo, anpil moun pral leve kont wa sid la; moun vyolan pami pèp ou a va leve tèt yo pou yo tabli vizyon an; men yo va tonbe. Danyèl 11:14.</w:t>
      </w:r>
    </w:p>
    <w:p>
      <w:pPr>
        <w:pStyle w:val="ArticleBody"/>
        <w:jc w:val="left"/>
      </w:pPr>
      <w:r>
        <w:rPr>
          <w:rFonts w:ascii="Times New Roman" w:hAnsi="Times New Roman" w:eastAsia="Times New Roman" w:cs="Times New Roman"/>
        </w:rPr>
        <w:t>Vèsè anvan an te prezante Panium, e temwayaj Panium kontinye jouk rive nan vèsè kenz la.</w:t>
      </w:r>
    </w:p>
    <w:p>
      <w:pPr>
        <w:pStyle w:val="ArticleScripture"/>
        <w:jc w:val="left"/>
      </w:pPr>
      <w:r>
        <w:rPr>
          <w:rFonts w:ascii="Times New Roman" w:hAnsi="Times New Roman" w:eastAsia="Times New Roman" w:cs="Times New Roman"/>
        </w:rPr>
        <w:t>Paske wa nò a va retounen, e l ap rasanble yon foul pi gwo pase premye a; epi sètènman, apre kèk ane, l ap vini avèk yon gwo lame ak anpil richès. Danyèl 11:13.</w:t>
      </w:r>
    </w:p>
    <w:p>
      <w:pPr>
        <w:pStyle w:val="ArticleBody"/>
        <w:jc w:val="left"/>
      </w:pPr>
      <w:r>
        <w:rPr>
          <w:rFonts w:ascii="Times New Roman" w:hAnsi="Times New Roman" w:eastAsia="Times New Roman" w:cs="Times New Roman"/>
        </w:rPr>
        <w:t>Wa nò a nan vèsè dis rive kenz yo se pisans pwokirasyon papote a, ki te reprezante pa Ronald Reagan nan vèsè dis la lè miray rido fè a te retire, jan sa te tipifye pa tonbe Miray Bèlen an nan 9 novanm 1989. Vèsè sèz make retire miray separasyon ant legliz ak leta nan lwa dimanch lan. Vèsè onz ak douz yo reprezante lagè Ikrèn nan ki te kòmanse an 2014, epi vèsè trèz la idantifye eleksyon 2024 la, lè Trump, wityèm prezidan depi Reagan, ki se tou wityèm prezidan ki soti nan sèt prezidan anvan yo, “retounen” avèk plis pouvwa, paske lè li retounen li “pral mete sou pye yon foul pi gwo pase premye a, epi li pral sètènman vini apre kèk ane.” “Kèk ane” yo se kat ane Joe Biden yo.</w:t>
      </w:r>
    </w:p>
    <w:p>
      <w:pPr>
        <w:pStyle w:val="ArticleBody"/>
        <w:jc w:val="left"/>
      </w:pPr>
      <w:r>
        <w:rPr>
          <w:rFonts w:ascii="Times New Roman" w:hAnsi="Times New Roman" w:eastAsia="Times New Roman" w:cs="Times New Roman"/>
        </w:rPr>
        <w:t>Apre 2024, ann akò ak vèsè trèz, Wòm pral antre tèt li nan istwa pwofetik Panyòm. Nan dat 8 me 2025, yo te chwazi premye pap ki soti nan peyi espirityèl bèl pouvwa a, epi li te chwazi non Leyi, ki pote avèk li anpil karakteristik pwofetik enpòtan. Epi, nan vèsè kenz, batay la antre an aksyon.</w:t>
      </w:r>
    </w:p>
    <w:p>
      <w:pPr>
        <w:pStyle w:val="ArticleScripture"/>
        <w:jc w:val="left"/>
      </w:pPr>
      <w:r>
        <w:rPr>
          <w:rFonts w:ascii="Times New Roman" w:hAnsi="Times New Roman" w:eastAsia="Times New Roman" w:cs="Times New Roman"/>
        </w:rPr>
        <w:t>Se konsa wa nò a va vini, li va leve yon ranpa, epi li va pran vil ki pi byen fòtifye yo; epi fòs wa sid la p ap ka kenbe tèt, ni pèp li te chwazi yo non; ni p ap gen okenn fòs pou reziste. Danyèl 11:15.</w:t>
      </w:r>
    </w:p>
    <w:p>
      <w:pPr>
        <w:pStyle w:val="ArticleBody"/>
        <w:jc w:val="left"/>
      </w:pPr>
      <w:r>
        <w:rPr>
          <w:rFonts w:ascii="Times New Roman" w:hAnsi="Times New Roman" w:eastAsia="Times New Roman" w:cs="Times New Roman"/>
        </w:rPr>
        <w:t>Batay Panium nan angaje nan vèsè kenz, epi bèt ki soti sou tè a, reprezante pa Donald Trump, pral bat wayòm sid la. Wa sid la, nan vèsè onz, te kòmanse yon lagè ak Ikrèn, pouvwa pwokirasyon pap la, ki te finanse epi soutni pa pouvwa pwokirasyon pap la nan vèsè dis la—Etazini. Wa sid la t ap genyen batay Raphia a, men nan konsekans viktwa a, disolisyon pwogresif la, ki toujou asosye ak disparisyon yon wayòm dragon sid la, kite wa sid la nan yon pozisyon ekstrèmman vilnerab pandan wa nò a retounen, pi fò pase tout tan, epi li prepare pou batay Panium nan. Larisi ak Putin se wa sid la lè Etazini te inisye Lagè Ikrèn nan an 2014. An 2022 envazyon an te kòmanse, epi san te kòmanse koule. An 2024 wa nò a te retounen.</w:t>
      </w:r>
    </w:p>
    <w:p>
      <w:pPr>
        <w:pStyle w:val="ArticleBody"/>
        <w:jc w:val="left"/>
      </w:pPr>
      <w:r>
        <w:rPr>
          <w:rFonts w:ascii="Times New Roman" w:hAnsi="Times New Roman" w:eastAsia="Times New Roman" w:cs="Times New Roman"/>
        </w:rPr>
        <w:t>Pyè a nan Sezare Filip, ki se kòmansman pwoklamasyon mesaj Rèl Minwi a. Pyè, menm jan ak Eli ak Millerit yo jan Litch ak Snow reprezante yo, te deja prezante yon prediksyon sou yon pòt fèmen ak Islam. Akonplisman li idantifye diferans ki genyen ant vrè ak fo mesaj lapli dèyè yo, ansanm ak vrè ak fo mesaje yo. Mesaj Pyè a se mesaj Nashville ak Islam ki korije a, epi lè li kanpe nan Sezare Filip, li kanpe nan Panium, batay ki mennen nan lwa dimanch vèsè sèz la. Akonplisman prediksyon Pyè a idantifye kòmansman pwoklamasyon Rèl Minwi a, lè Islam lage, sa ki se tou, liy sou liy, lè batay Panium nan rive.</w:t>
      </w:r>
    </w:p>
    <w:p>
      <w:pPr>
        <w:pStyle w:val="ArticleHeading"/>
        <w:jc w:val="left"/>
      </w:pPr>
      <w:r>
        <w:rPr>
          <w:rFonts w:ascii="Arial" w:hAnsi="Arial" w:eastAsia="Arial" w:cs="Arial"/>
        </w:rPr>
        <w:t>Vizyon Danyèl dis la</w:t>
      </w:r>
    </w:p>
    <w:p>
      <w:pPr>
        <w:pStyle w:val="ArticleBody"/>
        <w:jc w:val="left"/>
      </w:pPr>
      <w:r>
        <w:rPr>
          <w:rFonts w:ascii="Times New Roman" w:hAnsi="Times New Roman" w:eastAsia="Times New Roman" w:cs="Times New Roman"/>
        </w:rPr>
        <w:t>Fèt twonpèt yo reprezante setyèm twonpèt la, ki se twazyèm malè a, ki se Islam. Yon twonpèt se yon mesaj avètisman, epi tou yon apèl pou yon asanble sen. Li se tou tès desizif la ki kòmanse lè trant jou tès dezyèm tanp lan rive nan fen li. Premye vizyon fondamantal tès ekstèn antikris la te rive nan prentan 2024, epi dezyèm vizyon tès entèn Kris la, jan sa reprezante nan Danyèl 10, te rive an 2026.</w:t>
      </w:r>
    </w:p>
    <w:p>
      <w:pPr>
        <w:pStyle w:val="ArticleScripture"/>
        <w:jc w:val="left"/>
      </w:pPr>
      <w:r>
        <w:rPr>
          <w:rFonts w:ascii="Times New Roman" w:hAnsi="Times New Roman" w:eastAsia="Times New Roman" w:cs="Times New Roman"/>
        </w:rPr>
        <w:t>Apre sa, mwen leve je m, mwen gade, epi gade, te gen yon nonm ki te abiye an twal fen blan, ren li te mare ak lò rafine ki soti Oufaz. Kò li menm te tankou beril; figi li te tankou aparans zeklè; je li te tankou lanp dife; bra li ak pye li te tankou koulè kwiv poli; epi vwa pawòl li yo te tankou vwa yon foul moun.</w:t>
      </w:r>
    </w:p>
    <w:p>
      <w:pPr>
        <w:pStyle w:val="ArticleScripture"/>
        <w:jc w:val="left"/>
      </w:pPr>
      <w:r>
        <w:rPr>
          <w:rFonts w:ascii="Times New Roman" w:hAnsi="Times New Roman" w:eastAsia="Times New Roman" w:cs="Times New Roman"/>
        </w:rPr>
        <w:t>E mwen menm, Dànyèl, se mwen sèl ki te wè vizyon an; paske mesye ki te avè m yo pa t wè vizyon an; men yon gwo tranbleman te tonbe sou yo, konsa yo te kouri al kache kò yo.</w:t>
      </w:r>
    </w:p>
    <w:p>
      <w:pPr>
        <w:pStyle w:val="ArticleScripture"/>
        <w:jc w:val="left"/>
      </w:pPr>
      <w:r>
        <w:rPr>
          <w:rFonts w:ascii="Times New Roman" w:hAnsi="Times New Roman" w:eastAsia="Times New Roman" w:cs="Times New Roman"/>
        </w:rPr>
        <w:t>Se poutèt sa mwen te rete pou kont mwen, epi mwen te wè gwo vizyon sa a; pa t rete okenn fòs nan mwen ankò, paske bèl aparans mwen te chanje an pouriti anndan mwen, e mwen pa t kenbe okenn fòs.</w:t>
      </w:r>
    </w:p>
    <w:p>
      <w:pPr>
        <w:pStyle w:val="ArticleScripture"/>
        <w:jc w:val="left"/>
      </w:pPr>
      <w:r>
        <w:rPr>
          <w:rFonts w:ascii="Times New Roman" w:hAnsi="Times New Roman" w:eastAsia="Times New Roman" w:cs="Times New Roman"/>
        </w:rPr>
        <w:t>Men, mwen te tande son pawòl li yo; e lè m te tande son pawòl li yo, mwen tonbe nan yon gwo dòmi sou figi m, ak figi m atè.</w:t>
      </w:r>
    </w:p>
    <w:p>
      <w:pPr>
        <w:pStyle w:val="ArticleScripture"/>
        <w:jc w:val="left"/>
      </w:pPr>
      <w:r>
        <w:rPr>
          <w:rFonts w:ascii="Times New Roman" w:hAnsi="Times New Roman" w:eastAsia="Times New Roman" w:cs="Times New Roman"/>
        </w:rPr>
        <w:t>Epi gade, yon men manyen m, epi li fè m mete m sou jenou m ak sou pla men m. Li di m konsa: O Danyèl, nonm yo renmen anpil la, konprann pawòl m ap di ou yo, epi leve kanpe dwat; paske se bò kote ou yo voye m kounye a. Lè li fin di m pawòl sa a, mwen leve kanpe, men mwen t ap tranble. Apre sa, li di m: Ou pa bezwen pè, Danyèl; paske depi premye jou ou te mete kè ou pou konprann, epi pou imilye tèt ou devan Bondye ou a, yo te tande pawòl ou yo, e se poutèt pawòl ou yo mwen vini. Men chèf wayòm Pès la te kenbe tèt avè m pandan venteyen jou; men gade, Mikayèl, youn nan prensipal chèf yo, te vini pou ede m; epi mwen te rete la avèk wa Pès yo. Kounye a mwen vini pou fè ou konprann sa k pral rive pèp ou a nan dènye jou yo; paske vizyon an se toujou pou anpil jou ankò. Lè li fin pale m pawòl konsa, mwen bese figi m atè, epi mwen vin san pale.</w:t>
      </w:r>
    </w:p>
    <w:p>
      <w:pPr>
        <w:pStyle w:val="ArticleScripture"/>
        <w:jc w:val="left"/>
      </w:pPr>
      <w:r>
        <w:rPr>
          <w:rFonts w:ascii="Times New Roman" w:hAnsi="Times New Roman" w:eastAsia="Times New Roman" w:cs="Times New Roman"/>
        </w:rPr>
        <w:t>Epi gade, yon moun ki te sanble ak yon pitit lèzòm manyen bouch mwen; lè sa a, mwen louvri bouch mwen, mwen pale, epi mwen di sila a ki te kanpe devan mwen an: O monchè, pa mwayen vizyon an, doulè m yo tonbe sou mwen, e mwen pa gen fòs ankò. Paske kijan sèvitè mèt mwen sa a ta ka pale ak mèt mwen sa a? Paske, pou mwen menm, menm lè sa a pa t rete okenn fòs nan mwen, ni pa t gen souf ki te rete nan mwen.</w:t>
      </w:r>
    </w:p>
    <w:p>
      <w:pPr>
        <w:pStyle w:val="ArticleScripture"/>
        <w:jc w:val="left"/>
      </w:pPr>
      <w:r>
        <w:rPr>
          <w:rFonts w:ascii="Times New Roman" w:hAnsi="Times New Roman" w:eastAsia="Times New Roman" w:cs="Times New Roman"/>
        </w:rPr>
        <w:t>Lè sa a, yon lòt fwa ankò, yon moun ki te sanble ak aparans yon nonm vin manyen m, e li ban m fòs. Li di m: O nonm ki anpil renmen, pa pè; kè poze pou ou; pran fòs, wi, pran fòs. E lè li te fin pale avè m, mwen te vin gen fòs, epi mwen di: Se pou chè mèt mwen an pale; paske ou ban m fòs. Danyèl 10:5–19.</w:t>
      </w:r>
    </w:p>
    <w:p>
      <w:pPr>
        <w:pStyle w:val="ArticleBody"/>
        <w:jc w:val="left"/>
      </w:pPr>
      <w:r>
        <w:rPr>
          <w:rFonts w:ascii="Times New Roman" w:hAnsi="Times New Roman" w:eastAsia="Times New Roman" w:cs="Times New Roman"/>
        </w:rPr>
        <w:t>Nan venndèzyèm jou a, Dànyèl wè vizyon Gran Prèt selès la nan dènye jou yo. Vizyon Wòm k ap etabli vizyon an te tès fondamantal la ak tès alfa ane 2024 la, epi vizyon Kris la se tès tanp lan. Li pwodui yon separasyon nan mitan klas moun ki kouri kite Dànyèl epi ki kache. Klas sa a kache anba manti ak fo pawòl, e se poutèt sa yo resevwa yon gwo twonpri.</w:t>
      </w:r>
    </w:p>
    <w:p>
      <w:pPr>
        <w:pStyle w:val="ArticleBody"/>
        <w:jc w:val="left"/>
      </w:pPr>
      <w:r>
        <w:rPr>
          <w:rFonts w:ascii="Times New Roman" w:hAnsi="Times New Roman" w:eastAsia="Times New Roman" w:cs="Times New Roman"/>
        </w:rPr>
        <w:t>Apre sa, yo touche Danyèl twa fwa: premye fwa a se Gabriyèl, apre sa Kris, epi twazyèm fwa a se ankò Gabriyèl. Nan Trè Sen an, lè yo touche Danyèl twa fwa, li ap reprezante yon ranfòsman, paske sa kòmanse avèk li san okenn fòs lè li te wè vizyon an, men nan twazyèm manyen an li vin finalman ranfòse. Li ranfòse pou li konprann sa k pral rive pèp Bondye a nan dènye jou yo. Mesaj pwofetik sou sa k rive pèp Bondye a nan dènye jou yo se mesaj ki reprezante andedan parabòl dis vyèj yo.</w:t>
      </w:r>
    </w:p>
    <w:p>
      <w:pPr>
        <w:pStyle w:val="ArticleBody"/>
        <w:jc w:val="left"/>
      </w:pPr>
      <w:r>
        <w:rPr>
          <w:rFonts w:ascii="Times New Roman" w:hAnsi="Times New Roman" w:eastAsia="Times New Roman" w:cs="Times New Roman"/>
        </w:rPr>
        <w:t>Danyèl kòmanse san fòs, paske vizyon Kris la tankou yon glas te kite l san fòs; men nan fen twa manyen yo, li vin ranfòse, epi kòmandman an: “fèm, wi, fèm,” se yon redoubleman ki make dezyèm zanj lan oswa dezyèm eprèv la. Dezyèm eprèv la se eprèv tanp lan, kote pèp Bondye a resevwa fòs pou pwoklame mesaj Kri Minwi a lè reyinyon kan Exeter la fini. Eprèv sa a se eprèv tanp lan kote pyè tèt la, ki te fondasyon an ak pyè ang lan, vin tounen bèl pyè tèt tanp lan, konsa sa make akonplisman li. Danyèl resevwa fòs nan vennndezyèm jou a, lè li antre nan Trè Sen an pa lafwa. Lè li fè sa, Gabriyèl manyen li, apre sa Kris manyen li, epi answit Gabriyèl manyen li ankò. Se poutèt sa, Danyèl vin ranfòse pou pwoklame mesaj la nan Trè Sen an, kote li wè Kris ant de zanj; epi plas nan Trè Sen an kote Kris la ye nan mitan an se chèz lagras la, ak de cheriben k ap kouvri yo ki fikse je yo sou lach la, lach ki klere anba limyè laglwa Shekina Kris la ki chita sou twòn li. Vizyon Danyèl dis la estriktire pwofetikman ak Danyèl k ap gade laglwa Kris la kòm Shekina sou twòn chèz lagras la, pandan de cheriben k ap kouvri yo ap fikse je yo nan lach la!</w:t>
      </w:r>
    </w:p>
    <w:p>
      <w:pPr>
        <w:pStyle w:val="ArticleBody"/>
        <w:jc w:val="left"/>
      </w:pPr>
      <w:r>
        <w:rPr>
          <w:rFonts w:ascii="Times New Roman" w:hAnsi="Times New Roman" w:eastAsia="Times New Roman" w:cs="Times New Roman"/>
        </w:rPr>
        <w:t>Anvan fèt twonpèt yo, Eli deklare mesaj lapli li a se sèl mesaj lapli ki soti nan Senyè a, epi li pwononse yon prediksyon ki rive nan konklizyon li ak yon demonstrasyon ki pwouve kiyès ki mesaje a oubyen kiyès ki pa mesaje a, epi kisa ki mesaj la oubyen kisa ki pa mesaj la. Pandan twa ane edmi anvan Kamèl, wa Akab t ap chèche Eli, paske gen yon peryòd konfli ki vini anvan Kamèl. Mòn Kamèl se senpleman tès desizif la kote karaktè parèt aklè. Menm peryòd la nan istwa Millerit la te genyen menm temwayaj la, pandan moun ki te rayi mesaj la te mete fidèl yo deyò nan legliz yo, epi apre sa fidèl yo te leve yon mesaj k ap rele moun pou yo soti pami ansyen pèp alyans lan ki te tonbe a, yo menm yo t ap neglije e yo t ap kite dèyè.</w:t>
      </w:r>
    </w:p>
    <w:p>
      <w:pPr>
        <w:pStyle w:val="ArticleBody"/>
        <w:jc w:val="left"/>
      </w:pPr>
      <w:r>
        <w:rPr>
          <w:rFonts w:ascii="Times New Roman" w:hAnsi="Times New Roman" w:eastAsia="Times New Roman" w:cs="Times New Roman"/>
        </w:rPr>
        <w:t>Pyè se nan pwoklamasyon lwa dimanch pentkotis la k ap anonse mesaj Joèl la; sa vle di Pyè ap anonse menm mesaj la lè peryòd Kri Minwi a kòmanse nan fen reyinyon kan Exeter la, ki te kòmanse lè prediksyon Pyè a te korije, menm jan ak mesaj Snow ak Litch yo. Yon kontwovès toujou vini anvan akonplisman prediksyon an. Se poutèt sa, kontwovès la kòmanse anvan akonplisman prediksyon an.</w:t>
      </w:r>
    </w:p>
    <w:p>
      <w:pPr>
        <w:pStyle w:val="ArticleBody"/>
        <w:jc w:val="left"/>
      </w:pPr>
      <w:r>
        <w:rPr>
          <w:rFonts w:ascii="Times New Roman" w:hAnsi="Times New Roman" w:eastAsia="Times New Roman" w:cs="Times New Roman"/>
        </w:rPr>
        <w:t>Mesaj ki lakòz anksyete pou Akab, Jezabèl ak pwofèt pa li yo, ansanm ak Jwif k ap fè diskisyon san fen nan jou Kris la, ak Pwotestan deche yo nan istwa Millerit la, Pyè idantifye l kòm liv Jowèl la. Anvan twazyèm tès litmis la, ki make pa lage bourik la, mesaj Pyè a sibi atak pa Advantis Lawodise a, epi Pyè reponn rezistans lan lè li fè konnen mesaje yo pa sou, men yo se senpleman akonplisman twa chapit Jowèl yo. Twa chapit Jowèl yo kòmanse avèk yon kondanasyon sevè kont Advantis Lawodise a. Lè mesaj la rive nan zòrèy moun ki sou ak bwason fò, y ap reyaji. Yo te konfwonte Kris la pandan Li t ap desann mòn nan sou wout Li pou ale Jerizalèm, epi yo te konfwonte L ankò nan Jerizalèm.</w:t>
      </w:r>
    </w:p>
    <w:p>
      <w:pPr>
        <w:pStyle w:val="ArticleBody"/>
        <w:jc w:val="left"/>
      </w:pPr>
      <w:r>
        <w:rPr>
          <w:rFonts w:ascii="Times New Roman" w:hAnsi="Times New Roman" w:eastAsia="Times New Roman" w:cs="Times New Roman"/>
        </w:rPr>
        <w:t>Bourik la lage, antre a kòmanse; Jwif k ap chipote yo vle fè mesaj la sispann. Jezi kontinye, epi apre sa li rete, li kriye sou dènye jou tan gras pou Adventis lan. Apre sa, nan Jerizalèm, gen yon lòt konfwontasyon ak Jwif yo ki vle pèp la sispann mesaj yo a. Lè solèy la te kouche jou sa a, tan gras pou nasyon jwif la te rive nan yon lòt etap. Pwogresyon rezistans lan kontinye jouk rive nan lanmò sou kwa a, epi li te kòmanse toutbon avèk rezirèksyon Laza a, ki te make rive dezyèm zanj lan ak tan reta a.</w:t>
      </w:r>
    </w:p>
    <w:p>
      <w:pPr>
        <w:pStyle w:val="ArticleScripture"/>
        <w:jc w:val="left"/>
      </w:pPr>
      <w:r>
        <w:rPr>
          <w:rFonts w:ascii="Times New Roman" w:hAnsi="Times New Roman" w:eastAsia="Times New Roman" w:cs="Times New Roman"/>
        </w:rPr>
        <w:t>“Bètani te tèlman pre Jerizalèm, nouvèl sou rezirèksyon Laza a pa t pran tan rive nan vil la. Pa mwayen espyon ki te temwen mirak la, chèf jwif yo te byen vit vin okouran de reyalite yo. Menm lè a, yo te konvoke yon reyinyon Sanedren an pou deside sa ki ta dwe fèt. Kounye a, Kris la te fin manifeste nèt otorite Li sou lanmò ak tonm nan. Gwo mirak sa a te prèv ki pi siprèm Bondye te bay lèzòm pou montre se Li menm ki te voye Pitit Li a nan mond lan pou delivrans yo. Se te yon demonstrasyon puisans diven ki te sifi pou konvenk tout lespri ki te anba direksyon rezon ak yon konsyans eklere. Anpil nan moun ki te temwen rezirèksyon Laza a te vin kwè nan Jezi. Men rayisman prèt yo kont Li te vin pi fò toujou. Yo te rejte tout prèv ki te pi piti sou divinite Li, epi nouvo mirak sa a pa t fè yo anyen lòt pase eksite kòlè yo plis. Moun ki te mouri a te resisite nan tout klète lajounen, devan yon foul temwen. Pa t gen okenn riz ki te kapab efase kalite prèv sa a. Se poutèt sa menm, lènmi prèt yo te vin pi mòtèl. Yo te plis pase tout tan detèmine pou mete fen nan travay Kris la.”</w:t>
      </w:r>
    </w:p>
    <w:p>
      <w:pPr>
        <w:pStyle w:val="ArticleScripture"/>
        <w:jc w:val="left"/>
      </w:pPr>
      <w:r>
        <w:rPr>
          <w:rFonts w:ascii="Times New Roman" w:hAnsi="Times New Roman" w:eastAsia="Times New Roman" w:cs="Times New Roman"/>
        </w:rPr>
        <w:t>“Sadiseyen yo, byenke yo pa t favorab anvè Kris, yo pa t tèlman chaje ak mechanste kont Li tankou Farizyen yo. Rayisman yo pa t tèlman anmè. Men kounye a yo te vin totalman pè. Yo pa t kwè nan rezirèksyon mò yo. Lè yo te prezante sa yo rele syans, yo te fè rezònman ke li t ap yon enposiblite pou yon kò mouri ta retounen vivan. Men, avèk kèk pawòl sèlman Kris te kraze teyori yo a. Yo te montre yo pa t konnen ni Ekriti yo ni pouvwa Bondye. Yo pa t wè okenn posiblite pou efase enpresyon mirak la te fè sou pèp la. Ki jan yo ta ka detounen moun yo de Li menm ki te reyisi rache mò yo anba tonm nan? Yo te fè manti sikile toupatou, men yo pa t kapab nye mirak la, e yo pa t konnen kijan pou anpeche efè li. Jiska lè sa a, Sadiseyen yo pa t ankouraje plan pou mete Kris a lanmò. Men apre rezirèksyon Laza a, yo te deside se sèlman pa lanmò Li yo te kapab fè sispann denonsyasyon san krent Li yo t ap fè kont yo.” The Desire of Ages, 537.</w:t>
      </w:r>
    </w:p>
    <w:p>
      <w:pPr>
        <w:pStyle w:val="ArticleBody"/>
        <w:jc w:val="left"/>
      </w:pPr>
      <w:r>
        <w:rPr>
          <w:rFonts w:ascii="Times New Roman" w:hAnsi="Times New Roman" w:eastAsia="Times New Roman" w:cs="Times New Roman"/>
        </w:rPr>
        <w:t>Lanmò Laza te make kòmansman kat jou Jezi te ret tann yo. Lanmò li te reprezante rive dezyèm zanj lan, ki make kòmansman tan retad la. Rezirèksyon li make rezirèksyon de temwen yo nan dat 31 desanm 2023, vennndezan apre 11/9. Rezirèksyon li make rezirèksyon zo sèch mò Ezekyèl yo. Rezirèksyon li te prefigire pa kreyasyon Adan, ki te konpoze de limanite, ki reprezante pa tè glèz, ki te ini ak Divinite, ki reprezante pa souf lavi a.</w:t>
      </w:r>
    </w:p>
    <w:p>
      <w:pPr>
        <w:pStyle w:val="ArticleScripture"/>
        <w:jc w:val="left"/>
      </w:pPr>
      <w:r>
        <w:rPr>
          <w:rFonts w:ascii="Times New Roman" w:hAnsi="Times New Roman" w:eastAsia="Times New Roman" w:cs="Times New Roman"/>
        </w:rPr>
        <w:t>“Prèt ak chèf jwif yo te rayi Jezi; men anpil foul moun t ap vin an kantite pou koute pawòl sajès Li yo epi pou wè zèv pwisans Li yo. Pèp la te souke ak enterè ki pi pwofon, epi avèk anpil enkyetid yo t ap swiv Jezi pou tande ansèyman mèt sa a ki tèlman mèvèy. Anpil nan chèf yo te kwè nan Li, men yo pa t oze konfese lafwa yo, pou yo pa t mete yo deyò sinagòg la. Prèt yo ak ansyen yo te deside ke fòk yon bagay fèt pou detounen atansyon pèp la lwen Jezi. Yo te pè ke tout moun ta kwè nan Li. Yo pa t wè okenn sekirite pou tèt pa yo. Yo te gen pou swa pèdi pozisyon yo, swa mete Jezi a lanmò. E apre yo ta fin mete Li a lanmò, t ap toujou rete moun ki te moniman vivan pwisans Li. Jezi te resisite Laza nan lanmò, epi yo te pè ke, si yo ta touye Jezi, Laza ta rann temwayaj sou gran pwisans Li. Pèp la t ap vin an foul pou wè sila a ki te leve soti vivan nan lanmò a, epi chèf yo te pran desizyon pou touye Laza tou, epi fè eksitasyon an sispann. Lè sa a, yo t ap vire pèp la tounen sou tradisyon ak doktrin lèzòm, pou bay dim mant ak riy, epi pou yo ta ankò gen enfliyans sou yo. Yo te dakò pou pran Jezi lè Li t ap pou kont Li; paske si yo ta eseye pran Li nan mitan yon foul, lè lespri pèp la te tout enterese nan Li, yo t ap kalonnen yo ak wòch.” Early Writings, 165.</w:t>
      </w:r>
    </w:p>
    <w:p>
      <w:pPr>
        <w:pStyle w:val="ArticleBody"/>
        <w:jc w:val="left"/>
      </w:pPr>
      <w:r>
        <w:rPr>
          <w:rFonts w:ascii="Times New Roman" w:hAnsi="Times New Roman" w:eastAsia="Times New Roman" w:cs="Times New Roman"/>
        </w:rPr>
        <w:t>Nan dat 18 jiyè 2020, de temwen Revelasyon yo te touye, epi dezyèm zanj lan ak tan retad la te rive. Nan dat 31 desanm 2023, pwosesis rezirèksyon an an de etap te kòmanse. Premye etap la te fondasyon an; dezyèm etap la te elevasyon tanp lan sou fondasyon an. Legliz Advantis Setyèm Jou Laodise a te rayi mesaj la depi lè li te fèt an 1989, e li toujou rayi l. Kounye a ke temwen rayi yo, ke yo te panse ki te mouri, vivan ankò, yo pral rayi mesaj la menm plis. Yo pral diskite sou prediksyon 18 jiyè 2020 la ak yon pwazon menm jan ak sa Jwif yo te genyen pou rezirèksyon Laza a. Nan istwa tès tanp lan, Pyè pral reponn akizasyon erone yo lè l lonje dwèt sou liv Jowèl la kòm repons pou tout manti yo.</w:t>
      </w:r>
    </w:p>
    <w:p>
      <w:pPr>
        <w:pStyle w:val="ArticleBody"/>
        <w:jc w:val="left"/>
      </w:pPr>
      <w:r>
        <w:rPr>
          <w:rFonts w:ascii="Times New Roman" w:hAnsi="Times New Roman" w:eastAsia="Times New Roman" w:cs="Times New Roman"/>
        </w:rPr>
        <w:t>N ap kontinye etid sa a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ak Legliz Advantis Setyèm Jou Lawodise a — Nimewo Karant-Sis</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