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Lè Jijman Bondye a rive — Nimewo En</w:t>
      </w:r>
    </w:p>
    <w:p>
      <w:pPr>
        <w:pStyle w:val="ArticleSubtitle"/>
        <w:jc w:val="left"/>
      </w:pPr>
      <w:r>
        <w:rPr>
          <w:rFonts w:ascii="Arial" w:hAnsi="Arial" w:eastAsia="Arial" w:cs="Arial"/>
        </w:rPr>
        <w:t>Jijman moun vivan yo ak siyifikasyon pwofetik 9/11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Depi byen lontan, an reyalite depi tousuit apre 9/11, nou te toujou anseye ke jijman vivan yo te kòmanse nan 9/11. Nou te konprann reyalite sa a apati de yon foul temwanyaj biblik, ki te soutni li soti nan direksyon ki te nèt ale diferan. Depi jiyè 2023, nou rive konprann menm plis detay sou jijman vivan yo, ki te kòmanse nan 9/11, pase detay yo te dekouvri yon ti tan apre 9/11. Poukisa jijman vivan yo te kòmanse nan 9/11? Ki sa jijman biblik vivan yo ye?</w:t>
      </w:r>
    </w:p>
    <w:p>
      <w:pPr>
        <w:pStyle w:val="ArticleBody"/>
        <w:jc w:val="left"/>
      </w:pPr>
      <w:r>
        <w:rPr>
          <w:rFonts w:ascii="Times New Roman" w:hAnsi="Times New Roman" w:eastAsia="Times New Roman" w:cs="Times New Roman"/>
        </w:rPr>
        <w:t>Nan premye chapit liv Revelasyon an, prensipal karakteristik yo idantifye nan Kris la se ke Li se Alfa ak Omega, Kòmansman ak Fen, Premye a ak Dènye a. Li bay yon egzanp menm atribi sa a nan karaktè Li lè Li te bay Jan lòd pou l ekri bagay ki te la yo, epi lè l t ap fè sa, Jan t ap ekri tou bagay ki gen pou vini yo. Jezi toujou ilistre fen an ak kòmansman an. Se sa Li ye.</w:t>
      </w:r>
    </w:p>
    <w:p>
      <w:pPr>
        <w:pStyle w:val="ArticleBody"/>
        <w:jc w:val="left"/>
      </w:pPr>
      <w:r>
        <w:rPr>
          <w:rFonts w:ascii="Times New Roman" w:hAnsi="Times New Roman" w:eastAsia="Times New Roman" w:cs="Times New Roman"/>
        </w:rPr>
        <w:t>Bib la idantifye Jezi kòm Pawòl la. Premye liv nan Bib la, Jenèz, vle di “kòmansman.” Dènye liv nan Bib la se liv Revelasyon an, e verite ki te premye prezante nan liv Jenèz la yo trete yo nan liv Revelasyon an. Jenèz se Alfa a, e Revelasyon se Omega a; e ansanm yo se Pawòl la, e Pawòl la se Jezi, ki se Alfa a ak Omega a. Siyati Bondye a, oswa Non Li, ekri anndan chak pasaj pwofesi biblik. Siyati sa a konfime ke limyè ki nan pasaj la se verite.</w:t>
      </w:r>
    </w:p>
    <w:p>
      <w:pPr>
        <w:pStyle w:val="ArticleBody"/>
        <w:jc w:val="left"/>
      </w:pPr>
      <w:r>
        <w:rPr>
          <w:rFonts w:ascii="Times New Roman" w:hAnsi="Times New Roman" w:eastAsia="Times New Roman" w:cs="Times New Roman"/>
        </w:rPr>
        <w:t>Si une interprétation d’un passage prophétique ne porte pas la signature de Dieu, laquelle est Son nom, laquelle est Son caractère, alors l’interprétation est erronée. Il existe d’autres critères qui devraient être mis en œuvre lorsqu’on interprète la Parole prophétique de Dieu, mais quel que soit le critère qu’une personne pourrait appliquer, ce critère devrait être défini dans la Parole de Dieu. S’il n’y a pas de critères d’origine humaine, il y a moins d’interprétations d’origine humaine. Alors, pourquoi? Et quoi? Le jugement biblique des vivants a-t-il commencé le 11 septembre?</w:t>
      </w:r>
    </w:p>
    <w:p>
      <w:pPr>
        <w:pStyle w:val="ArticleBody"/>
        <w:jc w:val="left"/>
      </w:pPr>
      <w:r>
        <w:rPr>
          <w:rFonts w:ascii="Times New Roman" w:hAnsi="Times New Roman" w:eastAsia="Times New Roman" w:cs="Times New Roman"/>
        </w:rPr>
        <w:t>Lè Kris prezante Tèt Li nan liv Revelasyon an, Li idantifye Tèt Li kòm kòmansman ak fen an, epi Li sèvi ak pwofèt Jan pou montre sa atribi sa a nan karaktè Li reprezante. Li idantifye mesaj tout liv la kòm yon revelasyon sou Tèt Li. Li bay Jan lòd pou l ekri sa ki te egziste nan mond Jan an lè sa a, epi, lè l fè sa, Jan t ap anrejistre sa k ap rive nan fen mond lan. Jan te youn nan douz dirijan yo nan kòmansman legliz kretyen an; se poutèt sa Jan ap ilistre fen legliz kretyen an, ki reprezante pa san karannkat mil yo ak gran foul la nan Revelasyon chapit sèt la.</w:t>
      </w:r>
    </w:p>
    <w:p>
      <w:pPr>
        <w:pStyle w:val="ArticleBody"/>
        <w:jc w:val="left"/>
      </w:pPr>
      <w:r>
        <w:rPr>
          <w:rFonts w:ascii="Times New Roman" w:hAnsi="Times New Roman" w:eastAsia="Times New Roman" w:cs="Times New Roman"/>
        </w:rPr>
        <w:t>Lojik biblik la se sa a: Jezi se Pawòl la, pa Pawòl sa a tout bagay te kreye, Pawòl ki te toujou egziste ansanm ak Papa Li, epi Li se Bib la tou, paske Li se Pawòl Bondye a. Premye atribi karaktè Kris la ki prezante nan dènye mesaj Pawòl Bondye a se ke Li montre fen yon bagay ansanm ak kòmansman menm bagay sa a. Si verite sa a konsènan karaktè Bondye pa aplike nan etid yon moun ap fè sou Bib la, li pa kapab vrèman konnen ki sa jijman vivan yo ye, ni poukisa li te kòmanse nan 9/11, epi pi enpòtan toujou, poukisa li prèske fini.</w:t>
      </w:r>
    </w:p>
    <w:p>
      <w:pPr>
        <w:pStyle w:val="ArticleBody"/>
        <w:jc w:val="left"/>
      </w:pPr>
      <w:r>
        <w:rPr>
          <w:rFonts w:ascii="Times New Roman" w:hAnsi="Times New Roman" w:eastAsia="Times New Roman" w:cs="Times New Roman"/>
        </w:rPr>
        <w:t>Kòm yon egzanp sou prensip Alfa ak Omega a, ansyen Izrayèl la se yon tip Izrayèl modèn nan, ki se yon verite pwofetik ki kapab idantifye tou kòm sa vle di Izrayèl literal la se yon tip Izrayèl espirityèl la. Kèlkeswa fason yo ta eksprime sa, ni ansyen Izrayèl literal la ni Izrayèl espirityèl modèn nan gen yon istwa kòmansman ak yon istwa fen. Twa nan kat istwa yo deja pase, epi kounye a nou nan katriyèm ak dènye istwa a.</w:t>
      </w:r>
    </w:p>
    <w:p>
      <w:pPr>
        <w:pStyle w:val="ArticleBody"/>
        <w:jc w:val="left"/>
      </w:pPr>
      <w:r>
        <w:rPr>
          <w:rFonts w:ascii="Times New Roman" w:hAnsi="Times New Roman" w:eastAsia="Times New Roman" w:cs="Times New Roman"/>
        </w:rPr>
        <w:t>Twa istwa pase yo reprezante twa temwen dènye jenerasyon nan listwa tè a. Twa istwa pase sa yo idantifye jenerasyon ki reprezante kòm san karannkat mil yo nan liv Revelasyon an. Gen lòt liy pwofetik nan listwa tou ki pale sou san karannkat mil yo, men nimewo san karannkat mil la gen senbòl pwofetik ki montre san karannkat mil yo se moun yo reprezante pwofetikman lè yo miltipliye douz tribi ansyen Izrayèl literal la ak douz disip Izrayèl espirityèl modèn nan.</w:t>
      </w:r>
    </w:p>
    <w:p>
      <w:pPr>
        <w:pStyle w:val="ArticleBody"/>
        <w:jc w:val="left"/>
      </w:pPr>
      <w:r>
        <w:rPr>
          <w:rFonts w:ascii="Times New Roman" w:hAnsi="Times New Roman" w:eastAsia="Times New Roman" w:cs="Times New Roman"/>
        </w:rPr>
        <w:t>Kòm yon lòt egzanp sou Alfa ak Omega, twa zanj yo nan Revelasyon chapit katòz la reprezante yon istwa kòmansman ak yon istwa fen. Mouvman Millerit la reprezante istwa kòmansman twa zanj yo, epi mouvman san karannkat mil yo reprezante istwa nan fen mesaj twazyèm zanj lan. Mouvman alfa a te anonse ouvèti jijman ankèt la nan dat 22 oktòb 1844. Mouvman omega a te anonse ouvèti jijman moun vivan yo, pandan li idantifye kòmansman li kòm 9/11.</w:t>
      </w:r>
    </w:p>
    <w:p>
      <w:pPr>
        <w:pStyle w:val="ArticleBody"/>
        <w:jc w:val="left"/>
      </w:pPr>
      <w:r>
        <w:rPr>
          <w:rFonts w:ascii="Times New Roman" w:hAnsi="Times New Roman" w:eastAsia="Times New Roman" w:cs="Times New Roman"/>
        </w:rPr>
        <w:t>Yon twazyèm egzanp sou Alfa ak Omega, ki fasil pou enspirasyon soutni, se ke nan kòmansman an, nan mouvman alfa Millerit yo, parabòl dis vyèj yo te akonpli jis nan tout detay li. Sè White idantifye istwa Millerit yo nan liv The Great Controversy a nan kontèks parabòl sa a k ap akonpli nan epòk sa a. Li anseye ke mouvman omega san karannkatmil yo pral akonpli parabòl dis vyèj yo tou jis nan tout detay li. Twa temwen kout Kris bay pou idantifye fen an avèk kòmansman an.</w:t>
      </w:r>
    </w:p>
    <w:p>
      <w:pPr>
        <w:pStyle w:val="ArticleBody"/>
        <w:jc w:val="left"/>
      </w:pPr>
      <w:r>
        <w:rPr>
          <w:rFonts w:ascii="Times New Roman" w:hAnsi="Times New Roman" w:eastAsia="Times New Roman" w:cs="Times New Roman"/>
        </w:rPr>
        <w:t>Nan kòmansman ansyen Izrayèl la, Seyè a te antre nan alyans avèk Ebre yo, jan sa te reprezante pa san ki te sou poto pòt yo, sa ki, natirèlman, se premye mansyon Kri Minwi a menm nan Pawòl Bondye a. Batèm se yon senbòl relasyon alyans avèk Kris la, epi Pòl anseye nou ke Ebre yo ki te soti kite peyi Lejip yo tout te batize “nan nyaj la” ak nan “Lanmè Wouj la.” Yon fwa yo te fin pase lòt bò lanmè a, yo te resevwa laman, ki, pami lòt bagay, se yon senbòl Saba setyèm jou a nan kontèks lefèt ke li te yon tès.</w:t>
      </w:r>
    </w:p>
    <w:p>
      <w:pPr>
        <w:pStyle w:val="ArticleBody"/>
        <w:jc w:val="left"/>
      </w:pPr>
      <w:r>
        <w:rPr>
          <w:rFonts w:ascii="Times New Roman" w:hAnsi="Times New Roman" w:eastAsia="Times New Roman" w:cs="Times New Roman"/>
        </w:rPr>
        <w:t>« La manne » représente leur première épreuve ; et lorsqu’ils échouèrent à leur dixième et dernière épreuve en rejetant le message de Josué et de Caleb, le Seigneur les rejeta alors comme son peuple d’alliance et entra en alliance avec Josué et Caleb. Lorsqu’ils entrèrent finalement dans la Terre promise, le rite de la circoncision n’avait pas été accompli sur les hommes nés durant ces quarante années, car ce rite avait pris fin lors de la rébellion de Kadès, puis fut rétabli à Kadès, juste avant l’entrée. C’est là une signature de l’Alpha et de l’Oméga.</w:t>
      </w:r>
    </w:p>
    <w:p>
      <w:pPr>
        <w:pStyle w:val="ArticleBody"/>
        <w:jc w:val="left"/>
      </w:pPr>
      <w:r>
        <w:rPr>
          <w:rFonts w:ascii="Times New Roman" w:hAnsi="Times New Roman" w:eastAsia="Times New Roman" w:cs="Times New Roman"/>
        </w:rPr>
        <w:t>Karanten ane erans nan dezè a te kòmanse avèk rebelyon kont mesaj Jozye ak Kalèb yo, epi li te fini avèk rebelyon Moyiz lè li te frape Wòch la, e konsa li te bay yon fo reprezantasyon sou karaktè ak travay Bondye. Kòmansman ansyen Izrayèl la montre fen ansyen Izrayèl la.</w:t>
      </w:r>
    </w:p>
    <w:p>
      <w:pPr>
        <w:pStyle w:val="ArticleBody"/>
        <w:jc w:val="left"/>
      </w:pPr>
      <w:r>
        <w:rPr>
          <w:rFonts w:ascii="Times New Roman" w:hAnsi="Times New Roman" w:eastAsia="Times New Roman" w:cs="Times New Roman"/>
        </w:rPr>
        <w:t>Nan fen ansyen Izrayèl la, Jezi, kòm “Mesaje Alyans lan” nan Malachi chapit twa, te vini pou konfime “alyans lan” avèk anpil moun pandan yon semèn, an akonplisman Daniel chapit nèf. Antanke Mesaje Alyans lan, Kris la te antre nan alyans avèk legliz kretyen an nan menm istwa kote Li te pase bò kote ansyen pèp alyans lan. Nan kòmansman ansyen Izrayèl kòm pèp alyans Bondye a, Seyè a te pase bò kote yon ansyen pèp alyans epi Li te antre nan alyans avèk yon nouvo pèp chwazi. Li te fè egzakteman menm bagay la nan fen ansyen Izrayèl la.</w:t>
      </w:r>
    </w:p>
    <w:p>
      <w:pPr>
        <w:pStyle w:val="ArticleBody"/>
        <w:jc w:val="left"/>
      </w:pPr>
      <w:r>
        <w:rPr>
          <w:rFonts w:ascii="Times New Roman" w:hAnsi="Times New Roman" w:eastAsia="Times New Roman" w:cs="Times New Roman"/>
        </w:rPr>
        <w:t>Yon senbòl alyans se maryaj la, epi depi nesans Kris la jouk destriksyon Jerizalèm nan ane 70 aprè Jezikri, pwofesi a prezante yon divòs pwogresif Bondye ak ansyen Izrayèl literal la. Donk, kilè divòs la te vin vrèman an vigè: nan nesans Li, nan lanmò Li, nan kout wòch yo te touye Etyèn nan, oswa nan destriksyon Jerizalèm?</w:t>
      </w:r>
    </w:p>
    <w:p>
      <w:pPr>
        <w:pStyle w:val="ArticleScripture"/>
        <w:jc w:val="left"/>
      </w:pPr>
      <w:r>
        <w:rPr>
          <w:rFonts w:ascii="Times New Roman" w:hAnsi="Times New Roman" w:eastAsia="Times New Roman" w:cs="Times New Roman"/>
        </w:rPr>
        <w:t>Pandanstan, adoratè ki soti nan tout nasyon t ap chèche tanp ki te konsakre pou adorasyon Bondye a. K ap briye ak lò ak pyè presye, li te yon vizyon bote ak grandè. Men, Jewova pa t la ankò nan palè sa a ki te plen bèlte. Izrayèl, kòm yon nasyon, te divòse tèt li ak Bondye. Lè Kris la, toupre fen ministè li sou tè a, te gade anndan tanp lan pou dènye fwa, Li te di: “Men, yo kite kay nou an ban nou, li vin tounen yon dezolasyon.” Matye 23:38. Jiska lè sa a, Li te rele tanp lan kay Papa li; men, lè Pitit Bondye a te soti kite mi sa yo, prezans Bondye te retire pou tout tan nan tanp ki te bati pou laglwa Li.” Travay Apot yo, 145.</w:t>
      </w:r>
    </w:p>
    <w:p>
      <w:pPr>
        <w:pStyle w:val="ArticleBody"/>
        <w:jc w:val="left"/>
      </w:pPr>
      <w:r>
        <w:rPr>
          <w:rFonts w:ascii="Times New Roman" w:hAnsi="Times New Roman" w:eastAsia="Times New Roman" w:cs="Times New Roman"/>
        </w:rPr>
        <w:t>Nan jou ki te vini apre Antre Trionfal la, Kris te pwoklame ke kay jwif yo te vin tounen yon dezè, e divòs la te vin final. Konsa, divòs la te final lè solèy la te kouche nan jou Antre Trionfal la.</w:t>
      </w:r>
    </w:p>
    <w:p>
      <w:pPr>
        <w:pStyle w:val="ArticleScripture"/>
        <w:jc w:val="left"/>
      </w:pPr>
      <w:r>
        <w:rPr>
          <w:rFonts w:ascii="Times New Roman" w:hAnsi="Times New Roman" w:eastAsia="Times New Roman" w:cs="Times New Roman"/>
        </w:rPr>
        <w:t>“Jerizalèm te timoun ki te anba swen Li, e menm jan yon papa ki gen tandrès ap kriye sou yon pitit gason ki derefize, konsa Jezi te kriye sou vil byeneme a. Kijan pou m abandone ou? Kijan pou m wè ou livre pou destriksyon? Èske fòk m kite ou ale pou ranpli gode inikite pa ou a? Yon sèl nanm gen yon valè konsa, ke, lè yo konpare avè l, monn yo menm vin san okenn enpòtans; men isit la se te yon nasyon antye ki t ap pèdi. Lè solèy k ap kouche byen lwen nan lwès la ta disparèt nan syèl la, jou gras Jerizalèm nan t ap fini. Pandan pwosesyon an te kanpe sou somè Mòn Oliv la, li pa t ankò twò ta pou Jerizalèm repanti. Lè sa a, zanj mizèrikòd la t ap pliye zèl li pou l desann sot sou twòn an lò a, pou l bay jistis ak jijman k ap vini prese plas. Men gran kè lanmou Kris la te toujou ap plede pou Jerizalèm, ki te meprize mizèrikòd Li yo, ki te derefize avètisman Li yo, epi ki te prèt pou l benyen men pa li yo nan san Li. Si Jerizalèm te vle sèlman repanti, li pa t ankò twò ta. Pandan dènye reyon solèy k ap kouche a te rete ap klere sou tanp, sou tou, ak sou pwent yo, èske pa t ap gen kèk bon zanj ki ta mennen li bay lanmou Sovè a, epi detounen kondanasyon li a? Bèl vil men pwofàn, ki te kale wòch sou pwofèt yo, ki te rejte Pitit Bondye a, ki t ap mare tèt li, pa mwayen enpenitans li, nan chenn esklavaj, — jou mizèrikòd li a te prèske fin pase!”</w:t>
      </w:r>
    </w:p>
    <w:p>
      <w:pPr>
        <w:pStyle w:val="ArticleScripture"/>
        <w:jc w:val="left"/>
      </w:pPr>
      <w:r>
        <w:rPr>
          <w:rFonts w:ascii="Times New Roman" w:hAnsi="Times New Roman" w:eastAsia="Times New Roman" w:cs="Times New Roman"/>
        </w:rPr>
        <w:t>“Men ankò, Lespri Bondye a pale ak Jerizalèm. Anvan jounen an fini, yo rann yon lòt temwayaj sou Kris la. Vwa temwen an leve byen wo, li reponn apèl ki soti nan yon pase pwofetik. Si Jerizalèm vle tande apèl la, si li vle resevwa Sovè a k ap antre nan pòtay li yo, li kapab toujou sove.</w:t>
      </w:r>
    </w:p>
    <w:p>
      <w:pPr>
        <w:pStyle w:val="ArticleScripture"/>
        <w:jc w:val="left"/>
      </w:pPr>
      <w:r>
        <w:rPr>
          <w:rFonts w:ascii="Times New Roman" w:hAnsi="Times New Roman" w:eastAsia="Times New Roman" w:cs="Times New Roman"/>
        </w:rPr>
        <w:t>Nouvèl yo rive jwenn chèf k ap dirije yo nan Jerizalèm, fè konnen Jezi ap pwoche bò vil la ansanm ak yon gwo foul moun. Men yo pa gen okenn akey pou Pitit Bondye a. Ak laperèz yo soti al rankontre Li, avèk espwa pou yo gaye foul la. Pandan pwosesyon an prèt pou l desann Mòn Oliv la, chèf yo bare l. Yo mande ki sa ki lakòz lajwa tanpèt sa a. Pandan yo ap poze kestyon an, “Ki moun sa a?” disip yo, ranpli ak lespri enspirasyon an, reponn kestyon sa a. Nan pawòl elokan yo repete pwofesi yo konsènan Kris la:</w:t>
      </w:r>
    </w:p>
    <w:p>
      <w:pPr>
        <w:pStyle w:val="ArticleScripture"/>
        <w:jc w:val="left"/>
      </w:pPr>
      <w:r>
        <w:rPr>
          <w:rFonts w:ascii="Times New Roman" w:hAnsi="Times New Roman" w:eastAsia="Times New Roman" w:cs="Times New Roman"/>
        </w:rPr>
        <w:t>“Adan ap di nou: Se desandans fanm nan k ap kraze tèt sèpan an.”</w:t>
      </w:r>
    </w:p>
    <w:p>
      <w:pPr>
        <w:pStyle w:val="ArticleScripture"/>
        <w:jc w:val="left"/>
      </w:pPr>
      <w:r>
        <w:rPr>
          <w:rFonts w:ascii="Times New Roman" w:hAnsi="Times New Roman" w:eastAsia="Times New Roman" w:cs="Times New Roman"/>
        </w:rPr>
        <w:t>“Mande Abraram kesyon, epi li va di nou, se ‘Mèlkisedèk, wa Salèm nan,’ Wa Lapè a. Jenèz 14:18.</w:t>
      </w:r>
    </w:p>
    <w:p>
      <w:pPr>
        <w:pStyle w:val="ArticleScripture"/>
        <w:jc w:val="left"/>
      </w:pPr>
      <w:r>
        <w:rPr>
          <w:rFonts w:ascii="Times New Roman" w:hAnsi="Times New Roman" w:eastAsia="Times New Roman" w:cs="Times New Roman"/>
        </w:rPr>
        <w:t>“Jakòb ap di nou: Li se Silo, moun tribi Jida a.”</w:t>
      </w:r>
    </w:p>
    <w:p>
      <w:pPr>
        <w:pStyle w:val="ArticleScripture"/>
        <w:jc w:val="left"/>
      </w:pPr>
      <w:r>
        <w:rPr>
          <w:rFonts w:ascii="Times New Roman" w:hAnsi="Times New Roman" w:eastAsia="Times New Roman" w:cs="Times New Roman"/>
        </w:rPr>
        <w:t>“Ezayi va di nou: ‘Imanuyèl,’ ‘Mèveye, Konseye, Bondye vanyan an, Papa ki p’ap janm fini an, Prens Lapè a.’” Ezayi 7:14; 9:6.</w:t>
      </w:r>
    </w:p>
    <w:p>
      <w:pPr>
        <w:pStyle w:val="ArticleScripture"/>
        <w:jc w:val="left"/>
      </w:pPr>
      <w:r>
        <w:rPr>
          <w:rFonts w:ascii="Times New Roman" w:hAnsi="Times New Roman" w:eastAsia="Times New Roman" w:cs="Times New Roman"/>
        </w:rPr>
        <w:t>“Jérémie vous dira : Le Germe de David, ‘l’Éternel notre Justice.’ Jérémie 23:6.”</w:t>
      </w:r>
    </w:p>
    <w:p>
      <w:pPr>
        <w:pStyle w:val="ArticleScripture"/>
        <w:jc w:val="left"/>
      </w:pPr>
      <w:r>
        <w:rPr>
          <w:rFonts w:ascii="Times New Roman" w:hAnsi="Times New Roman" w:eastAsia="Times New Roman" w:cs="Times New Roman"/>
        </w:rPr>
        <w:t>“Danyèl va di nou, Li se Mesi a.</w:t>
      </w:r>
    </w:p>
    <w:p>
      <w:pPr>
        <w:pStyle w:val="ArticleScripture"/>
        <w:jc w:val="left"/>
      </w:pPr>
      <w:r>
        <w:rPr>
          <w:rFonts w:ascii="Times New Roman" w:hAnsi="Times New Roman" w:eastAsia="Times New Roman" w:cs="Times New Roman"/>
        </w:rPr>
        <w:t>“Oze a va di nou, Li se ‘Seyè a, Bondye dèzame yo; Seyè a se memorial Li.’ Oze 12:5.”</w:t>
      </w:r>
    </w:p>
    <w:p>
      <w:pPr>
        <w:pStyle w:val="ArticleScripture"/>
        <w:jc w:val="left"/>
      </w:pPr>
      <w:r>
        <w:rPr>
          <w:rFonts w:ascii="Times New Roman" w:hAnsi="Times New Roman" w:eastAsia="Times New Roman" w:cs="Times New Roman"/>
        </w:rPr>
        <w:t>“Jan Batis la va di nou, Li se ‘Ti Mouton Bondye a, ki wete peche mond lan.’ Jan 1:29.</w:t>
      </w:r>
    </w:p>
    <w:p>
      <w:pPr>
        <w:pStyle w:val="ArticleScripture"/>
        <w:jc w:val="left"/>
      </w:pPr>
      <w:r>
        <w:rPr>
          <w:rFonts w:ascii="Times New Roman" w:hAnsi="Times New Roman" w:eastAsia="Times New Roman" w:cs="Times New Roman"/>
        </w:rPr>
        <w:t>“Gran Jewova a pwoklame depi sou twòn li a: ‘Sa a se Pitit Gason mwen renmen anpil la.’” Matye 3:17.</w:t>
      </w:r>
    </w:p>
    <w:p>
      <w:pPr>
        <w:pStyle w:val="ArticleScripture"/>
        <w:jc w:val="left"/>
      </w:pPr>
      <w:r>
        <w:rPr>
          <w:rFonts w:ascii="Times New Roman" w:hAnsi="Times New Roman" w:eastAsia="Times New Roman" w:cs="Times New Roman"/>
        </w:rPr>
        <w:t>“Nou menm, disip li yo, nou deklare: Men Jezi, Mesi a, Prens lavi a, Redanmtè mond lan.”</w:t>
      </w:r>
    </w:p>
    <w:p>
      <w:pPr>
        <w:pStyle w:val="ArticleScripture"/>
        <w:jc w:val="left"/>
      </w:pPr>
      <w:r>
        <w:rPr>
          <w:rFonts w:ascii="Times New Roman" w:hAnsi="Times New Roman" w:eastAsia="Times New Roman" w:cs="Times New Roman"/>
        </w:rPr>
        <w:t>«Epi chèf pouvwa fènwa yo rekonèt Li, li di: “Mwen konnen Ki moun Ou ye, Sen Bondye a.” Mak 1:24.» The Desire of Ages, 577–579.</w:t>
      </w:r>
    </w:p>
    <w:p>
      <w:pPr>
        <w:pStyle w:val="ArticleBody"/>
        <w:jc w:val="left"/>
      </w:pPr>
      <w:r>
        <w:rPr>
          <w:rFonts w:ascii="Times New Roman" w:hAnsi="Times New Roman" w:eastAsia="Times New Roman" w:cs="Times New Roman"/>
        </w:rPr>
        <w:t>Istwa Antre triyonfal Kris la te prefigire istwa Rèl Minwi a nan peryòd tan Millerit la. Pasaj ki soti nan Sè White la montre ke lè antre a te kòmanse, pèp la te vin anba enspirasyon Sentespri a, epi apre sa Kris la te kanpe epi Li te kriye sou Jerizalèm. Apre sa, Li te kontinye antre a, epi se lè sa a Li te vin fas a fas ak lidèchip jwif la. Mwen ta renmen izole sèten atribi nan istwa sa a pou m ka idantifye repè ki repete nan istwa Millerit yo. Men anvan sa, mwen vle fè yon pwen konsènan kòmansman ak fen an. Sa nou sot site nan Sè White la reprezante fen yon chapit, epi ouvèti chapit ki vin apre a di sa ki annapre yo.</w:t>
      </w:r>
    </w:p>
    <w:p>
      <w:pPr>
        <w:pStyle w:val="ArticleScripture"/>
        <w:jc w:val="left"/>
      </w:pPr>
      <w:r>
        <w:rPr>
          <w:rFonts w:ascii="Times New Roman" w:hAnsi="Times New Roman" w:eastAsia="Times New Roman" w:cs="Times New Roman"/>
        </w:rPr>
        <w:t>“Victwa Kris te antre lavil Jerizalèm an avèk glwa se te yon lonbraj fèb davans sou vini Li nan nwaj syèl la avèk pisans ak laglwa, nan mitan viktwa zanj yo ak lajwa sen yo. Lè sa a, pawòl Kris te di prèt yo ak Farizyen yo va akonpli: ‘Nou p ap wè Mwen ankò depi kounye a, jouk lè n a di: Benediksyon pou sila a ki vini nan non Seyè a.’ Matye 23:39. Nan vizyon pwofetik, yo te montre Zakari jou triyonf final sa a; epi li te wè tou sò moun sa yo ki, nan premye avènman an, te rejte Kris la: ‘Y a gade sou Mwen menm yo te pèse a, epi y a plenn pou Li, tankou yon moun k ap plenn pou sèl pitit gason li; y a nan gwo lapenn pou Li, tankou yon moun ki nan gwo lapenn pou premye pitit gason li.’ Zakari 12:10. Se sèn sa a Kris te prevwa lè Li te gade lavil la epi Li te kriye sou li. Nan destriksyon tanporèl Jerizalèm, Li te wè destriksyon final pèp sa a ki te koupab pou san Pitit Bondye a.”</w:t>
      </w:r>
    </w:p>
    <w:p>
      <w:pPr>
        <w:pStyle w:val="ArticleScripture"/>
        <w:jc w:val="left"/>
      </w:pPr>
      <w:r>
        <w:rPr>
          <w:rFonts w:ascii="Times New Roman" w:hAnsi="Times New Roman" w:eastAsia="Times New Roman" w:cs="Times New Roman"/>
        </w:rPr>
        <w:t>“Disip yo te wè rayisman Jwif yo te genyen pou Kris la, men yo pa t ankò wè kote sa t ap mennen. Yo pa t ankò konprann vrè kondisyon Izrayèl, ni yo pa t konprann pinisyon ki te gen pou tonbe sou Jerizalèm. Kris la te revele sa ba yo pa mwayen yon leson vizyèl ki te gen yon siyifikasyon pwofon.”</w:t>
      </w:r>
    </w:p>
    <w:p>
      <w:pPr>
        <w:pStyle w:val="ArticleScripture"/>
        <w:jc w:val="left"/>
      </w:pPr>
      <w:r>
        <w:rPr>
          <w:rFonts w:ascii="Times New Roman" w:hAnsi="Times New Roman" w:eastAsia="Times New Roman" w:cs="Times New Roman"/>
        </w:rPr>
        <w:t>“Dènye apèl ki te fèt bay Jerizalèm nan te anven. Prèt yo ak chèf yo te tande vwa pwofetik tan pase yo k ap fè eko nan mitan foul la, an repons ak kesyon an, ‘Kilès sa a ye?’ men yo pa t aksepte li kòm vwa Enspirasyon an. Nan kòlè ak sezisman, yo te chache fè pèp la pe. Te gen ofisye women nan foul la, e se devan yo lènmi Li yo te denonse Jezi kòm chèf yon rebelyon. Yo te fè konprann li te prèt pou pran posesyon tanp lan, epi pou l gouvènen kòm wa nan Jerizalèm.” The Desire of Ages, 580.</w:t>
      </w:r>
    </w:p>
    <w:p>
      <w:pPr>
        <w:pStyle w:val="ArticleBody"/>
        <w:jc w:val="left"/>
      </w:pPr>
      <w:r>
        <w:rPr>
          <w:rFonts w:ascii="Times New Roman" w:hAnsi="Times New Roman" w:eastAsia="Times New Roman" w:cs="Times New Roman"/>
        </w:rPr>
        <w:t>Pwen mwen pa t vle rate a, se ke Antre Trionfal Kris la nan Jerizalèm la se yon tip ki reprezante non sèlman Rèl Minwi nan istwa Millerit la, men tou fen mond lan. Li asosye avèk retou Kris la nan kòmansman milenyòm chapit ven nan Revelasyon an, epi tou avèk retou Li ansanm ak Nouvo Jerizalèm nan nan fen milenyòm nan. Li asosye tou avèk lanmò mechan yo nan dezyèm vini Li a, ansanm ak jijman final yo nan fen milenyòm nan. Ouvèti dènye paragraf la deklare: “Dènye apèl la te fèt bay Jerizalèm anven. Prèt yo ak chèf yo te tande vwa pwofetik tan pase a ki t ap fè eko nan mitan foul la, an repons a kesyon an, ‘Kilès sa a ye?’ men yo pa t aksepte li kòm vwa Enspirasyon an.”</w:t>
      </w:r>
    </w:p>
    <w:p>
      <w:pPr>
        <w:pStyle w:val="ArticleBody"/>
        <w:jc w:val="left"/>
      </w:pPr>
      <w:r>
        <w:rPr>
          <w:rFonts w:ascii="Times New Roman" w:hAnsi="Times New Roman" w:eastAsia="Times New Roman" w:cs="Times New Roman"/>
        </w:rPr>
        <w:t>Dènye apèl la te anven, e yo te prezante apèl la kòm « vwa pwofetik tan pase a ». Foul la nan jou Kris la te rejte dènye apèl yo a, paske yo te rejte konsèy Jeremi a pou yo retounen sou ansyen chemen yo. Yo te refize metodoloji liy sou liy la tou, paske disip yo te reponn kesyon an: « Kilès sa a ye », lè yo te mete plizyè temwen ansanm, liy sou liy, ti kras isit la, ti kras laba.</w:t>
      </w:r>
    </w:p>
    <w:p>
      <w:pPr>
        <w:pStyle w:val="ArticleBody"/>
        <w:jc w:val="left"/>
      </w:pPr>
      <w:r>
        <w:rPr>
          <w:rFonts w:ascii="Times New Roman" w:hAnsi="Times New Roman" w:eastAsia="Times New Roman" w:cs="Times New Roman"/>
        </w:rPr>
        <w:t>Lè Kris kòmanse antre nan Jerizalèm, Li kanpe sou chemen an. Sa kòmanse avèk akonplisman pwofesi a lè disip yo pran bourik la pou Kris monte sou li. Li pa t janm monte sou yon bèt, epi bèt la menm pa t janm gen moun monte sou li. Lojik la montre yon mirak, paske ki bèt ki kite yon moun monte sou li premye fwa, epi kiyès ki konn kijan pou l mennen yon bourik ki pa t janm fè sa anvan. Sa sanble ak lè moun Filisti yo te mete yon ofrann sou kabwèt la ansanm ak Bwat Kontra a, epi yo te mare de bèf ki t ap bay ti towo lèt, e ki pa t janm rale kabwèt anvan, epi menm kote a yo te kite ti towo yo dèyè epi yo te kòmanse vwayaj la pou retounen Bwat Kontra a bay Ebre yo. Bwat Kontra a sou wout pou Jerizalèm, epi lè David finalman antre avè l nan Jerizalèm, li te prefigire antre triyonfal Kris la.</w:t>
      </w:r>
    </w:p>
    <w:p>
      <w:pPr>
        <w:pStyle w:val="ArticleBody"/>
        <w:jc w:val="left"/>
      </w:pPr>
      <w:r>
        <w:rPr>
          <w:rFonts w:ascii="Times New Roman" w:hAnsi="Times New Roman" w:eastAsia="Times New Roman" w:cs="Times New Roman"/>
        </w:rPr>
        <w:t>Yon fwa Kris la monte sou bourik la, pèp la kòmanse ranje rad yo sou chemen an, koupe branch palmis, epi rèl yo leve byen fò: “Ozana pou Pitit David la! Benediksyon pou Sila a ki vini nan non Senyè a! Ozana nan syèl ki anwo yo.” (Matye 21:9) Chèf yo opoze sa e yo mande Jezi fè foul la pe bouch li. Yo kontinye avanse, epi Jezi kanpe pou l kriye sou limanite ki pèdi a, ki reprezante pa Jerizalèm. Apre sa, pwosesyon an kontinye, epi chèf yo yon lòt fwa ankò antre nan sa, mande pou yo konnen kiyès Jezi ye. Lè sa a, disip yo reponn avèk temwayaj pwofèt yo, liy sou liy.</w:t>
      </w:r>
    </w:p>
    <w:p>
      <w:pPr>
        <w:pStyle w:val="ArticleBody"/>
        <w:jc w:val="left"/>
      </w:pPr>
      <w:r>
        <w:rPr>
          <w:rFonts w:ascii="Times New Roman" w:hAnsi="Times New Roman" w:eastAsia="Times New Roman" w:cs="Times New Roman"/>
        </w:rPr>
        <w:t>Istwa n ap konsidere kounye a te vini apre rezirèksyon Laza a, ki make premye desepsyon an nan liy pwofetik ki ilistre nan parabòl dis vyèj yo, epi apre Oza te manyen Lach la, nan liy antre triyonfal David la nan Jerizalèm. Premye desepsyon an asosye ak yon tan reta, e Kris la te retade lè li te premye tande Laza te malad, menm jan David te retade lè li te kite Lach la kote Oza te mouri a jouk li te vin reprann li pita. Laza te mouri, epi apre sa li te resisite. Laza se sila a ki, apre sa, mennen bourik Jezi monte a pandan l ap antre Jerizalèm.</w:t>
      </w:r>
    </w:p>
    <w:p>
      <w:pPr>
        <w:pStyle w:val="ArticleBody"/>
        <w:jc w:val="left"/>
      </w:pPr>
      <w:r>
        <w:rPr>
          <w:rFonts w:ascii="Times New Roman" w:hAnsi="Times New Roman" w:eastAsia="Times New Roman" w:cs="Times New Roman"/>
        </w:rPr>
        <w:t>Nan istwa Milerit la, dezyèm zanj lan te rive 19 avril 1844, nan premye desepsyon an, ki te make kòmansman tan reta a. Apre sa, Samuel Snow te kòmanse devlope pwogresivman mesaj Rèl Mitanuit la. Devlopman pwogresif mesaj sa a reprezante pa antre Kris la nan Jerizalèm. Pwogresyon travay Snow a reprezante tou nan vwayaj Bwat Kontra a, depi lakay Filisten yo, rive sou cha a, rive bò kote Ouza, epi finalman antre nan Jerizalèm.</w:t>
      </w:r>
    </w:p>
    <w:p>
      <w:pPr>
        <w:pStyle w:val="ArticleBody"/>
        <w:jc w:val="left"/>
      </w:pPr>
      <w:r>
        <w:rPr>
          <w:rFonts w:ascii="Times New Roman" w:hAnsi="Times New Roman" w:eastAsia="Times New Roman" w:cs="Times New Roman"/>
        </w:rPr>
        <w:t>Antre a genyen yon pwoklamasyon inisyal pèp la lè chèf yo te di Kris la fè foul la pe bouch li; apre sa, Kris la te kriye; epi ansuit vin pwoklamasyon disip yo lè chèf tèt di yo te mande kiyès Kris la te ye. Manifestasyon enspirasyon an nan pèp la, ki te pwovoke premye repons chèf tèt di yo, repete pa disip yo lè yo te prezante, “liy sou liy,” yon foul temwen pwofetik ki soti nan tan pase a. Lè solèy la te kouche jou sa a, ansyen Izrayèl te divòse ak Bondye.</w:t>
      </w:r>
    </w:p>
    <w:p>
      <w:pPr>
        <w:pStyle w:val="ArticleBody"/>
        <w:jc w:val="left"/>
      </w:pPr>
      <w:r>
        <w:rPr>
          <w:rFonts w:ascii="Times New Roman" w:hAnsi="Times New Roman" w:eastAsia="Times New Roman" w:cs="Times New Roman"/>
        </w:rPr>
        <w:t>Nan istwa sa a yo fè nou konnen disip yo pa t “konprann pinisyon ki t apral tonbe sou Jerizalèm.” “Pinisyon” ki t apral “tonbe sou Jerizalèm” te parèt devan disip yo atravè “yon leson senbolik enpòtan.” Leson senbolik enpòtan sa a se te madichon sou pye fig frans lan. Destriksyon Jerizalèm, sa disip yo pa t ankò konprann nan, te ilistre pa madichon sou pye fig frans lan, epi tou pa parabòl Kris la te deja anseye konsènan pye fig frans lan.</w:t>
      </w:r>
    </w:p>
    <w:p>
      <w:pPr>
        <w:pStyle w:val="ArticleScripture"/>
        <w:jc w:val="left"/>
      </w:pPr>
      <w:r>
        <w:rPr>
          <w:rFonts w:ascii="Times New Roman" w:hAnsi="Times New Roman" w:eastAsia="Times New Roman" w:cs="Times New Roman"/>
        </w:rPr>
        <w:t>“Avètisman an se pou tout tan. Aksyon Kris la lè Li te modi pyebwa a, pyebwa pouvwa pa Li menm te kreye a, rete kòm yon avètisman pou tout legliz ak pou tout kretyen. Pèsonn pa ka viv lalwa Bondye san li pa sèvi lòt moun. Men, gen anpil moun ki pa mete an pratik lavi mizèrikòd ak lavi san egoyis Kris la. Kèk ladan yo, ki panse yo se kretyen eksepsyonèl, pa konprann ki sa sèvis pou Bondye vle di. Yo fè plan epi yo etidye pou fè tèt yo plezi. Yo aji sèlman an rapò ak pwòp tèt yo. Tan gen valè pou yo sèlman nan mezi yo ka ranmase pou tèt pa yo. Nan tout zafè lavi yo, se sa ki objektif yo. Se pa pou lòt moun, men se pou tèt pa yo yo sèvi. Bondye te kreye yo pou yo viv nan yon mond kote sèvis san egoyis dwe fèt. Li te deside pou yo ede pwochen yo nan tout fason posib. Men, pwòp tèt yo tèlman gran, yo pa kapab wè anyen ankò. Yo pa an kontak ak limanite. Moun ki konsa ap viv pou tèt yo sanble ak pyebwa fig frans lan, ki te fè tout aparans men ki pa t bay okenn fwi. Yo obsève fòm adorasyon yo, men san repantans ni lafwa. Nan deklarasyon yo, yo onore lalwa Bondye, men obeyisans manke. Yo di, men yo pa fè. Nan santans Li te pwononse sou pyebwa fig frans lan, Kris la montre kijan pretansyon vid sa a rayisab nan je Li. Li deklare ke pechè ki aji aklè a gen mwens koupab pase moun ki fè pwofesyon sèvi Bondye, men ki pa pote okenn fwi pou glwa Li.”</w:t>
      </w:r>
    </w:p>
    <w:p>
      <w:pPr>
        <w:pStyle w:val="ArticleScripture"/>
        <w:jc w:val="left"/>
      </w:pPr>
      <w:r>
        <w:rPr>
          <w:rFonts w:ascii="Times New Roman" w:hAnsi="Times New Roman" w:eastAsia="Times New Roman" w:cs="Times New Roman"/>
        </w:rPr>
        <w:t>«Parabòl pyebwa fig frans lan», Kris te pale anvan vizit Li nan Jerizalèm, te gen yon koneksyon dirèk avèk leson Li te anseye lè Li te modi pyebwa san fwi a. The Desire of Ages, 584.</w:t>
      </w:r>
    </w:p>
    <w:p>
      <w:pPr>
        <w:pStyle w:val="ArticleBody"/>
        <w:jc w:val="left"/>
      </w:pPr>
      <w:r>
        <w:rPr>
          <w:rFonts w:ascii="Times New Roman" w:hAnsi="Times New Roman" w:eastAsia="Times New Roman" w:cs="Times New Roman"/>
        </w:rPr>
        <w:t>Apre dènye konfwontasyon an ak chèf yo, Jezi te retire kò li pou l te priye pandan tout nwit lan; epi nan maten, pandan l t ap pase bò pye fig frans lan, li te modi li.</w:t>
      </w:r>
    </w:p>
    <w:p>
      <w:pPr>
        <w:pStyle w:val="ArticleScripture"/>
        <w:jc w:val="left"/>
      </w:pPr>
      <w:r>
        <w:rPr>
          <w:rFonts w:ascii="Times New Roman" w:hAnsi="Times New Roman" w:eastAsia="Times New Roman" w:cs="Times New Roman"/>
        </w:rPr>
        <w:t>“Se pa t sezon pou fig mi, eksepte nan kèk lokalite; e sou plato ki bò Jerizalèm yo, yo te ka vrèman di: ‘Tan fig yo poko rive.’ Men, nan jaden fwi kote Jezi te vini an, yon pyebwa te sanble devan tout lòt yo. Li te deja kouvri ak fèy. Se nati pyebwa fig frans lan ki fè, anvan fèy yo louvri, fwi k ap grandi a parèt. Se poutèt sa pyebwa sa a, ki te chaje ak fèy, te bay pwomès fwi ki byen devlope. Men aparans li te twonpe. Lè Jezi fouye branch li yo, depi nan branch ki pi ba a rive jouk nan tij ki pi anlè a, li pa t jwenn ‘anyen eksepte fèy.’ Se te yon pil fèy demontre, anyen ankò.”</w:t>
      </w:r>
    </w:p>
    <w:p>
      <w:pPr>
        <w:pStyle w:val="ArticleScripture"/>
        <w:jc w:val="left"/>
      </w:pPr>
      <w:r>
        <w:rPr>
          <w:rFonts w:ascii="Times New Roman" w:hAnsi="Times New Roman" w:eastAsia="Times New Roman" w:cs="Times New Roman"/>
        </w:rPr>
        <w:t>“Kris te pwononse kont li yon madichon ki seche tout bagay. ‘Pèsonn pa janm manje fwi nan men ou ankò pou tout tan,’ Li te di. Nan denmen maten, pandan Sovè a ak disip li yo te ankò sou wout pou ale lavil la, branch ki te fin cheche yo ak fèy ki te pandye yo te atire atansyon yo. ‘Mèt,’ Pyè di, ‘gade, pye fig frans ou te madichonnen an fin cheche nèt.’”</w:t>
      </w:r>
    </w:p>
    <w:p>
      <w:pPr>
        <w:pStyle w:val="ArticleScripture"/>
        <w:jc w:val="left"/>
      </w:pPr>
      <w:r>
        <w:rPr>
          <w:rFonts w:ascii="Times New Roman" w:hAnsi="Times New Roman" w:eastAsia="Times New Roman" w:cs="Times New Roman"/>
        </w:rPr>
        <w:t>“Aksyon Kris la nan modi pyebwa fig frans lan te etone disip yo. Sa te sanble, nan je yo, pa ann amoni ak fason ak zèv Li yo. Souvan yo te tande Li deklare ke Li pa t vini pou kondane lemonn, men pou lemonn kapab sove pa mwayen Li. Yo te sonje pawòl Li yo: ‘Pitit lòm nan pa vini pou detwi lavi moun, men pou sove yo.’ Lik 9:56. Zèv mèvèy Li yo te fèt pou retabli, pa janm pou detwi. Disip yo te konnen Li sèlman kòm Sila a ki retabli a, Sila a ki geri a. Aksyon sa a te kanpe pou kont li. Ki objektif li te genyen? yo t ap mande.”</w:t>
      </w:r>
    </w:p>
    <w:p>
      <w:pPr>
        <w:pStyle w:val="ArticleScripture"/>
        <w:jc w:val="left"/>
      </w:pPr>
      <w:r>
        <w:rPr>
          <w:rFonts w:ascii="Times New Roman" w:hAnsi="Times New Roman" w:eastAsia="Times New Roman" w:cs="Times New Roman"/>
        </w:rPr>
        <w:t>Bondye “pran plezi nan mizèrikòd.” “Jan m viv la, se Senyè Bondye a ki di sa, mwen pa pran okenn plezi nan lanmò mechan an.” Miche 7:18; Ezekyèl 33:11. Pou Li, travay destriksyon an ak pwoklamasyon jijman an se yon “travay etranj.” Ezayi 28:21. Men se nan mizèrikòd ak nan renmen Li leve vwal la sou lavni an, epi Li revele bay lèzòm rezilta yon chemen peche.</w:t>
      </w:r>
    </w:p>
    <w:p>
      <w:pPr>
        <w:pStyle w:val="ArticleScripture"/>
        <w:jc w:val="left"/>
      </w:pPr>
      <w:r>
        <w:rPr>
          <w:rFonts w:ascii="Times New Roman" w:hAnsi="Times New Roman" w:eastAsia="Times New Roman" w:cs="Times New Roman"/>
        </w:rPr>
        <w:t>«Madichon pye fig frans lan te yon parabòl an aksyon. Pye bwa esteril sa a, ki t ap etale fèy li yo avèk pretansyon devan Kris menm, te yon senbòl nasyon jwif la. Sovè a te vle fè disip Li yo konprann byen klè kòz la ak sèten kondanasyon Izrayèl la. Se pou sa Li te bay pyebwa a kalite moral, epi Li te fè li tounen yon eksplikatè verite diven an. Jwif yo te parèt apa de tout lòt nasyon yo, kòm moun ki t ap fè pwofesyon fidelite anvè Bondye. Li te akòde yo favè espesyal, e yo menm yo te deklare yo gen jistis plis pase tout lòt pèp yo. Men yo te fin pouri anba renmen pou monn nan ak avaris pou pwofi. Yo te vante tèt yo pou konesans yo, men yo pa t konnen egzijans Bondye yo, epi yo te plen ipokrizi. Menm jan ak pyebwa esteril la, yo te lonje branch pretansyon yo byen wo, bèl anpil nan aparans yo, e agreyab pou je a, men yo pa t bay ‘anyen lòt pase fèy.’ Relijyon jwif la, avèk tanp mayifik li a, lotèl sakre li yo, prèt ki te pote mit yo ak seremoni enpresyonan li yo, te vrèman bèl nan aparans ekstèn li; men imilite, lanmou, ak byennveyans te manke ladan l.» The Desire of Ages, 581, 582.</w:t>
      </w:r>
    </w:p>
    <w:p>
      <w:pPr>
        <w:pStyle w:val="ArticleBody"/>
        <w:jc w:val="left"/>
      </w:pPr>
      <w:r>
        <w:rPr>
          <w:rFonts w:ascii="Times New Roman" w:hAnsi="Times New Roman" w:eastAsia="Times New Roman" w:cs="Times New Roman"/>
        </w:rPr>
        <w:t>Nou te kòmanse lè nou te soulve de kesyon ke n ap kontinye reponn. Kesyon sa yo te: “Poukisa jijman moun vivan yo te kòmanse nan 9/11? Ki sa jijman biblik moun vivan yo ye?”</w:t>
      </w:r>
    </w:p>
    <w:p>
      <w:pPr>
        <w:pStyle w:val="ArticleBody"/>
        <w:jc w:val="left"/>
      </w:pPr>
      <w:r>
        <w:rPr>
          <w:rFonts w:ascii="Times New Roman" w:hAnsi="Times New Roman" w:eastAsia="Times New Roman" w:cs="Times New Roman"/>
        </w:rPr>
        <w:t>Kèk liy pwofesi nou sot mete an plas yo se temwen biblik sou jijman moun vivan yo. Liy pwofesi sa yo pale de anpil plis pase senpleman “A, B, C” jijman an, men anvan tout bagay, nou ap reponn kesyon 9/11 ak jijman moun vivan yo.</w:t>
      </w:r>
    </w:p>
    <w:p>
      <w:pPr>
        <w:pStyle w:val="ArticleScripture"/>
        <w:jc w:val="left"/>
      </w:pPr>
      <w:r>
        <w:rPr>
          <w:rFonts w:ascii="Times New Roman" w:hAnsi="Times New Roman" w:eastAsia="Times New Roman" w:cs="Times New Roman"/>
        </w:rPr>
        <w:t>«Mwen t ap gade a,» se sa pwofèt Danyèl di, «jouk yo mete twòn yo an plas, epi Youn ki te Ansyen nan Jou yo te chita: rad li te blan tankou nèj, epi cheve tèt li tankou lenn mouton ki pi pwòp; twòn li te tankou flanm dife, epi wou li yo tankou dife k ap boule. Yon kouran dife t ap soti, li t ap koule depi devan li: mil fwa mil t ap sèvi li, epi dis mil fwa dis mil te kanpe devan li: jijman an te tabli, epi liv yo te louvri.» Danyèl 7:9, 10, R.V.</w:t>
      </w:r>
    </w:p>
    <w:p>
      <w:pPr>
        <w:pStyle w:val="ArticleScripture"/>
        <w:jc w:val="left"/>
      </w:pPr>
      <w:r>
        <w:rPr>
          <w:rFonts w:ascii="Times New Roman" w:hAnsi="Times New Roman" w:eastAsia="Times New Roman" w:cs="Times New Roman"/>
        </w:rPr>
        <w:t>“Se konsa yo te prezante devan vizyon pwofèt la gwo jou solanèl la, lè karaktè ak lavi moun yo t ap pase ann egzamen devan Jij tout latè a, e yo t ap rann chak moun ‘dapre zèv li yo.’ Granmoun ki la depi tout tan an se Bondye Papa a. Salmis la di konsa: ‘Anvan mòn yo te fèt, oswa anvan Ou te fòme tè a ak lemonn lan, depi nan letènite jouk nan letènite, Ou se Bondye.’ Sòm 90:2. Se Li menm, sous tout egzistans, ak fontèn tout lalwa, ki gen pou prezide nan jijman an. E zanj sen yo, kòm minis ak temwen, an kantite ‘dimil fwa dimil, ak milye sou milye,’ ap asiste gwo tribinal sa a.”</w:t>
      </w:r>
    </w:p>
    <w:p>
      <w:pPr>
        <w:pStyle w:val="ArticleScripture"/>
        <w:jc w:val="left"/>
      </w:pPr>
      <w:r>
        <w:rPr>
          <w:rFonts w:ascii="Times New Roman" w:hAnsi="Times New Roman" w:eastAsia="Times New Roman" w:cs="Times New Roman"/>
        </w:rPr>
        <w:t>“‘Epi, gade, yon moun ki te sanble ak Pitit lòm nan te vini avèk nyaj syèl yo, epi li te pwoche bò kote Ansyen Jou yo, e yo te mennen l’ devan Li. E yo te ba li dominasyon, ak glwa, ak yon wayòm, pou tout pèp, tout nasyon, ak tout lang sèvi li: dominasyon pa li se yon dominasyon etènèl, ki p ap janm pase.’ Dànyèl 7:13, 14. Vini Kris la ki dekri isit la se pa dezyèm vini Li sou tè a. Li vini bò kote Ansyen Jou yo nan syèl la pou resevwa dominasyon, glwa, ak yon wayòm, ki pral ba li nan fen travay Li kòm medyatè. Se vini sa a, epi se pa dezyèm avènman Li sou tè a, ki te anonse nan pwofesi a kòm sa ki t ap fèt nan fen 2300 jou yo an 1844. Akonpaye pa zanj selès yo, gran Souvren Sakrifikatè nou an antre nan sen sen yo, epi la li parèt devan prezans Bondye pou angaje l nan dènye zak sèvis Li an favè limanite—pou akonpli travay jijman ankèt la epi pou fè yon ekspyasyon pou tout moun yo montre ki gen dwa a benefis li yo.</w:t>
      </w:r>
    </w:p>
    <w:p>
      <w:pPr>
        <w:pStyle w:val="ArticleScripture"/>
        <w:jc w:val="left"/>
      </w:pPr>
      <w:r>
        <w:rPr>
          <w:rFonts w:ascii="Times New Roman" w:hAnsi="Times New Roman" w:eastAsia="Times New Roman" w:cs="Times New Roman"/>
        </w:rPr>
        <w:t>“Nan sèvis senbolik la, se sèlman moun ki te vini devan Bondye ak konfesyon ak repantans, epi ki te, atravè san ofrann pou peche a, fè peche yo pase sou tanp lan, ki te gen yon pati nan sèvis Jou Ekspyasyon an. Konsa tou, nan gwo jou dènye ekspyasyon an ak jijman ankèt la, se sèlman ka moun ki deklare yo se pèp Bondye a yo egzamine. Jijman mechan yo se yon travay ki distenk e apa, e li fèt nan yon epòk ki vin pi ta. ‘Jijman dwe kòmanse lakay Bondye: e si li kòmanse an premye lakay nou, ki sa fen moun ki pa obeyi levanjil la pral ye?’ 1 Pyè 4:17.”</w:t>
      </w:r>
    </w:p>
    <w:p>
      <w:pPr>
        <w:pStyle w:val="ArticleScripture"/>
        <w:jc w:val="left"/>
      </w:pPr>
      <w:r>
        <w:rPr>
          <w:rFonts w:ascii="Times New Roman" w:hAnsi="Times New Roman" w:eastAsia="Times New Roman" w:cs="Times New Roman"/>
        </w:rPr>
        <w:t>“Liv dosye yo nan syèl la, kote non ak zèv lèzòm yo anrejistre, se yo ki pou detèmine desizyon jijman an. Pwofèt Danyèl di konsa: ‘Jijman an te tabli, epi liv yo te louvri.’ Revelatè a, pandan l ap dekri menm sèn nan, ajoute: ‘Yon lòt liv ankò te louvri, ki se liv lavi a; epi yo te jije mò yo dapre sa ki te ekri nan liv yo, selon zèv yo.’ Revelasyon 20:12.</w:t>
      </w:r>
    </w:p>
    <w:p>
      <w:pPr>
        <w:pStyle w:val="ArticleScripture"/>
        <w:jc w:val="left"/>
      </w:pPr>
      <w:r>
        <w:rPr>
          <w:rFonts w:ascii="Times New Roman" w:hAnsi="Times New Roman" w:eastAsia="Times New Roman" w:cs="Times New Roman"/>
        </w:rPr>
        <w:t>“Liv lavi a gen non tout moun ki te janm antre nan sèvis Bondye. Jezi te di disip li yo: ‘Rejwi nou, paske non nou ekri nan syèl la.’ Lik 10:20. Pòl pale de konpayon fidèl li yo nan travay la, ‘ki gen non yo nan liv lavi a.’ Filipyen 4:3. Danyèl, pandan l ap gade davans sou ‘yon tan tray, tankou pa t janm genyen,’ deklare ke pèp Bondye a va delivre, ‘tout moun yo va jwenn ki ekri nan liv la.’ E revelatè a di se sèlman sila yo ki va antre nan vil Bondye a, sila yo menm ki gen non yo ‘ekri nan liv lavi Ti Mouton an.’ Danyèl 12:1; Revelasyon 21:27.”</w:t>
      </w:r>
    </w:p>
    <w:p>
      <w:pPr>
        <w:pStyle w:val="ArticleScripture"/>
        <w:jc w:val="left"/>
      </w:pPr>
      <w:r>
        <w:rPr>
          <w:rFonts w:ascii="Times New Roman" w:hAnsi="Times New Roman" w:eastAsia="Times New Roman" w:cs="Times New Roman"/>
        </w:rPr>
        <w:t>“Yon ‘liv souvni’ ekri devan Bondye, kote yo anrejistre bon zèv ‘moun ki te gen lakrentif pou Seyè a, e ki te medite sou non Li.’ Malachi 3:16. Pawòl lafwa yo, zak lanmou yo, anrejistre nan syèl la. Neemi fè referans ak sa lè li di: ‘Sonje m, O Bondye mwen, … epi pa efase bon zèv mwen te fè pou kay Bondye mwen an.’ Neemi 13:14. Nan liv souvni Bondye a, chak zèv jistis imòtalize. Se la yo ekri avèk fidelite chak tantasyon yo te reziste, chak mal yo te venk, chak pawòl dous konpasyon yo te pwononse. Epi chak zak sakrifis, chak soufrans ak chak lapenn yo te sipòte poutèt Kris la, anrejistre. Men sa salmis la di: ‘Ou konte tout vwayaj mwen yo: mete dlo nan je m yo nan boutèy Ou a; èske yo pa nan liv Ou a?’ Sòm 56:8.”</w:t>
      </w:r>
    </w:p>
    <w:p>
      <w:pPr>
        <w:pStyle w:val="ArticleScripture"/>
        <w:jc w:val="left"/>
      </w:pPr>
      <w:r>
        <w:rPr>
          <w:rFonts w:ascii="Times New Roman" w:hAnsi="Times New Roman" w:eastAsia="Times New Roman" w:cs="Times New Roman"/>
        </w:rPr>
        <w:t>Genyen yon dosye tou sou peche lèzòm. “Paske Bondye pral mennen tout zèv nan jijman, avèk tout bagay ki kache, kit li bon, kit li move.” “Tout pawòl san valè moun va pale, yo va rann kont pou yo nan jou jijman an.” Sovè a di konsa: “Se dapre pawòl ou yo ou va jistifye, e se dapre pawòl ou yo ou va kondane.” Eklezyas 12:14; Matye 12:36, 37. Entansyon sekrè ak motif yo parèt nan rejis ki pa janm twonpe a; paske Bondye “va fè bagay kache nan fènwa yo vin nan limyè, epi l va fè plan kè yo parèt aklè.” 1 Korentyen 4:5. “Gade, sa ekri devan Mwen, … inikite nou yo, ansanm ak inikite zansèt nou yo, se sa Seyè a di.” Ezayi 65:6, 7.</w:t>
      </w:r>
    </w:p>
    <w:p>
      <w:pPr>
        <w:pStyle w:val="ArticleScripture"/>
        <w:jc w:val="left"/>
      </w:pPr>
      <w:r>
        <w:rPr>
          <w:rFonts w:ascii="Times New Roman" w:hAnsi="Times New Roman" w:eastAsia="Times New Roman" w:cs="Times New Roman"/>
        </w:rPr>
        <w:t>“Travay chak moun pase an revi devan Bondye epi yo anrejistre l pou fidelite oswa enfidelite. Anfas chak non nan liv syèl la, yo ekri avèk yon presizyon terib chak move pawòl, chak zak egoyis, chak devwa ki pa akonpli, ak chak peche sekrè, ansanm ak tout disimilasyon rize. Avètisman oswa reprimand ki soti nan syèl la yo neglije, moman yo gaspiye, opòtinite yo pa mete a pwofi, enfliyans yo egzèse pou byen oswa pou mal, ak rezilta l yo ki rive byen lwen, tout sa zanj k ap fè anrejistreman an mete nan dosye.”</w:t>
      </w:r>
    </w:p>
    <w:p>
      <w:pPr>
        <w:pStyle w:val="ArticleScripture"/>
        <w:jc w:val="left"/>
      </w:pPr>
      <w:r>
        <w:rPr>
          <w:rFonts w:ascii="Times New Roman" w:hAnsi="Times New Roman" w:eastAsia="Times New Roman" w:cs="Times New Roman"/>
        </w:rPr>
        <w:t>“Lwa Bondye a se estanda dapre li karaktè ak lavi lèzòm yo pral sibi tès nan jijman an. Nonm saj la di: ‘Gen krentif pou Bondye, epi kenbe kòmandman li yo; paske se tout devwa lòm. Paske Bondye va mennen tout zèv nan jijman.’ Eklezyas 12:13, 14. Apot Jak egzòte frè li yo: ‘Se konsa pale, epi se konsa aji, tankou moun ki gen pou yo jije dapre lwa libète a.’ Jak 2:12.”</w:t>
      </w:r>
    </w:p>
    <w:p>
      <w:pPr>
        <w:pStyle w:val="ArticleScripture"/>
        <w:jc w:val="left"/>
      </w:pPr>
      <w:r>
        <w:rPr>
          <w:rFonts w:ascii="Times New Roman" w:hAnsi="Times New Roman" w:eastAsia="Times New Roman" w:cs="Times New Roman"/>
        </w:rPr>
        <w:t>“Moun sa yo ki nan jijman an yo ‘konte yo diy’ va gen pati pa yo nan rezirèksyon moun ki jis yo. Jezi te di: ‘Men, moun sa yo ki va jwenn yo diy pou yo resevwa syèk sa a, ak rezirèksyon pami mò yo, … yo egal ak zanj yo; epi yo se pitit Bondye, paske yo se pitit rezirèksyon an.’ Lik 20:35, 36. Epi ankò Li deklare ke ‘moun ki fè byen yo’ va sòti ‘pou rezirèksyon lavi a.’ Jan 5:29. Mò jis yo p ap resisite jouk apre jijman an kote yo konte yo diy pou ‘rezirèksyon lavi a.’ Se poutèt sa, yo p ap prezan an pèsòn devan tribinal la lè yo egzamine dosye yo epi yo deside ka yo.”</w:t>
      </w:r>
    </w:p>
    <w:p>
      <w:pPr>
        <w:pStyle w:val="ArticleScripture"/>
        <w:jc w:val="left"/>
      </w:pPr>
      <w:r>
        <w:rPr>
          <w:rFonts w:ascii="Times New Roman" w:hAnsi="Times New Roman" w:eastAsia="Times New Roman" w:cs="Times New Roman"/>
        </w:rPr>
        <w:t>“Jezi pral parèt kòm defansè yo, pou l plede an favè yo devan Bondye. ‘Si yon moun peche, nou gen yon defansè bò kote Papa a, Jezi Kris, moun ki jis la.’ 1 Jan 2:1. ‘Paske Kris la pa antre nan kote ki sen yo, sa ki fèt ak men, ki se imaj vrè yo; men li antre nan syèl la menm, kounye a pou l parèt devan prezans Bondye pou nou.’ ‘Se poutèt sa tou, li kapab sove nèt ale moun ki pwoche bò kote Bondye pa mwayen li, paske li viv pou tout tan pou l fè entèsesyon pou yo.’ Ebre 9:24; 7:25.</w:t>
      </w:r>
    </w:p>
    <w:p>
      <w:pPr>
        <w:pStyle w:val="ArticleScripture"/>
        <w:jc w:val="left"/>
      </w:pPr>
      <w:r>
        <w:rPr>
          <w:rFonts w:ascii="Times New Roman" w:hAnsi="Times New Roman" w:eastAsia="Times New Roman" w:cs="Times New Roman"/>
        </w:rPr>
        <w:t>“Lè liv dosye yo louvri nan jijman an, lavi tout moun ki te kwè nan Jezi yo vini anba revizyon devan Bondye. Kòmanse avèk sila yo ki te viv an premye sou tè a, Avoka nou an prezante ka chak jenerasyon youn apre lòt, epi li fini ak moun vivan yo. Chak non site, chak ka egzamine avèk anpil atansyon. Gen non yo aksepte, gen non yo rejte. Lè gen moun ki gen peche ki rete nan liv dosye yo, san repantans e san padon, yo pral efase non yo nan liv lavi a, epi dosye bon zèv yo pral retire nan liv souvni Bondye a. Senyè a te deklare Moyiz: ‘Nenpòt moun ki peche kont Mwen, se li menm M ap efase nan liv Mwen an.’ Egzòd 32:33. E pwofèt Ezekyèl di: ‘Lè moun ki jis la vire do bay jistis li, epi li fè inikite, … tout jistis li te fè yo p ap menm mansyone.’ Ezekyèl 18:24.” The Great Controversy, 479–483.</w:t>
      </w:r>
    </w:p>
    <w:p>
      <w:pPr>
        <w:pStyle w:val="ArticleBody"/>
        <w:jc w:val="left"/>
      </w:pPr>
      <w:r>
        <w:rPr>
          <w:rFonts w:ascii="Times New Roman" w:hAnsi="Times New Roman" w:eastAsia="Times New Roman" w:cs="Times New Roman"/>
        </w:rPr>
        <w:t>Nou pral kontinye etid sa a epi reponn kesyon ki te soulve yo nan pwochen atik nan seri sa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Lè Jijman Bondye a rive — Nimewo En</dc:title>
  <dc:subject>Jijman moun vivan yo ak siyifikasyon pwofetik 9/11</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