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En</w:t>
      </w:r>
    </w:p>
    <w:p>
      <w:pPr>
        <w:pStyle w:val="ArticleSubtitle"/>
        <w:jc w:val="left"/>
      </w:pPr>
      <w:r>
        <w:rPr>
          <w:rFonts w:ascii="Arial" w:hAnsi="Arial" w:eastAsia="Arial" w:cs="Arial"/>
        </w:rPr>
        <w:t>Chapit Onz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Depi kèk tan, nou te konsantre atansyon nou sou istwa kache ki nan Danyèl 11:40, epi pandan dènye semèn yo, Senyè a te dirije konsiderasyon nou sou vèsè 27 la:</w:t>
      </w:r>
    </w:p>
    <w:p>
      <w:pPr>
        <w:pStyle w:val="ArticleScripture"/>
        <w:jc w:val="left"/>
      </w:pPr>
      <w:r>
        <w:rPr>
          <w:rFonts w:ascii="Times New Roman" w:hAnsi="Times New Roman" w:eastAsia="Times New Roman" w:cs="Times New Roman"/>
        </w:rPr>
        <w:t>Epi kè toude wa sa yo, kè yo va sèlman sou fè mechanste; yo va pale manti sou menm tab la; men sa p ap reyisi, paske fen an va rive sèlman nan tan ki fikse a. Danyèl 11:27.</w:t>
      </w:r>
    </w:p>
    <w:p>
      <w:pPr>
        <w:pStyle w:val="ArticleBody"/>
        <w:jc w:val="left"/>
      </w:pPr>
      <w:r>
        <w:rPr>
          <w:rFonts w:ascii="Times New Roman" w:hAnsi="Times New Roman" w:eastAsia="Times New Roman" w:cs="Times New Roman"/>
        </w:rPr>
        <w:t>Okòmansman, mwen pa t sèten konsènan detay yo—kilè, ki kote, epi kiyès ki te chita bò tab sa a, ap pale manti youn ak lòt—men kounye a kesyon sa yo ap anba egzamen. Pandan kèk dènye jou Saba yo, mwen te fè kèk fot pandan m t ap travay sou liy sa yo. Men, atravè sa mwen kwè ki te yon direksyon pwovidansyèl, alyans ki reprezante nan vèsè 13–15 yo, senbolize pa Sezare Filip, te kòmanse devwale. Malgre gen kèk eleman ki toujou mande rafinman, mwen kwè Senyè a retire men Li sou vèsè sa yo pou revele siyifikasyon yo.</w:t>
      </w:r>
    </w:p>
    <w:p>
      <w:pPr>
        <w:pStyle w:val="ArticleBody"/>
        <w:jc w:val="left"/>
      </w:pPr>
      <w:r>
        <w:rPr>
          <w:rFonts w:ascii="Times New Roman" w:hAnsi="Times New Roman" w:eastAsia="Times New Roman" w:cs="Times New Roman"/>
        </w:rPr>
        <w:t>Konpreyansyon sa a te vin kristalize tousuit apre reyinyon Zoom Samdi pase a. Yon semèn anvan sa, mwen te frape pa entèraksyon konplike istwa yo nan vèsè 10–15 yo. Mwen te ekri epi voye yon mesaj tèks bay kèk moun pou m te trase liy jeneral panse mwen yo, epi mwen te mande pou m pataje yo vandredi swa. Mwen t ap chèche òganize kestyon ki nan vèsè sa yo, avèk konviksyon ke te gen yon bagay ki gen yon enpòtans pwofon. Genyen vre, men se pa t sa m te pwopoze okòmansman an. Malgre tout ezitasyon ak pas fo mwen yo pandan semèn edmi ki sot pase a pandan m t ap lite ak pasaj sa a, mwen rekonèt yon pwovidans mwen konnen byen. Senyè a t ap retire sele sou yon verite espesyal, esansyèl. Yon fwa eleman imen an fin devwale nèt epi mete sou kote, verite a—Lyon branch fanmi Jida a louvri a—parèt menm pi pwofon pase jan mwen te konprann li.</w:t>
      </w:r>
    </w:p>
    <w:p>
      <w:pPr>
        <w:pStyle w:val="ArticleHeading"/>
        <w:jc w:val="left"/>
      </w:pPr>
      <w:r>
        <w:rPr>
          <w:rFonts w:ascii="Arial" w:hAnsi="Arial" w:eastAsia="Arial" w:cs="Arial"/>
        </w:rPr>
        <w:t>Vèsè senk rive nèf</w:t>
      </w:r>
    </w:p>
    <w:p>
      <w:pPr>
        <w:pStyle w:val="ArticleBody"/>
        <w:jc w:val="left"/>
      </w:pPr>
      <w:r>
        <w:rPr>
          <w:rFonts w:ascii="Times New Roman" w:hAnsi="Times New Roman" w:eastAsia="Times New Roman" w:cs="Times New Roman"/>
        </w:rPr>
        <w:t>Putin, kòm wa sid la, reflete Ptolome, ki pral triyonfe nan lagè Ikrèn nan, konsa li akonpli vèsè 11 la. Istorikman, viktwa Ptolome IV Filopatò nan Batay Rafya a te akonpli vèsè sa a, e li te prefigire siksè iminan Putin nan. Vèsè 5–9 yo prezante yon istwa ki prefigire dominasyon papote a pandan 1,260 ane (538–1798) avèk yon presizyon ki trè detaye. Detay sa yo te deja egzamine repete anpil fwa nan tan pase a; se poutèt sa, isit la m ap mete an relèf yon sèl waymark pwofetik ki akonpli nan vèsè 5–9 yo e ki fè eko nan peryòd 538 rive 1798 la.</w:t>
      </w:r>
    </w:p>
    <w:p>
      <w:pPr>
        <w:pStyle w:val="ArticleBody"/>
        <w:jc w:val="left"/>
      </w:pPr>
      <w:r>
        <w:rPr>
          <w:rFonts w:ascii="Times New Roman" w:hAnsi="Times New Roman" w:eastAsia="Times New Roman" w:cs="Times New Roman"/>
        </w:rPr>
        <w:t>Peryòd sa a te kòmanse avèk yon trete ant wayòm Ptolemeyen ki nan sid la ak wayòm Seleyisid ki nan nò a, trete sa a te sele lè wa sid la te bay pitit fi li an maryaj bay wa nò a. Inyon sa a te inisye yon peryòd sèt ane ki te fini lè wa sid la te anvayi nò a, li te mennen wa nò a an kaptivite ann Ejip, epi wa ki te prizonye a te mouri pita apre li te tonbe sot sou yon chwal.</w:t>
      </w:r>
    </w:p>
    <w:p>
      <w:pPr>
        <w:pStyle w:val="ArticleHeading"/>
        <w:jc w:val="left"/>
      </w:pPr>
      <w:r>
        <w:rPr>
          <w:rFonts w:ascii="Arial" w:hAnsi="Arial" w:eastAsia="Arial" w:cs="Arial"/>
        </w:rPr>
        <w:t>Yon Trete ki Kraze</w:t>
      </w:r>
    </w:p>
    <w:p>
      <w:pPr>
        <w:pStyle w:val="ArticleBody"/>
        <w:jc w:val="left"/>
      </w:pPr>
      <w:r>
        <w:rPr>
          <w:rFonts w:ascii="Times New Roman" w:hAnsi="Times New Roman" w:eastAsia="Times New Roman" w:cs="Times New Roman"/>
        </w:rPr>
        <w:t>Envazyon an te soti nan yon trete ki te kraze. Apre peryòd sèt ane a te kòmanse, wa nò a te mete premye madanm li sou kote pou l te marye ak prensès sid la epi garanti trete a. Pi ta, li te rejte madanm sid la epi li te retabli premye rèn li. Sa te pouse premye rèn nan fè egzekite rèn sid la ansanm ak moun pa li yo, sa ki te fè fanmi rèn sid la ann Ejip antre nan gwo kòlè.</w:t>
      </w:r>
    </w:p>
    <w:p>
      <w:pPr>
        <w:pStyle w:val="ArticleBody"/>
        <w:jc w:val="left"/>
      </w:pPr>
      <w:r>
        <w:rPr>
          <w:rFonts w:ascii="Times New Roman" w:hAnsi="Times New Roman" w:eastAsia="Times New Roman" w:cs="Times New Roman"/>
        </w:rPr>
        <w:t>Avèk disènman pwofetik, sèt ane yo ka wè kòm de peryòd twa ane edmi, jan sa parèt nan twa ane edmi anvan kwa a ak twa ane edmi apre kwa a, ki ansanm te reprezante semèn Kris la te konfime alyans lan. Twa ane edmi a rekonèt tou nan madichon sèt tan an ki te egzekite sou wayòm nò Izrayèl la depi 723 av. J.-K. rive 1798. Sèt tan sa a divize an de peryòd mil desan swasant, avèk 538 kòm pwen mitan an. Egzanp sa yo kote sèt la divize an de peryòd twa ane edmi pa o aza; yo fèt avèk entansyon.</w:t>
      </w:r>
    </w:p>
    <w:p>
      <w:pPr>
        <w:pStyle w:val="ArticleBody"/>
        <w:jc w:val="left"/>
      </w:pPr>
      <w:r>
        <w:rPr>
          <w:rFonts w:ascii="Times New Roman" w:hAnsi="Times New Roman" w:eastAsia="Times New Roman" w:cs="Times New Roman"/>
        </w:rPr>
        <w:t>Nan divizyon semèn nan, Kris la te konfime alyans lan; lakwa a reprezante sant lan, epi, lè li fè sa, li idantifye Kris la kòm li menm ki t ap prezante mesaj la an pèsòn pandan twa ane edmi, epi apre sa disip Li yo te prezante mesaj la pou menm dire a. Nan sèt tan yo kont wayòm nò a, 538 divize istwa a an yon peryòd kote paganism te t ap pile anba pye sanktyè a ak lame a, epi apre sa papalis te t ap pile anba pye sanktyè a ak lame a pou menm dire a. Nan senbolis pwofetik, “sèt” reprezante pa twa edmi, ki an retou reprezante pa karantde mwa, twa jou edmi oswa ane, mil desan swasant, vennsenk ven, ak yon tan, tan ak mwatye yon tan. Nan kontèks la, tout chif sa yo ka ranplase youn lòt.</w:t>
      </w:r>
    </w:p>
    <w:p>
      <w:pPr>
        <w:pStyle w:val="ArticleBody"/>
        <w:jc w:val="left"/>
      </w:pPr>
      <w:r>
        <w:rPr>
          <w:rFonts w:ascii="Times New Roman" w:hAnsi="Times New Roman" w:eastAsia="Times New Roman" w:cs="Times New Roman"/>
        </w:rPr>
        <w:t>Trete ki te reprezante ant Wayòm Ptolemeyik la, ki te dirije pa desandan Ptolemy I (yon jeneral Aleksann Legran), ki te kontwole Ejip, ak Anpi Seleusid la, ki te dirije pa desandan Seleucus I (yon lòt nan jeneral Aleksann yo), ki te kontwole yon gwo pati nan Mwayen Oryan an, enkli Siri, te mete fen nan Dezyèm Lagè Siri a an 253 av. J.-K. Lagè a te kòmanse sèt ane anvan sa, an 260 av. J.-K. Sèt ane apre trete a te ratifye, yo te kraze li an 246 av. J.-K. Katòz ane, divize an de peryòd sèt ane. Premye mwatye a se lagè, epi dezyèm mwatye a se lapè. Katòz ane yo kòmanse ak dezyèm lagè Siri a epi li fini ak twazyèm lagè Siri a. Kalite simetri sa a nan listwa vin pi klè toujou lè ou rekonèt ke listwa sa a reprezante nan vèsè senk rive nèf nan chapit onz la. Trete a ak vyolasyon li a se sant vèsè yo ansanm ak listwa ki te akonpli vèsè sa yo.</w:t>
      </w:r>
    </w:p>
    <w:p>
      <w:pPr>
        <w:pStyle w:val="ArticleBody"/>
        <w:jc w:val="left"/>
      </w:pPr>
      <w:r>
        <w:rPr>
          <w:rFonts w:ascii="Times New Roman" w:hAnsi="Times New Roman" w:eastAsia="Times New Roman" w:cs="Times New Roman"/>
        </w:rPr>
        <w:t>Sa aliyen ak dominasyon papal la depi 538 rive 1798. Toupre fen epòk sa a, Napoléon Bonaparte te antre nan yon trete ak Vatikan an. Lè li te site vyolasyon Vatikan an te fè kont Trete Tolentino an nan 1797, Napoléon te voye Jeneral Berthier an 1798 pou mennen pap la prizonye. Pap la te mouri an Frans an 1799. Peryòd 1,260 ane sa a dekri an detay nan vèsè 31–39.</w:t>
      </w:r>
    </w:p>
    <w:p>
      <w:pPr>
        <w:pStyle w:val="ArticleBody"/>
        <w:jc w:val="left"/>
      </w:pPr>
      <w:r>
        <w:rPr>
          <w:rFonts w:ascii="Times New Roman" w:hAnsi="Times New Roman" w:eastAsia="Times New Roman" w:cs="Times New Roman"/>
        </w:rPr>
        <w:t>Istwa vèsè 5–9 yo mache paralèl ak sa vèsè 31–39 yo montre, konsa yo bay de temwen anndan Danyèl 11. Toude liy yo pataje menm siy pwofetik yo, e yo revele dinamik ki genyen ant wa sid la ak wa nò a. Chak peryòd senbolize pa twa ane edmi, epi li fini ak wa sid la ki genyen, ki pran wa nò a, epi ki mennen l nan peyi sid la, kote toude wa nò yo mouri. Nan toude ka yo, jan tèks la deklare sa, wa sid la retounen ak piyaj:</w:t>
      </w:r>
    </w:p>
    <w:p>
      <w:pPr>
        <w:pStyle w:val="ArticleScripture"/>
        <w:jc w:val="left"/>
      </w:pPr>
      <w:r>
        <w:rPr>
          <w:rFonts w:ascii="Times New Roman" w:hAnsi="Times New Roman" w:eastAsia="Times New Roman" w:cs="Times New Roman"/>
        </w:rPr>
        <w:t>Epi li pral mennen an kaptivite ale ann Ejip bondye yo, ansanm ak chèf yo, ansanm ak veso ki gen anpil valè yo an ajan ak an lò; epi li pral dire plis ane pase wa nò a. Danyèl 11:8.</w:t>
      </w:r>
    </w:p>
    <w:p>
      <w:pPr>
        <w:pStyle w:val="ArticleBody"/>
        <w:jc w:val="left"/>
      </w:pPr>
      <w:r>
        <w:rPr>
          <w:rFonts w:ascii="Times New Roman" w:hAnsi="Times New Roman" w:eastAsia="Times New Roman" w:cs="Times New Roman"/>
        </w:rPr>
        <w:t>Pou Ptoleme, sa a se te yon trezò wa nò a te piye deja; pou Napoléon, se te richès Vatikan an yo te piye epi pote ale an Frans. De liy temwayaj sa yo montre lanmò wa nò a senbolize pa yon tonbe sot sou yon chwal. Nan Revelasyon 17, fanm ki monte sou bèt la reprezante Legliz Katolik la:</w:t>
      </w:r>
    </w:p>
    <w:p>
      <w:pPr>
        <w:pStyle w:val="ArticleScripture"/>
        <w:jc w:val="left"/>
      </w:pPr>
      <w:r>
        <w:rPr>
          <w:rFonts w:ascii="Times New Roman" w:hAnsi="Times New Roman" w:eastAsia="Times New Roman" w:cs="Times New Roman"/>
        </w:rPr>
        <w:t>Konsa, li mennen m nan Lespri a nan dezè a; epi mwen wè yon fanm chita sou yon bèt koulè wouj violèt, ki te plen ak non blasfèm, ki te gen sèt tèt ak dis kòn. Revelasyon 17:3.</w:t>
      </w:r>
    </w:p>
    <w:p>
      <w:pPr>
        <w:pStyle w:val="ArticleBody"/>
        <w:jc w:val="left"/>
      </w:pPr>
      <w:r>
        <w:rPr>
          <w:rFonts w:ascii="Times New Roman" w:hAnsi="Times New Roman" w:eastAsia="Times New Roman" w:cs="Times New Roman"/>
        </w:rPr>
        <w:t>Bèt li monte a se Nasyonzini an. Revelasyon 17 dekri retablisman li nan pouvwa apre blesi mòtèl ane 1798 la. Antanke wityèm wayòm nan, li reprann rèy li, sa ki senbolize pa lefèt ke li monte bèt la:</w:t>
      </w:r>
    </w:p>
    <w:p>
      <w:pPr>
        <w:pStyle w:val="ArticleScripture"/>
        <w:jc w:val="left"/>
      </w:pPr>
      <w:r>
        <w:rPr>
          <w:rFonts w:ascii="Times New Roman" w:hAnsi="Times New Roman" w:eastAsia="Times New Roman" w:cs="Times New Roman"/>
        </w:rPr>
        <w:t>Epi fanm ou te wè a se gran lavil sa a, ki ap gouvènen sou wa latè yo. Revelasyon 17:18.</w:t>
      </w:r>
    </w:p>
    <w:p>
      <w:pPr>
        <w:pStyle w:val="ArticleBody"/>
        <w:jc w:val="left"/>
      </w:pPr>
      <w:r>
        <w:rPr>
          <w:rFonts w:ascii="Times New Roman" w:hAnsi="Times New Roman" w:eastAsia="Times New Roman" w:cs="Times New Roman"/>
        </w:rPr>
        <w:t>Blesi mòtyèl ane 1798 la te deja prefigire nan vèsè 5–9 yo lè wa nò a te tonbe sòti sou yon chwal epi li te mouri. De liy sa yo nan Danyèl 11 mache an paralèl ak vèsè 41–45 yo. Lwa dimanch Ozetazini an, ki make nan vèsè 41 an, kòmanse dènye monte papote a sou bèt la—yon peryòd ki reflete nan de liy sa yo. Lè Ellen White fè remake ke “anpil nan istwa a” ki te akonpli nan Danyèl 11 “ap repete,” vèsè 5–9 ak 31–39 yo aliyen ak vèsè 41–45 yo.</w:t>
      </w:r>
    </w:p>
    <w:p>
      <w:pPr>
        <w:pStyle w:val="ArticleHeading"/>
        <w:jc w:val="left"/>
      </w:pPr>
      <w:r>
        <w:rPr>
          <w:rFonts w:ascii="Arial" w:hAnsi="Arial" w:eastAsia="Arial" w:cs="Arial"/>
        </w:rPr>
        <w:t>Sèlman Vèsè Karant la</w:t>
      </w:r>
    </w:p>
    <w:p>
      <w:pPr>
        <w:pStyle w:val="ArticleBody"/>
        <w:jc w:val="left"/>
      </w:pPr>
      <w:r>
        <w:rPr>
          <w:rFonts w:ascii="Times New Roman" w:hAnsi="Times New Roman" w:eastAsia="Times New Roman" w:cs="Times New Roman"/>
        </w:rPr>
        <w:t>Depi vèsè 31 rive 45, se sèlman vèsè 40 ki kanpe deyò peryòd pwofetik twa jou edmi a. Li reprezante yon istwa inik anndan dènye twazyèm pati 45 vèsè Danyèl yo. Nan vèsè 16, istwa Wòm enperyal payen an devwale atravè kat chèf—Pompée, Jules César, Ogis Seza, ak Tibè Seza. Viktwa Ogis nan Batay Aktyòm nan an 31 anvan Jezikri te kòmanse règ 360 ane Wòm enperyal la, konsa li te akonpli “tan” ki nan vèsè 24 la:</w:t>
      </w:r>
    </w:p>
    <w:p>
      <w:pPr>
        <w:pStyle w:val="ArticleScripture"/>
        <w:jc w:val="left"/>
      </w:pPr>
      <w:r>
        <w:rPr>
          <w:rFonts w:ascii="Times New Roman" w:hAnsi="Times New Roman" w:eastAsia="Times New Roman" w:cs="Times New Roman"/>
        </w:rPr>
        <w:t>Li pral antre anpè menm sou kote ki pi rich nan pwovens lan; epi li pral fè sa zansèt li yo pa t fè, ni zansèt zansèt li yo pa t fè; li pral gaye nan mitan yo piyaj la, dega yo, ak richès yo: wi, li pral fè plan li yo kont fò yo, pou yon tan. Danyèl 11:24.</w:t>
      </w:r>
    </w:p>
    <w:p>
      <w:pPr>
        <w:pStyle w:val="ArticleBody"/>
        <w:jc w:val="left"/>
      </w:pPr>
      <w:r>
        <w:rPr>
          <w:rFonts w:ascii="Times New Roman" w:hAnsi="Times New Roman" w:eastAsia="Times New Roman" w:cs="Times New Roman"/>
        </w:rPr>
        <w:t>Apre Actium, Wòm te fè Ejip tounen yon pwovens an 30 anvan Kris. Twa san swasant ane apre, an 330, Konstanten te deplase kapital anpi a soti Wòm pou ale Konstantinòp. “Tan” sa a aliyen pwofetikman ak 1,260 ane dominasyon papal la ak 7 ane vèsè 5–9 yo.</w:t>
      </w:r>
    </w:p>
    <w:p>
      <w:pPr>
        <w:pStyle w:val="ArticleBody"/>
        <w:jc w:val="left"/>
      </w:pPr>
      <w:r>
        <w:rPr>
          <w:rFonts w:ascii="Times New Roman" w:hAnsi="Times New Roman" w:eastAsia="Times New Roman" w:cs="Times New Roman"/>
        </w:rPr>
        <w:t>Depi vèsè 16, Wòm Enperyal payen an domine jouk nan vèsè 30, sa ki anglobe alyans Makabe yo avèk Wòm ak liy Kris la. Men, vèsè 16–30 yo aliyen avèk vèsè 31–39 ak 41–45 yo. Konsa, nan 30 dènye vèsè Danyèl 11 yo, yon liy pwofetik ki konsistan parèt—eksepte pou vèsè 40, kote “tan lafen an” make nan 1798 ak 1989.</w:t>
      </w:r>
    </w:p>
    <w:p>
      <w:pPr>
        <w:pStyle w:val="ArticleBody"/>
        <w:jc w:val="left"/>
      </w:pPr>
      <w:r>
        <w:rPr>
          <w:rFonts w:ascii="Times New Roman" w:hAnsi="Times New Roman" w:eastAsia="Times New Roman" w:cs="Times New Roman"/>
        </w:rPr>
        <w:t>Ak kèk ti eksepsyon nan vèsè 2 ak 3 yo—kote dènye a nan uit prezidan yo pase pou l pran kontwòl dis wa Nasyonzini yo—de premye vèsè yo aliyen ak vèsè 40, yo reprezante lwa dimanch lan ansanm ak pasaj soti nan sizyèm wayòm nan pou rive nan setyèm ak uityèm wayòm yo. Vèsè 3 ak 4 yo aliyen ak vèsè 45 ak Danyèl 12:1, yo dekri leve ak tonbe wayòm Grèk la, an paralèl ak etablisman ak disparisyon papasi a nan vèsè 41 jiska Danyèl 12:1. Ni fanm nan ni bèt li monte a fini san okenn sekou, sa ki bay yon kad pou kòmansman ak fen Danyèl 11 andeyò istwa vèsè 40 la. Aleksann Legran senbolize Nasyonzini yo, li ap fè fònikasyon ak pwostitye Tir la (wa nò a depi vèsè 41 e annapre), ki se ni bèt la ni dragon an.</w:t>
      </w:r>
    </w:p>
    <w:p>
      <w:pPr>
        <w:pStyle w:val="ArticleHeading"/>
        <w:jc w:val="left"/>
      </w:pPr>
      <w:r>
        <w:rPr>
          <w:rFonts w:ascii="Arial" w:hAnsi="Arial" w:eastAsia="Arial" w:cs="Arial"/>
        </w:rPr>
        <w:t>Vèsè Nèf ak Dis</w:t>
      </w:r>
    </w:p>
    <w:p>
      <w:pPr>
        <w:pStyle w:val="ArticleBody"/>
        <w:jc w:val="left"/>
      </w:pPr>
      <w:r>
        <w:rPr>
          <w:rFonts w:ascii="Times New Roman" w:hAnsi="Times New Roman" w:eastAsia="Times New Roman" w:cs="Times New Roman"/>
        </w:rPr>
        <w:t>Vèsè 5–9 yo fini nan tan lafen an an 1798, tandiske vèsè 10 make 1989. Konsa, entèval ki genyen ant vèsè 9 ak 10—soti 1798 rive 1989—reprezante pati revele vèsè 40 la, ki inisye istwa kache li. Pou klarifye: prèske chak vèsè nan Danyèl 11 reflete dominasyon papote a soti 538 rive 1798. Vèsè 40 kouvri peryòd 1798 rive jouk lwa dimanch Ozetazini. Vèsè 6–9 yo se tip epòk papal la, tandiske vèsè 10 anonse davans efondreman Izin Sovyetik la an 1989. Se poutèt sa, vèsè 11–15 yo kouvri peryòd soti 1989 rive jouk lwa dimanch lan, jan sa reprezante nan vèsè 16, 31, ak 41.</w:t>
      </w:r>
    </w:p>
    <w:p>
      <w:pPr>
        <w:pStyle w:val="ArticleBody"/>
        <w:jc w:val="left"/>
      </w:pPr>
      <w:r>
        <w:rPr>
          <w:rFonts w:ascii="Times New Roman" w:hAnsi="Times New Roman" w:eastAsia="Times New Roman" w:cs="Times New Roman"/>
        </w:rPr>
        <w:t>Vèsè 40 la divize an de pati. Premye a, soti 1798 rive 1989, kòmanse epi fini ak yon “tan lafen.” Dezyèm mwatye a kòmanse an 1989, kote premye mwatye a fini. Vèsè 1 ak 2 yo idantifye yon sekans prezidan ki kòmanse an 1989, an akò ak dezyèm pati vèsè 40 la. Vèsè 11 make kòmansman lagè Ikrèn nan an 2014, tandiske vèsè 12 mete an limyè konsekans wa sid la, ki viktorye a, fè vini sou tèt pa l. Vèsè 13 ap pwoche akonplisman li, men isit la nou remake ke vèsè 11 tonbe anndan dezyèm pati vèsè 40 la—apre 1989, men anvan lwa dimanch la (vèsè 41).</w:t>
      </w:r>
    </w:p>
    <w:p>
      <w:pPr>
        <w:pStyle w:val="ArticleBody"/>
        <w:jc w:val="left"/>
      </w:pPr>
      <w:r>
        <w:rPr>
          <w:rFonts w:ascii="Times New Roman" w:hAnsi="Times New Roman" w:eastAsia="Times New Roman" w:cs="Times New Roman"/>
        </w:rPr>
        <w:t>Vèsè 13–15 yo lonje dwèt sou Batay Panyòm nan ane 200 anvan Jezikri, ane nan ki Wòm payen an te kòmanse egzèse enfliyans sou zafè lèzòm, an rapò ak batay sa a. Piske sa te rive byen anvan antre Pompée nan Jerizalèm nan vèsè 16, sa bay prèv istorik ki idantifye vèsè 41 kòm lwa dimanch Ozetazini.</w:t>
      </w:r>
    </w:p>
    <w:p>
      <w:pPr>
        <w:pStyle w:val="ArticleBody"/>
        <w:jc w:val="left"/>
      </w:pPr>
      <w:r>
        <w:rPr>
          <w:rFonts w:ascii="Times New Roman" w:hAnsi="Times New Roman" w:eastAsia="Times New Roman" w:cs="Times New Roman"/>
        </w:rPr>
        <w:t>Chak liy pwofetik ak akonplisman istorik li nan Danyèl 11 swa tonbe andedan istwa vèsè 40 la (1798 rive nan lwa dimanch lan), swa soti nan vèsè 41 rive nan Danyèl 12:1. Nan 45 vèsè yo, vèsè 1, 2, 7–15, ak 40—ki bay yon total douz—aplike sou liy tan vèsè 40 la lè yo poze liy sou liy. Vèsè 40 divize an de segman nan ane 1989. Vèsè 1, 2, ak 10–15 yo aliyen ak dezyèm mwatye li. Vèsè 1 ak 2 trase liy prezidan yo nan istwa bèt latè a, tandiske vèsè 10–15 dekri twa lagè pa pwokirasyon wa nò a (pouvwa papal la) òganize depi 1989 rive nan lwa dimanch lan. Twa lagè pa pwokirasyon sa yo kòmanse ak Etazini, ki idantifye nan vèsè 40 kòm “charyo, bato ak kavalye.”</w:t>
      </w:r>
    </w:p>
    <w:p>
      <w:pPr>
        <w:pStyle w:val="ArticleBody"/>
        <w:jc w:val="left"/>
      </w:pPr>
      <w:r>
        <w:rPr>
          <w:rFonts w:ascii="Times New Roman" w:hAnsi="Times New Roman" w:eastAsia="Times New Roman" w:cs="Times New Roman"/>
        </w:rPr>
        <w:t>Nou pral kontinye nan atik kap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En</dc:title>
  <dc:subject>Chapit Onz</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