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Nimewo De</w:t>
      </w:r>
    </w:p>
    <w:p>
      <w:pPr>
        <w:pStyle w:val="ArticleSubtitle"/>
        <w:jc w:val="left"/>
      </w:pPr>
      <w:r>
        <w:rPr>
          <w:rFonts w:ascii="Arial" w:hAnsi="Arial" w:eastAsia="Arial" w:cs="Arial"/>
        </w:rPr>
        <w:t>Levé ak Chit Wa Sid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Nou te fini dènye atik la avèk pawòl sa yo: “Vèsè 10–15 yo reprezante twa lagè pa pwokirasyon wa nò a, pouvwa papal la, te mennen depi 1989 rive jouk lwa dimanch la.” Twa lagè pa pwokirasyon sa yo kòmanse avèk idantifikasyon Etazini nan vèsè 40 kòm “cha, bato, ak kavalye.”</w:t>
      </w:r>
    </w:p>
    <w:p>
      <w:pPr>
        <w:pStyle w:val="ArticleBody"/>
        <w:jc w:val="left"/>
      </w:pPr>
      <w:r>
        <w:rPr>
          <w:rFonts w:ascii="Times New Roman" w:hAnsi="Times New Roman" w:eastAsia="Times New Roman" w:cs="Times New Roman"/>
        </w:rPr>
        <w:t>Pwochèn lagè pa pwokirasyon an, ki reprezante pa vèsè 11 la ansanm ak akonplisman istorik li nan Batay Rafya an 217 av. J.-K., te dewoule ant Ptoleme IV Filopatò, wa sid la nan peyi Lejip, ak Antyòkis Gran an, yo rele l tou Antyòkis Magnis, nan Anpi Selesid la. Antyòkis te akonpli vèsè 10 la lè li te vanje tèt li sou peyi Lejip poutèt defèt wayòm nò li a ak pèt byen li yo, pandan li t ap repran tout teritwa wayòm sid la te deja sezi nan men wayòm pa li a. Li te fè sa, men li te kanpe sou fwontyè peyi Lejip la, konsa li te akonpli vèsè 10 la epi li te sèvi kòm tip 1989.</w:t>
      </w:r>
    </w:p>
    <w:p>
      <w:pPr>
        <w:pStyle w:val="ArticleScripture"/>
        <w:jc w:val="left"/>
      </w:pPr>
      <w:r>
        <w:rPr>
          <w:rFonts w:ascii="Times New Roman" w:hAnsi="Times New Roman" w:eastAsia="Times New Roman" w:cs="Times New Roman"/>
        </w:rPr>
        <w:t>Men, pitit gason li yo va eksite, epi yo va rasanble yon gwo kantite fòs pwisan; e youn va sètènman vini, li va anvayi tankou yon inondasyon, epi li va travèse; apre sa li va retounen, epi li va eksite ankò, jouk rive nan fòtrès li a. Danyèl 11:10.</w:t>
      </w:r>
    </w:p>
    <w:p>
      <w:pPr>
        <w:pStyle w:val="ArticleBody"/>
        <w:jc w:val="left"/>
      </w:pPr>
      <w:r>
        <w:rPr>
          <w:rFonts w:ascii="Times New Roman" w:hAnsi="Times New Roman" w:eastAsia="Times New Roman" w:cs="Times New Roman"/>
        </w:rPr>
        <w:t>Dezyèm lagè pa pwokirasyon an se te Batay Rafia. Rafia vle di fwontyè a. Chan batay sa a make pwen kote Antyokis te sispann envazyon anvan li a nan vèsè 10 la. Twa lagè pa pwokirasyon yo dirije pa verite, nan sans premye lagè pa pwokirasyon an aliyen ak dènye lagè pa pwokirasyon an. Tout twa lagè yo—vèsè 10, 11, epi ansuit twazyèm lagè a nan vèsè 13–15 yo—se menm pèsonaj istorik la ki mennen yo nan premye akonplisman yo. Antyokis Magnus prezan nan chak nan twa batay yo, e sa mare yo ansanm pwofetikman nan yon sèl liy. Antyokis genyen premye ak dènye batay yo, men li pa genyen sa ki nan mitan an, kote wa sid la ranpòte laviktwa.</w:t>
      </w:r>
    </w:p>
    <w:p>
      <w:pPr>
        <w:pStyle w:val="ArticleBody"/>
        <w:jc w:val="left"/>
      </w:pPr>
      <w:r>
        <w:rPr>
          <w:rFonts w:ascii="Times New Roman" w:hAnsi="Times New Roman" w:eastAsia="Times New Roman" w:cs="Times New Roman"/>
        </w:rPr>
        <w:t>Menm jan Raphia vle di zòn fwontyè, konsa tou Ikrèn. Dezyèm lagè prokirasyon an, ki te premye akonpli nan Batay Raphia a, kounye a ap akonpli nan lagè Ikrèn nan. Vladimir Putin se wa sid la, desandan pwofetik premye wa modèn sid la, Vladimir Lenin. Putin te deklare plizyè fwa ke repons Larisi bay Ikrèn baze sou yon akò ki konteste, selon ki, lè Almay te reyini ankò, NATO pa t ap elaji pi lwen nan ansyen teritwa Izin Sovyetik la. Motivasyon Putin reflete pa Ptolemey nan vèsè 5–9 yo ak pa Napoléon an 1797. Tout twa wa sid sa yo jistifye aksyon yo kont wa nò a sou baz yon trete ki te vyole.</w:t>
      </w:r>
    </w:p>
    <w:p>
      <w:pPr>
        <w:pStyle w:val="ArticleBody"/>
        <w:jc w:val="left"/>
      </w:pPr>
      <w:r>
        <w:rPr>
          <w:rFonts w:ascii="Times New Roman" w:hAnsi="Times New Roman" w:eastAsia="Times New Roman" w:cs="Times New Roman"/>
        </w:rPr>
        <w:t>Selon Ésaïe 23, la prostituée de Tyr, représentant le pouvoir papal, serait oubliée pendant soixante-dix ans, comme les jours d’un roi — une période montrée à maintes reprises comme étant le temps où le sixième royaume de la prophétie biblique, la bête de la terre d’Apocalypse 13 (les États-Unis), exerce sa domination.</w:t>
      </w:r>
    </w:p>
    <w:p>
      <w:pPr>
        <w:pStyle w:val="ArticleScripture"/>
        <w:jc w:val="left"/>
      </w:pPr>
      <w:r>
        <w:rPr>
          <w:rFonts w:ascii="Times New Roman" w:hAnsi="Times New Roman" w:eastAsia="Times New Roman" w:cs="Times New Roman"/>
        </w:rPr>
        <w:t>Epi sa, nan jou sa a, Tir pral tonbe nan bliye pandan swasanndizan, selon dire yon sèl wa; apre fen swasanndizan yo, Tir pral chante tankou yon jennès. Pran yon gita, mache toupatou nan lavil la, ou menm jennès yo te bliye a; fè bèl melodi, chante anpil chante, pou yo ka sonje ou ankò. Epi sa pral rive apre fen swasanndizan yo, Seyè a pral vizite Tir, epi li pral tounen nan salè li, e li pral fè fònikasyon ak tout wayòm latè yo sou tout fas tè a. Ezayi 23:15–17.</w:t>
      </w:r>
    </w:p>
    <w:p>
      <w:pPr>
        <w:pStyle w:val="ArticleBody"/>
        <w:jc w:val="left"/>
      </w:pPr>
      <w:r>
        <w:rPr>
          <w:rFonts w:ascii="Times New Roman" w:hAnsi="Times New Roman" w:eastAsia="Times New Roman" w:cs="Times New Roman"/>
        </w:rPr>
        <w:t>Peryòd senbolik swasanndis ane a kouvri depi 1798 rive jouk lwa dimanch lan, ki se istwa vèsè 40 la reprezante. Se sèlman lè swasanndis ane yo rive nan fen yo, oubyen lè lwa dimanch lan ap pwoche, bouzen an reparèt. Se poutèt sa, lagè twa batay ki nan vèsè 10–15 yo fèt pa yon pwoksi pouvwa papal la, paske pwofetikman yo bliye li pandan peryòd sa a.</w:t>
      </w:r>
    </w:p>
    <w:p>
      <w:pPr>
        <w:pStyle w:val="ArticleBody"/>
        <w:jc w:val="left"/>
      </w:pPr>
      <w:r>
        <w:rPr>
          <w:rFonts w:ascii="Times New Roman" w:hAnsi="Times New Roman" w:eastAsia="Times New Roman" w:cs="Times New Roman"/>
        </w:rPr>
        <w:t>Nan premye ak dènye lagè pwokirasyon yo, wa nò a genyen sou wa sid la. Nan lagè ki nan mitan an, wa sid la genyen sou wa nò a. Batay Rafya a te premye akonplisman istorik vèsè 11 la, epi vèsè a ansanm ak akonplisman istorik yo fòme de temwen ki dwe ini ak pasaj paralèl yo konsènan twa jou edmi pwofetik dominasyon Wòm papal la. Konsa, de pasaj nan Ekriti yo anndan Danyèl 11, akonpaye pa akonplisman istorik yo, prezante karakteristik pwofetik batay fwontyè vèsè 11 la, ki te premye akonpli nan Batay Rafya a epi apre sa ankò nan tan lafen an an 1798.</w:t>
      </w:r>
    </w:p>
    <w:p>
      <w:pPr>
        <w:pStyle w:val="ArticleBody"/>
        <w:jc w:val="left"/>
      </w:pPr>
      <w:r>
        <w:rPr>
          <w:rFonts w:ascii="Times New Roman" w:hAnsi="Times New Roman" w:eastAsia="Times New Roman" w:cs="Times New Roman"/>
        </w:rPr>
        <w:t>Liy temwayaj sa yo soutni ke Vladimir Putin se dènye Vladimir wa sid modèn nan. Yo souvan defini “Vladimir” kòm ki vle di “chèf lemonn,” men mo mir la vle di tou, avèk presizyon, “kominote.” Konsa, Vladimir vle di “chèf kominote a,” oswa “chèf kominis la.” Putin idantifye patisipasyon li nan Ikrèn kòm yon bagay ki baze sou yon akò ki te vyole, ki t ap reponn ak enkyetid li konsènan avansman ÒTAN pi lwen pase fwontyè yo te dakò sou yo apre inifikasyon Almay. Oryantasyon Putin an vize ÒTAN ak Inyon Ewopeyen an menm jan li vize Zelenskyy ak Ikrèn. Avansman ÒTAN ak Inyon Ewopeyen an sou teritwa Putin ensiste ki te dwe rete san ÒTAN fè paralèl ak kòlè Ptolome lè wa Seleyisid la mete prensès Ejipsyèn li te marye a sou kote pou ansyen madanm li. Trete sa a ki te vyole te lonje dwèt sou Trete Tolentino ki te vyole an 1797. Nan Danyèl 11, lè wa sid la genyen batay la sou wa nò a, sa enplike yon trete ki vyole.</w:t>
      </w:r>
    </w:p>
    <w:p>
      <w:pPr>
        <w:pStyle w:val="ArticleBody"/>
        <w:jc w:val="left"/>
      </w:pPr>
      <w:r>
        <w:rPr>
          <w:rFonts w:ascii="Times New Roman" w:hAnsi="Times New Roman" w:eastAsia="Times New Roman" w:cs="Times New Roman"/>
        </w:rPr>
        <w:t>Trete sa a ki vyole a konsène repiyans Inyon Ewopeyen an pou limite ekspansyon OTAN pi lwen pase fwontyè li yo lè Almay te reyini ankò. Nan sans sa a, Poutin, wa sid la, angaje nan yon batay kont wa nò a, ki reprezante pa pisans pwokirasyon li a. Menm jan Nazi yo nan Dezyèm Gè Mondyal la te yon pwokirasyon pou Legliz Katolik la, konsa Nazi Ikrèn yo vin senbòl dezyèm lagè pa pwokirasyon an nan vèsè 10–15 yo. Twa gè mondyal ak twa lagè pa pwokirasyon—e sou toude liy yo, Nazi yo se reprezantan pa pwokirasyon Legliz Katolik la pandan konfli mitan an.</w:t>
      </w:r>
    </w:p>
    <w:p>
      <w:pPr>
        <w:pStyle w:val="ArticleBody"/>
        <w:jc w:val="left"/>
      </w:pPr>
      <w:r>
        <w:rPr>
          <w:rFonts w:ascii="Times New Roman" w:hAnsi="Times New Roman" w:eastAsia="Times New Roman" w:cs="Times New Roman"/>
        </w:rPr>
        <w:t>Nan twa akonplisman istorik orijinal lagè pa prokurasyon sa yo, Antiochus Magnus te prezan nan chak batay. Yo souvan montre kijan etimoloji “Antiochus” la ansanm ak senbolis ki asosye ak wayòm Seleusid la kòm wa nò a idantifye Antiochus kòm yon senbòl antikris la—pap lavil Wòm nan. Men, nan istwa twa lagè pa prokurasyon yo, fanm movèz vi Tir la bliye; konsa, senbòl “pap” la ki reprezante nan non “Antiochus” la kanpe pou pouvwa pa prokurasyon li. Nan premye ak dènye batay yo, se Etazini k ap akonpli volonte Wòm ouvètman. Nan vèsè 11 la, pouvwa pa prokurasyon an se Nazism Ikrèn nan, men se te, e se toujou, bato ak cha Etazini yo ki soutni Zelenskyy nan lagè a. Sou sifas dezyèm lagè pa prokurasyon an, Etazini kache, menm jan pap la kache pandan swasanndis ane Ezayi 23 yo. Etazini kache nan menm istwa kote li devlope tout karakteristik bèt la, sa ki fè l pwofetikman apwopriye pou, yon fwa dezyèm lagè pa prokurasyon an ankou, Etazini vin kouvri pa pouvwa pa prokurasyon Nazism nan Ikrèn, byenke li rete fòs militè ak ekonomik bèt tè a ki soutni Ikrèn jouk nan destriksyon yo.</w:t>
      </w:r>
    </w:p>
    <w:p>
      <w:pPr>
        <w:pStyle w:val="ArticleBody"/>
        <w:jc w:val="left"/>
      </w:pPr>
      <w:r>
        <w:rPr>
          <w:rFonts w:ascii="Times New Roman" w:hAnsi="Times New Roman" w:eastAsia="Times New Roman" w:cs="Times New Roman"/>
        </w:rPr>
        <w:t>Lè wa nan sid la te ale Babilòn epi li te pran wa nan nò a an kaptivite, epi tou lè Jeneral Berthier te pran pap la an kaptivite, li te antre tou dwat nan Vatikan an, sa ki sijere lagè Ikrèn nan ap fini ak viktwa Putin nan nan yon moman kote tout rezistans ki soti nan men Ikrèn va deja elimine. Wayòm Ptolome te pran an se te Babilòn, epi wayòm Napoleyon te pran an se te Babilòn espirityèl. Konsa, wayòm Zelenskyy a reprezante pa sijè sa yo ki bay li sipò. Kounye a, depi Trump retire sipò cha, kavalye ak bato bèt tè a, sipò Ikrèn nan se Inyon Ewopeyen an, menm gwoup la ki pa t dispoze tande deklarasyon Putin yo konsènan trete ki te vyole a sou kestyon anvayisman NATO a.</w:t>
      </w:r>
    </w:p>
    <w:p>
      <w:pPr>
        <w:pStyle w:val="ArticleBody"/>
        <w:jc w:val="left"/>
      </w:pPr>
      <w:r>
        <w:rPr>
          <w:rFonts w:ascii="Times New Roman" w:hAnsi="Times New Roman" w:eastAsia="Times New Roman" w:cs="Times New Roman"/>
        </w:rPr>
        <w:t>Filozofi k ap gide eurokrat Inyon Ewopeyen an se mouvman Greenpeace la. Se poutèt sa, Zelenskyy vle di, “vèt.” Zelenskyy se chèf senbolik moun k ap fè lagè yo nan Inyon Ewopeyen an, ki ap gide pa ajanda mondyal san sajès ekolojis la. Lè lagè Ikrèn nan fini, Putin pral selebre non sèlman yon viktwa sou Ikrèn, men sou tout Inyon Ewopeyen an ak NATO tou.</w:t>
      </w:r>
    </w:p>
    <w:p>
      <w:pPr>
        <w:pStyle w:val="ArticleBody"/>
        <w:jc w:val="left"/>
      </w:pPr>
      <w:r>
        <w:rPr>
          <w:rFonts w:ascii="Times New Roman" w:hAnsi="Times New Roman" w:eastAsia="Times New Roman" w:cs="Times New Roman"/>
        </w:rPr>
        <w:t>Se poutèt sa, twa lagè pa pwokirasyon yo pote mak verite a. Nan premye ak dènye lagè pa pwokirasyon an, wa sid la sibi defèt atravè yon alyans ant bèt ki soti nan lanmè a ak bèt ki soti nan tè a nan Revelasyon trèz. Okòmansman, viktwa wa nò a te vini pa mwayen yon alyans ak yon pap konsèvatè, pap Vatikan I, ki, nan kontèks sekrè Fatima yo nan tradisyon katolik la, se pap blan an oswa bon pap la. Pap aktyèl la, ki, pandan m ap ekri sa a, sou kabann lanmò li, se yon pap Vatikan II, liberal, ki, nan kontèks sekrè Fatima yo, se pap nwa a oswa move pap la.</w:t>
      </w:r>
    </w:p>
    <w:p>
      <w:pPr>
        <w:pStyle w:val="ArticleBody"/>
        <w:jc w:val="left"/>
      </w:pPr>
      <w:r>
        <w:rPr>
          <w:rFonts w:ascii="Times New Roman" w:hAnsi="Times New Roman" w:eastAsia="Times New Roman" w:cs="Times New Roman"/>
        </w:rPr>
        <w:t>Vèsè katòz la fè konnen lè “vòlè pèp ou a” yo, ki leve tèt yo epi ki tonbe, antre nan listwa pwofetik la, vizyon an tabli. Nan akonplisman vèsè trèz rive kenz yo nan Batay Panyòm nan an 200 av. J.-K., Wòm payen an te mele tèt li nan kestyon ki te konsène menm batay sa a. Nan twa vèsè ki trete Batay Panyòm nan, vèsè katòz la idantifye se pa Wòm vizyon an tabli.</w:t>
      </w:r>
    </w:p>
    <w:p>
      <w:pPr>
        <w:pStyle w:val="ArticleBody"/>
        <w:jc w:val="left"/>
      </w:pPr>
      <w:r>
        <w:rPr>
          <w:rFonts w:ascii="Times New Roman" w:hAnsi="Times New Roman" w:eastAsia="Times New Roman" w:cs="Times New Roman"/>
        </w:rPr>
        <w:t>Nan Istwa Batay Panium lan, yon pap blan konsèvatè Vatikan I pral mete fòs li ansanm ak dènye nan uit prezidan yo ki te kòmanse nan epòk Reagan an, li menm ki te deja fè yon alyans ak yon pap konsèvatè Vatikan I. Yo te fè sa an 1989 pou fè ansyen Izin Sovyetik la tonbe, epi nan fen an yo fè sa pou fè dènye chèf menm wayòm sa a tonbe.</w:t>
      </w:r>
    </w:p>
    <w:p>
      <w:pPr>
        <w:pStyle w:val="ArticleBody"/>
        <w:jc w:val="left"/>
      </w:pPr>
      <w:r>
        <w:rPr>
          <w:rFonts w:ascii="Times New Roman" w:hAnsi="Times New Roman" w:eastAsia="Times New Roman" w:cs="Times New Roman"/>
        </w:rPr>
        <w:t>Nan ane Reagan yo, e avèk alyans ant pap Jan Pòl II ak Etazini, Jan Pòl II te vin kwè li se bon pap pwofesi Fatima yo te anonse a. Pouse pa konviksyon sa a, li te kòmanse vwayaje atravè lemond pou ankouraje sa li te konprann kòm yon akonplisman prediksyon Fatima yo. Konsa, li te vin pap ki te vwayaje plis pase tout lòt nan listwa, ansanm ak pap ki te pi rekonèt nan tout tan, pandan li t ap akonpli prediksyon Revelasyon trèz la ki di ta gen yon tan kote lemonn antye t ap sezi swiv bèt la. Pèsonaj piblik pap Jan Pòl II a se yon modèl pap konsèvatè Vatikan I la, ki antre nan yon alyans ak dènye prezidan Etazini an.</w:t>
      </w:r>
    </w:p>
    <w:p>
      <w:pPr>
        <w:pStyle w:val="ArticleBody"/>
        <w:jc w:val="left"/>
      </w:pPr>
      <w:r>
        <w:rPr>
          <w:rFonts w:ascii="Times New Roman" w:hAnsi="Times New Roman" w:eastAsia="Times New Roman" w:cs="Times New Roman"/>
        </w:rPr>
        <w:t>Se poutèt sa, youn nan karakteristik pwofetik pap Reagan kontanporen an se ke gen yon pwen kote imaj piblik li make kòm yon waymark. Mak sa a nan vèsè katòz la, lè vòlè pèp ou a etabli vizyon an. Pap Jan Pòl II akonpli yon karakteristik pwofetik antanke pap tout lemonn te sezi dèyè li, konsa li montre davans pap Vatikan I konsèvatè fen tan an ki antre nan yon alyans ak Trump. Lè sa rive, vizyon an etabli, e sa ki etabli vizyon an se lefèt ke pap la antre tèt li nan istwa Panium ak nan ane 200 anvan Kris la.</w:t>
      </w:r>
    </w:p>
    <w:p>
      <w:pPr>
        <w:pStyle w:val="ArticleBody"/>
        <w:jc w:val="left"/>
      </w:pPr>
      <w:r>
        <w:rPr>
          <w:rFonts w:ascii="Times New Roman" w:hAnsi="Times New Roman" w:eastAsia="Times New Roman" w:cs="Times New Roman"/>
        </w:rPr>
        <w:t>Kòmansman uit prezidan yo montre finisman uit prezidan yo, e jis anvan lwa dimanch lan nan vèsè sèz la, pwostitye Tir la ki te bliye a retounen nan istwa ouvè a pandan li fòme yon alyans ak kontrepati Reagan nan, Donald Trump. Ansanm, jan alyans Antiochus ak Filip Masedwàn nan reprezante sa, yo fè dènye jenerasyon wayòm sid la tonbe, jan wa timoun Ptolemy reprezante sa. Yon timoun nan pwofesi biblik se yon senbòl dènye jenerasyon an, epi apre lagè Ikrèn nan, Putin pral repete istwa wa sid yo ki leve anlè grasa viktwa militè epi ki pèdi chemen yo nan yon kalite dilèm ant legliz ak leta.</w:t>
      </w:r>
    </w:p>
    <w:p>
      <w:pPr>
        <w:pStyle w:val="ArticleBody"/>
        <w:jc w:val="left"/>
      </w:pPr>
      <w:r>
        <w:rPr>
          <w:rFonts w:ascii="Times New Roman" w:hAnsi="Times New Roman" w:eastAsia="Times New Roman" w:cs="Times New Roman"/>
        </w:rPr>
        <w:t>Konsa, vèsè dis la, ki reprezante ane 1989 ak premye lagè pa pwokirasyon an, se kòmansman an, oubyen premye lèt alfabè ebre a. Batay Rafya a nan vèsè onz la, ki reprezante lagè Ikrèn nan, se trèzyèm lèt nan alfabè ebre a. Nimewo 13 la se yon senbòl rebelyon, epi lame pa pwokirasyon an nan lagè Ikrèn nan se Nazi yo, premye senbòl rebelyon nan monn modèn nan. Panyòm se dènye lèt nan alfabè ebre a, ki gen ventde lèt. Konsa, mo ebre verite a, ki fòme lè yo mete ansanm premye, trèzyèm, ak ventdezyèm lèt alfabè a pou fòme mo ebre “verite” a, idantifye estrikti twa lagè pa pwokirasyon sa yo kòm verite. Ventdezyèm ak dènye lèt alfabè ebre a se yon senbòl divinite ki ini ak limanite, epi akonplisman Batay Panyòm nan nan tan ki pre a fèt pandan prezidans Trump. Trump se ventdezyèm prezidan ki te sèvi de manda.</w:t>
      </w:r>
    </w:p>
    <w:p>
      <w:pPr>
        <w:pStyle w:val="ArticleBody"/>
        <w:jc w:val="left"/>
      </w:pPr>
      <w:r>
        <w:rPr>
          <w:rFonts w:ascii="Times New Roman" w:hAnsi="Times New Roman" w:eastAsia="Times New Roman" w:cs="Times New Roman"/>
        </w:rPr>
        <w:t>Panium gen yon doub temwayaj konsènan yon alyans de-fwa, e nan toude referans yo alyans lan reprezante yon alyans ki idantifye yon relasyon yerachik ant de pati yo. Alyans ant Filip ak Antiochus te estratejik, avèk objektif pou konbat enfliyans Ptolemeyèn ak Women nan lès Mediterane a. Sepandan, kolaborasyon yo pa t santre sou Batay Panium nan li menm—Antiochus te mennen kanpay sa a pou kont li, san patisipasyon militè dirèk Filip. Wòl Filip te plis endirèk, li te bay sipò politik ak estratejik lè li te okipe alye Women ak Ptolemeyèn yo nan Lagrès ak nan Lanmè Ejeyen an, sa ki te pèmèt Antiochus konsantre sou Coele-Syria. Tout istoryen yo idantifye Antiochus kòm sila ki te pi pisan nan alyans lan, e se sèlman Antiochus menm ki te aktyèlman mennen batay la. Alyans yo a te konsène zòn pi laj ki te asosye ak ansyen wayòm Aleksann lan. Konsa, alyans lan gen yon chèf prensipal ak yon sibòdone pi ba, jan sa reprezante pa non Caesarea-Philippi a, non Panium te pote lè Kris t ap mache pami lèzòm. Se poutèt sa, Caesarea-Philippi aliyen ak Antiochus ak Filip, paske Seza te sila ki te pi pisan nan alyans lan ki te senbolize pa ni Caesar Augustus ni Ewòd Filip, tetrak la.</w:t>
      </w:r>
    </w:p>
    <w:p>
      <w:pPr>
        <w:pStyle w:val="ArticleBody"/>
        <w:jc w:val="left"/>
      </w:pPr>
      <w:r>
        <w:rPr>
          <w:rFonts w:ascii="Times New Roman" w:hAnsi="Times New Roman" w:eastAsia="Times New Roman" w:cs="Times New Roman"/>
        </w:rPr>
        <w:t>Mo “Tetrarch” la vle di chèf sou yon katriyèm pati. Seza t ap gouvène tout wayòm nan, epi Filip t ap gouvène sou yon katriyèm nan yon teritwa, konsa li mete senbòl Filip la nan yon relasyon sijektif nan alyans Panium ak Sezare Filip. Nan Ewòd Filip, nou wè senbòl de liy san, toude ki se senbòl yon relasyon alyans ki kase ak Bondye. Nou wè tou eko yon katriyèm nan divizyon wayòm Aleksann nan an kat pati, oswa kat tetrak. Filip vle di moun ki renmen chwal.</w:t>
      </w:r>
    </w:p>
    <w:p>
      <w:pPr>
        <w:pStyle w:val="ArticleBody"/>
        <w:jc w:val="left"/>
      </w:pPr>
      <w:r>
        <w:rPr>
          <w:rFonts w:ascii="Times New Roman" w:hAnsi="Times New Roman" w:eastAsia="Times New Roman" w:cs="Times New Roman"/>
        </w:rPr>
        <w:t>Nan Batay Panium nan, ki pral akonpli nan fen lagè Ikrèn nan, Antiochus Magnus la, Etazini pral defèt Larisi epi li pral antre nan yon alyans ak yon aktè ki pi piti, Filip reprezante. Aktè ki pi piti sa a pral enplike, men pa dirèkteman, nan batay la. Batay la pral ant Etazini ak Putin, sanble avèk yon koneksyon dirèk ak yon konfli relijye ki soti nan iritasyon ak ògèy Putin, jan sa ilistre ni pa Ptolome IV Filopatò apre Batay Raphia a, ni pa wa Ozyas nan Jida. Ptolome ak Ozyas te wa nan sid la ki te vin leve nan ògèy poutèt siksè militè yo, epi answit yo te vle pran sou yo yon travay sakre ki se sèlman prèt yo ki te dwe akonpli. Ozyas te resevwa lèp poutèt efò li yo, epi Ptolome, nan kòlè, te touye 50,000 Jwif nan Aleksandri.</w:t>
      </w:r>
    </w:p>
    <w:p>
      <w:pPr>
        <w:pStyle w:val="ArticleBody"/>
        <w:jc w:val="left"/>
      </w:pPr>
      <w:r>
        <w:rPr>
          <w:rFonts w:ascii="Times New Roman" w:hAnsi="Times New Roman" w:eastAsia="Times New Roman" w:cs="Times New Roman"/>
        </w:rPr>
        <w:t>Vèsè trèz la idantifye batay ki genyen ant dènye jenerasyon wa modèn kominote a, oswa kominis la, sètadi Larisi Vladimir Putin nan, ak Etazini. Trump genyen batay la, men li fè sa avèk yon alye ki soti nan yon katriyèm pati nan wayòm nan, ki an reyalite pa menm nan batay la. Nou prè pou rive nan konklizyon vèsè onz la, jan evènman aktyèl yo temwaye sa. Putin pral genyen laviktwa sou Ikrèn, jan sa reprezante pa Rafya. Apre sa, li pral kòmanse degradasyon pwogresif li, jan sa reprezante pa Ozyas yo mete nan yon kay jouk li mouri, akoz lalèp. Apre viktwa li nan Rafya an 217 anvan Jezikri, rèy Ptoleme IV Filopatò a te deteryore akòz koripsyon, depans depase, ak depandans sou konseye san konsyans. Li te mouri an 204 anvan Jezikri, petèt yo te asasinen li oswa yo te anpwazonnen li pa minis li yo, Sosibyis ak Agatoklès, kòm yon pati nan yon konplo pou asire pouvwa pou jenn pitit gason li a, Ptoleme V. Fen twoub sa a reflete enstabilite ak entrig ki te komen nan lakou wa elenis yo, e li make yon pwen vire enpòtan nan dekadans Lejip ptolemeyèn nan.</w:t>
      </w:r>
    </w:p>
    <w:p>
      <w:pPr>
        <w:pStyle w:val="ArticleBody"/>
        <w:jc w:val="left"/>
      </w:pPr>
      <w:r>
        <w:rPr>
          <w:rFonts w:ascii="Times New Roman" w:hAnsi="Times New Roman" w:eastAsia="Times New Roman" w:cs="Times New Roman"/>
        </w:rPr>
        <w:t>Yon karakteristik akonplisman espirityèl wa sid la, ki te tipifye pa akonplisman literal ki te fèt nan lit pou dominasyon mondyal apre lanmò Aleksann, se “revolisyon.” Lafrans vin wa sid espirityèl la nan peryòd Revolisyon fransèz la. Wa sid modèn nan, Larisi, te fèt nan Revolisyon ris la. Lefètke filozofi ki te entwodui nan Revolisyon fransèz la te vin matirite, soti nan anachi Revolisyon fransèz la rive nan kominis Revolisyon sovyetik la, sa se yon karakteristik wa sid la. Kominis te gaye atravè lemond pa mwayen revolisyon.</w:t>
      </w:r>
    </w:p>
    <w:p>
      <w:pPr>
        <w:pStyle w:val="ArticleBody"/>
        <w:jc w:val="left"/>
      </w:pPr>
      <w:r>
        <w:rPr>
          <w:rFonts w:ascii="Times New Roman" w:hAnsi="Times New Roman" w:eastAsia="Times New Roman" w:cs="Times New Roman"/>
        </w:rPr>
        <w:t>Nan tan modèn yo, CIA a, atravè itilizasyon Ajans ki Pa Gouvènmantal, te travay pou ranvèse nasyon atravè lemond, e plan etap pa etap yo te itilize repete a se sa yo rele revolisyon koulè. Wa sid la se yon pouvwa dragon, e globalis yo tou se pouvwa dragon an, epi revolisyon koulè CIA a se mak distenktif yon pouvwa dragon. Istwa Lafrans kòm wa sid espirityèl la genyen yon istwa inik ki make konklizyon liy pwofetik patikilye sa a.</w:t>
      </w:r>
    </w:p>
    <w:p>
      <w:pPr>
        <w:pStyle w:val="ArticleBody"/>
        <w:jc w:val="left"/>
      </w:pPr>
      <w:r>
        <w:rPr>
          <w:rFonts w:ascii="Times New Roman" w:hAnsi="Times New Roman" w:eastAsia="Times New Roman" w:cs="Times New Roman"/>
        </w:rPr>
        <w:t>Konklizyon sa a reprezante pa Napoléon. Revolisyon Franse a make kòmansman Lafrans kòm wa sid la, epi Napoléon make fen li. Istoryen yo idantifye yon seri etap ki te mennen Napoléon rive nan Waterloo li a, konsa yo montre yon fen pwogresif pou premye wa espirityèl sid la, kontrèman ak Babilòn ak Belchaza ki te pran nan yon sèl nwit. Premye Vladimir wa modèn sid la, Vladimir Lenin, te mouri pandan yon peryòd de zan akòz yon seri atak serebral. Gen moun ki sipoze Joseph Stalin te anpwazonnen l, menm jan gen moun ki sipoze Ptolome IV te anpwazonnen pa konseye li yo. Fen wa modèn sid la, jan sa te reprezante pa Inyon Sovyetik la, te akonpli tou pa yon revolisyon.</w:t>
      </w:r>
    </w:p>
    <w:p>
      <w:pPr>
        <w:pStyle w:val="ArticleBody"/>
        <w:jc w:val="left"/>
      </w:pPr>
      <w:r>
        <w:rPr>
          <w:rFonts w:ascii="Times New Roman" w:hAnsi="Times New Roman" w:eastAsia="Times New Roman" w:cs="Times New Roman"/>
        </w:rPr>
        <w:t>Pwotèstasyon nan Moskou ki te kontribye nan disparisyon Inyon Sovyetik la se te gwo rezistans piblik pandan Koudeta Out 1991 lan (19–21 out 1991). Evènman sa a, ki te santre sou defans Mezon Blanch lan ak lidèchip Boris Yeltsin, te dirèkteman febli liy di Sovyetik yo, te revele frajilite rejim nan, epi te akselere efondreman Inyon Sovyetik la. Byenke pwotestasyon ki te fèt pi bonè nan Moskou (pa egzanp, 1987–1990) ansanm ak Baltic Way la (1989) te ogmante elan an, pwotestasyon Out 1991 yo te pwen kritik desizif la nan Moskou, sa ki te mennen nan disolisyon Inyon Sovyetik la anvan fen 1991. Kòmansman Larisi kòm wa sid la kòmanse epi fini nan revolisyon. Fen Inyon Sovyetik la te yon dezentegrasyon pwogresif wayòm nan, menm jan sa te ye pou Ptolome, Ozyas, Napoléon, e menm Vladimir Lenin. Fen Putin se yon tonbe pwogresif, ki kòmanse tousuit apre lagè Ikrèn nan fini. Fen pa li rive nan Batay Panium nan, lè Etazini pran kontwòl wayòm nan, pandan l ap resevwa sipò nan men yon alye ki an reyalite pa nan batay la.</w:t>
      </w:r>
    </w:p>
    <w:p>
      <w:pPr>
        <w:pStyle w:val="ArticleBody"/>
        <w:jc w:val="left"/>
      </w:pPr>
      <w:r>
        <w:rPr>
          <w:rFonts w:ascii="Times New Roman" w:hAnsi="Times New Roman" w:eastAsia="Times New Roman" w:cs="Times New Roman"/>
        </w:rPr>
        <w:t>N ap kontinye liy sa yo nan atik k 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Nimewo De</dc:title>
  <dc:subject>Levé ak Chit Wa Sid la</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