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Nimewo Kat</w:t>
      </w:r>
    </w:p>
    <w:p>
      <w:pPr>
        <w:pStyle w:val="ArticleSubtitle"/>
        <w:jc w:val="left"/>
      </w:pPr>
      <w:r>
        <w:rPr>
          <w:rFonts w:ascii="Arial" w:hAnsi="Arial" w:eastAsia="Arial" w:cs="Arial"/>
        </w:rPr>
        <w:t>Yon Alyans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2025-03-04</w:t>
      </w:r>
    </w:p>
    <w:p>
      <w:pPr>
        <w:pStyle w:val="ArticleBody"/>
        <w:jc w:val="left"/>
      </w:pPr>
      <w:r>
        <w:rPr>
          <w:rFonts w:ascii="Times New Roman" w:hAnsi="Times New Roman" w:eastAsia="Times New Roman" w:cs="Times New Roman"/>
        </w:rPr>
        <w:t>Nan istwa Panyòm, yon alyans te fòme ant Antiòkis Magnus ak Filip nan Masedwàn. Batay la te mennen dirèkteman kont timoun wa Ptolemey V pa Antiòkis, epi Filip te kontribye nan sans ke lagè li t ap mennen nan lòt pati nan wayòm nan te anpeche lòt lame vini pote sekou bay timoun wa peyi Lejip la. Sa vle di ke Putin, dènye wa sid la—ke timoun wa peyi Lejip la te prefigire (timoun nan vle di dènye jenerasyon an nan sans pwofetik)—vin bat pa Trump, ki reprezante pa Antiòkis Magnus ki te bat Ptolemey V nan Panyòm, menm jan Reagan te bat Inyon Sovyetik la an 1989.</w:t>
      </w:r>
    </w:p>
    <w:p>
      <w:pPr>
        <w:pStyle w:val="ArticleBody"/>
        <w:jc w:val="left"/>
      </w:pPr>
      <w:r>
        <w:rPr>
          <w:rFonts w:ascii="Times New Roman" w:hAnsi="Times New Roman" w:eastAsia="Times New Roman" w:cs="Times New Roman"/>
        </w:rPr>
        <w:t>Filip vle di “yon moun ki renmen chwal,” epi “chwal” yo senbolize ni pouvwa militè ni pouvwa ekonomik. Chwal rale cha lagè epi sòlda monte sou yo; chwal transpòte machandiz tou pou mennen yo sou mache a. “Chwal” yo se yon senbòl “cha lagè, bato ak kavalye,” ki se senbòl prensipal Etazini nan relasyon pwokirasyon li avèk wa nò a, jan sa tabli nan vèsè karant la.</w:t>
      </w:r>
    </w:p>
    <w:p>
      <w:pPr>
        <w:pStyle w:val="ArticleBody"/>
        <w:jc w:val="left"/>
      </w:pPr>
      <w:r>
        <w:rPr>
          <w:rFonts w:ascii="Times New Roman" w:hAnsi="Times New Roman" w:eastAsia="Times New Roman" w:cs="Times New Roman"/>
        </w:rPr>
        <w:t>Alye Trump la gen de tipifikasyon nan Filip Masedwàn ak Ewòd Filip, Tetrak la. Kit se Ewòd Filip oswa Filip Masedwàn, senbòl la idantifye yon moun ki renmen pouvwa Seza oswa Antiòk, respektivman, ba li. Filip renmen chwal, e youn nan Filip yo te soti Masedwàn, ki te kenbe yon wòl santral ak fondamantal nan wayòm Aleksann Legran.</w:t>
      </w:r>
    </w:p>
    <w:p>
      <w:pPr>
        <w:pStyle w:val="ArticleBody"/>
        <w:jc w:val="left"/>
      </w:pPr>
      <w:r>
        <w:rPr>
          <w:rFonts w:ascii="Times New Roman" w:hAnsi="Times New Roman" w:eastAsia="Times New Roman" w:cs="Times New Roman"/>
        </w:rPr>
        <w:t>Se te peyi natal li, wayòm li te eritye nan men papa l, Filip II, epi pwen depa pou gwo anpi li a. Sitiye nan pati nò Lagrès, Masedwàn te gen yon karaktè apa kòm sant politik ak militè kote Aleksann te fèt (nan Pella, an 356 av. J.-K.) epi li te grandi; se la tou li te jwenn premye resous yo, fòs imen an, ak estrikti òganizasyonèl ki te alimante konkèt li yo. An rezime, Masedwàn te nwayo wayòm Aleksann nan—pwen depa li, motè militè li, ak rejyon ki te sèvi kòm fondasyon idantite li antanke yon wa masedonyen, menm lè anpi li a te vin pwolonje byen lwen depase fwontyè li yo.</w:t>
      </w:r>
    </w:p>
    <w:p>
      <w:pPr>
        <w:pStyle w:val="ArticleBody"/>
        <w:jc w:val="left"/>
      </w:pPr>
      <w:r>
        <w:rPr>
          <w:rFonts w:ascii="Times New Roman" w:hAnsi="Times New Roman" w:eastAsia="Times New Roman" w:cs="Times New Roman"/>
        </w:rPr>
        <w:t>Masedwàn reprezante zòn nò a nan wayòm Aleksann lan ki te divize an kat pati. Konsa, yon Filip se Tetrak la, sa vle di “yon katriyèm pati,” epi lòt Filip la se “yon katriyèm” nan kat van yo nan ansyen anpi Aleksann lan.</w:t>
      </w:r>
    </w:p>
    <w:p>
      <w:pPr>
        <w:pStyle w:val="ArticleBody"/>
        <w:jc w:val="left"/>
      </w:pPr>
      <w:r>
        <w:rPr>
          <w:rFonts w:ascii="Times New Roman" w:hAnsi="Times New Roman" w:eastAsia="Times New Roman" w:cs="Times New Roman"/>
        </w:rPr>
        <w:t>Ewòd reprezante yon moun ki rejte alyans lan. Ezaou, liy san ki mennen rive jouk sou Ewòd, te rejte dwa nesans li. Depi nan kòmansman menm istwa yon pèp alyans Bondye te chwazi a, Ezaou vin tounen yon senbòl pou sila yo ki rejte alyans Kris la te mouri pou l konfime a. Jis nan moman kote Bondye t apral elaji pèp alyans li te chwazi a pou l fè l tounen douz branch fanmi, Ezaou te leve nan rebelyon. Nan fen ansyen Izrayèl la, lè sou kwa a Jwif yo te deklare yo pa t gen “okenn lòt wa pase Seza,” nasyon jwif la te vin tounen senbòl final la sa Ezaou te deja prefigure nan kòmansman an. Pye fanmi Ewòd la fòme ak liy san Ezaou ak Jwif yo, yon liy san yon moun rebèl ki vyole alyans te senbolize nan kòmansman an, epi yon pèp alyans rebèl te senbolize nan fen an.</w:t>
      </w:r>
    </w:p>
    <w:p>
      <w:pPr>
        <w:pStyle w:val="ArticleBody"/>
        <w:jc w:val="left"/>
      </w:pPr>
      <w:r>
        <w:rPr>
          <w:rFonts w:ascii="Times New Roman" w:hAnsi="Times New Roman" w:eastAsia="Times New Roman" w:cs="Times New Roman"/>
        </w:rPr>
        <w:t>Ewòd Gran an te enpoze taks ki te mennen Jozèf ak Mari Betleyèm, epi youn nan twa pitit gason li yo, Ewòd Antipas, pitit Ewòd Gran an, te gouvène pandan tan kwa a. Peryòd lavi Kris la depi nesans Li jouk lanmò Li reprezante senbolikman pa fanmi Ewòd la, konsa sa idantifye listwa a kòm tan vizitasyon pèp eli a, yon vizitasyon Jwif yo, an jeneral, pa t janm wè.</w:t>
      </w:r>
    </w:p>
    <w:p>
      <w:pPr>
        <w:pStyle w:val="ArticleBody"/>
        <w:jc w:val="left"/>
      </w:pPr>
      <w:r>
        <w:rPr>
          <w:rFonts w:ascii="Times New Roman" w:hAnsi="Times New Roman" w:eastAsia="Times New Roman" w:cs="Times New Roman"/>
        </w:rPr>
        <w:t>Ewòd Legran te touye timoun yo kòm repons ak nesans Jezi a, konsa li te repete istwa nesans Moyiz la, lè Lejip t ap touye timoun yo. Premye masak timoun yo te yon tantativ pou touye sila yo t ap tann kòm eli a, e dènye masak timoun yo te ankò yon tantativ pou touye sila yo t ap tann kòm eli a. San karannkat mil yo chante chan Moyiz la ak Ti Mouton an, epi nan sans pwofetik yon “chan” reprezante yon eksperyans. San karannkat mil yo ap viv nan yon peryòd ki genyen eksperyans paralèl. Youn nan paralèl sa yo te rive 22 janvye 1973, avèk yon desizyon Lakou Siprèm ki te pèmèt avòtman Ozetazini. Nan karantnèf ane ki te swiv yo, anviwon 66 milyon kandida potansyèl pou yo te pami san karannkat mil yo te masakre atravè avòtman gouvènman federal la te sanksyone.</w:t>
      </w:r>
    </w:p>
    <w:p>
      <w:pPr>
        <w:pStyle w:val="ArticleBody"/>
        <w:jc w:val="left"/>
      </w:pPr>
      <w:r>
        <w:rPr>
          <w:rFonts w:ascii="Times New Roman" w:hAnsi="Times New Roman" w:eastAsia="Times New Roman" w:cs="Times New Roman"/>
        </w:rPr>
        <w:t>Pouvwa senbolize fòs militè:</w:t>
      </w:r>
    </w:p>
    <w:p>
      <w:pPr>
        <w:pStyle w:val="ArticleScripture"/>
        <w:jc w:val="left"/>
      </w:pPr>
      <w:r>
        <w:rPr>
          <w:rFonts w:ascii="Times New Roman" w:hAnsi="Times New Roman" w:eastAsia="Times New Roman" w:cs="Times New Roman"/>
        </w:rPr>
        <w:t>Bèt mwen te wè a te sanble ak yon leyopa; pye li yo te tankou pye yon lous, e bouch li tankou bouch yon lyon; epi dragon an te ba li pisans li, twòn li, ak gwo otorite. Revelasyon 13:2.</w:t>
      </w:r>
    </w:p>
    <w:p>
      <w:pPr>
        <w:pStyle w:val="ArticleBody"/>
        <w:jc w:val="left"/>
      </w:pPr>
      <w:r>
        <w:rPr>
          <w:rFonts w:ascii="Times New Roman" w:hAnsi="Times New Roman" w:eastAsia="Times New Roman" w:cs="Times New Roman"/>
        </w:rPr>
        <w:t>Dragon an, ki se Wòm payen, te bay papote a twa bagay, sètadi “pouvwa li, ak chèz li, ak gwo otorite.” Nan vèsè douz la, Etazini, bèt ki soti sou tè a, reprezante kòm k ap egzèse tout “pouvwa” bèt ki te anvan li a. Men, mo “pouvwa” nan vèsè de a se yon lòt mo grèk diferan de mo yo tradui kòm “pouvwa” nan vèsè douz la. Nan vèsè de a, “pouvwa” a se G1722: sa vle di devan fas a fas ak (literalman oswa nan sans figire): nan prezans (nan je) de.</w:t>
      </w:r>
    </w:p>
    <w:p>
      <w:pPr>
        <w:pStyle w:val="ArticleBody"/>
        <w:jc w:val="left"/>
      </w:pPr>
      <w:r>
        <w:rPr>
          <w:rFonts w:ascii="Times New Roman" w:hAnsi="Times New Roman" w:eastAsia="Times New Roman" w:cs="Times New Roman"/>
        </w:rPr>
        <w:t>Mo “pouvwa” ki nan vèsè douz la se yon lòt mo grèk.</w:t>
      </w:r>
    </w:p>
    <w:p>
      <w:pPr>
        <w:pStyle w:val="ArticleScripture"/>
        <w:jc w:val="left"/>
      </w:pPr>
      <w:r>
        <w:rPr>
          <w:rFonts w:ascii="Times New Roman" w:hAnsi="Times New Roman" w:eastAsia="Times New Roman" w:cs="Times New Roman"/>
        </w:rPr>
        <w:t>Epi li egzèse tout pouvwa premye bèt la devan li, epi li fè tè a ak tout moun ki abite sou li adore premye bèt la, ki te gen blesi mòtyèl li a geri. Revelasyon 13:12.</w:t>
      </w:r>
    </w:p>
    <w:p>
      <w:pPr>
        <w:pStyle w:val="ArticleBody"/>
        <w:jc w:val="left"/>
      </w:pPr>
      <w:r>
        <w:rPr>
          <w:rFonts w:ascii="Times New Roman" w:hAnsi="Times New Roman" w:eastAsia="Times New Roman" w:cs="Times New Roman"/>
        </w:rPr>
        <w:t>Mo “pouvwa” G1832 la isit la vle di, (nan sans kapasite); privilèj, sa vle di, enfliyans delege: otorite, jiridiksyon, libète, pouvwa, dwa, fòs. Mo “pouvwa” ki nan vèsè douz la idantifye bèt ki sòti sou tè a kòm otorite delege bèt ki sòti nan lanmè a—Etazini se reprezantan pwokirasyon bèt ki sòti nan lanmè a. Etazini egzèse tout otorite delege premye bèt la. Nan vèsè de a, Wòm payen an te bay papote a twa bagay. Klovis te bay papote a pisans militè ak ekonomik li an 496 nan Batay Tolbyak. Konstanten te bay “syèj” anpi a ale an 330, epi Jistenyen te idantifye pap la kòm korektè eretik yo ak tèt legliz yo pa yon dekrè an 533. Klovis an 496 se yon tip Reagan an 1989. Reagan se yon tip Trump.</w:t>
      </w:r>
    </w:p>
    <w:p>
      <w:pPr>
        <w:pStyle w:val="ArticleBody"/>
        <w:jc w:val="left"/>
      </w:pPr>
      <w:r>
        <w:rPr>
          <w:rFonts w:ascii="Times New Roman" w:hAnsi="Times New Roman" w:eastAsia="Times New Roman" w:cs="Times New Roman"/>
        </w:rPr>
        <w:t>Dapre Grégoire de Tours (ki t ap ekri prèske yon syèk pita), Clovis t ap pèdi batay la e, nan dezespwa li, li te rele sou Bondye katolik la pou mande sekou. Madanm li, Clotilde, te yon prensès burgondyen katolik ki t ap ankouraje l pou l konvèti soti nan paganism. Clovis te fè ve ke, si li te genyen, li t ap anbrase Katolik la. Kouran batay la te vire—kit se pa entèvansyon diven, kit se pa estrateji militè—epi Clovis te bat Alemanni yo, li touye wa yo a epi li gaye fòs yo. Fidèl ak ve li a, li te konvèti nan Katolik la epi li te resevwa batèm, dapre tradisyon sou Jou Nwèl 496 nan Reims pa Evèk Remigius (St. Remi).</w:t>
      </w:r>
    </w:p>
    <w:p>
      <w:pPr>
        <w:pStyle w:val="ArticleBody"/>
        <w:jc w:val="left"/>
      </w:pPr>
      <w:r>
        <w:rPr>
          <w:rFonts w:ascii="Times New Roman" w:hAnsi="Times New Roman" w:eastAsia="Times New Roman" w:cs="Times New Roman"/>
        </w:rPr>
        <w:t>Konvèsyon li te make yon pwen tounan, li te fè Klovis tounen premye wa katolik pami chèf jèrmen yo (kontrèman ak Vizigòt yo oswa Ostrogòt yo, ki te kretyen aryen). Sa te mete Frank yo an akò ak Legliz Wòm nan, epi sa te fè li jwenn soutyen popilasyon galo-women an ansanm ak papote a. Batèm Klovis la souvan konsidere kòm “nesans Lafrans” nan sans senbolik, kòm yon nasyon katolik, sa ki te fè li diferan de lòt wayòm barbar yo ki te kenbe aryanis oswa paganism. Se poutèt sa, katolisism rele Lafrans “premye pitit Legliz katolik la”, epi tou “pi gran pitit fi Legliz katolik la.”</w:t>
      </w:r>
    </w:p>
    <w:p>
      <w:pPr>
        <w:pStyle w:val="ArticleBody"/>
        <w:jc w:val="left"/>
      </w:pPr>
      <w:r>
        <w:rPr>
          <w:rFonts w:ascii="Times New Roman" w:hAnsi="Times New Roman" w:eastAsia="Times New Roman" w:cs="Times New Roman"/>
        </w:rPr>
        <w:t>Lè Clovis te vin premye pouvwa pwokirasyon papasi a an 496, li te prefigire Reagan ki te vin pouvwa pwokirasyon an an 1989. Nan istwa Reagan ak pap Jan Pòl II, yo te fòme yon alyans sekrè avèk objektif pou fè wa sid la tonbe. Depi 1798 rive jis nan lwa dimanch lan, jennès Tir la rete kache, e se menm jennès sa a menm ki remonte rasin li yo jis nan Masedwàn, wayòm ki pi nò a. Li se wa nò a, kache nan sans pwofetik, men li toujou ap deklare tèt li enfayib.</w:t>
      </w:r>
    </w:p>
    <w:p>
      <w:pPr>
        <w:pStyle w:val="ArticleBody"/>
        <w:jc w:val="left"/>
      </w:pPr>
      <w:r>
        <w:rPr>
          <w:rFonts w:ascii="Times New Roman" w:hAnsi="Times New Roman" w:eastAsia="Times New Roman" w:cs="Times New Roman"/>
        </w:rPr>
        <w:t>Pap la reprezante tou «moun ki abandone alyans lan», ki, byenke pwofetikman kache pandan tout twa lagè pwokirasyon yo, pral finalman parèt aklè nan istwa Batay Panium nan. Nan tranzisyon ant Wòm Enperyal ak Wòm papal la, Danyèl idantifye moman kote Wòm payen t ap rive nan fen tan li kòm katriyèm wayòm pwofesi biblik la.</w:t>
      </w:r>
    </w:p>
    <w:p>
      <w:pPr>
        <w:pStyle w:val="ArticleScripture"/>
        <w:jc w:val="left"/>
      </w:pPr>
      <w:r>
        <w:rPr>
          <w:rFonts w:ascii="Times New Roman" w:hAnsi="Times New Roman" w:eastAsia="Times New Roman" w:cs="Times New Roman"/>
        </w:rPr>
        <w:t>Paske bato Kitim yo pral vini kont li; se poutèt sa li pral lapenn, li pral tounen, epi li pral gen endiyasyon kont alyans sen an; se konsa li pral fè; li pral menm tounen, epi li pral antann li ak moun ki abandone alyans sen an. Danyèl 11:30.</w:t>
      </w:r>
    </w:p>
    <w:p>
      <w:pPr>
        <w:pStyle w:val="ArticleBody"/>
        <w:jc w:val="left"/>
      </w:pPr>
      <w:r>
        <w:rPr>
          <w:rFonts w:ascii="Times New Roman" w:hAnsi="Times New Roman" w:eastAsia="Times New Roman" w:cs="Times New Roman"/>
        </w:rPr>
        <w:t>Nan vèsè a, “moun ki abandone alyans sen an,” se legliz Katolik la. Moun ki abandone alyans sen an se legliz Pègam Jan revelatè a, legliz ki fè konpwomi a, ki dapre Pòl te gen pou l tonbe nan apostazi anvan nonm peche a ta revele. Katolisism se moun ki te abandone alyans lan, jan sa reprezante pa atak yo te mennen kont Pawòl Bondye a, ansanm ak Saba setyèm jou a, ki toude te sibi atak pwogresif depi nan epòk Konstanten an e apre sa. Pi bonè nan chapit onz la, yo fè referans ak “alyans” lan tou.</w:t>
      </w:r>
    </w:p>
    <w:p>
      <w:pPr>
        <w:pStyle w:val="ArticleScripture"/>
        <w:jc w:val="left"/>
      </w:pPr>
      <w:r>
        <w:rPr>
          <w:rFonts w:ascii="Times New Roman" w:hAnsi="Times New Roman" w:eastAsia="Times New Roman" w:cs="Times New Roman"/>
        </w:rPr>
        <w:t>Kè toude wa sa yo ap gen kè yo pou fè mechanste, e yo va pale manti sou yon sèl tab; men sa p ap reyisi, paske fen an va rive nan tan ki fikse a. Lè sa a, li va tounen nan peyi pa l avèk gwo richès; epi kè li va leve kont alyans sen an; li va fè gwo zak, epi li va tounen nan pwòp peyi pa l. Nan tan ki fikse a li va retounen, epi li va vini bò sid; men sa p ap tankou premye fwa a, ni tankou dènye fwa a. Danyèl 11:27–29.</w:t>
      </w:r>
    </w:p>
    <w:p>
      <w:pPr>
        <w:pStyle w:val="ArticleBody"/>
        <w:jc w:val="left"/>
      </w:pPr>
      <w:r>
        <w:rPr>
          <w:rFonts w:ascii="Times New Roman" w:hAnsi="Times New Roman" w:eastAsia="Times New Roman" w:cs="Times New Roman"/>
        </w:rPr>
        <w:t>Nan vèsè sa yo, “li” retounen nan pwòp peyi pa li, epi apre sa, pita, li retounen ankò nan pwòp peyi pa li. De retou sa yo reprezante de viktwa ki te vin apre pa yon “retou” triyonfal nan vil Wòm. Premye a se te Batay Aktiyòm nan an 31 anvan Jezikri kont Antwàn ak Kleopat, epi dezyèm nan te fèt apre destriksyon Jerizalèm an 70 apre Jezikri. “Tan fikse” ki nan vèsè yo se ane 330, ki make konklizyon “tan” pwofetik vèsè vennkat la, ki egal ak twasan swasant ane.</w:t>
      </w:r>
    </w:p>
    <w:p>
      <w:pPr>
        <w:pStyle w:val="ArticleBody"/>
        <w:jc w:val="left"/>
      </w:pPr>
      <w:r>
        <w:rPr>
          <w:rFonts w:ascii="Times New Roman" w:hAnsi="Times New Roman" w:eastAsia="Times New Roman" w:cs="Times New Roman"/>
        </w:rPr>
        <w:t>De wa ki pale manti bò yon sèl tab fè sa anvan “tan ki fikse a,” “paske fen an ap toujou vini nan tan ki fikse a.” Yon kestyon ki ta dwe konsidere se sa vèsè a vle di lè li deklare: “Lè sa a, l ap retounen nan peyi li ak gwo richès?” Èske sa vle di nan tan ki fikse a, lè sa a, l ap retounen; oswa èske sa vle di depi de wa yo fin pale manti bò tab la, lè sa a, l ap retounen, e kidonk retou a fèt anvan tan ki fikse a.</w:t>
      </w:r>
    </w:p>
    <w:p>
      <w:pPr>
        <w:pStyle w:val="ArticleBody"/>
        <w:jc w:val="left"/>
      </w:pPr>
      <w:r>
        <w:rPr>
          <w:rFonts w:ascii="Times New Roman" w:hAnsi="Times New Roman" w:eastAsia="Times New Roman" w:cs="Times New Roman"/>
        </w:rPr>
        <w:t>Uriyah Smith idantifye de retou yo kòm 31 anvan Jezikri ak 70 apre Jezikri, sa ki reprezante yon istwa anvan ane 330, ki se tan ki fikse a. Smith montre tou ke “retou” vèsè vennnèf la se apre 330, e ke li pa reyisi menm jan ak retou ki te swiv batay Aksyon an ak Jerizalèm. Sa sa vle di, se ke anvan tan ki fikse a, gen yon rankont kote yo di manti, epi apre sa youn nan de wa ki t ap di manti yo retounen avèk anpil richès; apre sa li leve kont alyans sen an, li fè gwo zak, epi li retounen nan ane 330, ki se tan ki fikse a.</w:t>
      </w:r>
    </w:p>
    <w:p>
      <w:pPr>
        <w:pStyle w:val="ArticleBody"/>
        <w:jc w:val="left"/>
      </w:pPr>
      <w:r>
        <w:rPr>
          <w:rFonts w:ascii="Times New Roman" w:hAnsi="Times New Roman" w:eastAsia="Times New Roman" w:cs="Times New Roman"/>
        </w:rPr>
        <w:t>Apre sa, li atake sid la, men sa p ap menm jan ak batay Aktium lan ni ak destriksyon Jerizalèm nan. Istwa ane 70 aprè Jezikri a, nan vèsè yo, dekri fen pèp alyans Bondye te chwazi a, jan sa reprezante pa “alyans sen an” nan pasaj la. Nan vèsè trant, Wòm payen an gen antant ak moun ki vire do bay alyans sen an. Ane 70 aprè Jezikri a te vrèman fen ansyen Izrayèl literal la kòm pèp alyans Bondye a, epi vèsè trant lan ap idantifye listwa kat syèk apre ane 70 aprè Jezikri a. Moun ki vire do bay alyans lan nan listwa ki reprezante nan vèsè trant lan, se moun ki vire do bay alyans Bondye te antre ladan l ak pèp kretyen Li a. Wòm papal la se legliz la ki reprezante kòm moun ki vire do bay alyans sen an nan vèsè trant lan.</w:t>
      </w:r>
    </w:p>
    <w:p>
      <w:pPr>
        <w:pStyle w:val="ArticleScripture"/>
        <w:jc w:val="left"/>
      </w:pPr>
      <w:r>
        <w:rPr>
          <w:rFonts w:ascii="Times New Roman" w:hAnsi="Times New Roman" w:eastAsia="Times New Roman" w:cs="Times New Roman"/>
        </w:rPr>
        <w:t>Paske bato Kitim yo va vini kont li; se poutèt sa, li va nan lapenn, li va retounen, epi li va fache kont alyans ki sen an; se konsa li va fè; li va menm retounen, epi li va antre an konivans avèk moun ki vire do bay alyans ki sen an. Danyèl 11:30.</w:t>
      </w:r>
    </w:p>
    <w:p>
      <w:pPr>
        <w:pStyle w:val="ArticleBody"/>
        <w:jc w:val="left"/>
      </w:pPr>
      <w:r>
        <w:rPr>
          <w:rFonts w:ascii="Times New Roman" w:hAnsi="Times New Roman" w:eastAsia="Times New Roman" w:cs="Times New Roman"/>
        </w:rPr>
        <w:t>Vèsè vennnèf la mennen nou nan ane 330, ki te tan fikse a, jan sa te akonpli lè Constantin te deplase vil kapital la pou Konstantinòp. Nan siy referans sa a, lavil Wòm payen an t ap antre nan yon lagè nan sid la ki pa t ap reyisi menm jan Aktyòm ak Jerizalèm te reyisi. Apre sa, nan vèsè trant lan, Wòm payen an sibi atak Genserik, ki te lanse lagè naval li soti Kitim, ki jodi a yo rekonèt kòm Kartaj. Lagè sa a kont Wòm payen an te reprezante tou kòm dezyèm twonpèt la nan sèt twonpèt yo nan liv Revelasyon an. Premye kat nan pouvwa twonpèt sa yo te mennen Wòm Lwès la rive nan fen li an 476. Pami kat premye twonpèt sa yo, dezyèm twonpèt la, ki se bato Kitim yo, te pi sevè a, paske Genserik te pran kontwòl lanmè yo, epi richès Anpi a te seche.</w:t>
      </w:r>
    </w:p>
    <w:p>
      <w:pPr>
        <w:pStyle w:val="ArticleBody"/>
        <w:jc w:val="left"/>
      </w:pPr>
      <w:r>
        <w:rPr>
          <w:rFonts w:ascii="Times New Roman" w:hAnsi="Times New Roman" w:eastAsia="Times New Roman" w:cs="Times New Roman"/>
        </w:rPr>
        <w:t>Konfwonte e atriste pa bato Kittim yo, li retounen epi li gen endiyasyon kont alyans sen an. Sa te akonpli nan istwa ki mennen rive nan bay papote a pouvwa an 538, atravè yon lagè kont Pawòl Bondye a. Apre sa, li retounen epi li gen “entèlijans ak sila yo ki vire do bay alyans sen an.” Entèraksyon sa a ant Wòm payen ak Wòm papal la te akonpli an 533 avèk dekrè Jistinyen an. Vèsè ki vin apre a, vèsè trant-yon an, kontinye epi li montre kijan Wòm payen te “atriste.” Nan 2 Tesalonisyen, Pòl anseye ke Wòm payen te “kenbe” papote a pou l pa pran kontwòl an 538. Apre li fin atriste pa yon atak ki soti nan lanmè yo, ki kraze ekonomi wayòm nan, li gen endiyasyon kont alyans sen an, epi li gen entèlijans ak sila yo ki vire do bay alyans lan. Nan vèsè ki vin apre yo, “zam” yo, ki reprezante pouvwa yo te bay papote a an 496 pa Klovis, leve kanpe epi yo pwofane tanp fòs la, ki nan listwa te reprezante vil Wòm nan; epi apre sa Wòm payen t ap retire relijyon payanis la (sakrifis kontinyèl la) nan domèn nan epi ranplase li ak Katolisism, epi apre sa yo mete papote a sou twòn nan an 538.</w:t>
      </w:r>
    </w:p>
    <w:p>
      <w:pPr>
        <w:pStyle w:val="ArticleBody"/>
        <w:jc w:val="left"/>
      </w:pPr>
      <w:r>
        <w:rPr>
          <w:rFonts w:ascii="Times New Roman" w:hAnsi="Times New Roman" w:eastAsia="Times New Roman" w:cs="Times New Roman"/>
        </w:rPr>
        <w:t>Lè pouvwa pap la te vin etabli an 538, li te bay ni yon temwayaj pwofetik, ni yon temwayaj istorik, ki reprezante nan vèsè n ap konsidere yo. Ane 538 la se yon tip ki koresponn ak 31 av. J.-K. ak Batay Actium nan. Nan Danyèl chapit uit, vèsè nèf, Wòm payen an t ap konkeri twa obstak jewografik pou pran twòn tè a. Premye a se te Siri nan bò solèy leve a; apre sa, Jida ak Jerizalèm, epi answit Lejip nan Batay Actium nan. Wòm papal la tou t ap fè yo retire twa kòn, twazyèm nan se te Gòt yo, yo menm yo te chase soti nan vil Wòm nan an 538. Wòm payen an ak Wòm papal la bay de temwen ki idantifye ke Batay Actium nan aliyen ak 538, epi 538 ilistre lwa dimanch lan Ozetazini, lè Wòm modèn ap dirije avèk sipremasi jiskaske tan gras la fèmen.</w:t>
      </w:r>
    </w:p>
    <w:p>
      <w:pPr>
        <w:pStyle w:val="ArticleBody"/>
        <w:jc w:val="left"/>
      </w:pPr>
      <w:r>
        <w:rPr>
          <w:rFonts w:ascii="Times New Roman" w:hAnsi="Times New Roman" w:eastAsia="Times New Roman" w:cs="Times New Roman"/>
        </w:rPr>
        <w:t>Nou fin fè yon apèsi sou vèsè vennsèt rive tranteyen.</w:t>
      </w:r>
    </w:p>
    <w:p>
      <w:pPr>
        <w:pStyle w:val="ArticleBody"/>
        <w:jc w:val="left"/>
      </w:pPr>
      <w:r>
        <w:rPr>
          <w:rFonts w:ascii="Times New Roman" w:hAnsi="Times New Roman" w:eastAsia="Times New Roman" w:cs="Times New Roman"/>
        </w:rPr>
        <w:t>Nan pwochen atik la, nou pral konsantre sou vèsè sa yo epi kòmanse travay pou aliyen pasaj la ak istwa vèsè onz rive kenz 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Nimewo Kat</dc:title>
  <dc:subject>Yon Alyans</dc:subject>
  <dc:creator>Jeff Pippenger</dc:creator>
  <cp:keywords/>
  <dc:description>Generated by ArticleDigger from panium\04_panium.json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