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Nimewo Onz Onz</w:t>
      </w:r>
    </w:p>
    <w:p>
      <w:pPr>
        <w:pStyle w:val="ArticleSubtitle"/>
        <w:jc w:val="left"/>
      </w:pPr>
      <w:r>
        <w:rPr>
          <w:rFonts w:ascii="Arial" w:hAnsi="Arial" w:eastAsia="Arial" w:cs="Arial"/>
        </w:rPr>
        <w:t>Onz, Onz: Temwayaj Pwofetik Danyèl ak Revelasyon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Sa fè lontan depi m rive nan pwen sa a nan etid Panium lan, e tit “Onz, Onz” lan gen entansyon mete anfaz sou lefèt ke Lyon tribi Jida a te kowòdone ni liv Danyèl la ni liv Revelasyon an pou tabli liy entèn ak liy ekstèn istwa sele pèp Bondye a nan onzyèm chapit ak onzyèm vèsè a. Menm anvan tan gras la fèmen, te gen yon kòmandman pou dese sele pwofesi ki nan Revelasyon an, ki te sele jouk rive nan tan kote istwa pwofetik entèn ak ekstèn yo, ki reprezante pa de liy onz—onz yo, yo jwenn nan liv Danyèl ak Revelasyon an, te vin tounen verite prezan.</w:t>
      </w:r>
    </w:p>
    <w:p>
      <w:pPr>
        <w:pStyle w:val="ArticleScripture"/>
        <w:jc w:val="left"/>
      </w:pPr>
      <w:r>
        <w:rPr>
          <w:rFonts w:ascii="Times New Roman" w:hAnsi="Times New Roman" w:eastAsia="Times New Roman" w:cs="Times New Roman"/>
        </w:rPr>
        <w:t>Li di m: Pa sele pawòl pwofesi liv sa a ak so; paske tan an pre. Moun ki enjis la, se pou l kontinye fè enjistis toujou; epi moun ki sal la, se pou l kontinye rete sal toujou; epi moun ki jis la, se pou l kontinye pratike jistis toujou; epi moun ki sen an, se pou l kontinye viv nan sentete toujou. Revelasyon 22:10, 11.</w:t>
      </w:r>
    </w:p>
    <w:p>
      <w:pPr>
        <w:pStyle w:val="ArticleBody"/>
        <w:jc w:val="left"/>
      </w:pPr>
      <w:r>
        <w:rPr>
          <w:rFonts w:ascii="Times New Roman" w:hAnsi="Times New Roman" w:eastAsia="Times New Roman" w:cs="Times New Roman"/>
        </w:rPr>
        <w:t>“tan an rive” jis anvan fen tan gras la, epi “tan an rive” lè “Revelasyon Jezikri a” vin sele.</w:t>
      </w:r>
    </w:p>
    <w:p>
      <w:pPr>
        <w:pStyle w:val="ArticleScripture"/>
        <w:jc w:val="left"/>
      </w:pPr>
      <w:r>
        <w:rPr>
          <w:rFonts w:ascii="Times New Roman" w:hAnsi="Times New Roman" w:eastAsia="Times New Roman" w:cs="Times New Roman"/>
        </w:rPr>
        <w:t>Revelasyon Jezikri a, Bondye te bay li sa, pou montre sèvitè li yo bagay ki dwe rive talè konsa; epi li te voye fè l konnen sa pa mwayen zanj li bay sèvitè li Jan: li menm ki rann temwayaj konsènan pawòl Bondye a, ak temwayaj Jezikri a, ak tout bagay li te wè yo. Benediksyon pou moun ki li a, ak pou moun ki tande pawòl pwofesi sa a, epi ki kenbe bagay ki ekri ladan li yo; paske tan an toupre. Revelasyon 1:1–3.</w:t>
      </w:r>
    </w:p>
    <w:p>
      <w:pPr>
        <w:pStyle w:val="ArticleBody"/>
        <w:jc w:val="left"/>
      </w:pPr>
      <w:r>
        <w:rPr>
          <w:rFonts w:ascii="Times New Roman" w:hAnsi="Times New Roman" w:eastAsia="Times New Roman" w:cs="Times New Roman"/>
        </w:rPr>
        <w:t>Lè Lyon branch fanmi Jida a ouvri sele sou “Revelasyon Jezikri a,” jan Li ap fè sa depi lè mesaj Kri Minwi a te rive an Jiyè 2023, ouvèti sele sa a gen ladan l revelasyon ke Li se “Palmoni,” Mèveye Moun ki Konte a, oswa Moun ki Konte Sekrè yo. Echèk pou aksepte verite sa a se echwe pwosesis eprèv la ki sele san karannkat mil yo.</w:t>
      </w:r>
    </w:p>
    <w:p>
      <w:pPr>
        <w:pStyle w:val="ArticleScripture"/>
        <w:jc w:val="left"/>
      </w:pPr>
      <w:r>
        <w:rPr>
          <w:rFonts w:ascii="Times New Roman" w:hAnsi="Times New Roman" w:eastAsia="Times New Roman" w:cs="Times New Roman"/>
        </w:rPr>
        <w:t>Mwen menm, mwen batize nou ak dlo pou repantans; men sila a k ap vini apre mwen an pi pwisan pase mwen; mwen pa diy pou m pote soulye li; li menm, l ap batize nou ak Sentespri a ak dife. Li gen laye li nan men li, e li pral netwaye glasi li nètale; l ap ranmase ble li nan depo a; men pay la, l ap boule l ak yon dife ki pa ka etenn. Matye 3:11, 12.</w:t>
      </w:r>
    </w:p>
    <w:p>
      <w:pPr>
        <w:pStyle w:val="ArticleScripture"/>
        <w:jc w:val="left"/>
      </w:pPr>
      <w:r>
        <w:rPr>
          <w:rFonts w:ascii="Times New Roman" w:hAnsi="Times New Roman" w:eastAsia="Times New Roman" w:cs="Times New Roman"/>
        </w:rPr>
        <w:t>“Mwen pa ka di egzakteman konbyen tan ankò pwosesis rafinman sa a pral kòmanse, men li p ap pran anpil reta. Li menm ki gen van li nan men Li a pral netwaye tanp Li a anba tout salte moral li yo. Li pral byen netwaye glasi Li a nèt.” Testimonies to Ministers, 372, 373.</w:t>
      </w:r>
    </w:p>
    <w:p>
      <w:pPr>
        <w:pStyle w:val="ArticleBody"/>
        <w:jc w:val="left"/>
      </w:pPr>
      <w:r>
        <w:rPr>
          <w:rFonts w:ascii="Times New Roman" w:hAnsi="Times New Roman" w:eastAsia="Times New Roman" w:cs="Times New Roman"/>
        </w:rPr>
        <w:t>Liy pwòfesi yo ki idantifye tan sele a kòm yon pwosesis tès pwofetik yo plis pase abondan. Li klè ke pwosesis tès la baze sou aptitid ak kapasite etidyan an pou aplike metodoloji ki kòrèk oswa ki pa kòrèk nan etidye Pawòl pwofetik Bondye a. Verite sa a tou prezante avèk anpil abondans nan dosye enspire a.</w:t>
      </w:r>
    </w:p>
    <w:p>
      <w:pPr>
        <w:pStyle w:val="ArticleScripture"/>
        <w:jc w:val="left"/>
      </w:pPr>
      <w:r>
        <w:rPr>
          <w:rFonts w:ascii="Times New Roman" w:hAnsi="Times New Roman" w:eastAsia="Times New Roman" w:cs="Times New Roman"/>
        </w:rPr>
        <w:t>Kanta pou kat jenn gason sa yo, Bondye te ba yo konesans ak ladrès nan tout kalite etid ak sajès; e Danyèl te gen konpreyansyon nan tout vizyon ak rèv. Kounye a, nan fen jou wa a te fikse pou yo te mennen yo antre, chèf enik yo mennen yo devan Nebikadneza. Epi wa a pale avèk yo; e pami yo tout, pa t jwenn okenn ki te tankou Danyèl, Ananya, Mizaèl, ak Azarya; se poutèt sa yo te kanpe devan wa a. E nan tout kestyon sajès ak konpreyansyon wa a te poze yo, li te jwenn yo dis fwa pi siperyè pase tout majisyen ak astwològ ki te nan tout wayòm li an. Danyèl 1:17–20.</w:t>
      </w:r>
    </w:p>
    <w:p>
      <w:pPr>
        <w:pStyle w:val="ArticleBody"/>
        <w:jc w:val="left"/>
      </w:pPr>
      <w:r>
        <w:rPr>
          <w:rFonts w:ascii="Times New Roman" w:hAnsi="Times New Roman" w:eastAsia="Times New Roman" w:cs="Times New Roman"/>
        </w:rPr>
        <w:t>Yon règ fondamantal nan entèpretasyon pwofetik se ke verite tabli sou temwayaj de; e moun ki pa rive mete konfyans yo nan prensip sa a ap prepare tèt yo pou echèk. Youn nan eleman nan pwosesis tès la pandan tan sele a, se rekonesans koneksyon ki genyen ant istwa entèn ak istwa ekstèn yo, jan Danyèl ak Jan reprezante sa nan chapit onz ak vèsè onz.</w:t>
      </w:r>
    </w:p>
    <w:p>
      <w:pPr>
        <w:pStyle w:val="ArticleScripture"/>
        <w:jc w:val="left"/>
      </w:pPr>
      <w:r>
        <w:rPr>
          <w:rFonts w:ascii="Times New Roman" w:hAnsi="Times New Roman" w:eastAsia="Times New Roman" w:cs="Times New Roman"/>
        </w:rPr>
        <w:t>“Revelasyon se yon liv sele, men li se yon liv ouvri tou. Li rapòte evènman mèveye ki gen pou rive nan dènye jou istwa tè sa a. Ansèyman liv sa a yo klè e presi, pa mistik ni enkonpreyansib. Nan li, menm liy pwofesi a reprann tankou nan Dànyèl. Gen kèk pwofesi Bondye repete, konsa Li montre yo dwe bay yo enpòtans. Senyè a pa repete bagay ki pa gen anpil konsekans.” Manuscript Releases, volim 9, 8.</w:t>
      </w:r>
    </w:p>
    <w:p>
      <w:pPr>
        <w:pStyle w:val="ArticleBody"/>
        <w:jc w:val="left"/>
      </w:pPr>
      <w:r>
        <w:rPr>
          <w:rFonts w:ascii="Times New Roman" w:hAnsi="Times New Roman" w:eastAsia="Times New Roman" w:cs="Times New Roman"/>
        </w:rPr>
        <w:t>Liv Dànyèl ak Revelasyon yo reprezante de temwen, e san karannkat mil yo prezante kòm de temwen nan Revelasyon chapit onz. Nan vèsè onz chapit la, de temwen yo, ki reprezante pa Eli ak Moyiz, resisite, jan sa te prefigire ni pa Jan nan lwil k ap bouyi a ni pa Dànyèl nan twou lyon yo. San karannkat mil yo reprezante pa Dànyèl ak Jan, epi tou pa Eli ak Moyiz. Pou reyisi nan pwosesis eprèv la ki pwodui san karannkat mil yo, yon etidyan dwe konprann verite a tabli sou de temwen, e ke liv Dànyèl ak Revelasyon yo reprezante de temwen, e ke san karannkat mil yo te prefigire kòm Eli ak Moyiz, epi tou kòm Dànyèl ak Jan.</w:t>
      </w:r>
    </w:p>
    <w:p>
      <w:pPr>
        <w:pStyle w:val="ArticleBody"/>
        <w:jc w:val="left"/>
      </w:pPr>
      <w:r>
        <w:rPr>
          <w:rFonts w:ascii="Times New Roman" w:hAnsi="Times New Roman" w:eastAsia="Times New Roman" w:cs="Times New Roman"/>
        </w:rPr>
        <w:t>Verite sa yo se sèlman yon kout echantiyon verite pwofetik ki asosye ak istwa entèn ak ekstèn “onz, onz” reprezante nan tou de Danyèl ak Revelasyon. Antanke Palmoni, Kris te gide nan aliyen de pasaj yo, epi tou lefèt ke onz, plis onz egal vennde, ki, an retou, se yon dim oswa yon dizyèm de desanven, ki se yon senbòl konbinezon divinite ak limanite. Palmoni te etabli sou plis pase de temwen ke “desanven” reprezante konbinezon divinite ak limanite, ki, an retou, se yon deskripsyon enkarnasyon Kris la lè Li te pran sou tèt Li chè ki te tonbe. Lè Li te fè sa, Li te bay limanite egzanp lan ke si yo dispoze satisfè egzijans levanjil la, Kris dispoze konbine divinite Li avèk limanite nou. Se poutèt sa, divinite ak limanite se de temwen.</w:t>
      </w:r>
    </w:p>
    <w:p>
      <w:pPr>
        <w:pStyle w:val="ArticleBody"/>
        <w:jc w:val="left"/>
      </w:pPr>
      <w:r>
        <w:rPr>
          <w:rFonts w:ascii="Times New Roman" w:hAnsi="Times New Roman" w:eastAsia="Times New Roman" w:cs="Times New Roman"/>
        </w:rPr>
        <w:t>“Revelasyon Jezikri” ki te louvri jis anvan tan gras la fèmen an, gen ladan l verite ke Jezi se “Pawòl” Bondye a.</w:t>
      </w:r>
    </w:p>
    <w:p>
      <w:pPr>
        <w:pStyle w:val="ArticleScripture"/>
        <w:jc w:val="left"/>
      </w:pPr>
      <w:r>
        <w:rPr>
          <w:rFonts w:ascii="Times New Roman" w:hAnsi="Times New Roman" w:eastAsia="Times New Roman" w:cs="Times New Roman"/>
        </w:rPr>
        <w:t>Nan kòmansman an te gen Pawòl la, e Pawòl la te avèk Bondye, e Pawòl la te Bondye. Menm Pawòl sa a te nan kòmansman an avèk Bondye. Se pa li tout bagay te fèt; e san li pa t gen anyen ki te fèt nan tout sa ki te fèt. Nan li te gen lavi; e lavi a te limyè lèzòm. E limyè a klere nan fènwa; men fènwa a pa t konprann li. Jan 1:1–5.</w:t>
      </w:r>
    </w:p>
    <w:p>
      <w:pPr>
        <w:pStyle w:val="ArticleBody"/>
        <w:jc w:val="left"/>
      </w:pPr>
      <w:r>
        <w:rPr>
          <w:rFonts w:ascii="Times New Roman" w:hAnsi="Times New Roman" w:eastAsia="Times New Roman" w:cs="Times New Roman"/>
        </w:rPr>
        <w:t>Bib la se “Pawòl” Bondye a ki, menm jan Kris la reprezante inyon divinite ak limanite. Bib la reprezante de temwen Ansyen ak Nouvo Testaman yo, ki se tou Moyiz ak Eli nan Revelasyon chapit onz la.</w:t>
      </w:r>
    </w:p>
    <w:p>
      <w:pPr>
        <w:pStyle w:val="ArticleScripture"/>
        <w:jc w:val="left"/>
      </w:pPr>
      <w:r>
        <w:rPr>
          <w:rFonts w:ascii="Times New Roman" w:hAnsi="Times New Roman" w:eastAsia="Times New Roman" w:cs="Times New Roman"/>
        </w:rPr>
        <w:t>“Konsènan de temwen yo, pwofèt la deklare ankò: ‘Sa yo se de pye oliv yo, ak de pòtlanp yo ki kanpe devan Bondye tè a.’ ‘Pawòl ou a,’ se sa salmis la te di, ‘se yon lanp pou pye mwen, epi yon limyè sou chemen mwen.’ Revelation 11:4; Psalm 119:105. De temwen yo reprezante Ekriti yo nan Ansyen ak Nouvo Testaman an.” The Great Controversy, 267.</w:t>
      </w:r>
    </w:p>
    <w:p>
      <w:pPr>
        <w:pStyle w:val="ArticleBody"/>
        <w:jc w:val="left"/>
      </w:pPr>
      <w:r>
        <w:rPr>
          <w:rFonts w:ascii="Times New Roman" w:hAnsi="Times New Roman" w:eastAsia="Times New Roman" w:cs="Times New Roman"/>
        </w:rPr>
        <w:t>De temwen yo se de pye oliv yo, de gwo lanp yo, ak Ansyen ak Nouvo Testaman yo, ki reprezante nan paragraf la kòm “Pawòl ou.” “Revelasyon Jezikri a,” ke Lyon tribi Jida a de sele jis anvan fen tan gras la, se “dènye ogmantasyon konesans lan” ki mete anba eprèv moun ki kandida pou yo vin youn nan san karannkat mil yo. “Dènye ogmantasyon konesans lan” se tou mesaj Rèl Minwi a nan parabòl dis vyèj yo.</w:t>
      </w:r>
    </w:p>
    <w:p>
      <w:pPr>
        <w:pStyle w:val="ArticleScripture"/>
        <w:jc w:val="left"/>
      </w:pPr>
      <w:r>
        <w:rPr>
          <w:rFonts w:ascii="Times New Roman" w:hAnsi="Times New Roman" w:eastAsia="Times New Roman" w:cs="Times New Roman"/>
        </w:rPr>
        <w:t>«Lè sa a, mwen reponn, epi mwen di li: Kisa de pye oliv sa yo ye ki sou bò dwat gwo chandelye a ak sou bò goch li? Epi mwen reponn ankò, epi mwen di li: Kisa de branch oliv sa yo ye ki, atravè de tiyo an lò yo, vide lwil an lò a soti nan yo menm? Epi li reponn mwen, li di: Èske ou pa konnen kisa yo ye? Epi mwen di: Non, mèt mwen. Lè sa a li di: Se de moun wen sa yo, ki kanpe bò kote Seyè tout tè a. Zakari 4:11–14. Sa yo vide tèt yo nan bòl an lò yo, ki reprezante kè mesaje vivan Bondye yo, ki pote Pawòl Seyè a bay pèp la nan avètisman ak siplikasyon. Pawòl la li menm dwe jan li reprezante a, lwil an lò a, ki vide soti nan de pye oliv yo ki kanpe bò kote Seyè tout tè a. Sa a se batèm Sentespri a avèk dife. Sa ap louvri nanm moun ki pa kwè yo pou konviksyon. Se sèlman pa aksyon Sentespri Bondye a bezwen nanm nan kapab satisfè. Lòm pa ka fè anyen pa li menm pou satisfè dezi pwofon yo epi reponn a aspirasyon kè a.» The Seventh-day Adventist Bible Commentary, volume 4, 1180.</w:t>
      </w:r>
    </w:p>
    <w:p>
      <w:pPr>
        <w:pStyle w:val="ArticleBody"/>
        <w:jc w:val="left"/>
      </w:pPr>
      <w:r>
        <w:rPr>
          <w:rFonts w:ascii="Times New Roman" w:hAnsi="Times New Roman" w:eastAsia="Times New Roman" w:cs="Times New Roman"/>
        </w:rPr>
        <w:t>Pawòl Bondye a se ni Bib la ni Kris la, e Bib la ansanm ak Kris la reprezante de temwen, menm jan ak san karannkat mil yo. De temwen sa yo, an retou, reprezante yon konbinezon divinite ak limanite. Yo reprezante tou istwa pwofetik entèn ak ekstèn. Kòm temwen, yo te bay prèv ke divinite ini ak limanite pa peche. Yo reprezante tou koneksyon ki genyen ant divinite ak limanite. Kit se yon nechèl, yon kanal, tiyo, zanj, oswa nenpòt nan lòt senbòl lyen kominikasyon ant Bondye ak lòm, mesaj ki transmèt bay lòm toujou se lavi oswa lanmò.</w:t>
      </w:r>
    </w:p>
    <w:p>
      <w:pPr>
        <w:pStyle w:val="ArticleScripture"/>
        <w:jc w:val="left"/>
      </w:pPr>
      <w:r>
        <w:rPr>
          <w:rFonts w:ascii="Times New Roman" w:hAnsi="Times New Roman" w:eastAsia="Times New Roman" w:cs="Times New Roman"/>
        </w:rPr>
        <w:t>“Moun Bondye chwazi yo, k ap kanpe bò kote Seyè tout latè a, gen pozisyon ki te yon fwa bay Satan kòm cheriben ki kouvri a. Pa mwayen èt sen yo ki antoure twòn li an, Seyè a kenbe yon kominikasyon konstan avèk moun ki rete sou latè yo. Lwil an lò a reprezante gras Bondye sèvi pou l kenbe lanp kwayan yo ap resevwa sa yo bezwen, pou yo pa tranble epi etenn. Si se pa t pou lwil sen sa a ki vide soti nan syèl la nan mesaj Lespri Bondye a, ajan mechanste yo t ap gen kontwòl total sou lèzòm.”</w:t>
      </w:r>
    </w:p>
    <w:p>
      <w:pPr>
        <w:pStyle w:val="ArticleScripture"/>
        <w:jc w:val="left"/>
      </w:pPr>
      <w:r>
        <w:rPr>
          <w:rFonts w:ascii="Times New Roman" w:hAnsi="Times New Roman" w:eastAsia="Times New Roman" w:cs="Times New Roman"/>
        </w:rPr>
        <w:t>“Bondye pa resevwa onè lè nou pa resevwa mesaj li voye ban nou yo. Konsa nou rejte lwil an lò li ta vide nan nanm nou pou yo ka transmèt li bay moun ki nan fènwa yo. Lè apèl la va vini, ‘Men, Veterinè maryaj la ap vini; soti al kontre li,’ moun ki pa t resevwa lwil sen an, ki pa t cheri gras Kris la nan kè yo, ap dekouvri, menm jan ak vyèj sòt yo, yo pa pare pou rankontre Seyè yo. Yo pa gen, nan tèt pa yo, pouvwa pou jwenn lwil la, e lavi yo kraze nèt. Men si yo mande Sentespri Bondye a, si nou sipliye, jan Moyiz te fè a, ‘Montre m glwa ou,’ lanmou Bondye va gaye nan kè nou. Atravè tiyo an lò yo, lwil an lò a va transmèt ban nou. ‘Se pa avèk fòs, ni pa avèk pouvwa, men se avèk Lespri mwen, di Seyè dèzame yo.’ Lè yo resevwa reyon klere Solèy Ladwati a, pitit Bondye yo briye tankou limyè nan lemonn.” Review and Herald, 20 jiyè 1897.</w:t>
      </w:r>
    </w:p>
    <w:p>
      <w:pPr>
        <w:pStyle w:val="ArticleBody"/>
        <w:jc w:val="left"/>
      </w:pPr>
      <w:r>
        <w:rPr>
          <w:rFonts w:ascii="Times New Roman" w:hAnsi="Times New Roman" w:eastAsia="Times New Roman" w:cs="Times New Roman"/>
        </w:rPr>
        <w:t>Vide Sentespri a rive pandan istwa entèn ak ekstèn yo ki make pa Danyèl ak Revelasyon 11:11. Gen “omwen” kat pèsonaj pwofetik ki reprezante nan vèsè onz ak douz nan chapit onz Danyèl la ki bezwen idantifye. Genyen tou kat ki bezwen idantifye nan vèsè trèz rive kenz yo, epi kat nan vèsè sèz la. Nou menm kounye a ap viv nan menm istwa sa a, se poutèt sa li nesesè pou nou, antanke etidyan pwofesi, detèmine kiyès pèsonaj senbolik vèsè onz rive sèz yo ye, paske yo reprezante yon liy pwofesi ki kouvri istwa kache vèsè karant nan menm chapit la.</w:t>
      </w:r>
    </w:p>
    <w:p>
      <w:pPr>
        <w:pStyle w:val="ArticleBody"/>
        <w:jc w:val="left"/>
      </w:pPr>
      <w:r>
        <w:rPr>
          <w:rFonts w:ascii="Times New Roman" w:hAnsi="Times New Roman" w:eastAsia="Times New Roman" w:cs="Times New Roman"/>
        </w:rPr>
        <w:t>Li sanble enpòtan tou pou idantifye pèsonaj yo ki reprezante nan istwa vèsè karant lan, ki ap debloke depi 1989.</w:t>
      </w:r>
    </w:p>
    <w:p>
      <w:pPr>
        <w:pStyle w:val="ArticleScripture"/>
        <w:jc w:val="left"/>
      </w:pPr>
      <w:r>
        <w:rPr>
          <w:rFonts w:ascii="Times New Roman" w:hAnsi="Times New Roman" w:eastAsia="Times New Roman" w:cs="Times New Roman"/>
        </w:rPr>
        <w:t>Epi li di: Ale chemen ou, Danyèl; paske pawòl yo fèmen epi sele jouk nan tan lafen an. Anpil moun va pirifye, va vin blan, epi va pase anba eprèv; men mechan yo va aji avèk mechanste; e okenn nan mechan yo p ap konprann; men moun ki saj yo va konprann. Danyèl 12:9, 10.</w:t>
      </w:r>
    </w:p>
    <w:p>
      <w:pPr>
        <w:pStyle w:val="ArticleBody"/>
        <w:jc w:val="left"/>
      </w:pPr>
      <w:r>
        <w:rPr>
          <w:rFonts w:ascii="Times New Roman" w:hAnsi="Times New Roman" w:eastAsia="Times New Roman" w:cs="Times New Roman"/>
        </w:rPr>
        <w:t>Vèsè karant lan kòmanse nan tan lafen an an 1798, lè Napoleyon Lafrans te mennen pap la an kaptivite. Jistifikasyon Napoleyon an te baze sou Trete Tolentino a ki te vyole an 1797. Batay ant Napoleyon ak pap la te deja prefigire nan istwa ki te akonpli vèsè sis ak sèt nan Danyèl chapit onz. Trete maryaj ki te kraze a ansanm ak defèt wa nò a pa wa sid la, nan akonplisman vèsè sis ak sèt yo, te repete nan istwa 1798 la; epi lè sa te fèt, yo reprezante ni prediksyon Pawòl Bondye a nan vèsè sis ak sèt yo, ni akonplisman vèsè sa yo nan kòmansman lagè ant Ptolome Filadèlf, dezyèm wa peyi Lejip la, ak Antiòkis Teòs, twazyèm wa peyi Siri a. Ptolome te reprezante wa sid la, epi Antiòkis te reprezante wa nò a.</w:t>
      </w:r>
    </w:p>
    <w:p>
      <w:pPr>
        <w:pStyle w:val="ArticleBody"/>
        <w:jc w:val="left"/>
      </w:pPr>
      <w:r>
        <w:rPr>
          <w:rFonts w:ascii="Times New Roman" w:hAnsi="Times New Roman" w:eastAsia="Times New Roman" w:cs="Times New Roman"/>
        </w:rPr>
        <w:t>Prediksyon vèsè yo, mete ansanm ak akonplisman prediksyon sa a nan istwa Ptolome ak Antyòkis—ki, an retou, te sèvi kòm tip, ansanm ak istwa Napoléon ak pap la an 1798—bay twa liy ki sèvi kòm tip pou istwa Putin ak Zelenskyy nan vèsè onz ak douz yo. Se konsa, konprann ke tan lafen an an 1798 reprezante istwa Napoléon ak pap la rete enkonplè si sa fini la. Nou dwe konprann sa vèsè sis ak sèt yo anonse konsènan Napoléon ak pap la, epi tou sa istwa Ptolome ak Antyòkis la anseye sou menm peryòd sa a. Lè nou konprann liy verite sa yo, nou kapab lè sa a konprann ke akonplisman istorik sa yo ki te vini anvan yo ap idantifye istwa kòmansman vèsè karant la; e, lè yo fè sa, yo ap idantifye tou fen vèsè karant la, lè Putin, ki te deja sèvi kòm tip pa Napoléon ak Ptolome—Putin yo te anonse nan vèsè sis ak sèt yo—akonpli vèsè onz ak douz yo.</w:t>
      </w:r>
    </w:p>
    <w:p>
      <w:pPr>
        <w:pStyle w:val="ArticleBody"/>
        <w:jc w:val="left"/>
      </w:pPr>
      <w:r>
        <w:rPr>
          <w:rFonts w:ascii="Times New Roman" w:hAnsi="Times New Roman" w:eastAsia="Times New Roman" w:cs="Times New Roman"/>
        </w:rPr>
        <w:t>Yon obsèvasyon enpòtan konsènan relasyon pwofetik ant dragon an ak bèt la, jan Jan ta idantifye yo, oswa kòm “sakrifis tout tan an ak abominasyon dezolasyon an,” jan Danyèl ta reprezante yo, se ke yo pwofetikman trè sanble. Jan di sa konsa.</w:t>
      </w:r>
    </w:p>
    <w:p>
      <w:pPr>
        <w:pStyle w:val="ArticleScripture"/>
        <w:jc w:val="left"/>
      </w:pPr>
      <w:r>
        <w:rPr>
          <w:rFonts w:ascii="Times New Roman" w:hAnsi="Times New Roman" w:eastAsia="Times New Roman" w:cs="Times New Roman"/>
        </w:rPr>
        <w:t>Epi yo adore dragon an ki te bay bèt la pouvwa a; epi yo adore bèt la, yo t ap di: Kilès ki tankou bèt la? Kilès ki ka fè lagè avè l? Revelasyon 13:4.</w:t>
      </w:r>
    </w:p>
    <w:p>
      <w:pPr>
        <w:pStyle w:val="ArticleBody"/>
        <w:jc w:val="left"/>
      </w:pPr>
      <w:r>
        <w:rPr>
          <w:rFonts w:ascii="Times New Roman" w:hAnsi="Times New Roman" w:eastAsia="Times New Roman" w:cs="Times New Roman"/>
        </w:rPr>
        <w:t>Adore dragon an, se adore bèt la tou, paske toude reprezante relijyon payen an. Menm jan ak Jan, Danyèl sèvi ak “ti kòn nan” nan Danyèl chapit uit, vèsè nèf rive douz, pou reprezante ni Wòm payen ni Wòm papal, byenke li fè yon distenksyon klè ant de yo lè li idantifye ti kòn Wòm payen an nan sans maskilen, epi ti kòn Wòm papal la nan sans feminen. Nan chapit sèt, Danyèl idantifye Wòm payen kòm “diferan” ak wayòm ki te vini anvan li yo, epi Danyèl idantifye plis ankò ke Wòm papal te tou “diferan.” Wòm, kit li payen kit li papal, diferan. Senbòl gason Wòm nan ki reprezante Wòm payen an soutni pa Akab ak Ewòd. Toude te marye ak senbòl papote a. Fanm nan se leglizri, epi gason an se leta, konsa sou plan pwofetik la, lè Pawòl Bondye a pale de yon gason ak yon fanm k ap vin fè yon sèl, li konfime reyalite ke Wòm payen ak Wòm papal sanble anpil nan sans pwofetik la, paske yo se yon sèl chè.</w:t>
      </w:r>
    </w:p>
    <w:p>
      <w:pPr>
        <w:pStyle w:val="ArticleBody"/>
        <w:jc w:val="left"/>
      </w:pPr>
      <w:r>
        <w:rPr>
          <w:rFonts w:ascii="Times New Roman" w:hAnsi="Times New Roman" w:eastAsia="Times New Roman" w:cs="Times New Roman"/>
        </w:rPr>
        <w:t>Relasyon Lafrans ak papote a an 1798 la sèvi kòm yon tip relasyon Etazini ak papote a lè dis wa yo boule Wòm ak dife epi yo manje chè li.</w:t>
      </w:r>
    </w:p>
    <w:p>
      <w:pPr>
        <w:pStyle w:val="ArticleScripture"/>
        <w:jc w:val="left"/>
      </w:pPr>
      <w:r>
        <w:rPr>
          <w:rFonts w:ascii="Times New Roman" w:hAnsi="Times New Roman" w:eastAsia="Times New Roman" w:cs="Times New Roman"/>
        </w:rPr>
        <w:t>Epi dis kòn ou te wè sou bèt la, yo menm, y ap rayi jennès la; y ap fè l tounen yon dezè, y ap kite l toutouni, y ap manje chè li, epi y ap boule l nan dife. Revelasyon 17:16.</w:t>
      </w:r>
    </w:p>
    <w:p>
      <w:pPr>
        <w:pStyle w:val="ArticleBody"/>
        <w:jc w:val="left"/>
      </w:pPr>
      <w:r>
        <w:rPr>
          <w:rFonts w:ascii="Times New Roman" w:hAnsi="Times New Roman" w:eastAsia="Times New Roman" w:cs="Times New Roman"/>
        </w:rPr>
        <w:t>Relasyon Lafrans ak papote a lè li te mete papote a sou pouvwa an 538 la, prefigire travay Etazini pral fè nan geri blesi mòtèl papote a nan lwa dimanch ki prèt pou vini an.</w:t>
      </w:r>
    </w:p>
    <w:p>
      <w:pPr>
        <w:pStyle w:val="ArticleScripture"/>
        <w:jc w:val="left"/>
      </w:pPr>
      <w:r>
        <w:rPr>
          <w:rFonts w:ascii="Times New Roman" w:hAnsi="Times New Roman" w:eastAsia="Times New Roman" w:cs="Times New Roman"/>
        </w:rPr>
        <w:t>Apre sa, mwen wè yon lòt bèt k ap monte sòti nan tè a; li te gen de kòn tankou yon ti mouton, men li t ap pale tankou yon dragon. Li egzèse tout pouvwa premye bèt la devan li, e li fè tè a ak moun k ap viv ladan l yo adore premye bèt la, li menm ki te gen blesi mòtèl li a geri. Li fè gwo mèvèy, jis rive fè dife desann soti nan syèl la sou tè a devan je moun yo. Epi li twonpe moun k ap viv sou tè a pa mwayen mèvèy sa yo li te resevwa pouvwa pou l fè devan je bèt la; li di moun k ap viv sou tè a pou yo fè yon estati pou bèt la, li menm ki te resevwa blesi nepe a epi ki te kontinye viv. Revelasyon 13:11–14.</w:t>
      </w:r>
    </w:p>
    <w:p>
      <w:pPr>
        <w:pStyle w:val="ArticleBody"/>
        <w:jc w:val="left"/>
      </w:pPr>
      <w:r>
        <w:rPr>
          <w:rFonts w:ascii="Times New Roman" w:hAnsi="Times New Roman" w:eastAsia="Times New Roman" w:cs="Times New Roman"/>
        </w:rPr>
        <w:t>“tan lafen” an nan ane 1798, nan akonplisman vèsè karant lan, idantifye wa espirityèl nò a kòm yon pouvwa wa espirityèl sid la retire. Istwa pwofetik sa a se istwa final douz san swasant ane dominasyon pap la; se poutèt sa, karakteristik pwofetik kòmansman istwa pwofetik sa a reprezante nan fen li. An 538, katriyèm wayòm pwofesi Bib la te lage plas li bay senkyèm wayòm pwofesi Bib la, epi an 1798, senkyèm wayòm pwofesi Bib la te lage plas li bay sizyèm wayòm pwofesi Bib la.</w:t>
      </w:r>
    </w:p>
    <w:p>
      <w:pPr>
        <w:pStyle w:val="ArticleBody"/>
        <w:jc w:val="left"/>
      </w:pPr>
      <w:r>
        <w:rPr>
          <w:rFonts w:ascii="Times New Roman" w:hAnsi="Times New Roman" w:eastAsia="Times New Roman" w:cs="Times New Roman"/>
        </w:rPr>
        <w:t>538 se tou yon makè mitan tou nan madichon “sèt fwa” Levitik vennsis la kont wayòm nò Izrayèl la, ki te kòmanse an 723 anvan Jezikri, lè Lasiri te mennen Efrayim an kaptivite. Se poutèt sa, 1798 genyen non sèlman atribi pwofetik 538 yo, men tou sa ki pou 723 anvan Jezikri. An 723 anvan Jezikri, dis tribi Izrayèl yo t ap ranvèse anba Lasiri, epi mil de san swasant ane pi ta, an 538, Wòm payen t ap ranvèse pa Wòm papal, ki li menm, apre sa, te ranvèse pa Lafrans an 1798 nan fen “sèt fwa” yo.</w:t>
      </w:r>
    </w:p>
    <w:p>
      <w:pPr>
        <w:pStyle w:val="ArticleBody"/>
        <w:jc w:val="left"/>
      </w:pPr>
      <w:r>
        <w:rPr>
          <w:rFonts w:ascii="Times New Roman" w:hAnsi="Times New Roman" w:eastAsia="Times New Roman" w:cs="Times New Roman"/>
        </w:rPr>
        <w:t>Nan 1798, Lafrans, wa sid la, wete papote a sou twòn nan. Nan 538, Lafrans, premye senbòl dezentegrasyon Wòm payen an an dis wayòm, te mete papote a sou twòn nan. Lè lwa dimanch la vini, Etazini repete wòl Lafrans nan 538; epi lè dis wa yo boule papote a ak dife epi yo manje chè li, Etazini repete wòl Lafrans nan 1798.</w:t>
      </w:r>
    </w:p>
    <w:p>
      <w:pPr>
        <w:pStyle w:val="ArticleBody"/>
        <w:jc w:val="left"/>
      </w:pPr>
      <w:r>
        <w:rPr>
          <w:rFonts w:ascii="Times New Roman" w:hAnsi="Times New Roman" w:eastAsia="Times New Roman" w:cs="Times New Roman"/>
        </w:rPr>
        <w:t>Jijman “sèt fwa” kont wayòm nò ak wayòm sid Izrayèl la te vini pa mwayen wayòm ki te soti nan nò a.</w:t>
      </w:r>
    </w:p>
    <w:p>
      <w:pPr>
        <w:pStyle w:val="ArticleScripture"/>
        <w:jc w:val="left"/>
      </w:pPr>
      <w:r>
        <w:rPr>
          <w:rFonts w:ascii="Times New Roman" w:hAnsi="Times New Roman" w:eastAsia="Times New Roman" w:cs="Times New Roman"/>
        </w:rPr>
        <w:t>Izrayèl se yon mouton gaye toupatou; lyon yo te chase l ale: an premye, wa Lasiri a te devore l; epi an dènye, Nebikadneza, wa Babilòn sa a, te kraze zo li yo. Jeremi 50:17.</w:t>
      </w:r>
    </w:p>
    <w:p>
      <w:pPr>
        <w:pStyle w:val="ArticleBody"/>
        <w:jc w:val="left"/>
      </w:pPr>
      <w:r>
        <w:rPr>
          <w:rFonts w:ascii="Times New Roman" w:hAnsi="Times New Roman" w:eastAsia="Times New Roman" w:cs="Times New Roman"/>
        </w:rPr>
        <w:t>Asiri te soti nan nò a e li te konkeri dis tribi yo an 723 av. J.-K., epi Babilòn te mennen Jida ann kaptivite an 677 av. J.-K. Malgre Izrayèl te wayòm nò a an relasyon ak Jida, kanmenm toude wayòm yo te konkeri pa ènmi ki soti nan nò a, konsa sa fè ni Izrayèl ni Jida tounen wayòm sid an relasyon ak ènmi ki te mennen yo ann kaptivite a. 723 av. J.-K. reprezante wa nò a k ap konkeri yon wayòm sid ki gen dis pati. 538 reprezante yon tranzisyon soti nan paganism pou rive nan papalis, epi tou yon wayòm nò k ap konkeri yon wayòm ki gen dis pati. 1798 reprezante yon wa nò ki ap bat anba men yon wa sid ki reprezante yon wayòm ki gen dis pati.</w:t>
      </w:r>
    </w:p>
    <w:p>
      <w:pPr>
        <w:pStyle w:val="ArticleScripture"/>
        <w:jc w:val="left"/>
      </w:pPr>
      <w:r>
        <w:rPr>
          <w:rFonts w:ascii="Times New Roman" w:hAnsi="Times New Roman" w:eastAsia="Times New Roman" w:cs="Times New Roman"/>
        </w:rPr>
        <w:t>Epi nan menm lè a, te gen yon gwo tranblemanntè, epi dizyèm pati vil la tonbe; e nan tranblemanntè a, sèt mil moun te mouri; epi rès yo te vin sezisman, e yo te bay Bondye syèl la glwa. Revelasyon 11:13.</w:t>
      </w:r>
    </w:p>
    <w:p>
      <w:pPr>
        <w:pStyle w:val="ArticleBody"/>
        <w:jc w:val="left"/>
      </w:pPr>
      <w:r>
        <w:rPr>
          <w:rFonts w:ascii="Times New Roman" w:hAnsi="Times New Roman" w:eastAsia="Times New Roman" w:cs="Times New Roman"/>
        </w:rPr>
        <w:t>Peryòd tranzisyon ki asosye ak 538 la, lè Wòm te chanje soti nan payen pou l vin papal, se tou chanjman ki nan Danyèl chapit uit la, soti nan maskilen pou rive nan feminen an, sa ki senbolikman vle di soti nan gouvènans leta pou rive nan gouvènans legliz. Pwofesi “sèt tan yo” pote siyati “verite” a, paske premye lèt la (723 av. J.-K.) ilistre venn-dezyèm epi dènye lèt alfabè ebre a (1798), tandiske trèzyèm epi lèt ki nan mitan an reprezante rebelyon (538). Danyèl idantifye ke “transgresyon” ki senbolize pa ekspresyon “transgresyon dezolasyon an” se te konbinezon legliz ak leta, avèk legliz la ki te gen kontwòl relasyon an. “Transgresyon” sa a reprezante 538, ki se mitan an epi, nan sans metaforik, trèzyèm lèt la pami twa prensipal pwen repè yo nan peryòd sèt tan yo kont dis tribi nò Izrayèl yo.</w:t>
      </w:r>
    </w:p>
    <w:p>
      <w:pPr>
        <w:pStyle w:val="ArticleBody"/>
        <w:jc w:val="left"/>
      </w:pPr>
      <w:r>
        <w:rPr>
          <w:rFonts w:ascii="Times New Roman" w:hAnsi="Times New Roman" w:eastAsia="Times New Roman" w:cs="Times New Roman"/>
        </w:rPr>
        <w:t>An 1798, nan “tan lafen” jan sa prezante nan vèsè karant nan chapit onz Danyèl la, Lafrans ate a, wa disid la, te bay papote a, wa dinò a, blesi mòtèl la. An 1989, papote a te vanje tèt li sou wa disid ate a, ki lè sa a te vin tounen Inyon Sovyetik la. Vanjans sa a te gen ladan l yon alyans sekrè ant Etazini ak Vatikan an. Lefètke yo te ravaje Inyon Sovyetik la an 1989 mete fen nan mesaj pwofetik ekri vèsè karant lan, epi vèsè ki vin apre a, vèsè karantyèm e youn nan, reprezante lwa dimanch Ozetazini. Konsa, depi tonbe Inyon Sovyetik la an 1989 rive jouk lwa dimanch la nan vèsè ki vin apre a, nou te ap viv nan istwa kache vèsè karant lan.</w:t>
      </w:r>
    </w:p>
    <w:p>
      <w:pPr>
        <w:pStyle w:val="ArticleBody"/>
        <w:jc w:val="left"/>
      </w:pPr>
      <w:r>
        <w:rPr>
          <w:rFonts w:ascii="Times New Roman" w:hAnsi="Times New Roman" w:eastAsia="Times New Roman" w:cs="Times New Roman"/>
        </w:rPr>
        <w:t>Vèsè karant lan kòmanse pa idantifye yon wa nan sid la ak yon wa nan nò a an 1798; epi answit, an 1989, li idantifye yon wa nan sid la ak yon wa nan nò a, ansanm ak yon twazyèm pouvwa ki reprezante pa cha yo, bato yo ak kavalye yo.</w:t>
      </w:r>
    </w:p>
    <w:p>
      <w:pPr>
        <w:pStyle w:val="ArticleScripture"/>
        <w:jc w:val="left"/>
      </w:pPr>
      <w:r>
        <w:rPr>
          <w:rFonts w:ascii="Times New Roman" w:hAnsi="Times New Roman" w:eastAsia="Times New Roman" w:cs="Times New Roman"/>
        </w:rPr>
        <w:t>Epi nan tan lafen an, wa sid la va pouse sou li; epi wa nò a va vini kont li tankou yon toubiyon, avèk cha, avèk kavalye, epi avèk anpil bato; epi li va antre nan peyi yo, li va debòde epi li va travèse. Danyèl 11:40.</w:t>
      </w:r>
    </w:p>
    <w:p>
      <w:pPr>
        <w:pStyle w:val="ArticleBody"/>
        <w:jc w:val="left"/>
      </w:pPr>
      <w:r>
        <w:rPr>
          <w:rFonts w:ascii="Times New Roman" w:hAnsi="Times New Roman" w:eastAsia="Times New Roman" w:cs="Times New Roman"/>
        </w:rPr>
        <w:t>Nan “tan fen an” an 1798, yon jeneral literal Napoléon te antre nan Vatikan an epi li te literalman pran pap la e li te mete l nan prizon. An 1989, vanjans pou 1798 te rive. Te gen tranzisyon pwofetik ki te fèt nan listwa ant 1798 ak 1989 ki enpòtan pou remake. Lafrans ateis, wa sid la nan peryòd 1798 la, te premye wa sid espirityèl la, epi Larisi Putin nan destinen pou l dènye a. Lafrans idantifye nan Revelasyon onz, ke Sè White idantifye dirèkteman kòm Lafrans ateis. Youn nan de senbòl ki idantifye Lafrans nan chapit onz la se Lejip, ke Sè White idantifye kòm yon senbòl ateyis. Nan chapit la, bèt ki monte soti nan twou san fon an se te ateyis ki te antre nan listwa pandan peryòd tan sa a.</w:t>
      </w:r>
    </w:p>
    <w:p>
      <w:pPr>
        <w:pStyle w:val="ArticleBody"/>
        <w:jc w:val="left"/>
      </w:pPr>
      <w:r>
        <w:rPr>
          <w:rFonts w:ascii="Times New Roman" w:hAnsi="Times New Roman" w:eastAsia="Times New Roman" w:cs="Times New Roman"/>
        </w:rPr>
        <w:t>Lantiyé antre nan listwa apati Lafrans nan peryòd 1798 la, e rive an 1989 wa espirityèl lantiyé a vin tounen Inyon Sovyetik la. Bale ale Inyon Sovyetik la an 1989, nan akonplisman yon alyans sekrè ant Pap Jan Pòl II ak Ronald Reagan, te deja tipifye nan vèsè dis nan Danyèl chapit onz; e yon dezyèm temwen pou vèsè dis la jwenn nan pasaj Ezayi a sou de madichon de mil senk san ven an yo kont wayòm nò a ak wayòm sid Izrayèl yo, jan sa prezante nan chapit sèt rive onz yo.</w:t>
      </w:r>
    </w:p>
    <w:p>
      <w:pPr>
        <w:pStyle w:val="ArticleBody"/>
        <w:jc w:val="left"/>
      </w:pPr>
      <w:r>
        <w:rPr>
          <w:rFonts w:ascii="Times New Roman" w:hAnsi="Times New Roman" w:eastAsia="Times New Roman" w:cs="Times New Roman"/>
        </w:rPr>
        <w:t>Se poutèt sa, 1989 vin tounen pwen referans pou rezoud devinèt pwofetik dènye jou yo. Se lè sa a yo te desegele vèsè karant lan. Kounye a, li ka rekonèt ke vèsè karant lan kòmanse an 1798 epi li fini nan lwa dimanch vèsè karantyèm-en an.</w:t>
      </w:r>
    </w:p>
    <w:p>
      <w:pPr>
        <w:pStyle w:val="ArticleBody"/>
        <w:jc w:val="left"/>
      </w:pPr>
      <w:r>
        <w:rPr>
          <w:rFonts w:ascii="Times New Roman" w:hAnsi="Times New Roman" w:eastAsia="Times New Roman" w:cs="Times New Roman"/>
        </w:rPr>
        <w:t>Nan lwa dimanch lan, Etazini pral pale tankou yon dragon e li pral fini rèy li kòm sizyèm wayòm pwofesi Bib la. Li te kòmanse tan rèy li an 1798, lè senkyèm wayòm nan te resevwa yon blesi mòtèl. An 1798, Etazini te pase Lwa sou Etranje ak Sedisyon yo, konsa li te prefigire fen sizyèm wayòm nan depi nan kòmansman li menm. Se poutèt sa, vèsè karant lan se istwa Etazini kòm sizyèm wayòm pwofesi Bib la.</w:t>
      </w:r>
    </w:p>
    <w:p>
      <w:pPr>
        <w:pStyle w:val="ArticleBody"/>
        <w:jc w:val="left"/>
      </w:pPr>
      <w:r>
        <w:rPr>
          <w:rFonts w:ascii="Times New Roman" w:hAnsi="Times New Roman" w:eastAsia="Times New Roman" w:cs="Times New Roman"/>
        </w:rPr>
        <w:t>1798 se premye lèt alfabè ebre a, lwa dimanch lan se venndezyèm ak dènye lèt alfabè ebre a, epi 1989 se repè ki nan mitan an ki reprezante rebelyon an, jan nimewo trèz la ak trèzyèm lèt alfabè ebre a senbolize li. 1989 reprezante rebelyon alyans sekrè Reagan te fè ak antikris pwofesi Bib la. 1989 prezante premye nan dènye uit prezidan yo ki gouvène pandan yon peryòd rebelyon k ap ogmante kont Konstitisyon an. An 1989 te kòmanse yon pwosesis tès pami Advantis Setyèm Jou yo ki fèt pou pwodui de kategori adoratè. Fidèl yo se kèk la; enfidèl yo se anpil la. 1989 reprezante repè santral vèsè karant lan, epi li reprezante rebelyon trèzyèm lèt la senbolize a. Vèsè karant lan pote siyati “verite” a.</w:t>
      </w:r>
    </w:p>
    <w:p>
      <w:pPr>
        <w:pStyle w:val="ArticleBody"/>
        <w:jc w:val="left"/>
      </w:pPr>
      <w:r>
        <w:rPr>
          <w:rFonts w:ascii="Times New Roman" w:hAnsi="Times New Roman" w:eastAsia="Times New Roman" w:cs="Times New Roman"/>
        </w:rPr>
        <w:t>Vèsè karant lan prezante wa nò a ak wa sid la ki diferan nan istwa a nan fen vèsè a. Li gen ladan tou Etazini, ki dapre Jan se fo pwofèt la k ap travay ansanm ak dragon an ak bèt la pou mennen mond lan nan Amagedon. Wa sid la nan vèsè karant lan se dragon an; wa nò a se bèt la; cha yo, bato yo ak kavalye yo se fo pwofèt la. Akonplisman vèsè karant lan an 1989 vin tounen yon atribi pwofetik enpòtan pou konprann vèsè onz rive kenz yo. Si ou pa nan laverite konsènan 1989, ou pa ka lojikman gen rezon sou istwa n ap viv ladan l jodi a.</w:t>
      </w:r>
    </w:p>
    <w:p>
      <w:pPr>
        <w:pStyle w:val="ArticleBody"/>
        <w:jc w:val="left"/>
      </w:pPr>
      <w:r>
        <w:rPr>
          <w:rFonts w:ascii="Times New Roman" w:hAnsi="Times New Roman" w:eastAsia="Times New Roman" w:cs="Times New Roman"/>
        </w:rPr>
        <w:t>Depi ane 1989 jouk rive nan lwa dimanch lan, twa lagè pa pwokirasyon pou papote a reprezante nan vèsè dis rive kenz. Vèsè sa yo dwe konsidere kòm yon sèl istwa kontinyèl, paske se menm “Antiochus Magnus” la yo jwenn nan twa batay yo ki reprezante nan akonplisman istorik vèsè dis rive kenz yo.</w:t>
      </w:r>
    </w:p>
    <w:p>
      <w:pPr>
        <w:pStyle w:val="ArticleBody"/>
        <w:jc w:val="left"/>
      </w:pPr>
      <w:r>
        <w:rPr>
          <w:rFonts w:ascii="Times New Roman" w:hAnsi="Times New Roman" w:eastAsia="Times New Roman" w:cs="Times New Roman"/>
        </w:rPr>
        <w:t>Twa batay yo tout se yon sèl liy pwofetik, paske Antiòkis Magnus te nan chak nan twa batay yo. Vèsè dis, ansanm ak Ezayi 8:8, bay de temwen pou akonplisman vèsè karant lan an 1989. Vèsè karant lan se pwen referans nan vèsè dis la ak nan Ezayi 8:8. “Cha yo, bato yo ak kavalye yo” reprezante de kòn bèt latè a nan chapit trèz Revelasyon an. Nan fen an, lè Etazini “pale tankou yon dragon,” de kòn yo pa Repiblikanis ak Pwotestantis ankò. Lè sa a, sa yo rele Pwotestan yo pral mete tèt yo ansanm ak Katolik la, epi Repiblik Konstitisyonèl la pral chanje pou tounen yon diktati. Nan peryòd tan sa a, de kòn bèt latè a pral fòs ekonomik ak fòs militè. Nan chapit trèz Revelasyon an, Etazini fòse lemonn aksepte mak bèt la pou yo kapab achte ak vann, epi tou anba menas lanmò. De kòn sa yo se “bato” Danyèl yo, ki reprezante pouvwa ekonomik, ak “kavalye ak cha” li yo, ki reprezante fòs militè.</w:t>
      </w:r>
    </w:p>
    <w:p>
      <w:pPr>
        <w:pStyle w:val="ArticleBody"/>
        <w:jc w:val="left"/>
      </w:pPr>
      <w:r>
        <w:rPr>
          <w:rFonts w:ascii="Times New Roman" w:hAnsi="Times New Roman" w:eastAsia="Times New Roman" w:cs="Times New Roman"/>
        </w:rPr>
        <w:t>1989 etabli ke lè y ap aplike akonplisman istorik batay Raphia ak Panium ki nan vèsè onz rive kenz yo, se menm metodoloji pwofetik ki te sèvi pou konprann 1989 ak efondreman Inyon Sovyetik la ki dwe itilize, paske Antiochus Magnus te reprezante nan tout twa batay yo ki dekri nan vèsè dis rive kenz yo. Antiochus reprezante pouvwa cha lagè, bato ak kavalye, ki an 1989 te Ronald Reagan, premye nan uit prezidan, pami yo dènye a te sizyèm nan tou epi kounye a se wityèm nan ki soti nan sèt yo.</w:t>
      </w:r>
    </w:p>
    <w:p>
      <w:pPr>
        <w:pStyle w:val="ArticleBody"/>
        <w:jc w:val="left"/>
      </w:pPr>
      <w:r>
        <w:rPr>
          <w:rFonts w:ascii="Times New Roman" w:hAnsi="Times New Roman" w:eastAsia="Times New Roman" w:cs="Times New Roman"/>
        </w:rPr>
        <w:t>Selon Ésaïe vingt-trois, la puissance papale (la prostituée qui se livre à la fornication avec les rois de la terre) devait être cachée durant le règne des États-Unis en tant que sixième royaume de la prophétie biblique. En 1989, les États-Unis, qui avaient été préfigurés par Antiochus Magnus, étaient la puissance mandataire de la papauté dans sa guerre contre la bête de l’athéisme, laquelle lui avait infligé une blessure mortelle en 1798.</w:t>
      </w:r>
    </w:p>
    <w:p>
      <w:pPr>
        <w:pStyle w:val="ArticleBody"/>
        <w:jc w:val="left"/>
      </w:pPr>
      <w:r>
        <w:rPr>
          <w:rFonts w:ascii="Times New Roman" w:hAnsi="Times New Roman" w:eastAsia="Times New Roman" w:cs="Times New Roman"/>
        </w:rPr>
        <w:t>Twa batay ki nan vèsè dis rive kenz yo reprezante lagè ant wa nò a, ki kòm pwostitiye kache Tir la, sèvi ak pouvwa pwokirasyon pandan l ap avanse nan direksyon restorasyon pwòp pouvwa pa li ak defèt wa ateyis la—wa sid la. Akonplisman istorik twa batay ki nan vèsè dis rive kenz yo anseye nou ke nan premye ak dènye batay yo, Antiochus Magnus te genyen, men nan batay mitan an li te pèdi. Karakteristik pwofetik ane 1989 yo nan epòk Ronald Reagan avèk Pap Jan Pòl II ak efondreman Inyon Sovyetik la ap gen yon korespondans nan dènye nan twa batay sa yo, paske vèsè sa yo se sa ki devwale jis anvan tan pwobasyon an fèmen. Menm jan vèsè karant lan te devwale an 1798 epi ankò an 1989, vèsè a te devwale nan fen an, kòmanse an jiyè 2023.</w:t>
      </w:r>
    </w:p>
    <w:p>
      <w:pPr>
        <w:pStyle w:val="ArticleBody"/>
        <w:jc w:val="left"/>
      </w:pPr>
      <w:r>
        <w:rPr>
          <w:rFonts w:ascii="Times New Roman" w:hAnsi="Times New Roman" w:eastAsia="Times New Roman" w:cs="Times New Roman"/>
        </w:rPr>
        <w:t>Revelasyon Jezi Kris la vin dezasele jis anvan tan gras la fèmen, e li gen ladan l verite siprèm nan ke Jezi se premye a ak dènye a, e kòm sa, li toujou montre fen an avèk kòmansman an. Tan gras la fèmen pou Advantis la nan lwa dimanch lan, e jis anvan tan gras la fèmen, Revelasyon Jezi Kris la vin dezasele. Mesaj ki rive nan konklizyon li nan pòt fèmen lwa dimanch lan se mesaj Rèl Minwi a, ki te mennen nan pòt fèmen 22 oktòb 1844 nan istwa Milerit la. Dezaselman ane 1798 la nan kòmansman vèsè karant lan, ki se tou kòmansman Etazini kòm sizyèm wayòm pwofesi Bib la, te tipifye dezaselman ane 1989 la nan mitan vèsè karant lan ak kòmansman fen pwogresif Etazini. Dezaselman an nan 1798 la, ki te tipifye 1989, reprezante de temwen pou dezaselman mesaj Rèl Minwi a nan 2023. Liy la, avèk twa repè li yo—1798, 1989, ak 2023—idantifye travay entèn pirifikasyon dis vyèj yo ak liy ekstèn sizyèm wayòm pwofesi Bib la.</w:t>
      </w:r>
    </w:p>
    <w:p>
      <w:pPr>
        <w:pStyle w:val="ArticleBody"/>
        <w:jc w:val="left"/>
      </w:pPr>
      <w:r>
        <w:rPr>
          <w:rFonts w:ascii="Times New Roman" w:hAnsi="Times New Roman" w:eastAsia="Times New Roman" w:cs="Times New Roman"/>
        </w:rPr>
        <w:t>Gè a ki prezante nan vèsè onz la, ki te akonpli nan Batay Rafya a lè Antyòk te bat pa Ptolemey, reprezante yon defèt pouvwa pwoksi papal la, ki nan batay aktyèl sa a se Nazi Ikrèn yo, alye ak nasyon globalis Ewòp oksidantal yo ki fòme Inyon Ewopeyèn nan, Òganizasyon Trete Nò Atlantik la, epi ki mache nan menm kadans ak globalis politik ak ekonomik Nasyonzini yo. Si Antyòk Gran te nan tout twa batay yo epi li reprezante pouvwa pwoksi papal la kont wa sid la, kijan sa ta ka Etazini an 1989, apre sa Ikrenyen yo jan Batay Rafya a tipifye yo, epi answit Etazini ankò nan Batay Panyòm nan? Vèsè dis la se kle pou vèsè onz rive kenz yo, paske akonplisman li an 1989 bay yon ilistrasyon sou karakteristik pwofetik premye a nan twa lagè pwoksi yo. Ki jistifikasyon pwofetik ki genyen pou idantifye Antyòk kòm pouvwa pwoksi papal la, pandan yo pa aplike Etazini a chak nan twa batay yo?</w:t>
      </w:r>
    </w:p>
    <w:p>
      <w:pPr>
        <w:pStyle w:val="ArticleBody"/>
        <w:jc w:val="left"/>
      </w:pPr>
      <w:r>
        <w:rPr>
          <w:rFonts w:ascii="Times New Roman" w:hAnsi="Times New Roman" w:eastAsia="Times New Roman" w:cs="Times New Roman"/>
        </w:rPr>
        <w:t>Nan istwa lagè Ikrèn nan, ki te prezante davans pa batay Rafya a, Etazini te sèvi ak Nazi Ikrèn yo kòm fòs pwokirasyon pa yo nan menm istwa a kote yo ap fòme yon imaj papalite a, pouvwa ki toujou e sèlman sèvi ak fòs pwokirasyon pou fè move zak pa li yo.</w:t>
      </w:r>
    </w:p>
    <w:p>
      <w:pPr>
        <w:pStyle w:val="ArticleBody"/>
        <w:jc w:val="left"/>
      </w:pPr>
      <w:r>
        <w:rPr>
          <w:rFonts w:ascii="Times New Roman" w:hAnsi="Times New Roman" w:eastAsia="Times New Roman" w:cs="Times New Roman"/>
        </w:rPr>
        <w:t>Pou reponn kestyon konsènan pisans pa pwokirasyon nan vèsè dis rive kenz yo, sa mande yon etid pwofetik sou karakteristik Antiochus kòm yon senbòl. Lagè Diadochi yo te yon seri konfli soti 323 rive 281 anvan Jezikri pami Diadochi yo (mo grèk ki vle di “siksesè yo”), jeneral ak siksesè Aleksann Legran yo, ki te goumen pou pran kontwòl gwo anpi pa li a apre lanmò li an 323 anvan Jezikri. Premye Antiochus la se te Antiochus I Soter, pitit gason Seleucus I Nicator, youn nan Diadochi Aleksann yo (siksesè yo), ki te fonde Anpi Seleusid la.</w:t>
      </w:r>
    </w:p>
    <w:p>
      <w:pPr>
        <w:pStyle w:val="ArticleBody"/>
        <w:jc w:val="left"/>
      </w:pPr>
      <w:r>
        <w:rPr>
          <w:rFonts w:ascii="Times New Roman" w:hAnsi="Times New Roman" w:eastAsia="Times New Roman" w:cs="Times New Roman"/>
        </w:rPr>
        <w:t>Non Antiochus la ka konprann kòm youn ki kanpe nan plas yon lòt, pou soutni li. Antiochus se yon senbòl Wòm, epi Wòm papal la se antikris la, ki pote yon senbòl ki sanble ak sa Antiochus genyen an. Antiochus, kòm yon non, te reprezante pitit gason fondatè Anpi Selesid la, e nan sans sa a, Antiochus te kanpe nan plas papa li; li te kanpe kòm reprezantan li. Sè White idantifye ni Satan ni pap la kòm antikris la, epi li deklare ke pap la se reprezantan Satan sou tè a. Non sa a te vin tounen yon non dinastik enpòtan nan Anpi Selesid la, an pati akoz asosyasyon li avèk Antiochus I Soter ak vil Antiòch, yo te bay non sa a swa dapre papa Seleucus I la, swa dapre pitit gason li. Pap la se reprezantan Satan, epi, sou plan senbolik, non Antiochus la reprezante yon reprezantan pou papa li, fondatè wayòm nò a ki te tabli kapital li nan Babilòn.</w:t>
      </w:r>
    </w:p>
    <w:p>
      <w:pPr>
        <w:pStyle w:val="ArticleBody"/>
        <w:jc w:val="left"/>
      </w:pPr>
      <w:r>
        <w:rPr>
          <w:rFonts w:ascii="Times New Roman" w:hAnsi="Times New Roman" w:eastAsia="Times New Roman" w:cs="Times New Roman"/>
        </w:rPr>
        <w:t>Apre lanmò Aleksann Legran an an 323 anvan Jezikri, anpi li a te kraze epi li te vin separe pami Dyadòk yo (siksesè yo). Nan Patisyon Babilòn nan (323 anvan Jezikri), okòmansman yo te nonmen Seleikos kòm kòmandan kavaliye Konpayon yo (yon pòs militè prestijye) anba Pèrdikas, rejàn anpi Aleksann lan. Rive an 321 anvan Jezikri, yo te nonmen Seleikos satrap (gouvènè) Babiloni pandan Patisyon Triparadisos la, apre lanmò Pèrdikas ak lòt negosyasyon ki te fèt pami Dyadòk yo. An 316 anvan Jezikri, Antigòn I Monoftalmos, yon lòt Dyadòk, te fòse Seleikos kouri kite Babilòn akoz pouvwa Antigòn t ap ogmante. Seleikos te chèche refij bò kote Ptoleme I Sotè nan Ejip. An 312 anvan Jezikri, Seleikos te retounen Babilòn ak yon ti fòs Ptoleme te ba li. Li te bat fòs Antigòn yo epi li te reprann Babilòn, sa ki te make etablisman baz pouvwa pa li a. Yo souvan konsidere evènman sa a kòm fondasyon Anpi Seleusid la, avèk 312 anvan Jezikri kòm kòmansman Epòk Seleusid la nan kalkil istorik.</w:t>
      </w:r>
    </w:p>
    <w:p>
      <w:pPr>
        <w:pStyle w:val="ArticleBody"/>
        <w:jc w:val="left"/>
      </w:pPr>
      <w:r>
        <w:rPr>
          <w:rFonts w:ascii="Times New Roman" w:hAnsi="Times New Roman" w:eastAsia="Times New Roman" w:cs="Times New Roman"/>
        </w:rPr>
        <w:t>Non Seluecus la sòti nan lang grèk e li soti nan rasin selas (σέλας), ki vle di “limyè,” “ekla,” oswa “flanm.” Non an sijere briyans oswa liminasyon, sa ki byen koresponn ak yon pèsonaj enpòtan tankou Seleucus I Nicator, fondatè Anpi Seleusid la, e ki se tip papa a ki te potè limyè nan syèl la.</w:t>
      </w:r>
    </w:p>
    <w:p>
      <w:pPr>
        <w:pStyle w:val="ArticleScripture"/>
        <w:jc w:val="left"/>
      </w:pPr>
      <w:r>
        <w:rPr>
          <w:rFonts w:ascii="Times New Roman" w:hAnsi="Times New Roman" w:eastAsia="Times New Roman" w:cs="Times New Roman"/>
        </w:rPr>
        <w:t>“Pou jwenn avantaj ak onè mond sa a, legliz la te vin chèche favè ak sipò gran moun latè yo; epi konsa, lè li te rejte Kris, yo te pouse li rann fidelite bay reprezantan Satan an—evèk Wòm nan.” The Great Controversy, 50.</w:t>
      </w:r>
    </w:p>
    <w:p>
      <w:pPr>
        <w:pStyle w:val="ArticleBody"/>
        <w:jc w:val="left"/>
      </w:pPr>
      <w:r>
        <w:rPr>
          <w:rFonts w:ascii="Times New Roman" w:hAnsi="Times New Roman" w:eastAsia="Times New Roman" w:cs="Times New Roman"/>
        </w:rPr>
        <w:t>Antiochus Magnus reprezante pwokirè pouvwa papal la, menm jan pap la reprezante pwokirè Satan. Senbolis Antiochus la pèmèt egziste divès pouvwa pa pwokirasyon, menm jan te gen anpil pap. Reagan te pwokirè ane 1989 la, Ikrèn te vin pwokirè Etazini an an 2014, epi Trump se pwokirè a nan Batay Panium nan. Reagan te premye a, Trump se dènye a, epi Zelenskyy se rebelyon ki nan mitan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Nimewo Onz Onz</dc:title>
  <dc:subject>Onz, Onz: Temwayaj Pwofetik Danyèl ak Revelasyon</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