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Trèz</w:t>
      </w:r>
    </w:p>
    <w:p>
      <w:pPr>
        <w:pStyle w:val="ArticleSubtitle"/>
        <w:jc w:val="left"/>
      </w:pPr>
      <w:r>
        <w:rPr>
          <w:rFonts w:ascii="Arial" w:hAnsi="Arial" w:eastAsia="Arial" w:cs="Arial"/>
        </w:rPr>
        <w:t>Retounen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Depi Sezare Filipi rive Sezare Maritima, avèk yon arè sou wout la nan Mòn Transfigirasyon an; Pyè senbolize san karant-kat mil yo ki rive nan repè fèt Twonpèt yo sou liy ki bati sou de liy vennnde vès Levitik vennntwa yo, an konjonksyon avèk sezon Lapannkòt la nan tan Kris la. Levitik vennntwa, kwa a, Lapannkòt ak Kònèy ki voye chèche Pyè; yo tout rasanble ansanm liy sou liy avèk senbolis twazyèm, sizyèm ak nevyèm èdtan yo.</w:t>
      </w:r>
    </w:p>
    <w:p>
      <w:pPr>
        <w:pStyle w:val="ArticleBody"/>
        <w:jc w:val="left"/>
      </w:pPr>
      <w:r>
        <w:rPr>
          <w:rFonts w:ascii="Times New Roman" w:hAnsi="Times New Roman" w:eastAsia="Times New Roman" w:cs="Times New Roman"/>
        </w:rPr>
        <w:t>Kris la nan twazyèm, sizyèm ak nevyèm è a sou kwa a, Pyè la nan twazyèm ak nevyèm è a nan Pannkòt la, epi Kònèy la nan nevyèm è a; Pyè la nan sizyèm è a nan Jòp ak nan twazyèm è a nan Sezare Filip, sa yo konekte ak Danyèl onz, vèsè trèz rive kenz, paske Sezare Filip se Panium tou.</w:t>
      </w:r>
    </w:p>
    <w:p>
      <w:pPr>
        <w:pStyle w:val="ArticleBody"/>
        <w:jc w:val="left"/>
      </w:pPr>
      <w:r>
        <w:rPr>
          <w:rFonts w:ascii="Times New Roman" w:hAnsi="Times New Roman" w:eastAsia="Times New Roman" w:cs="Times New Roman"/>
        </w:rPr>
        <w:t>Pyè t ap preche liv Joèl la nan Pannkòt la, epi lè Pyè te prezante mesaj li bay fanmi Kònèy la, Sentespri a te vide sou moun lòt nasyon yo, menm jan li te vide sou Jwif yo nan Pannkòt la. Vide Sentespri a pou Jwif yo epi apre sa pou moun lòt nasyon yo, te prefigire vide Sentespri a nan dènye jou yo. Vide a nan dènye jou yo gen de aspè: li kòmanse avèk yon ti aspèsyon nan 9/11, ki finalman pwogrese rive nan pwoklamasyon Kri Minwi a, ki rive jouk nan lwa dimanch la, epi answit li vin tounen gwo rèl twazyèm zanj lan, kote ak lè lapli dèyè a vide san mezi.</w:t>
      </w:r>
    </w:p>
    <w:p>
      <w:pPr>
        <w:pStyle w:val="ArticleScripture"/>
        <w:jc w:val="left"/>
      </w:pPr>
      <w:r>
        <w:rPr>
          <w:rFonts w:ascii="Times New Roman" w:hAnsi="Times New Roman" w:eastAsia="Times New Roman" w:cs="Times New Roman"/>
        </w:rPr>
        <w:t>Se poutèt sa, nou menm pitit Siyon yo, fè kè nou kontan, epi rejwi nou nan SENYÈ a, Bondye nou an; paske li ban nou lapli bonè a avèk mezi, e li pral fè lapli a desann pou nou, lapli bonè a ansanm ak lapli ta a, nan premye mwa a. Lakou glasi yo pral plen ble, e basen yo pral debòde ak diven ak lwil. E m ap retabli pou nou ane sa yo ke krikèt yo te devore, vè k ap ravaje yo, cheni yo, ak palmis yo, gwo lame pa m nan ke mwen te voye nan mitan nou an. Jowèl 2:23–25.</w:t>
      </w:r>
    </w:p>
    <w:p>
      <w:pPr>
        <w:pStyle w:val="ArticleBody"/>
        <w:jc w:val="left"/>
      </w:pPr>
      <w:r>
        <w:rPr>
          <w:rFonts w:ascii="Times New Roman" w:hAnsi="Times New Roman" w:eastAsia="Times New Roman" w:cs="Times New Roman"/>
        </w:rPr>
        <w:t>Pyè reprezante moun ki patisipe nan istwa ansyen awozaj modere a depi 9/11 jouk rive lwa dimanch lan, epi tou nan lapli ta a, ki retabli “ane” ki reprezante kat jenerasyon rebelyon k ap ogmante Advantis Setyèm Jou Lawodise a te detwi. Nan tanp lan, nan nevyèm èdtan an, Pyè te prezante retablisman ane yo nan liv Jowèl la.</w:t>
      </w:r>
    </w:p>
    <w:p>
      <w:pPr>
        <w:pStyle w:val="ArticleScripture"/>
        <w:jc w:val="left"/>
      </w:pPr>
      <w:r>
        <w:rPr>
          <w:rFonts w:ascii="Times New Roman" w:hAnsi="Times New Roman" w:eastAsia="Times New Roman" w:cs="Times New Roman"/>
        </w:rPr>
        <w:t>Se pou sa, repanti nou e konvèti nou, pou peche nou yo kapab efase, lè tan rafrechisman yo va soti nan prezans Senyè a; epi li va voye Jezikri, li menm yo te deja preche nou an: li menm syèl la dwe resevwa jiskaske rive tan retablisman tout bagay yo, sa Bondye te pale pa bouch tout pwofèt sen li yo depi nan kòmansman lemonn. Paske Moyiz te vrèman di zansèt yo: Senyè a, Bondye nou an, va leve pou nou, pami frè nou yo, yon pwofèt tankou mwen; se li menm nou dwe koute nan tout bagay, kèlkeswa sa l va di nou. Epi sa va rive, tout nanm ki pa vle koute pwofèt sa a, y ap detwi l pami pèp la. Wi, tout pwofèt yo tou, depi Samyèl ansanm ak tout sila yo ki te vini apre li, tout moun ki te pale, yo menm tou yo te anonse jou sa yo. Travay 3:19–24.</w:t>
      </w:r>
    </w:p>
    <w:p>
      <w:pPr>
        <w:pStyle w:val="ArticleBody"/>
        <w:jc w:val="left"/>
      </w:pPr>
      <w:r>
        <w:rPr>
          <w:rFonts w:ascii="Times New Roman" w:hAnsi="Times New Roman" w:eastAsia="Times New Roman" w:cs="Times New Roman"/>
        </w:rPr>
        <w:t>Efase peche yo se dènye travay Kris la nan jijman ankèt la, e efasman an kòmanse nan kay Bondye a.</w:t>
      </w:r>
    </w:p>
    <w:p>
      <w:pPr>
        <w:pStyle w:val="ArticleScripture"/>
        <w:jc w:val="left"/>
      </w:pPr>
      <w:r>
        <w:rPr>
          <w:rFonts w:ascii="Times New Roman" w:hAnsi="Times New Roman" w:eastAsia="Times New Roman" w:cs="Times New Roman"/>
        </w:rPr>
        <w:t>Paske lè a rive pou jijman an kòmanse nan kay Bondye a; e si li kòmanse dabò lakay nou, ki fen sa pral ye pou moun ki pa obeyi levanjil Bondye a? E si moun jis la apèn sove, kote moun mechan an ak pechè a pral parèt? Se poutèt sa, se pou moun k ap soufri selon volonte Bondye a remèt konsèvasyon nanm yo nan men li, pandan y ap fè sa ki byen, tankou bay yon Kreyatè fidèl. 1 Pyè 4:17–19.</w:t>
      </w:r>
    </w:p>
    <w:p>
      <w:pPr>
        <w:pStyle w:val="ArticleBody"/>
        <w:jc w:val="left"/>
      </w:pPr>
      <w:r>
        <w:rPr>
          <w:rFonts w:ascii="Times New Roman" w:hAnsi="Times New Roman" w:eastAsia="Times New Roman" w:cs="Times New Roman"/>
        </w:rPr>
        <w:t>Pyè te konprann, nan Pannkòt la, epi tou lakay Kònèy nan Sezare bò lanmè a, ke liv Jowèl la t ap akonpli. Pannkòt la reprezante lwa dimanch lan lè jijman an fini pou kay Bondye a, epi apre sa li pase bay moun lòt nasyon yo. Mesaj li nan lwa dimanch lan se menm mesaj yo te pwoklame lè Rèl Mitanuit la te rive. Pwoklamasyon alfa a se kòmansman peryòd pwofetik la ki fini ak pwoklamasyon omega a. Pyè reprezante sila yo ki pwoklame mesaj la, epi mesaj la kòmanse ak puisans ki bay li fòs la, sa ki make pa lage bourik Islam lan. Yo lage bourik la pou make kòmansman Rèl Mitanuit la, epi yo lage li ankò nan lwa dimanch lan, ki se konklizyon Rèl Mitanuit la.</w:t>
      </w:r>
    </w:p>
    <w:p>
      <w:pPr>
        <w:pStyle w:val="ArticleBody"/>
        <w:jc w:val="left"/>
      </w:pPr>
      <w:r>
        <w:rPr>
          <w:rFonts w:ascii="Times New Roman" w:hAnsi="Times New Roman" w:eastAsia="Times New Roman" w:cs="Times New Roman"/>
        </w:rPr>
        <w:t>Se poutèt sa, Pyè reprezante tou sila yo ki te fè prediksyon sou frap Islam lan kont Etazini. Mesaj Pyè a nan Kri a Minwi se yon koreksyon mesaj ki te make premye desepsyon an ak kòmansman tan reta a. Se poutèt sa, Pyè reprezante sila yo ki pwoklame mesaj Kri a Minwi a, ki te pase premye tès fondamantal la ki te rive an 2024 epi ki te fini 8 me 2025 avèk eleksyon premye pap ameriken an, nan akonplisman vèsè katòz nan Danyèl onz.</w:t>
      </w:r>
    </w:p>
    <w:p>
      <w:pPr>
        <w:pStyle w:val="ArticleBody"/>
        <w:jc w:val="left"/>
      </w:pPr>
      <w:r>
        <w:rPr>
          <w:rFonts w:ascii="Times New Roman" w:hAnsi="Times New Roman" w:eastAsia="Times New Roman" w:cs="Times New Roman"/>
        </w:rPr>
        <w:t>Peryòd ki soti depi fèt Twonpèt yo rive jouk Pannkot se twazyèm eprèv la, e tou eprèv desizif sezon Pannkot la, jan Levitik venntwa reprezante l. Yon prensip sou twa zanj yo ke Sè White te idantifye se tou senpleman yon verite matematik debaz. Li idantifye ke ou pa ka gen yon twazyèm mesaj san yon premye ak yon dezyèm. Paske Pyè preche liv Joèl la nan lwa dimanch Pannkot la, alò li anseye Joèl tou nan kòmansman pwoklamasyon mesaj Rèl Minwi a, ki se eprèv desizif la ak twazyèm eprèv sezon Pannkot la. Se poutèt sa, Pyè reprezante fidèl yo pandan pwosesis tès an twa etap la ki te kòmanse lè Revelasyon Jezikri a te desele, kòmanse 31 desanm 2023. Si Pyè la nan twazyèm etap la, li dwe te mache nan de etap ki te vin anvan yo, paske ou pa ka gen yon twazyèm san yon premye ak yon dezyèm.</w:t>
      </w:r>
    </w:p>
    <w:p>
      <w:pPr>
        <w:pStyle w:val="ArticleBody"/>
        <w:jc w:val="left"/>
      </w:pPr>
      <w:r>
        <w:rPr>
          <w:rFonts w:ascii="Times New Roman" w:hAnsi="Times New Roman" w:eastAsia="Times New Roman" w:cs="Times New Roman"/>
        </w:rPr>
        <w:t>Peryòd sele katrevenkatmil yo te kòmanse nan 11/9, epi li te louvri yon pwosesis eprèv an twa etap, ki reprezante pa apèl twonpèt 11/9 la pou retounen sou fondasyon yo; apre sa, eprèv premye desepsyon 18 Jiyè 2020 la te rive. Twazyèm eprèv listwa a se lwa dimanch lan. Yon dezè pwofetik te rive nan 18 Jiyè 2020, epi andedan peryòd dezè sa a, nan Jiyè 2023 yon “vwa” te kòmanse kriye, epi apre sa, nan 31 Desanm 2023, vennnde ane apre 11/9, dezèlman Revelasyon Jezi Kris la te kòmanse. Depi 2023 rive jis nan lwa dimanch lan (lè akonplisman pafè 2,300 jou yo reyalize), sa idantifye peryòd ki soti 2023 rive jis nan lwa dimanch lan kòm yon peryòd ki kòmanse ak “23” epi ki fini ak “23,” paske pòt fèmen 22 Oktòb 1844 la se yon tip pòt fèmen nan lwa dimanch lan. Pwofesi 2300 ane a reprezante pa “23” ki nan 2,300.</w:t>
      </w:r>
    </w:p>
    <w:p>
      <w:pPr>
        <w:pStyle w:val="ArticleBody"/>
        <w:jc w:val="left"/>
      </w:pPr>
      <w:r>
        <w:rPr>
          <w:rFonts w:ascii="Times New Roman" w:hAnsi="Times New Roman" w:eastAsia="Times New Roman" w:cs="Times New Roman"/>
        </w:rPr>
        <w:t>1844 te make fen istwa premye ak dezyèm zanj yo. Istwa a te kòmanse ak arive premye zanj lan an 1798, epi li te fini karant-sis ane apre, an 1844. Karant-sis ane sa yo reprezante tanp Millerit la kote Kris te vini toudenkou an 1844. Tanp imen an fèt sou baz “23” kwomozòm pou ni gason ni fi; konsa, sa make “23” kòm yon senbòl travay Kris te kòmanse an 1844. Travay sa a se te ini divinite pa Li ak limanite pa nou. Jezi sèvi ak mond natirèl la pou ilistre sa ki espirityèl, epi travay ki te kòmanse an 1844, nan fen 2,300 ane yo, reprezante pa inyon “23” kwomozòm gason yo ak “23” kwomozòm fi yo. Lè yon gason marye ak yon fanm, yo vin yon sèl chè, epi maryaj la se sa Kris te kòmanse an 1844. Pòt fèmen 1844 la aliyen ak pòt fèmen lwa dimanch lan, epi senbòl pòt fèmen sa a se “23.”</w:t>
      </w:r>
    </w:p>
    <w:p>
      <w:pPr>
        <w:pStyle w:val="ArticleBody"/>
        <w:jc w:val="left"/>
      </w:pPr>
      <w:r>
        <w:rPr>
          <w:rFonts w:ascii="Times New Roman" w:hAnsi="Times New Roman" w:eastAsia="Times New Roman" w:cs="Times New Roman"/>
        </w:rPr>
        <w:t>Depi 31 desanm 2023 jouk rive nan “23” lwa dimanch lan idantifye yon peryòd ki kòmanse ak yon alfa “23” epi ki fini ak yon omega “23.” Li reprezante tou peryòd tanp san karant-kat mil yo. Menm istwa sa a se yon fraktal soti 9/11 rive jouk lwa dimanch lan. 1844 reprezante pa nimewo “23,” epi li idantifye kòmansman jijman ankèt pou mò yo. 9/11 idantifye kòmansman jijman ankèt pou vivan yo, e se poutèt sa 9/11 tou pote nimewo “23.” Peryòd soti 9/11 rive jouk lwa dimanch lan se yon peryòd ki gen yon alfa “23” ak yon omega “23.” 2023 rive jouk lwa dimanch lan se yon fraktal soti 9/11 rive jouk lwa dimanch lan, e se la tanp san karant-kat mil yo leve. Tanp Millerit la te yon peryòd karant-sis ane, men nan dènye jou yo, tan pa la ankò; e karant-sis ane Millerit yo nan kòmansman Advantis la sèvi kòm tip menm peryòd la nan fen Advantis la, e peryòd sa a kòmanse epi fini ak “23,” konsa li pwodui nimewo Millerit la, karant-sis.</w:t>
      </w:r>
    </w:p>
    <w:p>
      <w:pPr>
        <w:pStyle w:val="ArticleBody"/>
        <w:jc w:val="left"/>
      </w:pPr>
      <w:r>
        <w:rPr>
          <w:rFonts w:ascii="Times New Roman" w:hAnsi="Times New Roman" w:eastAsia="Times New Roman" w:cs="Times New Roman"/>
        </w:rPr>
        <w:t>Tout twa istwa sa yo reprezante yon pwosesis eprèv an twa etap (Millerites yo, 11 Septanm rive jouk lwa dimanch lan, epi 2023 rive jouk lwa dimanch lan). Istwa a te kòmanse avèk apèl twonpèt Mikaèl la, ki te resisite Moyiz ak Eli nan 31 Desanm 2023; e lè Mikaèl, ki se Kris la, resisite, Li fè sa avèk son yon twonpèt.</w:t>
      </w:r>
    </w:p>
    <w:p>
      <w:pPr>
        <w:pStyle w:val="ArticleScripture"/>
        <w:jc w:val="left"/>
      </w:pPr>
      <w:r>
        <w:rPr>
          <w:rFonts w:ascii="Times New Roman" w:hAnsi="Times New Roman" w:eastAsia="Times New Roman" w:cs="Times New Roman"/>
        </w:rPr>
        <w:t>Paske Senyè a li menm va desann sot nan syèl la avèk yon gwo rèl, avèk vwa arkanj lan, epi avèk twonpèt Bondye a; epi mò ki nan Kris la va leve anvan. 1 Tesalonisyen 4:19.</w:t>
      </w:r>
    </w:p>
    <w:p>
      <w:pPr>
        <w:pStyle w:val="ArticleBody"/>
        <w:jc w:val="left"/>
      </w:pPr>
      <w:r>
        <w:rPr>
          <w:rFonts w:ascii="Times New Roman" w:hAnsi="Times New Roman" w:eastAsia="Times New Roman" w:cs="Times New Roman"/>
        </w:rPr>
        <w:t>Mikaèl se arkanj lan, e se vwa li ansanm ak twonpèt Bondye a ki fè rezirèksyon an, epi liv Jid la fè nou konnen se Mikaèl ki te resisite Moyiz.</w:t>
      </w:r>
    </w:p>
    <w:p>
      <w:pPr>
        <w:pStyle w:val="ArticleScripture"/>
        <w:jc w:val="left"/>
      </w:pPr>
      <w:r>
        <w:rPr>
          <w:rFonts w:ascii="Times New Roman" w:hAnsi="Times New Roman" w:eastAsia="Times New Roman" w:cs="Times New Roman"/>
        </w:rPr>
        <w:t>Men Mikayèl, chèf zanj lan, lè li t ap diskite ak dyab la sou kò Moyiz, li pa t oze pote kont li yon akizasyon jouman; men li te di: Se pou Senyè a reprimande ou. Jid 1:9.</w:t>
      </w:r>
    </w:p>
    <w:p>
      <w:pPr>
        <w:pStyle w:val="ArticleBody"/>
        <w:jc w:val="left"/>
      </w:pPr>
      <w:r>
        <w:rPr>
          <w:rFonts w:ascii="Times New Roman" w:hAnsi="Times New Roman" w:eastAsia="Times New Roman" w:cs="Times New Roman"/>
        </w:rPr>
        <w:t>Kris la, kòm Mikayèl akanj lan, te dese sele Revelasyon sou pwòp tèt Li nan 31 desanm 2023, lè sa a Li te resisite Moyiz ak Eli, de temwen yo ki te touye sou 18 jiyè 2020. Lè sa a, tès fondasyon ekstèn alfa a te rive. Zanj ki te desann nan 9/11 la te kònen twonpèt Jeremi an pandan Li t ap rele fidèl yo tounen sou fondasyon Milerit yo, epi an paralèl ak sa, twonpèt Mikayèl la te entwodui tès fondasyon yo. Tès la reprezante pa Danyèl 11:14, kote “vòlè pèp ou a” etabli vizyon ekstèn lan. Milerit yo te idantifye se Wòm ki te akonpli vèsè a, epi yo te etabli vizyon an.</w:t>
      </w:r>
    </w:p>
    <w:p>
      <w:pPr>
        <w:pStyle w:val="ArticleBody"/>
        <w:jc w:val="left"/>
      </w:pPr>
      <w:r>
        <w:rPr>
          <w:rFonts w:ascii="Times New Roman" w:hAnsi="Times New Roman" w:eastAsia="Times New Roman" w:cs="Times New Roman"/>
        </w:rPr>
        <w:t>Depi 8 me 2025, konstriksyon tanp lan sou pyè ang lan ak pyè fondasyon an te kòmanse. Trant ane apre 1996—lè mesaj ki te devwale an 1989 la te etabli fòmèlman—pwosesis la te kòmanse pou bay yon fòm fòmèl ak mesaj ki te devwale 31 desanm 2023 a.</w:t>
      </w:r>
    </w:p>
    <w:p>
      <w:pPr>
        <w:pStyle w:val="ArticleBody"/>
        <w:jc w:val="left"/>
      </w:pPr>
      <w:r>
        <w:rPr>
          <w:rFonts w:ascii="Times New Roman" w:hAnsi="Times New Roman" w:eastAsia="Times New Roman" w:cs="Times New Roman"/>
        </w:rPr>
        <w:t>Fòmalizasyon mesaj 1989 la an 1996 te vini de san venn lane apre sijè istorik li a te rive an 1776. Devwalman an 2023 te swiv vennnde lane apre fòmalizasyon 1996 la te konfime nan 11 Septanm 2001, atravè manifestasyon pwofetik Islam.</w:t>
      </w:r>
    </w:p>
    <w:p>
      <w:pPr>
        <w:pStyle w:val="ArticleBody"/>
        <w:jc w:val="left"/>
      </w:pPr>
      <w:r>
        <w:rPr>
          <w:rFonts w:ascii="Times New Roman" w:hAnsi="Times New Roman" w:eastAsia="Times New Roman" w:cs="Times New Roman"/>
        </w:rPr>
        <w:t>Pyè reprezante mesaje sakre listwa sa a ki pase ni tès fondasyon an ni tès tanp lan. Tès tanp lan gen ladan l koreksyon mesaj 18 jiyè 2020 ki te echwe a. Trant ane apre mesaj 1989 la te vin fòmèl an 1996, tès tanp lan gen ladan travay pou korije epi answit re-pwoklame mesaj yon frap islamik sou Nashville, Tennessee. Fòmalizasyon mesaj 1989 la te reprezante pa piblikasyon magazin ki te rele Time of the End an 1996. Magazen an te trete sis dènye vèsè Danyèl onz yo, epi li te idantifye lwa dimanch lan nan Etazini. Daprè pwovidans Bondye, yon ministè ki te inaktif, ki te deja resevwa non Future for America plizyè ane anvan, te remèt bay ministè nou an pa ansyen direktè ministè a, ki pa t gen okenn limyè sou mesaj 1989 la.</w:t>
      </w:r>
    </w:p>
    <w:p>
      <w:pPr>
        <w:pStyle w:val="ArticleBody"/>
        <w:jc w:val="left"/>
      </w:pPr>
      <w:r>
        <w:rPr>
          <w:rFonts w:ascii="Times New Roman" w:hAnsi="Times New Roman" w:eastAsia="Times New Roman" w:cs="Times New Roman"/>
        </w:rPr>
        <w:t>An 1996, ministè nou an te vin Future for America, e yo te pibliye piblikasyon an ki te prezante mesaj la ki te idantifye avni Amerik jan sa reprezante nan sis dènye vèsè Daniel onz yo. Etazini te kòmanse leve pwofetik li an 1776, e “22” ane apre, nan tan lafen an an 1798, Etazini te kòmanse wòl li kòm sizyèm wayòm pwofesi Bib la, “220” ane apre 1776. An 1996, mesaj sou Etazini nan pwofesi te vin pran fòm ofisyèl. “220” ane yo depi 1776, ak “22” ane yo depi pwen sa a rive 1798, konekte ak William Miller ki te prezante premye diskou piblik li an 1831, “220” ane apre piblikasyon Bib King James la. Kòmansman ak fen Advantis la mete anfaz sou fòmalizasyon mesaj la ki vin dez sele nan tan lafen an.</w:t>
      </w:r>
    </w:p>
    <w:p>
      <w:pPr>
        <w:pStyle w:val="ArticleBody"/>
        <w:jc w:val="left"/>
      </w:pPr>
      <w:r>
        <w:rPr>
          <w:rFonts w:ascii="Times New Roman" w:hAnsi="Times New Roman" w:eastAsia="Times New Roman" w:cs="Times New Roman"/>
        </w:rPr>
        <w:t>Trant ane apre 1996, an 2026, tès tanp lan gen ladan l travay pou korije mesaj 18 Jiyè 2020 la. Konsa, mesaj alfa 1989 la, mesaj pou dènye jenerasyon an ki te vin fòmalize an 1996, te kòmanse yon peryòd trant ane ki te fini ak tès pou korije epi fòmalize yon mesaj. Trant ane sa yo se yon senbòl sou prètriz san karant-kat mil yo, ki pral fòmalize mesaj Kri Mitanwit la. Pyè reprezante sila yo ki akonpli travay sa a pandan peryòd dezyèm tès omega tanp lan.</w:t>
      </w:r>
    </w:p>
    <w:p>
      <w:pPr>
        <w:pStyle w:val="ArticleBody"/>
        <w:jc w:val="left"/>
      </w:pPr>
      <w:r>
        <w:rPr>
          <w:rFonts w:ascii="Times New Roman" w:hAnsi="Times New Roman" w:eastAsia="Times New Roman" w:cs="Times New Roman"/>
        </w:rPr>
        <w:t>Sè White fè nou konnen Bondye pèmèt erè antre nan mitan pèp Li a, nan bi pou fè yo etidye.</w:t>
      </w:r>
    </w:p>
    <w:p>
      <w:pPr>
        <w:pStyle w:val="ArticleScripture"/>
        <w:jc w:val="left"/>
      </w:pPr>
      <w:r>
        <w:rPr>
          <w:rFonts w:ascii="Times New Roman" w:hAnsi="Times New Roman" w:eastAsia="Times New Roman" w:cs="Times New Roman"/>
        </w:rPr>
        <w:t>“Bondye va reveye pèp Li a; si lòt mwayen echwe, erezi va antre nan mitan yo, ki va pase yo nan van, pou separe pay la ak ble a. Senyè a ap rele tout moun ki kwè pawòl Li pou yo leve soti nan dòmi. Yon limyè presye vini, ki apwopriye pou tan sa a. Se verite Bib la, k ap montre danje ki menm sou tèt nou. Limyè sa a ta dwe mennen nou nan yon etid dilijan sou Ekriti yo ak nan yon egzamen ki pi sevè sou pozisyon nou kenbe yo.”</w:t>
      </w:r>
    </w:p>
    <w:p>
      <w:pPr>
        <w:pStyle w:val="ArticleBody"/>
        <w:jc w:val="left"/>
      </w:pPr>
      <w:r>
        <w:rPr>
          <w:rFonts w:ascii="Times New Roman" w:hAnsi="Times New Roman" w:eastAsia="Times New Roman" w:cs="Times New Roman"/>
        </w:rPr>
        <w:t>Deklarasyon an se yon pòsyon nan yon pasaj ki pral fini atik sa a an antye. Nan atik yo ak nan reyinyon Zoom Saba nou yo, mwen te konfonn kèk senbòl nan konsiderasyon nou sou Danyèl 11:10–15, epi byenke nou te fè koreksyon ki te nesesè yo, mwen te detounen de pousuiv yon konklizyon sou seri atik yo konsènan Panium—batay ki mennen nan lwa dimanch la. Kounye a li lè pou nou retounen sou Panium, e lè nou fè sa, n ap gen liy prèv adisyonèl la ki reprezante pa Pyè nan Sezare Filip, ki se Panium.</w:t>
      </w:r>
    </w:p>
    <w:p>
      <w:pPr>
        <w:pStyle w:val="ArticleBody"/>
        <w:jc w:val="left"/>
      </w:pPr>
      <w:r>
        <w:rPr>
          <w:rFonts w:ascii="Times New Roman" w:hAnsi="Times New Roman" w:eastAsia="Times New Roman" w:cs="Times New Roman"/>
        </w:rPr>
        <w:t>Koulye a, n ap retounen nan konsiderasyon nou sou vèsè dis rive sèz nan Danyèl onz, ki ilistre istwa kache vèsè karant lan. Nou te rete la nan mwa septanm, kidonk sa fè anviwon senk mwa.</w:t>
      </w:r>
    </w:p>
    <w:p>
      <w:pPr>
        <w:pStyle w:val="ArticleScripture"/>
        <w:jc w:val="left"/>
      </w:pPr>
      <w:r>
        <w:rPr>
          <w:rFonts w:ascii="Times New Roman" w:hAnsi="Times New Roman" w:eastAsia="Times New Roman" w:cs="Times New Roman"/>
        </w:rPr>
        <w:t>“Pyè egzòte frè li yo pou yo ‘grandi nan gras, ak nan konesans Senyè nou ak Sovè nou Jezikri a.’ Chak fwa pèp Bondye a ap grandi nan gras, yo va toujou ap vin gen yon konpreyansyon pi klè sou Pawòl li a. Yo va dekouvri nouvo limyè ak bèlte nan verite sakre li yo. Sa te vre nan istwa legliz la nan tout epòk, e konsa sa va kontinye jouk nan fen an. Men, lè lavi espirityèl reyèl la ap bese, tandans lan te toujou genyen pou sispann avanse nan konesans verite a. Lèzòm rete satisfè ak limyè yo deja resevwa nan Pawòl Bondye a epi yo dekouraje nenpòt rechèch pi lwen nan Ekriti yo. Yo vin konsèvatè epi yo chèche evite diskisyon.”</w:t>
      </w:r>
    </w:p>
    <w:p>
      <w:pPr>
        <w:pStyle w:val="ArticleScripture"/>
        <w:jc w:val="left"/>
      </w:pPr>
      <w:r>
        <w:rPr>
          <w:rFonts w:ascii="Times New Roman" w:hAnsi="Times New Roman" w:eastAsia="Times New Roman" w:cs="Times New Roman"/>
        </w:rPr>
        <w:t>Lefètke pa gen okenn kontwovès ni okenn ajitasyon nan mitan pèp Bondye a pa dwe konsidere kòm prèv desizif ke yo kenbe fèm nan bon doktrin. Gen rezon pou nou pè ke yo pa ap fè yon distenksyon klè ant verite ak erè. Lè okenn kestyon nouvo pa leve nan ankèt sou Ekriti yo, lè okenn diferans opinyon pa parèt ki ta pouse moun fouye Bib la pou tèt pa yo pou yo asire yo ke yo gen laverite a, pral gen anpil moun kounye a, menm jan ak nan tan lontan, ki pral rete kole ak tradisyon epi adore sa yo pa konnen.</w:t>
      </w:r>
    </w:p>
    <w:p>
      <w:pPr>
        <w:pStyle w:val="ArticleScripture"/>
        <w:jc w:val="left"/>
      </w:pPr>
      <w:r>
        <w:rPr>
          <w:rFonts w:ascii="Times New Roman" w:hAnsi="Times New Roman" w:eastAsia="Times New Roman" w:cs="Times New Roman"/>
        </w:rPr>
        <w:t>“Mwen wè yo fè m konnen ke anpil moun ki deklare yo gen konesans verite prezan an pa konnen sa yo kwè. Yo pa konprann prèv ki soutni lafwa yo. Yo pa gen yon bon apresyasyon pou travay ki pou tan prezan an. Lè tan eprèv la va rive, gen moun k ap preche lòt moun kounye a ki va jwenn, lè y ap egzamine pozisyon yo kenbe yo, ke gen anpil bagay yo pa kapab bay okenn rezon ki satisfè pou yo. Jiskaske yo fin pase anba tès sa a, yo pa t konnen jan gwo inyorans yo te ye. Epi gen anpil nan legliz la ki pran sa pou garanti yo konprann sa yo kwè; men, jiskaske konfli leve, yo pa konnen pwòp feblès pa yo. Lè yo separe ak moun ki gen menm lafwa ak yo epi yo oblije kanpe poukont yo, pou yo eksplike kwayans yo, y ap sezi wè jan lide yo sou sa yo te aksepte kòm verite te konfonn. Sètènman, te gen nan mitan nou yon vire do bay Bondye vivan an ak yon vire bò kote moun, pandan yo mete sajès imen nan plas sajès diven an.</w:t>
      </w:r>
    </w:p>
    <w:p>
      <w:pPr>
        <w:pStyle w:val="ArticleScripture"/>
        <w:jc w:val="left"/>
      </w:pPr>
      <w:r>
        <w:rPr>
          <w:rFonts w:ascii="Times New Roman" w:hAnsi="Times New Roman" w:eastAsia="Times New Roman" w:cs="Times New Roman"/>
        </w:rPr>
        <w:t>“Bondye pral souke pèp Li a; si lòt mwayen echwe, erezi yo pral antre nan mitan yo, e sa pral pase yo nan van, pou separe pay la ak ble a. Seyè a rele tout moun ki kwè pawòl Li a pou yo reveye soti nan dòmi. Yon limyè presye vini, ki apwopriye pou tan sa a. Se verite Biblik, k ap montre danje ki deja toutpre nou. Limyè sa a ta dwe mennen nou nan yon etid dilijan sou Ekriti yo ak yon egzamen ki pi sevè sou pozisyon nou kenbe yo. Bondye ta vle pou tout aspè ak tout pozisyon verite a fouye nèt ale ak pèseverans, avèk lapriyè ak jèn. Kwayan yo pa dwe poze sou sipozisyon ak lide ki pa byen defini konsènan sa ki konstitye verite a. Lafwa yo dwe byen fèm tabli sou pawòl Bondye a, konsa lè tan eprèv la va rive epi yo mennen yo devan konsèy yo pou yo reponn konsènan lafwa yo, y ap kapab bay rezon ki fè espwa ki nan yo a, avèk dousè ak krentif.”</w:t>
      </w:r>
    </w:p>
    <w:p>
      <w:pPr>
        <w:pStyle w:val="ArticleScripture"/>
        <w:jc w:val="left"/>
      </w:pPr>
      <w:r>
        <w:rPr>
          <w:rFonts w:ascii="Times New Roman" w:hAnsi="Times New Roman" w:eastAsia="Times New Roman" w:cs="Times New Roman"/>
        </w:rPr>
        <w:t>“Souleve, souleve, souleve. Sije nou prezante devan mond lan dwe yon reyalite vivan pou nou. Li enpòtan pou, lè n ap defann doktrin nou konsidere kòm atik fondamantal lafwa yo, nou pa janm pèmèt tèt nou sèvi ak agiman ki pa totalman solid. Sa yo ka rive fè yon opozan rete san repons, men yo pa rann verite a onè. Nou dwe prezante agiman solid, ki pa sèlman ap fè advèsè nou yo rete san repons, men ki va sipòte egzamen ki pi sere ak ki pi fouye. Pami sila yo ki fòme tèt yo kòm debatè, gen yon gwo danje pou yo pa manyen pawòl Bondye a avèk jistis. Lè n ap rankontre yon opozan, efò sensè nou dwe ye pou prezante sijè yo nan yon fason ki va reveye konviksyon nan lespri li, olye nou chèche sèlman bay moun ki deja kwè yo plis konfyans.”</w:t>
      </w:r>
    </w:p>
    <w:p>
      <w:pPr>
        <w:pStyle w:val="ArticleScripture"/>
        <w:jc w:val="left"/>
      </w:pPr>
      <w:r>
        <w:rPr>
          <w:rFonts w:ascii="Times New Roman" w:hAnsi="Times New Roman" w:eastAsia="Times New Roman" w:cs="Times New Roman"/>
        </w:rPr>
        <w:t>“Kèlkeswa pwogrè entelektyèl lèzòm ka genyen, li pa dwe panse menm pou yon sèl moman ke pa gen bezwen pou yon rechèch apwofondi ak kontinyèl nan Ekriti yo pou jwenn yon pi gwo limyè. Antanke yon pèp, nou resevwa apèl la, chak moun pèsonèlman, pou nou etidyan pwofesi. Nou dwe veye ak tout seryozite, pou nou ka disène nenpòt reyon limyè Bondye va prezante nou. Nou dwe sezi premye klète verite yo; epi, grasa yon etid ki akonpaye ak lapriyè, yon limyè ki pi klè ka jwenn, limyè sa a nou kapab prezante devan lòt moun.”</w:t>
      </w:r>
    </w:p>
    <w:p>
      <w:pPr>
        <w:pStyle w:val="ArticleScripture"/>
        <w:jc w:val="left"/>
      </w:pPr>
      <w:r>
        <w:rPr>
          <w:rFonts w:ascii="Times New Roman" w:hAnsi="Times New Roman" w:eastAsia="Times New Roman" w:cs="Times New Roman"/>
        </w:rPr>
        <w:t>“Lè pèp Bondye a ap viv alèz epi yo satisfè ak limyè yo genyen kounye a, nou ka sèten Li pa pral favorize yo. Se volonte Li pou yo toujou ap vanse pou resevwa limyè ki vin pi plis, limyè k ap ogmante san rete e k ap briye pou yo. Atitid legliz la kounye a pa fè Bondye plezi. Gen yon konfyans nan tèt yo ki antre, ki mennen yo rive santi yo pa bezwen plis verite ni yon limyè ki pi gran. N ap viv nan yon tan kote Satan ap travay adwat ak agoch, devan nou ak dèyè nou; e poutan, antanke yon pèp, nou dòmi. Bondye vle pou yo tande yon vwa k ap reveye pèp Li a pou l antre an aksyon.</w:t>
      </w:r>
    </w:p>
    <w:p>
      <w:pPr>
        <w:pStyle w:val="ArticleScripture"/>
        <w:jc w:val="left"/>
      </w:pPr>
      <w:r>
        <w:rPr>
          <w:rFonts w:ascii="Times New Roman" w:hAnsi="Times New Roman" w:eastAsia="Times New Roman" w:cs="Times New Roman"/>
        </w:rPr>
        <w:t>“Olye pou louvri nanm nan pou resevwa reyon limyè ki soti nan syèl la, gen kèk moun k ap travay nan yon direksyon opoze. Ni atravè laprès ni depi nan cha predikasyon an, yo prezante opinyon konsènan enspirasyon Bib la ki pa resevwa apwobasyon ni nan Lespri a ni nan pawòl Bondye a. Sa sèten: okenn moun, ni okenn gwoup moun, pa ta dwe pran sou yo pou avanse teyori sou yon sijè ki gen yon enpòtans tèlman gwo, san yon klè ‘Men sa Senyè a di’ pou soutni yo. Epi lè lèzòm, ki antoure ak feblès imen, ki afekte nan yon degre pi gwo oswa pi piti pa enfliyans ki antoure yo, epi ki gen tandans eritye ak tandans yo fin devlope ki byen lwen pou fè yo saj oswa gen lespri syèl la, pran sou yo pou mete pawòl Bondye a an jijman, epi pou pwononse jijman sou sa ki diven ak sa ki imen, yo ap travay san konsèy Bondye. Senyè a p ap fè yon travay konsa pwospere. Efè a pral dezastre, ni sou sila a ki angaje nan li a, ni sou sila yo ki aksepte li kòm yon travay ki soti nan Bondye. Teyori yo prezante sou nati enspirasyon an leve dout nan anpil lespri. Èt fini, ak opinyon etwat yo ki pa wè lwen, santi yo gen konpetans pou kritike Ekriti yo, pandan y ap di: ‘Pasaj sa a nesesè, men pasaj sa a pa nesesè, e li pa enspire.’”</w:t>
      </w:r>
    </w:p>
    <w:p>
      <w:pPr>
        <w:pStyle w:val="ArticleScripture"/>
        <w:jc w:val="left"/>
      </w:pPr>
      <w:r>
        <w:rPr>
          <w:rFonts w:ascii="Times New Roman" w:hAnsi="Times New Roman" w:eastAsia="Times New Roman" w:cs="Times New Roman"/>
        </w:rPr>
        <w:t>“Kris pa t bay okenn enstriksyon konsa konsènan Ekriti Ansyen Testaman yo, sèl pati nan Bib la pèp tan pa li a te genyen. Ansèyman li yo te fèt pou dirije lespri yo sou Ansyen Testaman an epi pou mete nan yon limyè pi klè gwo tèm ki te prezante la yo. Pandan plizyè syèk, pèp Izrayèl la t ap separe tèt yo ak Bondye, e yo te pèdi de vi verite presye li te konfye yo. Verite sa yo te kouvri ak fòm ak seremoni sipèstisye ki te kache vrè siyifikasyon yo. Kris te vini pou retire debri ki te fènwa klète yo. Li te mete yo, tankou pyè presye, nan yon nouvo monti. Li te montre ke, byen lwen pou l meprize repete ansyen verite yo, verite moun te deja byen konnen, li te vini pou fè yo parèt nan vrè fòs ak bèlte yo, glwa sa a menm ke moun tan pa li yo pa t janm rive disène. Li menm, kòm Otè verite revele sa yo, te kapab louvri vrè siyifikasyon yo devan pèp la, lè l t ap delivre yo anba move entèpretasyon ak fo teyori chèf yo te adopte pou adapte yo ak pwòp eta yo ki pa t konsakre, povrete yo nan espirityalite, ak mank lanmou yo pou Bondye. Li te mete sou kote tout sa ki te wete lavi ak puisans vital verite sa yo, epi li te remèt yo bay mond lan ak tout frechè ak fòs orijinal yo.”</w:t>
      </w:r>
    </w:p>
    <w:p>
      <w:pPr>
        <w:pStyle w:val="ArticleScripture"/>
        <w:jc w:val="left"/>
      </w:pPr>
      <w:r>
        <w:rPr>
          <w:rFonts w:ascii="Times New Roman" w:hAnsi="Times New Roman" w:eastAsia="Times New Roman" w:cs="Times New Roman"/>
        </w:rPr>
        <w:t>“Si nous avons l’Esprit de Christ et si nous sommes ouvriers avec Lui, il nous appartient de faire avancer l’œuvre qu’Il est venu accomplir. Les vérités de la Bible se sont de nouveau trouvées obscurcies par la coutume, la tradition et les fausses doctrines. Les enseignements erronés de la théologie populaire ont fait des milliers et des milliers de sceptiques et d’infidèles. Il existe des erreurs et des inconséquences que beaucoup dénoncent comme étant l’enseignement de la Bible, alors qu’elles sont en réalité de fausses interprétations de l’Écriture, adoptées au cours des siècles de ténèbres papales. Des multitudes ont été amenées à entretenir une conception erronée de Dieu, de même que les Juifs, égarés par les erreurs et les traditions de leur temps, avaient une fausse conception de Christ. ‘S’ils l’eussent connue, ils n’auraient pas crucifié le Seigneur de gloire.’ Il nous appartient de révéler au monde le véritable caractère de Dieu. Au lieu de critiquer la Bible, cherchons, par le précepte et par l’exemple, à présenter au monde ses vérités sacrées et vivifiantes, afin que nous puissions ‘publier les vertus de Celui qui vous a appelés des ténèbres à son admirable lumière.’”</w:t>
      </w:r>
    </w:p>
    <w:p>
      <w:pPr>
        <w:pStyle w:val="ArticleScripture"/>
        <w:jc w:val="left"/>
      </w:pPr>
      <w:r>
        <w:rPr>
          <w:rFonts w:ascii="Times New Roman" w:hAnsi="Times New Roman" w:eastAsia="Times New Roman" w:cs="Times New Roman"/>
        </w:rPr>
        <w:t>“Move zak yo ki te antre piti piti nan mitan nou yo mennen moun ak legliz yo, san yo pa rann yo kont, lwen reverans pou Bondye, epi yo fèmen yo devan pouvwa Li vle ba yo a.</w:t>
      </w:r>
    </w:p>
    <w:p>
      <w:pPr>
        <w:pStyle w:val="ArticleScripture"/>
        <w:jc w:val="left"/>
      </w:pPr>
      <w:r>
        <w:rPr>
          <w:rFonts w:ascii="Times New Roman" w:hAnsi="Times New Roman" w:eastAsia="Times New Roman" w:cs="Times New Roman"/>
        </w:rPr>
        <w:t>«Frè m yo, kite pawòl Bondye a rete egzakteman jan li ye a. Pa kite sajès lèzòm pran dwa pou diminye fòs okenn deklarasyon ki nan Ekriti yo. Denonsyasyon solanèl ki nan Revelasyon an ta dwe avèti nou pou nou pa pran yon pozisyon konsa. Nan non Mèt mwen an, mwen ban nou lòd sa a: “Retire soulye ou nan pye ou, paske kote w ap kanpe a se yon tè ki sen.”» Témoignages, volim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Trèz</dc:title>
  <dc:subject>Retounen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