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Nimewo Kenz</w:t>
      </w:r>
      <w:r>
        <w:rPr>
          <w:rFonts w:ascii="Microsoft YaHei" w:hAnsi="Microsoft YaHei" w:eastAsia="Microsoft YaHei" w:cs="Microsoft YaHei"/>
        </w:rPr>
        <w:t>】</w:t>
      </w:r>
    </w:p>
    <w:p>
      <w:pPr>
        <w:pStyle w:val="ArticleSubtitle"/>
        <w:jc w:val="left"/>
      </w:pPr>
      <w:r>
        <w:rPr>
          <w:rFonts w:ascii="Arial" w:hAnsi="Arial" w:eastAsia="Arial" w:cs="Arial"/>
        </w:rPr>
        <w:t>« 250 » fwa Twa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2026-02-19</w:t>
      </w:r>
    </w:p>
    <w:p>
      <w:pPr>
        <w:pStyle w:val="ArticleBody"/>
        <w:jc w:val="left"/>
      </w:pPr>
      <w:r>
        <w:rPr>
          <w:rFonts w:ascii="Times New Roman" w:hAnsi="Times New Roman" w:eastAsia="Times New Roman" w:cs="Times New Roman"/>
        </w:rPr>
        <w:t>Nan ane 2026, Trump dwe selebre “250” ane Amerik, konsa li alinye ar “250” ane depi 457 av. J.-K. ziska Antiochus Magnus dan listwar ant lager Raphia ek lager Panium. A lafin “250” ane, Antiochus Magnus tini dibout an 207 av. J.-K., dis ane apre Raphia ek set ane avan Panium. Temwayaz “250” ane osi alinye ar peryod “250” ane La Rom payin, parski an lane 64, Neron ti koumans persegisyon bann Kretyen ek “250” ane pli tar, atraver ledikt Milan an 313, Constantine le Grand ti legaliz Kretyennté ek bann persegisyon ti fini.</w:t>
      </w:r>
    </w:p>
    <w:p>
      <w:pPr>
        <w:pStyle w:val="ArticleBody"/>
        <w:jc w:val="left"/>
      </w:pPr>
      <w:r>
        <w:rPr>
          <w:rFonts w:ascii="Times New Roman" w:hAnsi="Times New Roman" w:eastAsia="Times New Roman" w:cs="Times New Roman"/>
        </w:rPr>
        <w:t>Donald Trump se yon moun yo konnen pou efò li fè pou fè Amerik vin gran ankò; se etikèt disip li yo—MAGA. Nan pwofesi, yo te tipifye Trump pa Konstanten Legran, Antiòchis Legran, epi natirèlman, nan premye kèk vèsè Danyèl onz, li se Siris Legran, Zèsès Legran, epi apre sa Aleksann Legran. Depi dekrè Siris, Dariyis ak Atagzès an 457 av. J.-K. jouk rive nan istwa Panyòm, sa fè desan senkant ane. Fen “250” ane sa yo tonbe nan yon pwen mitan ant Rafiya ak Panyòm, e konsa 2026 tou. 2026 se mitan dezyèm manda Trump la. “250” ane pèsekisyon Neron an mennen nan yon dekrè ki mete fen nan pèsekisyon kont kretyen yo. Liy Neron an se liy mitan pami twa liy “250” ane yo, ke Siris, Neron ak Trump reprezante.</w:t>
      </w:r>
    </w:p>
    <w:p>
      <w:pPr>
        <w:pStyle w:val="ArticleBody"/>
        <w:jc w:val="left"/>
      </w:pPr>
      <w:r>
        <w:rPr>
          <w:rFonts w:ascii="Times New Roman" w:hAnsi="Times New Roman" w:eastAsia="Times New Roman" w:cs="Times New Roman"/>
        </w:rPr>
        <w:t>Siris te bay premye dekrè a, epi Atagzèsis te bay twazyèm dekrè a. Siris se premye zanj lan, epi Atagzèsis se twazyèm nan. Mwen gen entansyon sèvi ak Siris kòm senbòl tout twa dekrè yo ki ansanm idantifye 457 anvan Jezikri.</w:t>
      </w:r>
    </w:p>
    <w:p>
      <w:pPr>
        <w:pStyle w:val="ArticleBody"/>
        <w:jc w:val="left"/>
      </w:pPr>
      <w:r>
        <w:rPr>
          <w:rFonts w:ascii="Times New Roman" w:hAnsi="Times New Roman" w:eastAsia="Times New Roman" w:cs="Times New Roman"/>
        </w:rPr>
        <w:t>Siris kòmanse yon liy “250” ane an 457 anvan Jezikri ki fini nan istwa Panyòm, ki se istwa Antyòkis le Gran, ki se Donald Trump. Panyòm se vèsè ki vini anvan lwa dimanch la. Siris make kòmansman liy “250” ane istwa a ki reprezante kòn Repibliken bèt ki soti sou tè a, epi Siris make tou kòmansman liy 2,300 ane istwa a ki reprezante kòn Pwotestan bèt ki soti sou tè a.</w:t>
      </w:r>
    </w:p>
    <w:p>
      <w:pPr>
        <w:pStyle w:val="ArticleBody"/>
        <w:jc w:val="left"/>
      </w:pPr>
      <w:r>
        <w:rPr>
          <w:rFonts w:ascii="Times New Roman" w:hAnsi="Times New Roman" w:eastAsia="Times New Roman" w:cs="Times New Roman"/>
        </w:rPr>
        <w:t>Néron inaugure une ligne historique représentant la persécution menant au compromis. Contrairement à Cyrus et aux États-Unis, qui représentent une ligne s’achevant au point médian d’une période prophétique, la ligne de Néron se termine par l’illustration d’une période progressive de compromis commençant avec l’édit de Milan en 313, puis la première loi dominicale de 321, suivie ensuite, en 330, par la division de Rome en Orient et en Occident. Constantin est représenté à chacune de ces trois dates. Dans la ligne de Néron, de 313 à 330, il y a dix-sept ans. Dans la ligne de Cyrus, de la bataille de Raphia en 217 av. J.-C. à la bataille de Panium en 200 av. J.-C., il y a également dix-sept ans.</w:t>
      </w:r>
    </w:p>
    <w:p>
      <w:pPr>
        <w:pStyle w:val="ArticleBody"/>
        <w:jc w:val="left"/>
      </w:pPr>
      <w:r>
        <w:rPr>
          <w:rFonts w:ascii="Times New Roman" w:hAnsi="Times New Roman" w:eastAsia="Times New Roman" w:cs="Times New Roman"/>
        </w:rPr>
        <w:t>Nan chapit onz nan Danyèl, Atakzèksès se twazyèm dekrè a. Twazyèm dekrè a reprezante twazyèm zanj lan ak lwa dimanch lan. “250” ane yo depi 457 anvan Jezikri ak “250” ane yo depi 1776, toude fini nan mitan istwa ki rive jis anvan lwa dimanch ki nan vèsè sèz la. Chapit onz la prezante vèsè ki finalman te reprezante istwa 1989 nan vèsè dis la, epi istwa Lagè Ikrèn nan ki te kòmanse an 2014, jan sa reprezante nan vèsè onz la, epi apre sa Trump k ap retounen pou dezyèm manda li an 2024, jan sa reprezante nan vèsè trèz la, epi apre sa vèsè katòz la idantifye 2025, ak premye pap ki soti nan bèl peyi a k ap etabli vizyon ekstèn nan.</w:t>
      </w:r>
    </w:p>
    <w:p>
      <w:pPr>
        <w:pStyle w:val="ArticleBody"/>
        <w:jc w:val="left"/>
      </w:pPr>
      <w:r>
        <w:rPr>
          <w:rFonts w:ascii="Times New Roman" w:hAnsi="Times New Roman" w:eastAsia="Times New Roman" w:cs="Times New Roman"/>
        </w:rPr>
        <w:t>Danyèl 11:40 te akonpli an 1989 lè Inyon Sovyetik la te bese grasa yon alyans sekrè ant Jan Pòl II ak Ronald Reagan. Alyans sekrè sa a, nan tan lafen an an 1989, te tipifye yon alyans ouvè nan fen peryòd pwofetik ki te kòmanse an 1989. Alyans ouvè sa a se sa ki etabli vizyon an.</w:t>
      </w:r>
    </w:p>
    <w:p>
      <w:pPr>
        <w:pStyle w:val="ArticleBody"/>
        <w:jc w:val="left"/>
      </w:pPr>
      <w:r>
        <w:rPr>
          <w:rFonts w:ascii="Times New Roman" w:hAnsi="Times New Roman" w:eastAsia="Times New Roman" w:cs="Times New Roman"/>
        </w:rPr>
        <w:t>Ane 2026 make fen “250” lane istwa pwofetik, yon peryòd ki te kòmanse ak vennnde ane depi 1776 jouk nan tan lafen an an 1798. Vennnde ane istwa kòmansman sa a parèt ankò nan istwa vennnde ane ki soti 9/11 rive 2023. Nan fen vennnde ane yo an 1798, liv Danyèl la te de sele; epi nan fen vennnde ane yo ki te kòmanse nan 9/11 e ki te fini 31 desanm 2023, Lyon tribi Jida a te kòmanse de sele Revelasyon Jezikri a.</w:t>
      </w:r>
    </w:p>
    <w:p>
      <w:pPr>
        <w:pStyle w:val="ArticleBody"/>
        <w:jc w:val="left"/>
      </w:pPr>
      <w:r>
        <w:rPr>
          <w:rFonts w:ascii="Times New Roman" w:hAnsi="Times New Roman" w:eastAsia="Times New Roman" w:cs="Times New Roman"/>
        </w:rPr>
        <w:t>Mesaj ki te sele nan fen vennnde ane yo an 1798 te mete devan piblik la an 1831, desanven ane apre piblikasyon Bib wa Jak la an 1611. Depi 1798 rive 1831, Pawòl pwofetik Bondye a te louvri pwogresivman. Rive an 1831, li te deja nan domèn piblik la, e lè sa a gason ak fanm te kapab rann kont devan mesaj ki te dese l an 1798 la. Apre sa, an 1840, “yon lòt evènman remakab,” jan Sè White rele l la, te fèt lè yon prediksyon konsènan Islam te akonpli.</w:t>
      </w:r>
    </w:p>
    <w:p>
      <w:pPr>
        <w:pStyle w:val="ArticleBody"/>
        <w:jc w:val="left"/>
      </w:pPr>
      <w:r>
        <w:rPr>
          <w:rFonts w:ascii="Times New Roman" w:hAnsi="Times New Roman" w:eastAsia="Times New Roman" w:cs="Times New Roman"/>
        </w:rPr>
        <w:t>Depi nan fen yon peryòd vennndezan (1798), rive nan fen yon peryòd desanven ane (1831), yo reprezante yon peryòd kote yon mesaj ap devwale. Ilistrasyon an gen ladan l yon etap referans kote mesaj la vin pran fòm fòmèl, epi apre sa yon lòt etap referans ki idantifye yon prediksyon ki, apre sa, te rekalkile; e lè li vin akonpli pita, li pwodui yon etap referans ki idantifye kòmansman yon “manifestasyon mèvèy pouvwa Bondye.”</w:t>
      </w:r>
    </w:p>
    <w:p>
      <w:pPr>
        <w:pStyle w:val="ArticleBody"/>
        <w:jc w:val="left"/>
      </w:pPr>
      <w:r>
        <w:rPr>
          <w:rFonts w:ascii="Times New Roman" w:hAnsi="Times New Roman" w:eastAsia="Times New Roman" w:cs="Times New Roman"/>
        </w:rPr>
        <w:t>Peryòd ventedezan ki te nan fen mouvman 1989 la te soti 9/11 rive 2023, lè yon pwofesi te ankò sele louvri. Pwofesi sa a t ap nesesèman kòmanse yon peryòd ogmantasyon konesans, yon konesans ki t ap teste epi separe, paske anpil moun resevwa apèl la, men se kèk ki chwazi. T ap gen yon moman lè mesaj la t ap mete devan piblik la. Mesaj la t ap pote karakteristik yon mesaj ki te rekalkile pwofetikman, epi li t ap ankò gen ladan yon prediksyon. Lè prediksyon piblik la akonpli, mesaj la t ap resevwa puisans, jan sa reprezante nan istwa 1840 ak Pannkòt.</w:t>
      </w:r>
    </w:p>
    <w:p>
      <w:pPr>
        <w:pStyle w:val="ArticleBody"/>
        <w:jc w:val="left"/>
      </w:pPr>
      <w:r>
        <w:rPr>
          <w:rFonts w:ascii="Times New Roman" w:hAnsi="Times New Roman" w:eastAsia="Times New Roman" w:cs="Times New Roman"/>
        </w:rPr>
        <w:t>Avèk disparisyon Inyon Sovyetik la an 1989, Daniel 11:40 te de sele; epi an 1996, mesaj Daniel 11 la te mete nan domèn piblik la. 1996 se de san ven ane apre 1776, ki pa t sèlman kòmanse vennnde ane yo ki te fini an 1798, men li te kòmanse tou de san senkant ane yo ki fini an 2026. Kòn Repibliken an rive nan yon pwen mitan nan eleksyon entèmedyè politik yo an 2026, epi kòn Pwotestan an rive jiska 2026, ki se fen yon peryòd trant ane ki te kòmanse avèk fòmalizasyon mesaj la an 1996, mesaj ki te de sele nan tan lafen an an 1989. Jezi toujou ilistre lafen an avèk kòmansman an; konsa, 2026 se ane kote mesaj korije Kri Mitan Lannwit la dwe fòmalize, trant ane apre mesaj de sele 1989 la te fòmalize an 1996.</w:t>
      </w:r>
    </w:p>
    <w:p>
      <w:pPr>
        <w:pStyle w:val="ArticleBody"/>
        <w:jc w:val="left"/>
      </w:pPr>
      <w:r>
        <w:rPr>
          <w:rFonts w:ascii="Times New Roman" w:hAnsi="Times New Roman" w:eastAsia="Times New Roman" w:cs="Times New Roman"/>
        </w:rPr>
        <w:t>Liy 250 an ki kòmanse an 1776 mennen ou rive an 2026, mitan manda Donald Trump la, jis anvan lagè ant Etazini ak Larisi, ki kòmanse lè bourik la lage e Islam frape Etazini ankò menm jan li te fè sa nan 11/9 la.</w:t>
      </w:r>
    </w:p>
    <w:p>
      <w:pPr>
        <w:pStyle w:val="ArticleBody"/>
        <w:jc w:val="left"/>
      </w:pPr>
      <w:r>
        <w:rPr>
          <w:rFonts w:ascii="Times New Roman" w:hAnsi="Times New Roman" w:eastAsia="Times New Roman" w:cs="Times New Roman"/>
        </w:rPr>
        <w:t>Liy “250” ane Neron an se liy ki nan mitan twa liy yo, ni istorikman ni pwofetikman. Sa idantifye liy Neron an kòm dezyèm zanj lan, ki se dezyèm eprèv la ki vin anvan twazyèm eprèv la. Dezyèm eprèv sa a se eprèv imaj bèt la, ki reprezante etablisman pwogresif konbinezon legliz ak leta a, jan sa prefigire pa edik Milan an nan 313, ki, a pa li, te mennen nan premye lwa dimanch lan, an 321, epi apre sa nan destriksyon nasyonal la ki toujou swiv yon lwa dimanch, jan sa reprezante nan istwa 330.</w:t>
      </w:r>
    </w:p>
    <w:p>
      <w:pPr>
        <w:pStyle w:val="ArticleBody"/>
        <w:jc w:val="left"/>
      </w:pPr>
      <w:r>
        <w:rPr>
          <w:rFonts w:ascii="Times New Roman" w:hAnsi="Times New Roman" w:eastAsia="Times New Roman" w:cs="Times New Roman"/>
        </w:rPr>
        <w:t>Dekrè Milan an nan ane 313 la make kòmansman etablisman relasyon ant legliz ak leta Ozetazini, ki ap pwogrese pou mennen rive nan lwa dimanch vèsè sèz la. Travay sa a te kòmanse nan 11 septanm ak Patriot Act la, men nan fraktal la nan fen tan sele a, Patriot Act la ak dekrè Milan an toude sèvi kòm tip yon aksyon ki kòmanse yon peryòd pwogresif konpwomi ki mennen nan lwa dimanch k ap vini talè a. Se premye nan yon seri aksyon pwofetik ki dirèkteman mete legliz ak leta ansanm Ozetazini, e ki finalman mennen nan lwa dimanch lan.</w:t>
      </w:r>
    </w:p>
    <w:p>
      <w:pPr>
        <w:pStyle w:val="ArticleBody"/>
        <w:jc w:val="left"/>
      </w:pPr>
      <w:r>
        <w:rPr>
          <w:rFonts w:ascii="Times New Roman" w:hAnsi="Times New Roman" w:eastAsia="Times New Roman" w:cs="Times New Roman"/>
        </w:rPr>
        <w:t>Lòd Milan an nan ane 313 la genyen menm eleman sa yo nan dosye istorik li, paske li pa t yon sèl lòd; li te yon seri lèt ki soti nan Licinius, chèf Wòm lès la. Wòm lès la, nan moman sa a, te toujou rete fòtman payen, tandiske Konstanten t ap louvri wayòm lwès li a bay Krisyanis la. Akò a menm te fèt nan mwa fevriye 313, pandan yon somè kote Licinius te marye ak demi-sè Konstanten an tou pou sele alyans yo a. Lèt Licinius yo, ki te afiche nan pati lès anpi a, te fè respekte libète adorasyon pou kretyen yo ak pou tout lòt moun, ansanm ak retablisman byen kretyen yo te konfiske.</w:t>
      </w:r>
    </w:p>
    <w:p>
      <w:pPr>
        <w:pStyle w:val="ArticleBody"/>
        <w:jc w:val="left"/>
      </w:pPr>
      <w:r>
        <w:rPr>
          <w:rFonts w:ascii="Times New Roman" w:hAnsi="Times New Roman" w:eastAsia="Times New Roman" w:cs="Times New Roman"/>
        </w:rPr>
        <w:t>Dekrè Milan an te mete fen nan “250” ane pèsekisyon yo, epi li reprezante yon peryòd tan kote tout libète dekrè sa a te reprezante yo dwe retire pwogresivman nan men kretyen yo, pandan mond lan ap mache ansanm ak Trump pou rive nan lwa dimanch ki pral vini byento.</w:t>
      </w:r>
    </w:p>
    <w:p>
      <w:pPr>
        <w:pStyle w:val="ArticleScripture"/>
        <w:jc w:val="left"/>
      </w:pPr>
      <w:r>
        <w:rPr>
          <w:rFonts w:ascii="Times New Roman" w:hAnsi="Times New Roman" w:eastAsia="Times New Roman" w:cs="Times New Roman"/>
        </w:rPr>
        <w:t>“Si le lecteur veut comprendre les agents qui seront employés dans le conflit prochain, il n’a qu’à suivre le récit des moyens que Rome employa autrefois pour atteindre le même but. S’il veut savoir comment les papistes et les protestants unis traiteront ceux qui rejettent leurs dogmes, qu’il considère l’esprit que Rome manifesta envers le sabbat et ses défenseurs.</w:t>
      </w:r>
    </w:p>
    <w:p>
      <w:pPr>
        <w:pStyle w:val="ArticleScripture"/>
        <w:jc w:val="left"/>
      </w:pPr>
      <w:r>
        <w:rPr>
          <w:rFonts w:ascii="Times New Roman" w:hAnsi="Times New Roman" w:eastAsia="Times New Roman" w:cs="Times New Roman"/>
        </w:rPr>
        <w:t>“Dekrè wayal yo, konsèy jeneral yo, ak òdonans legliz yo ki te soutni pa pouvwa sivil la, se te etap pa etap pa ki fèt payen an te rive jwenn pozisyon onè li nan mond kretyen an. Premye mezi piblik ki te fè respekte obsèvans dimanch lan se te lwa Konstanten te adopte a. (A.D. 321) Dekrè sa a te egzije pou moun lavil yo repoze nan ‘jou venere solèy la,’ men li te pèmèt moun andeyò yo kontinye travay agrikòl yo. Byenke li te, an reyalite, yon lwa payen, anperè a te fè aplike li apre akseptasyon nominal li te fè de Krisyanis.” The Great Controversy, 573, 574.</w:t>
      </w:r>
    </w:p>
    <w:p>
      <w:pPr>
        <w:pStyle w:val="ArticleBody"/>
        <w:jc w:val="left"/>
      </w:pPr>
      <w:r>
        <w:rPr>
          <w:rFonts w:ascii="Times New Roman" w:hAnsi="Times New Roman" w:eastAsia="Times New Roman" w:cs="Times New Roman"/>
        </w:rPr>
        <w:t>Nimewo “25” la, ki se yon dim nan “250,” reprezante rebelyon ak divizyon. “25” chèf Advantis Laodiseyen yo ki bese tèt yo devan solèy la nan Ezekyèl chapit uit la, separe ak sila yo ki sele nan chapit ki vini tousuit apre a; epi Sè White idantifye aklè sele Ezekyèl chapit nèf la kòm sele san karant-kat mil liv Revelasyon an. “25” mesye sa yo se sèlman yon dim nan “250” mesye renome yo ki te antre nan rebelyon Kora, Datan, ak Abiram. Yo te entèdi Sè White kite reyinyon Konferans Jeneral 1888 la, paske Gabriyèl te di li li dwe rete epi anrejistre rebelyon Minneapolis la, paske se te yon repetisyon rebelyon Kora a. “250” se yon senbòl rebelyon ak separasyon. Nan Matye “25” gen twa parabòl ki anseye konsènan separasyon mechan yo ak saj yo. Kòn Repibliken an ak kòn Pwotestan an toude soumèt anba yon peryòd pwobasyon ki reprezante kòm kat jenerasyon, epi ni pèp alyans lan ni nasyon kote pèp alyans lan tabli a jije nan menm peryòd tan an.</w:t>
      </w:r>
    </w:p>
    <w:p>
      <w:pPr>
        <w:pStyle w:val="ArticleBody"/>
        <w:jc w:val="left"/>
      </w:pPr>
      <w:r>
        <w:rPr>
          <w:rFonts w:ascii="Times New Roman" w:hAnsi="Times New Roman" w:eastAsia="Times New Roman" w:cs="Times New Roman"/>
        </w:rPr>
        <w:t>Pandan “250” ane bèt tè a, ki se sizyèm wayòm pwofesi biblik la e ki se Etazini, liy Neron an idantifye yon dekrè, jan sa reprezante pa edik Milan an, ki make kòmansman yon ogmantasyon pwogresif nan lagè jiridik ki rive nan konklizyon li nan dekrè lwa dimanch lan nan ane 321, e ki ouvri yon peryòd ki fini an 330 lè lemonn antye divize an de klas, reprezante kòm lès ak lwès. Peryòd nèf ane sa a soti 321 rive 330 la, se tou sèt jou fèt Tant Randevou yo, ki kòmanse ak lwa dimanch 321 an, epi ki fini lè Mikaèl leve kanpe epi tan gras la fèmen an 330.</w:t>
      </w:r>
    </w:p>
    <w:p>
      <w:pPr>
        <w:pStyle w:val="ArticleBody"/>
        <w:jc w:val="left"/>
      </w:pPr>
      <w:r>
        <w:rPr>
          <w:rFonts w:ascii="Times New Roman" w:hAnsi="Times New Roman" w:eastAsia="Times New Roman" w:cs="Times New Roman"/>
        </w:rPr>
        <w:t>Rejte konpreyansyon fondamantal Milerit la ki di se Wòm ki tabli vizyon an, se echwe tès fondamantal la ki te rive 31 desanm 2023 e ki te fini lè premye pap ki soti nan peyi gloriye a te eli 8 me 2025. Verite fondamantal ki te pèmèt William Miller rekonèt Wòm kòm senbòl ki tabli vizyon an, se verite sa a menm ki, si yo rejte li, pote gwo ilizyon. Echwe premye tès sa a pote gwo ilizyon Thessalonik yo epi li pwouve ke moun sòt ki pa konprann yo pa renmen “Verite” a. Rejte senbòl ki tabli vizyon ekstèn nan, se rejte tès fondamantal la, ki se premye nan twa tès yo. Sè White mete premye tès la nan tan Kris la ann akò ak mesaj Jan Batis la. Li idantifye ke sila yo ki te rejte mesaj Jan an pa t ap jwenn okenn benefis nan ansèyman Jezi yo, ni yo pa t ap kapab wè chanjman dispansasyonèl la lè Kris te deplase soti nan lakou a pou antre nan Kote Sen an.</w:t>
      </w:r>
    </w:p>
    <w:p>
      <w:pPr>
        <w:pStyle w:val="ArticleBody"/>
        <w:jc w:val="left"/>
      </w:pPr>
      <w:r>
        <w:rPr>
          <w:rFonts w:ascii="Times New Roman" w:hAnsi="Times New Roman" w:eastAsia="Times New Roman" w:cs="Times New Roman"/>
        </w:rPr>
        <w:t>Li te mete pwosesis tès pwogresif sa a ann amoni ak peryòd Millerit yo, epi li anseye ke moun ki te rejte mesaj premye zanj lan te mache an paralèl ak Jwif yo ki te rejte mesaj Jan an. Nan chak liy istorik, moun ki pa t reyisi premye tès la pa t jwenn okenn benefis nan etap ki te vin apre a, epi yo te vin avèg devan chanjman dispansasyonèl Kris la. Moun ki te rejte mesaj 9/11 la pa t kapab wè ke Kris te kòmanse jije moun vivan yo. Moun ki echwe nan tès fondamantal 2023 a pa pral wè chanjman tranzisyonèl legliz militan an pou rive nan legliz triyonfan an. Moun ki rejte nenpòt nan tès fondamantal sa yo te fini nan “fènwa pafè.” Kote pa gen vizyon, pèp la fini nan fènwa pafè, epi se Wòm ki tabli limyè vizyon ekstèn nan. Verite sa a ka rekonèt nan twa pap yo ak relasyon yo ak twa prezidan yo ki kanpe nan twa batay ki nan vèsè dis, onz ak kenz nan Danyèl onz.</w:t>
      </w:r>
    </w:p>
    <w:p>
      <w:pPr>
        <w:pStyle w:val="ArticleBody"/>
        <w:jc w:val="left"/>
      </w:pPr>
      <w:r>
        <w:rPr>
          <w:rFonts w:ascii="Times New Roman" w:hAnsi="Times New Roman" w:eastAsia="Times New Roman" w:cs="Times New Roman"/>
        </w:rPr>
        <w:t>Liy ekstèn «250» ane Siris la, ki te fini an 207 av. J.-K. nan mitan yon peryòd disèt ane ki make depi batay Rafya rive jouk batay Panyòm, te aliyen ak liy «250» ane a ki te kòmanse ak Neron epi ki te fini ak Edit Milan an an 313, konsa li te make peryòd disèt ane Konstanten Gran an. Donald Trump kanpe kòm Antyokis Gran an an 207 av. J.-K., ki se 2026, epi li kanpe tou kòm Konstanten Gran an an 313, nan kòmansman tan eprèv imaj bèt la. Nan 4 jiyè 2026, Trump, kòm Antyokis ak Konstanten, ap fè Amerik vin «gran». Trump se twazyèm nan twa prezidan yo ki aliyen ak twa batay vèsè dis, onz ak kenz yo. Reagan te premye nan twa sa yo, epi Obama te sa ki te nan mitan an. Twa prezidan sa yo pote siyati «verite» a, epi Reagan ak Trump reprezante non sèlman premye ak twazyèm nan, men alfa ak omega tou.</w:t>
      </w:r>
    </w:p>
    <w:p>
      <w:pPr>
        <w:pStyle w:val="ArticleBody"/>
        <w:jc w:val="left"/>
      </w:pPr>
      <w:r>
        <w:rPr>
          <w:rFonts w:ascii="Times New Roman" w:hAnsi="Times New Roman" w:eastAsia="Times New Roman" w:cs="Times New Roman"/>
        </w:rPr>
        <w:t>Karakteristik pwofetik chak nan prezidan yo se ke lè yo ap gouvène, yo genyen yon alyans avèk pap epòk la. Reagan ak Jan Pòl II te an alyans an kachèt pandan yo te fè Inyon Sovyetik la tonbe an 1989, an akonplisman vèsè dis ak karant nan Danyèl onz. Obama, prezidan globalis «woke» ki te nan mitan Reagan ak Trump, te aliyen sou plan filozofik avèk pap «woke» Franswa. Alyans Trump avèk pap Leyi ouvè devan je tout moun pou yo wè, e an 2025 Trump te enstale kòm prezidan epi Leyi te enstale kòm antikris la. Relasyon espirityèl ant yon prezidan ak yon pap reprezante pa Jezabèl ak pwofèt Baal yo. Relasyon politik ant yon prezidan ak yon pap reprezante pa Jezabèl ak Akab. Nan youn oswa nan lòt reprezantasyon an, Jezabèl se tèt la.</w:t>
      </w:r>
    </w:p>
    <w:p>
      <w:pPr>
        <w:pStyle w:val="ArticleScripture"/>
        <w:jc w:val="left"/>
      </w:pPr>
      <w:r>
        <w:rPr>
          <w:rFonts w:ascii="Times New Roman" w:hAnsi="Times New Roman" w:eastAsia="Times New Roman" w:cs="Times New Roman"/>
        </w:rPr>
        <w:t>“Pandan n ap pwoche dènye kriz la, li gen yon enpòtans vital pou amoni ak inite egziste pami enstrimantalite Senyè a. Mond lan ranpli ak tanpèt, lagè, ak divizyon. Men, anba yon sèl tèt — pouvwa papal la — pèp yo pral ini pou opoze ak Bondye nan pèsonn temwen Li yo. Inyon sa a simante pa gwo apostat la. Pandan l ap chèche ini ajan pa li yo pou fè lagè kont verite a, li pral travay pou divize epi gaye moun k ap defann li yo. Jalouzi, move sispisyon, move pawòl, se li menm ki ankouraje yo pou pwodui dezakò ak divizyon.” Testimonies, volim 7, 182.</w:t>
      </w:r>
    </w:p>
    <w:p>
      <w:pPr>
        <w:pStyle w:val="ArticleScripture"/>
        <w:jc w:val="left"/>
      </w:pPr>
      <w:r>
        <w:rPr>
          <w:rFonts w:ascii="Times New Roman" w:hAnsi="Times New Roman" w:eastAsia="Times New Roman" w:cs="Times New Roman"/>
        </w:rPr>
        <w:t>“Nan tan sa a kote inikite ap domine, legliz Pwotestan yo ki te rejte yon ‘Men sa Seyè a di,’ ap rive nan yon eta etranj. Yo pral konvèti ak mond lan. Nan separasyon yo ak Bondye, yo pral chèche fè manti ak apostazi kont Bondye tounen lwa nasyon an. Yo pral enfliyanse chèf peyi a pou yo fè lwa pou retabli sipremasi moun peche a ki te pèdi, li menm ki chita nan tanp Bondye a, ap montre tèt li kòm si se li ki Bondye. Prensip Wòm Katolik yo pral pran anba pwoteksyon leta. Pwotestasyon verite Bib la pap ankò tolere pa sila yo ki pa t fè lalwa Bondye règ lavi yo.” Review and Herald, 21 Desanm 1897.</w:t>
      </w:r>
    </w:p>
    <w:p>
      <w:pPr>
        <w:pStyle w:val="ArticleBody"/>
        <w:jc w:val="left"/>
      </w:pPr>
      <w:r>
        <w:rPr>
          <w:rFonts w:ascii="Times New Roman" w:hAnsi="Times New Roman" w:eastAsia="Times New Roman" w:cs="Times New Roman"/>
        </w:rPr>
        <w:t>Fo pwopwèt Baal yo t ap manje sou tab Jézabel. Jézabel te larenn nan, e pwopwèt yo te pwopwèt pa li yo. Nan vèsè karant nan Danyèl onz, Reagan te reprezante kòm “cha” ak “kavalye,” senbòl fòs militè, epi tou pa “batiman,” yon senbòl pisans ekonomik. Men, nan vèsè a, se te papote a ki se “wa” nò a. Sou plan pwofetik, Reagan te anba soumèt devan Jézabel. Nan peryòd sa a, lemonn te sezi dèyè bèt la pandan pap Jan Pòl II t ap vwayaje atravè lemonn plis pase nenpòt lòt pap. Malachi Martin, yon otè jezuit byen koni, te ekri konsènan pap Jan Pòl II nan liv li a, Keys of This Blood. Tèz liv la te deklare ke nan epòk Jan Pòl II ak Reagan, lemonn te angaje nan yon lit a twa pou dominasyon mondyal ant papote a, Etazini, ak Inyon Sovyetik la. Martin te predi ke papote a t ap genyen nan lit sa a. Alyans sekrè ant Reagan ak antikris la te anonse ke mouvman pou geri blesi mòtèl papote a te kòmanse, jan sa ilistre nan vèsè karant ak vèsè ki vin apre yo nan Danyèl onz. Liv Martin nan te reafime objektif papote a, li te kenbe depi lontan, pou pran kontwòl Amerik Pwotestan an. Volonte Reagan pou l fèmen je l sou lefèt ke pap la se antikris pwofesi biblik la, dapre pwòp temwayaj li, te baze sou move aplikasyon li te fè lè li te idantifye Inyon Sovyetik la kòm antikris pwofesi biblik la.</w:t>
      </w:r>
    </w:p>
    <w:p>
      <w:pPr>
        <w:pStyle w:val="ArticleScripture"/>
        <w:jc w:val="left"/>
      </w:pPr>
      <w:r>
        <w:rPr>
          <w:rFonts w:ascii="Times New Roman" w:hAnsi="Times New Roman" w:eastAsia="Times New Roman" w:cs="Times New Roman"/>
        </w:rPr>
        <w:t>“Moun ki vin konfonn nan konpreyansyon yo sou pawòl la, ki pa rive wè sans antikris la, yo pral san mank mete tèt yo bò kote antikris la.” Kress Collection, 105.</w:t>
      </w:r>
    </w:p>
    <w:p>
      <w:pPr>
        <w:pStyle w:val="ArticleBody"/>
        <w:jc w:val="left"/>
      </w:pPr>
      <w:r>
        <w:rPr>
          <w:rFonts w:ascii="Times New Roman" w:hAnsi="Times New Roman" w:eastAsia="Times New Roman" w:cs="Times New Roman"/>
        </w:rPr>
        <w:t>Reagan te premye nan uit prezidan yo ki idantifye nan premye vèsè Danyèl onz la, epi li se tou premye nan twa nan uit prezidan sa yo ki gen yon relasyon pwofetik avèk antikris la. Nan senbòl twa alyans Reagan, Obama ak Trump yo, siyati verite a ka disène. Reagan, kòm premye a, prefigire dènye a, e divès paralèl ki genyen ant Reagan ak Trump yo etonan e yo anpil. Poto mitan twa etap ki etabli mo ebre a, “verite,” se rebelyon, e prezidans Obama a se yon egzanp klasik sa. Nan dat 8 me 2025, pou premye fwa yo enstale yon pap ki soti Etazini, epi alyans sekrè Reagan an te rive tounen yon alyans ouvè anba Trump. An 2025, papote a te ouvètman inogire yon pap ki soti nan peyi gloriye a, Etazini, ki se menm sib lit li yo depi 1798. Sa ki te rete pou prediksyon Malachi Martin lan akonpli, se te lwa dimanch la, kote yo mete an aplikasyon inyon twa fwa a ant dragon an, bèt la, ak fo pwofèt la.</w:t>
      </w:r>
    </w:p>
    <w:p>
      <w:pPr>
        <w:pStyle w:val="ArticleScripture"/>
        <w:jc w:val="left"/>
      </w:pPr>
      <w:r>
        <w:rPr>
          <w:rFonts w:ascii="Times New Roman" w:hAnsi="Times New Roman" w:eastAsia="Times New Roman" w:cs="Times New Roman"/>
        </w:rPr>
        <w:t>“Pa dekrè ki fè yo enpoze enstitisyon Pap la an vyolasyon lalwa Bondye a, nasyon nou an pral koupe tèt li nèt ak jistis. Lè Pwotestanism pral lonje men li lòt bò gwo twou ki separe a pou l atrape men pouvwa women an, lè li pral lonje men li anlè gwo twou san fon an pou l bay Lespriism lan lanmen, lè, anba enfliyans inyon twa fwa sa a, peyi nou an pral rejte tout prensip Konstitisyon li kòm yon gouvènman pwotestan ak repibliken, epi l ap pran dispozisyon pou pwopagasyon manti ak twonpri papis yo, lè sa a nou ka konnen lè a rive pou Satan fè mèvèy travay li yo, e ke lafen an toupre.” Testimonies, volim 5, 451.</w:t>
      </w:r>
    </w:p>
    <w:p>
      <w:pPr>
        <w:pStyle w:val="ArticleBody"/>
        <w:jc w:val="left"/>
      </w:pPr>
      <w:r>
        <w:rPr>
          <w:rFonts w:ascii="Times New Roman" w:hAnsi="Times New Roman" w:eastAsia="Times New Roman" w:cs="Times New Roman"/>
        </w:rPr>
        <w:t>Nan dat 4 Jiyè 2026, Trump gen entansyon selebre “250” ane sa yo, pandan li kanpe nan pwen mitan prezidans li. Pwen mitan sa a se 207 av. J.-K., ant batay Raphia a ak batay Panium nan. Pwen mitan disèt ane sa yo idantifye tou kòmansman disèt ane Neron an, ki reprezante ane 313 la, ansanm ak etablisman pwogresif imaj bèt la, sètadi inyon legliz ak leta a, ki mennen nan lwa dimanch 321 an, ak nan vèsè sèz la. Peryòd sa a kòmanse an 313 avèk maryaj ant lès ak lwès la, jan sa reprezante pa bèlfi Konstanten an ki soti nan lwès la ak Licinius ki soti nan lès la. Peryòd ki kòmanse avèk yon alyans maryaj ant lès ak lwès fini avèk separasyon oswa divòs lès ak lwès. Siy mitan an se premye lwa dimanch lan.</w:t>
      </w:r>
    </w:p>
    <w:p>
      <w:pPr>
        <w:pStyle w:val="ArticleBody"/>
        <w:jc w:val="left"/>
      </w:pPr>
      <w:r>
        <w:rPr>
          <w:rFonts w:ascii="Times New Roman" w:hAnsi="Times New Roman" w:eastAsia="Times New Roman" w:cs="Times New Roman"/>
        </w:rPr>
        <w:t>Reagan, Obama ak Trump yo gouvène pwofetikman pa twa etap levanjil etènèl la, ki reprezante kòm twa zanj nan Revelasyon katòz. Nan prezidans Obama a, ki se dezyèm etap la, te gen de pap. Francis, pap woke la, te vini apre Joseph Ratzinger (pi ta Pap Benedikt XVI), ki te sèvi kòm chèf Kongregasyon pou Doktrin Lafwa a (CDF) depi 25 novanm 1981, jouk eleksyon li kòm pap nan 19 avril 2005. Ratzinger te pran retrèt, epi Francis te kòmanse rèy li; konsa sa te bay yon doubleman pap yo nan rèy Obama a.</w:t>
      </w:r>
    </w:p>
    <w:p>
      <w:pPr>
        <w:pStyle w:val="ArticleBody"/>
        <w:jc w:val="left"/>
      </w:pPr>
      <w:r>
        <w:rPr>
          <w:rFonts w:ascii="Times New Roman" w:hAnsi="Times New Roman" w:eastAsia="Times New Roman" w:cs="Times New Roman"/>
        </w:rPr>
        <w:t>Obama yo akize kòm li t ap jwe yon doub wòl, alafwa etewoseksyèl ak omoseksyèl; e li se yon senbòl fo pwofèt Pwotestantis ameriken ki tonbe nan apostazi a, pandan li menm li se yon Mizilman, ki se tou relijyon fo pwofèt Mohammed la. Obama te reprezantan sistèm politik peyi gloriye a—fo pwofèt Revelasyon sèz la—men vrè senpati politik li yo te aliyen ak globalis yo—dragon an. Pwofetikman, Obama se yon eskizofrèn, li reprezante de fo relijyon, de tandans seksyèl, ak de sistèm politik; e pandan rèy li, te gen de antikris. Kit se te tandans seksyèl, alyans politik, oswa konviksyon relijye, Obama te detèmine, nan chak domèn, pou l rete anndan klozèt la. Gen moun ki konnen li sou non, “Obama Divizatè a,” poutèt efò li te fè pou divize sitwayen ameriken yo youn kont lòt; sa reflete tou konviksyon pèsonèl, politik, ak relijye li yo ki te kache anba vwal.</w:t>
      </w:r>
    </w:p>
    <w:p>
      <w:pPr>
        <w:pStyle w:val="ArticleBody"/>
        <w:jc w:val="left"/>
      </w:pPr>
      <w:r>
        <w:rPr>
          <w:rFonts w:ascii="Times New Roman" w:hAnsi="Times New Roman" w:eastAsia="Times New Roman" w:cs="Times New Roman"/>
        </w:rPr>
        <w:t>Premye antikris rèy Obama a te dirije Kongregasyon pou Doktrin Lafwa a pandan vennkat ane anvan li te vin pap. Kongregasyon pou Doktrin Lafwa a se non modèn sa yo bay sa ki te rele okòmansman Biwo Enkizisyon an. Rebelyon peryòd Obama a koresponn ak nimewo “13” la, nan mo ebre pou verite a, ki fòme ak premye lèt alfabè ebre a (Reagan), trèzyèm lèt la (Obama), ak Trump, venn-dezyèm lèt la. Enkizisyon an se sètènman yon senbòl rebelyon. Pap Benwa te abdike twòn li bay Franswa an 2013, pandan rèy eskizofrenik senbòl fo pwofèt Islam yo ak Pwotestantis aposta a.</w:t>
      </w:r>
    </w:p>
    <w:p>
      <w:pPr>
        <w:pStyle w:val="ArticleBody"/>
        <w:jc w:val="left"/>
      </w:pPr>
      <w:r>
        <w:rPr>
          <w:rFonts w:ascii="Times New Roman" w:hAnsi="Times New Roman" w:eastAsia="Times New Roman" w:cs="Times New Roman"/>
        </w:rPr>
        <w:t>Dezyèm etap nan levanjil etènèl la se yon tès vizyèl, e sa ki ka wè nan relasyon ant Obama ak de pap yo, se koneksyon ki genyen ant pèsekisyon Biwo Enkizisyon an reprezante a, ak fiksyon globalis yo sou adorasyon manman latè jan sa parèt nan pap “woke” la. Lafwa mizilman Obama a reprezante kòlè nasyon yo ki fèt akoz islam ak echèk pwotestantis aposta a nan akonpli responsablite non Pwotestan an reprezante a. Yon Pwotestan dwe pwoteste kont Wòm, men li pa dwe janm bese devan Wòm.</w:t>
      </w:r>
    </w:p>
    <w:p>
      <w:pPr>
        <w:pStyle w:val="ArticleBody"/>
        <w:jc w:val="left"/>
      </w:pPr>
      <w:r>
        <w:rPr>
          <w:rFonts w:ascii="Times New Roman" w:hAnsi="Times New Roman" w:eastAsia="Times New Roman" w:cs="Times New Roman"/>
        </w:rPr>
        <w:t>Premye a nan twa pap yo anonse devan lemonn antye ke li kwè se li menm ki “bon pap” pwofesi direktè katolik Fatima a. Jan Pòl II te kwè se li menm ki “bon pap” Fatima a, ki, dapre sa li kwè, pral finalman gouvène lemonn antye avèk yon baton fè lè lit twa bò ki genyen ant papote a, Etazini ak mondyalis yo va fini.</w:t>
      </w:r>
    </w:p>
    <w:p>
      <w:pPr>
        <w:pStyle w:val="ArticleBody"/>
        <w:jc w:val="left"/>
      </w:pPr>
      <w:r>
        <w:rPr>
          <w:rFonts w:ascii="Times New Roman" w:hAnsi="Times New Roman" w:eastAsia="Times New Roman" w:cs="Times New Roman"/>
        </w:rPr>
        <w:t>Pwochen prezidans lan anonse wòl mondyalis dragon an, fason Islam ap eksite kòlè nasyon yo, ak echèk Pwotestantis aposta a pou l rete Pwotestan. Prezidans Trump la, ki te inogire an 2025, aliyen tèt li ouvètman ak antikris 2025 la. Limyè ki sou twa alyans sa yo ant Wòm ak Etazini devwale nan istwa konklizyon batay Rafia a ak kòmansman batay Panium nan. Maryaj wayòm Licinius ak Konstanten yo nan kòmansman disèt ane yo reprezante alyans 2025 la.</w:t>
      </w:r>
    </w:p>
    <w:p>
      <w:pPr>
        <w:pStyle w:val="ArticleBody"/>
        <w:jc w:val="left"/>
      </w:pPr>
      <w:r>
        <w:rPr>
          <w:rFonts w:ascii="Times New Roman" w:hAnsi="Times New Roman" w:eastAsia="Times New Roman" w:cs="Times New Roman"/>
        </w:rPr>
        <w:t>Alyans 2025 la se parabòl kontrefè dis vyèj yo. Anvan, maryaj la fèt, epi apre sa gen yon peryòd ankèt ki finalman mennen nan dezyèm faz maryaj la kote konsomasyon an fèt, epi pòt la fèmen. Parabòl kontrefè dis vyèj yo te kòmanse an 2025, epi li rive nan konsomasyon li anba lwa dimanch ki prèt pou vini an nan vèsè sèz ak karant-yon nan Danyèl onz. Nan maryaj kontrefè a, papa a se Satan, msye marye a se papote a, epi lamarye a se Amerik pwotestan aposta a. Nan vèsè katòz Danyèl onz la, piyajè nan pèp Danyèl la se Wòm, ki etabli vizyon an. Rejte idantifikasyon William Miller fè sou Wòm kòm senbòl ki etabli vizyon an, sa ale an paralèl ak rejte mesaj premye zanj lan ak mesaj Jan Batis la. Lè antikris aktyèl la te pran fonksyon an an 2025, li te etabli vizyon uit prezidan yo, epi li te akonpli vèsè katòz la.</w:t>
      </w:r>
    </w:p>
    <w:p>
      <w:pPr>
        <w:pStyle w:val="ArticleBody"/>
        <w:jc w:val="left"/>
      </w:pPr>
      <w:r>
        <w:rPr>
          <w:rFonts w:ascii="Times New Roman" w:hAnsi="Times New Roman" w:eastAsia="Times New Roman" w:cs="Times New Roman"/>
        </w:rPr>
        <w:t>Kounyeya nou antre nan tès tanp lan; dezyèm tès la ki vini anvan tès lakmòs la ak twazyèm tès la.</w:t>
      </w:r>
    </w:p>
    <w:p>
      <w:pPr>
        <w:pStyle w:val="ArticleBody"/>
        <w:jc w:val="left"/>
      </w:pPr>
      <w:r>
        <w:rPr>
          <w:rFonts w:ascii="Times New Roman" w:hAnsi="Times New Roman" w:eastAsia="Times New Roman" w:cs="Times New Roman"/>
        </w:rPr>
        <w:t>N ap kontinye bagay sa yo nan pwochen atik la.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Nimewo Kenz】</dc:title>
  <dc:subject>« 250 » fwa Twa</dc:subject>
  <dc:creator>Jeff Pippenger</dc:creator>
  <cp:keywords/>
  <dc:description>Generated by ArticleDigger from panium\15_panium.json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