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Disèt</w:t>
      </w:r>
    </w:p>
    <w:p>
      <w:pPr>
        <w:pStyle w:val="ArticleSubtitle"/>
        <w:jc w:val="left"/>
      </w:pPr>
      <w:r>
        <w:rPr>
          <w:rFonts w:ascii="Arial" w:hAnsi="Arial" w:eastAsia="Arial" w:cs="Arial"/>
        </w:rPr>
        <w:t>Bagay la ak Vizyon an: De Liy Pwofesi Danyèl yo ak Ouvèti So Revelasyon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Nan dat 18 jiyè 2020, premye desepsyon mouvman san karantkat mil yo te rive. Li te fèt nan “istwa kache” vèsè karant nan Danyèl onz la. Desepsyon an te rive byen avanse nan “istwa kache” sa a—yon istwa ki te kòmanse ak efondreman Inyon Sovyetik la an 1989. Vèsè karanteyèn nan reprezante lwa dimanch lan Ozetazini, e li reprezante tou nan vèsè sèz menm chapit la. “Debouche” verite ki fòme “istwa kache” vèsè karant lan an 2023 prezante pa Danyèl nan chapit douz la. Chapit dis rive douz yo se menm vizyon an, epi vizyon an kòmanse lè li idantifye ke Danyèl reprezante “saj” yo ki konprann ni mesaj entèn ni mesaj ekstèn pwofesi a, bagay ki la reprezante kòm “bagay la” ak “vizyon an.”</w:t>
      </w:r>
    </w:p>
    <w:p>
      <w:pPr>
        <w:pStyle w:val="ArticleScripture"/>
        <w:jc w:val="left"/>
      </w:pPr>
      <w:r>
        <w:rPr>
          <w:rFonts w:ascii="Times New Roman" w:hAnsi="Times New Roman" w:eastAsia="Times New Roman" w:cs="Times New Roman"/>
        </w:rPr>
        <w:t>Nan twazyèm ane Siris, wa peyi Pès la, yon bagay te revele bay Danyèl, yo te rele l Beltechaza; e bagay la te verite, men tan ki te fikse a te long; epi li te konprann bagay la, e li te gen entèlijans sou vizyon an. Danyèl 10:1.</w:t>
      </w:r>
    </w:p>
    <w:p>
      <w:pPr>
        <w:pStyle w:val="ArticleHeading"/>
        <w:jc w:val="left"/>
      </w:pPr>
      <w:r>
        <w:rPr>
          <w:rFonts w:ascii="Arial" w:hAnsi="Arial" w:eastAsia="Arial" w:cs="Arial"/>
        </w:rPr>
        <w:t>De Vizyon</w:t>
      </w:r>
    </w:p>
    <w:p>
      <w:pPr>
        <w:pStyle w:val="ArticleBody"/>
        <w:jc w:val="left"/>
      </w:pPr>
      <w:r>
        <w:rPr>
          <w:rFonts w:ascii="Times New Roman" w:hAnsi="Times New Roman" w:eastAsia="Times New Roman" w:cs="Times New Roman"/>
        </w:rPr>
        <w:t>“Bagay la” ak “vizyon an” reprezante vizyon entèn ak ekstèn pwofesi a, epi Danyèl reprezante yon pèp ki konprann toude, paske ni “bagay la” ni “vizyon an” te “revele” bay Danyèl nan chapit dis la. Nan chapit la, nan venndezyèm jou a, vizyon Kris la nan sanktyè a te “revele” bay Danyèl. Mo ebre ki tradui kòm “bagay” la tradui kòm “koze” nan chapit nèf la, epi li prezante la tou an koneksyon avèk “vizyon an.”</w:t>
      </w:r>
    </w:p>
    <w:p>
      <w:pPr>
        <w:pStyle w:val="ArticleScripture"/>
        <w:jc w:val="left"/>
      </w:pPr>
      <w:r>
        <w:rPr>
          <w:rFonts w:ascii="Times New Roman" w:hAnsi="Times New Roman" w:eastAsia="Times New Roman" w:cs="Times New Roman"/>
        </w:rPr>
        <w:t>Depi nan kòmansman siplikasyon ou yo, lòd la te soti, e mwen vini pou fè ou konnen sa; paske ou se yon moun ki renmen anpil. Se poutèt sa, konprann pawòl la, epi konsidere vizyon an. Danyèl 9:23.</w:t>
      </w:r>
    </w:p>
    <w:p>
      <w:pPr>
        <w:pStyle w:val="ArticleBody"/>
        <w:jc w:val="left"/>
      </w:pPr>
      <w:r>
        <w:rPr>
          <w:rFonts w:ascii="Times New Roman" w:hAnsi="Times New Roman" w:eastAsia="Times New Roman" w:cs="Times New Roman"/>
        </w:rPr>
        <w:t>Mo “thing” nan chapit dis la se menm mo yo tradui kòm “matter” nan vèsè venntwa nan chapit nèf la. Nan dènye vizyon Danyèl la, nan chapit dis rive douz yo, “thing” nan chapit onz la oswa “matter” nan chapit dis la toude konekte ak “the vision.” “The vision” lan se mo ebre “mareh,” e li vle di “appearance.” Danyèl idantifye de “visions” nan liv li a, byenke youn nan de “visions” sa yo prezante yon fwa nan fòm feminen, epi apre sa ankò nan fòm maskilen. Danyèl, nan vèsè youn nan chapit dis la, reprezante moun ki konprann “vision” aparans lan, epi tou “matter” la oswa “thing” nan. Nan chapit uit la, Danyèl idantifye de “visions” ki konekte youn ak lòt. Nan anglè a, mo vision lan parèt uit fwa nan chapit la, epi youn nan mo ebre yo tradui kòm “vision” se “mareh,” tandiske lòt la se “chazon.” Mareh vle di “appearance,” epi chazon vle di “a dream, a revelation or an oracle.” Kontèks chapit uit la etabli ke lè mo “mareh” la tradui kòm “vision,” li reprezante “appearance of Christ.”</w:t>
      </w:r>
    </w:p>
    <w:p>
      <w:pPr>
        <w:pStyle w:val="ArticleBody"/>
        <w:jc w:val="left"/>
      </w:pPr>
      <w:r>
        <w:rPr>
          <w:rFonts w:ascii="Times New Roman" w:hAnsi="Times New Roman" w:eastAsia="Times New Roman" w:cs="Times New Roman"/>
        </w:rPr>
        <w:t>Pa egzanp, se “mareh” la, oswa “vizyon aparisyon an”, nan Danyèl 8:14, sa vle di ke nan dat 22 oktòb 1844 Kris t ap parèt toudenkou nan tanp lan nan akonplisman Mesaje Alyans lan nan Malachi chapit 3, sa Sè White te di ki te akonpli nan dat 22 oktòb 1844. Lè Sè White idantifye ke zanj nan Revelasyon 10 la ki te desann epi ki te mete yon pye sou tè a ak youn sou lanmè a te “pa t mwens yon pèsonaj pase Jezikri”, li t ap idantifye yon pwen-repè nan pwofesi kote Kris parèt. Se youn nan anpil aparisyon pa li yo. Li te parèt nan rezirèksyon Moyiz la dapre Jid. Se la li te parèt kòm Mikayèl, arkanj lan, men malgre sa, se te yon aparisyon pwofetik. Vizyon mareh la nan chapit uit la tradui tou kòm “aparisyon”, ann amoni ak sans li.</w:t>
      </w:r>
    </w:p>
    <w:p>
      <w:pPr>
        <w:pStyle w:val="ArticleScripture"/>
        <w:jc w:val="left"/>
      </w:pPr>
      <w:r>
        <w:rPr>
          <w:rFonts w:ascii="Times New Roman" w:hAnsi="Times New Roman" w:eastAsia="Times New Roman" w:cs="Times New Roman"/>
        </w:rPr>
        <w:t>Epi sa, lè mwen menm, Danyèl, mwen te wè vizyon an epi m t ap chèche konprann siyifikasyon li, men yon moun parèt devan mwen avèk aparans yon nonm. Danyèl 8:15.</w:t>
      </w:r>
    </w:p>
    <w:p>
      <w:pPr>
        <w:pStyle w:val="ArticleBody"/>
        <w:jc w:val="left"/>
      </w:pPr>
      <w:r>
        <w:rPr>
          <w:rFonts w:ascii="Times New Roman" w:hAnsi="Times New Roman" w:eastAsia="Times New Roman" w:cs="Times New Roman"/>
        </w:rPr>
        <w:t>Kontèks la isit la idantifye se zanj Gabriyèl la ki te gen “aparans yon nonm”; e mo “aparans” lan se aparans vizyon *mareh* Kris la, paske menm jan Kris la reprezante pa Mikayèl, arkanj lan, ak pa zanj pwisan an nan Revelasyon dis, konsa tou, nan pwofesi, Kris la ka ranplase ak senbolis zanj yo, e menm ak senbolis lèzòm. Kit se Gabriyèl nan vèsè a, oswa Kris la nan Revelasyon dis, oswa kòm Mikayèl, arkanj lan, yo chak reprezante yon mesaj; e se pou rezon sa a Sè White konpare zanj yo nan Revelasyon an ni ak mesaj yo reprezante a, ni ak moun ki pwoklame mesaj zanj yo reprezante a. Verite sa a tèlman enpòtan, ke nan premye twa vèsè yo nan chapit youn nan Revelasyon an, twa vèsè ki anonse ouvèti sele Revelasyon Jezikri a, jis anvan tan gras la fèmen, paske “tan an pre,” pwosesis kominikasyon Bondye bay lèzòm lan idantifye klèman kòm yon mesaj ki soti nan Papa a, ki te bay Pitit la, ki apre sa bay zanj lan mesaj la, epi zanj lan mennen li bay yon nonm, ki, pou pati pa li, voye li bay legliz yo. Chak etap nan pwosesis kominikasyon an sakre e sen, e sentete sanktifye sa a reprezante nan siy pwetik yo kote Kris la parèt kòm Li menm, oswa atravè yon zanj, yon nonm, oswa yon mesaj. Lè Li asosye tèt Li dirèkteman ak yon siy, se vizyon “aparans” *mareh* la.</w:t>
      </w:r>
    </w:p>
    <w:p>
      <w:pPr>
        <w:pStyle w:val="ArticleScripture"/>
        <w:jc w:val="left"/>
      </w:pPr>
      <w:r>
        <w:rPr>
          <w:rFonts w:ascii="Times New Roman" w:hAnsi="Times New Roman" w:eastAsia="Times New Roman" w:cs="Times New Roman"/>
        </w:rPr>
        <w:t>Revelasyon Jezikri a, ke Bondye te bay li, pou montre sèvitè li yo bagay ki dwe rive talè konsa; epi li voye zanj li a pou fè sèvitè li Jan konnen sa pa siy: Jan, ki te rann temwayaj sou pawòl Bondye a, sou temwayaj Jezikri a, ak sou tout bagay li te wè. Benediksyon pou moun ki li a, ak pou moun ki tande pawòl pwofesi sa a, epi ki kenbe bagay ki ekri ladan l yo; paske tan an pwòch. … Epi li di m: Pa sele pawòl pwofesi liv sa a; paske tan an pwòch. Moun ki enjis la, se pou l rete enjis toujou; moun ki sal la, se pou l rete sal toujou; moun ki jis la, se pou l rete jis toujou; e moun ki sen an, se pou l rete sen toujou. Revelasyon 1:1–3; 22:10, 11.</w:t>
      </w:r>
    </w:p>
    <w:p>
      <w:pPr>
        <w:pStyle w:val="ArticleBody"/>
        <w:jc w:val="left"/>
      </w:pPr>
      <w:r>
        <w:rPr>
          <w:rFonts w:ascii="Times New Roman" w:hAnsi="Times New Roman" w:eastAsia="Times New Roman" w:cs="Times New Roman"/>
        </w:rPr>
        <w:t>Nan chapit uit la, “chazon” se lòt mo ebre ki tradui kòm “vizyon.” Anrapò ak “aparans” lan, vizyon “marah” la ap idantifye yon pwen repè, epi vizyon “chazon” an ap idantifye yon peryòd pwofetik. Gen yon simetri diven ak de mo yo tradui kòm “vizyon” nan chapit uit la, nan sans kote mo ebre “mareh” la Daniel sèvi avè l tou nan fòm feminen li, “marah.” Konsènan chazon an, Daniel prezante li nan de fason, men se pa atravè yon kontrast ant maskilen ak feminen, men avèk de mo ki idantifye menm siyifikasyon an, men lè yo fè sa, yo elaji yon fason eksponansyèl.</w:t>
      </w:r>
    </w:p>
    <w:p>
      <w:pPr>
        <w:pStyle w:val="ArticleBody"/>
        <w:jc w:val="left"/>
      </w:pPr>
      <w:r>
        <w:rPr>
          <w:rFonts w:ascii="Times New Roman" w:hAnsi="Times New Roman" w:eastAsia="Times New Roman" w:cs="Times New Roman"/>
        </w:rPr>
        <w:t>Chazon signifie la vision, ou l’oracle, ou la prophétie; et le mot qui est traduit en anglais soit par « matter » soit par « thing » est le mot hébreu « dabar », qui signifie « la parole ». Lorsqu’il est compris que la vision « chazon » est aussi représentée par Daniel par le mot « dabar », alors, ensemble, ils représentent les messages prophétiques de la Parole de Dieu. Daniel oppose toujours « dabar » ou « chazon » à « mareh ». Lorsqu’on les considère au niveau prophétique, les « messages prophétiques de la Parole de Dieu », tels qu’ils sont représentés par « dabar » et « chazon », une fois mis en relation avec la vision « marah » de l’apparition du Christ, donnent alors les jalons sacrés de l’histoire prophétique de la Parole de Dieu. Puis, si vous ajoutez « marah », la forme féminine du mot « mareh », à la ligne des significations de la vision dans Daniel, vous obtenez la vision du miroir de la justification par la foi.</w:t>
      </w:r>
    </w:p>
    <w:p>
      <w:pPr>
        <w:pStyle w:val="ArticleBody"/>
        <w:jc w:val="left"/>
      </w:pPr>
      <w:r>
        <w:rPr>
          <w:rFonts w:ascii="Times New Roman" w:hAnsi="Times New Roman" w:eastAsia="Times New Roman" w:cs="Times New Roman"/>
        </w:rPr>
        <w:t>Nan dènye vizyon Dànyèl la, ki reprezante pa twa dènye chapit liv li a, Dànyèl reprezante yon pèp nan dènye jou yo ki konprann “vènyon pwofetik” yo nan “Pawòl Bondye a,” ansanm ak sakrete repè sakre yo ki fòme mouvman refòm san karantkat mil yo, paske se yo menm ki swiv Ti Mouton an nenpòt kote Li ale nan Pawòl pwofetik sakre Li a. Pandan y ap swiv Ti Mouton an, Li mennen yo nan vizyon glas la nan Dànyèl 10:7, kote swa yo kouri al kache anba erè, kote yo antere pou letènite, oswa yo imilye nan pousyè a, jistifye e resevwa pouvwa pou bay mesaj pwofetik dènye jou yo.</w:t>
      </w:r>
    </w:p>
    <w:p>
      <w:pPr>
        <w:pStyle w:val="ArticleBody"/>
        <w:jc w:val="left"/>
      </w:pPr>
      <w:r>
        <w:rPr>
          <w:rFonts w:ascii="Times New Roman" w:hAnsi="Times New Roman" w:eastAsia="Times New Roman" w:cs="Times New Roman"/>
        </w:rPr>
        <w:t>Gabriyèl bay Danyèl lòd pou l “konprann” ni “pawòl la” ni “vizyon an.” Mo ebre yo tradui pa “konprann” nan vle di “fè yon distenksyon nan lespri.” Danyèl, ki reprezante ou menm ak mwen, chè lektè, te resevwa lòd pou l konprann diferans ak distenksyon ki genyen ant “pawòl la” ak “vizyon an.” Vizyon chazon an reprezante liy ekstèn istwa pwofetik la, epi vizyon mareh la reprezante aparisyon Kris la. “Pawòl la” ak “bagay la” se mo ebre “dabar” la, ki vle di pawòl la. Jezi se “dabar” la, paske Li se Pawòl la. “Bagay la” ak “pawòl la,” toude antanke “dabar” la, prezante an rapò ak vizyon aparisyon an.</w:t>
      </w:r>
    </w:p>
    <w:p>
      <w:pPr>
        <w:pStyle w:val="ArticleBody"/>
        <w:jc w:val="left"/>
      </w:pPr>
      <w:r>
        <w:rPr>
          <w:rFonts w:ascii="Times New Roman" w:hAnsi="Times New Roman" w:eastAsia="Times New Roman" w:cs="Times New Roman"/>
        </w:rPr>
        <w:t>Dabar la, ki se sijè a ak bagay la, se tou vizyon chazon nan chapit uit la, epi li reprezante vizyon istwa pwofetik la. Chak nan reprezantasyon sa yo (chazon, dabar, sijè ak bagay) idantifye liy ekstèn pwofesi a, epi mareh la, ansanm ak ekspresyon feminen li, marah, reprezante liy entèn pwofesi a. Pèp Bondye a nan dènye jou yo, jan yo reprezante yo nan vèsè youn nan Danyèl dis, konprann ni liy entèn lan ni liy ekstèn lan nan istwa pwofetik la. Nan liv Revelasyon an, liy entèn lan reprezante pa sèt legliz yo, epi liy ekstèn lan reprezante pa sèt so yo.</w:t>
      </w:r>
    </w:p>
    <w:p>
      <w:pPr>
        <w:pStyle w:val="ArticleBody"/>
        <w:jc w:val="left"/>
      </w:pPr>
      <w:r>
        <w:rPr>
          <w:rFonts w:ascii="Times New Roman" w:hAnsi="Times New Roman" w:eastAsia="Times New Roman" w:cs="Times New Roman"/>
        </w:rPr>
        <w:t>Lè Danyèl te wè vizyon Kris la apre yon jèn venneyen jou, li te wè ekspresyon feminin vizyon mareh la. Mareh la se “aparans lan,” epi lè Danyèl te wè Kris la, li te wè vizyon “marah” la; e byenke mareh vle di aparans, fòm feminin menm mo a vle di “yon glas.” Sè White fè nou konnen vizyon Danyèl te wè a se vizyon Jan te wè a, epi Jan te wè vizyon an lè Kris te nan sanktyè selès la.</w:t>
      </w:r>
    </w:p>
    <w:p>
      <w:pPr>
        <w:pStyle w:val="ArticleScripture"/>
        <w:jc w:val="left"/>
      </w:pPr>
      <w:r>
        <w:rPr>
          <w:rFonts w:ascii="Times New Roman" w:hAnsi="Times New Roman" w:eastAsia="Times New Roman" w:cs="Times New Roman"/>
        </w:rPr>
        <w:t>“Nan moman vizit Gabriyèl la, pwofèt Dànyèl pa t kapab resevwa lòt enstriksyon ankò; men kèk ane apre sa, avèk dezi pou l te konnen plis sou sijè ki poko te fin esplike nèt yo, li mete tèt li ankò pou l chèche limyè ak sajès nan men Bondye. ‘Nan jou sa yo, mwen menm Dànyèl, mwen t ap nan dèy pandan twa semèn antye. Mwen pa t manje pen ki agreyab, ni vyann ni diven pa t antre nan bouch mwen, ni mwen pa t benyen tèt mwen ak lwil ditou…. Lè sa a, mwen leve je m, mwen gade, epi men yon nonm ki te abiye ak twal fen blan, ren li te mare ak lò rafine Oufaz. Kò li tou te tankou beryl, figi li tankou aparans zèklè, je li tankou lanp dife, bra li ak pye li tankou koulè kwiv poli, epi vwa pawòl li yo tankou bri yon foul moun.’”</w:t>
      </w:r>
    </w:p>
    <w:p>
      <w:pPr>
        <w:pStyle w:val="ArticleScripture"/>
        <w:jc w:val="left"/>
      </w:pPr>
      <w:r>
        <w:rPr>
          <w:rFonts w:ascii="Times New Roman" w:hAnsi="Times New Roman" w:eastAsia="Times New Roman" w:cs="Times New Roman"/>
        </w:rPr>
        <w:t>“Se pa t yon lòt pèsonaj ki mwens pase Pitit Bondye a ki te parèt devan Dànyèl. Deskripsyon sa a sanble ak sa Jan te bay lè Kris te revele tèt li devan li sou zile Patmos. Kounye a, Seyè nou an vini avèk yon lòt mesaje selès pou anseye Dànyèl sa ki t ap rive nan dènye jou yo. Konesans sa a te bay Dànyèl epi, pa enspirasyon, li te ekri pou nou menm sou ki finisman mond lan rive.”</w:t>
      </w:r>
    </w:p>
    <w:p>
      <w:pPr>
        <w:pStyle w:val="ArticleScripture"/>
        <w:jc w:val="left"/>
      </w:pPr>
      <w:r>
        <w:rPr>
          <w:rFonts w:ascii="Times New Roman" w:hAnsi="Times New Roman" w:eastAsia="Times New Roman" w:cs="Times New Roman"/>
        </w:rPr>
        <w:t>“Gwo verite Sovè mond lan te revele yo se pou moun ki chèche laverite tankou trezò kache. Danyèl te yon granmoun aje. Lavi li te pase nan mitan tout atiran yon lakou wa payen, lespri li chaje ak zafè yon gwo anpi; men li vire do bay tout bagay sa yo pou l imilye nanm li devan Bondye, epi chèche konnen objektif Trèwo a. E an repons ak siplikasyon li yo, limyè ki soti nan lakou syèl yo te kominike pou moun ki t ap viv nan dènye jou yo. Donk, ak ki jan anpil seryezman nou menm tou nou ta dwe chèche Bondye, pou l ka louvri konpreyansyon nou pou nou konprann verite yo pote ban nou soti nan Syèl la.” Review and Herald, 8 fevriye 1881.</w:t>
      </w:r>
    </w:p>
    <w:p>
      <w:pPr>
        <w:pStyle w:val="ArticleHeading"/>
        <w:jc w:val="left"/>
      </w:pPr>
      <w:r>
        <w:rPr>
          <w:rFonts w:ascii="Arial" w:hAnsi="Arial" w:eastAsia="Arial" w:cs="Arial"/>
        </w:rPr>
        <w:t>144,000 yo</w:t>
      </w:r>
    </w:p>
    <w:p>
      <w:pPr>
        <w:pStyle w:val="ArticleBody"/>
        <w:jc w:val="left"/>
      </w:pPr>
      <w:r>
        <w:rPr>
          <w:rFonts w:ascii="Times New Roman" w:hAnsi="Times New Roman" w:eastAsia="Times New Roman" w:cs="Times New Roman"/>
        </w:rPr>
        <w:t>Danyèl konprann “bagay la” ak “vizyon an”, epi yo idantifye li kòm Danyèl epi tou kòm Beltchaza. Chanjman yon non nan pwofesi reprezante yon relasyon alyans; konsa, Danyèl reprezante dènye pèp alyans lan, ki se san karannkat mil yo, yo menm yo teste pa vizyon Kris la nan tanp lan. Tès sa a lakòz yon separasyon ant de kategori adoratè.</w:t>
      </w:r>
    </w:p>
    <w:p>
      <w:pPr>
        <w:pStyle w:val="ArticleScripture"/>
        <w:jc w:val="left"/>
      </w:pPr>
      <w:r>
        <w:rPr>
          <w:rFonts w:ascii="Times New Roman" w:hAnsi="Times New Roman" w:eastAsia="Times New Roman" w:cs="Times New Roman"/>
        </w:rPr>
        <w:t>Epi mwen menm, Danyèl, sèl mwen te wè vizyon an; paske mesye ki te avè m yo pa t wè vizyon an; men yon gwo tranbleman te tonbe sou yo, konsa yo kouri al kache kò yo. Danyèl 10:7.</w:t>
      </w:r>
    </w:p>
    <w:p>
      <w:pPr>
        <w:pStyle w:val="ArticleBody"/>
        <w:jc w:val="left"/>
      </w:pPr>
      <w:r>
        <w:rPr>
          <w:rFonts w:ascii="Times New Roman" w:hAnsi="Times New Roman" w:eastAsia="Times New Roman" w:cs="Times New Roman"/>
        </w:rPr>
        <w:t>Dànyèl ap idantifye dirèkteman dezyèm tès tanp lan ki asosye ak pèp Bondye a nan dènye jou yo; yon tès ki chita sou wè Kris la nan tanp selès la. Vizyon vèsè sèt la se fòm feminen vizyon *mareh* la, ki reprezante kòm vizyon *marah* la. Si ou reponn a vizyon tanp Kris la jan repons Dànyèl la te reprezante a, “bagay” pwofetik la ak “vizyon” pwofetik la pral “revele” pou ou.</w:t>
      </w:r>
    </w:p>
    <w:p>
      <w:pPr>
        <w:pStyle w:val="ArticleBody"/>
        <w:jc w:val="left"/>
      </w:pPr>
      <w:r>
        <w:rPr>
          <w:rFonts w:ascii="Times New Roman" w:hAnsi="Times New Roman" w:eastAsia="Times New Roman" w:cs="Times New Roman"/>
        </w:rPr>
        <w:t>Si w gen rapò ak menm vizyon tanp Kris la lè w ap kouri al kache, w ap antre nan fènwa etènèl. Tès tanp lan, ki se dezyèm tès nan twa etap levanjil etènèl la, vini apre premye tès fondamantal la. Kesyon egzamen fondasyon yo reprezante nan vèsè katòz nan Danyèl onz, kote Wòm reprezante kòm “vòlè pèp ou a” ki tabli “vizyon” an.</w:t>
      </w:r>
    </w:p>
    <w:p>
      <w:pPr>
        <w:pStyle w:val="ArticleHeading"/>
        <w:jc w:val="left"/>
      </w:pPr>
      <w:r>
        <w:rPr>
          <w:rFonts w:ascii="Arial" w:hAnsi="Arial" w:eastAsia="Arial" w:cs="Arial"/>
        </w:rPr>
        <w:t>Tan an Rive Sou Nou</w:t>
      </w:r>
    </w:p>
    <w:p>
      <w:pPr>
        <w:pStyle w:val="ArticleBody"/>
        <w:jc w:val="left"/>
      </w:pPr>
      <w:r>
        <w:rPr>
          <w:rFonts w:ascii="Times New Roman" w:hAnsi="Times New Roman" w:eastAsia="Times New Roman" w:cs="Times New Roman"/>
        </w:rPr>
        <w:t>Twa jou edmi apre desepsyon 18 jiyè 2020 la, nan dat 31 desanm 2023 revelasyon Jezikri a te kòmanse dekache, paske “tan an te pre.”</w:t>
      </w:r>
    </w:p>
    <w:p>
      <w:pPr>
        <w:pStyle w:val="ArticleScripture"/>
        <w:jc w:val="left"/>
      </w:pPr>
      <w:r>
        <w:rPr>
          <w:rFonts w:ascii="Times New Roman" w:hAnsi="Times New Roman" w:eastAsia="Times New Roman" w:cs="Times New Roman"/>
        </w:rPr>
        <w:t>Benediksyon pou moun ki li, ak pou sila yo ki tande pawòl pwofesi sa a, epi ki kenbe bagay ki ekri ladan l yo; paske tan an toupre. … Epi li di m: Pa sele pawòl pwofesi liv sa a; paske tan an toupre. Revelasyon 1:3; 22:10.</w:t>
      </w:r>
    </w:p>
    <w:p>
      <w:pPr>
        <w:pStyle w:val="ArticleBody"/>
        <w:jc w:val="left"/>
      </w:pPr>
      <w:r>
        <w:rPr>
          <w:rFonts w:ascii="Times New Roman" w:hAnsi="Times New Roman" w:eastAsia="Times New Roman" w:cs="Times New Roman"/>
        </w:rPr>
        <w:t>“Tan” ki idantifye devwale Revelasyon Jezikri a mansyone nan kòmansman liv Revelasyon an, epi nan fen liv la menm pwoklamasyon an ajoute sou deklarasyon alfa a, avèk yon deklarasyon omega.</w:t>
      </w:r>
    </w:p>
    <w:p>
      <w:pPr>
        <w:pStyle w:val="ArticleBody"/>
        <w:jc w:val="left"/>
      </w:pPr>
      <w:r>
        <w:rPr>
          <w:rFonts w:ascii="Times New Roman" w:hAnsi="Times New Roman" w:eastAsia="Times New Roman" w:cs="Times New Roman"/>
        </w:rPr>
        <w:t>Revelasyon Jezikri a devwale jis anvan fèmti tan gras la. Sou vennndezyèm jou a, apre yon jèn venteyen jou, “bagay” la, ki se tou “afè” a, ki se tou dabar la oswa Pawòl la, ki se tou vizyon chazon an nan listwa pwofetik ekstèn nan, te revele bay Danyèl pandan li t ap fè eksperyans vizyon glas la, marah, sou Gran Prèt selès la nan Kote ki Trè Sen an.</w:t>
      </w:r>
    </w:p>
    <w:p>
      <w:pPr>
        <w:pStyle w:val="ArticleBody"/>
        <w:jc w:val="left"/>
      </w:pPr>
      <w:r>
        <w:rPr>
          <w:rFonts w:ascii="Times New Roman" w:hAnsi="Times New Roman" w:eastAsia="Times New Roman" w:cs="Times New Roman"/>
        </w:rPr>
        <w:t>Danyèl reprezante sila yo ki gen eksperyans vizyon glas la, epi ki konprann tou aparisyon pwofetik Kris yo, ansanm ak istwa ekstèn vizyon chazon an reprezante a. Vizyon marah la reprezante Kris kòm yon pwen-repè pwofetik, epi fòm feminen menm mo sa a reprezante eksperyans ki pwodui lè yon moun ap gade glwa Bondye, jan sa reprezante nan Danyèl, Jan, Ezayi, Sè White ak lòt pwofèt yo.</w:t>
      </w:r>
    </w:p>
    <w:p>
      <w:pPr>
        <w:pStyle w:val="ArticleBody"/>
        <w:jc w:val="left"/>
      </w:pPr>
      <w:r>
        <w:rPr>
          <w:rFonts w:ascii="Times New Roman" w:hAnsi="Times New Roman" w:eastAsia="Times New Roman" w:cs="Times New Roman"/>
        </w:rPr>
        <w:t>Nan nivo sa a, vizyon ekstèn chazon an reprezante tès fondamantal la, epi vizyon mareh la konsènan aparisyon Kris la nan sekans pwofetik evènman yo se tès tanp lan. Èske Kris parèt nan Kote ki Pi Sen an anndan pwòp Kote ki Pi Sen pa ou a? Se la Divinite ini ak limanite. Sa a se tès ki dwe pase, anvan tan gras la fèmen nan tès litmus la. Tès litmus la, ki manifeste karaktè, se vizyon glas marah la.</w:t>
      </w:r>
    </w:p>
    <w:p>
      <w:pPr>
        <w:pStyle w:val="ArticleBody"/>
        <w:jc w:val="left"/>
      </w:pPr>
      <w:r>
        <w:rPr>
          <w:rFonts w:ascii="Times New Roman" w:hAnsi="Times New Roman" w:eastAsia="Times New Roman" w:cs="Times New Roman"/>
        </w:rPr>
        <w:t>Nan dat 31 desanm 2023, tès ekstèn fondasyon an te kòmanse sou “vòlè pami pèp ou a” nan vèsè katòz la; epi lè pap aktyèl la te inogire 8 me 2025, “vizyon” vèsè katòz la te tabli. Tès fondasyon an te pase nan tès tanp lan. Depi 9 me 2025, tès tanp lan ap dewoule. Rezirèksyon de temwen yo, nan 31 desanm 2023, te reprezante nan vèsè onz nan Revelasyon onz; epi rezirèksyon ki te kòmanse nan dat sa a te rive anndan peryòd Lagè Ikrèn nan ki te kòmanse an 2014, epi ki te vin pi grav an 2022. Liy pwofesi ekstèn ak entèn yo te reyini ansanm nan istwa sa a. Nan 31 desanm 2023, travay pou poze yon fondasyon te deja an kou, yon travay ki te tipifye pa istwa 1798 rive 1840, epi tou pa 1840 rive 1844, epi tou pa 19 avril 1844 rive 22 oktòb 1844.</w:t>
      </w:r>
    </w:p>
    <w:p>
      <w:pPr>
        <w:pStyle w:val="ArticleBody"/>
        <w:jc w:val="left"/>
      </w:pPr>
      <w:r>
        <w:rPr>
          <w:rFonts w:ascii="Times New Roman" w:hAnsi="Times New Roman" w:eastAsia="Times New Roman" w:cs="Times New Roman"/>
        </w:rPr>
        <w:t>Danyèl onz, vèsè onz, te rive nan listwa kòm liy ekstèn pwofesi a e li te konekte ak menm listwa ki se liy entèn Revelasyon onz la. An 2014, lagè Ikrèn nan te kòmanse, jan batay Rafia an 217 anvan Jezikri te prefigure li. An 2015, katriyèm wa a, e wa ki pi rich la, nan vèsè de Danyèl onz la, leve kanpe epi li te anonse entansyon li pou l kandida pou pòs prezidan an. Anons sa a te fè globalis ki gen lespri dragon yo fache anpil, yo menm ki reprezante kòm domèn Grès la.</w:t>
      </w:r>
    </w:p>
    <w:p>
      <w:pPr>
        <w:pStyle w:val="ArticleBody"/>
        <w:jc w:val="left"/>
      </w:pPr>
      <w:r>
        <w:rPr>
          <w:rFonts w:ascii="Times New Roman" w:hAnsi="Times New Roman" w:eastAsia="Times New Roman" w:cs="Times New Roman"/>
        </w:rPr>
        <w:t>Revelasyon onz, vèsè onz la te idantifye 31 desanm 2023 kòm pwen kote de temwen yo te resisite. Peryòd ki te soti 18 jiyè 2020 rive 31 desanm 2023 a te Lè sa a konprann kòm yon “dezè” pwofetik. Nan fen “peryòd dezè” a, yon vwa te kòmanse kriye an jiyè 2023, epi egzakteman mil de san swasant jou apre prediksyon Nashville ki te echwe a, nan 18 jiyè 2020, Lyon tribi Jida a te kòmanse ouvri So Pawòl pwofetik Li a. Ouvèti So Pawòl pwofetik Bondye a toujou pwodui yon pwosesis eprèv an twa etap, jan sa tabli nan Danyèl douz.</w:t>
      </w:r>
    </w:p>
    <w:p>
      <w:pPr>
        <w:pStyle w:val="ArticleScripture"/>
        <w:jc w:val="left"/>
      </w:pPr>
      <w:r>
        <w:rPr>
          <w:rFonts w:ascii="Times New Roman" w:hAnsi="Times New Roman" w:eastAsia="Times New Roman" w:cs="Times New Roman"/>
        </w:rPr>
        <w:t>Anpil moun pral pirifye, yo pral vin blan, e yo pral sibi eprèv; men mechan yo pral kontinye fè mechanste; e okenn nan mechan yo p ap konprann; men moun saj yo va konprann. Danyèl 12:10.</w:t>
      </w:r>
    </w:p>
    <w:p>
      <w:pPr>
        <w:pStyle w:val="ArticleBody"/>
        <w:jc w:val="left"/>
      </w:pPr>
      <w:r>
        <w:rPr>
          <w:rFonts w:ascii="Times New Roman" w:hAnsi="Times New Roman" w:eastAsia="Times New Roman" w:cs="Times New Roman"/>
        </w:rPr>
        <w:t>Nan Revelasyon diznèf, lamarye a prepare tèt li, epi apre sa yo ba li yon rad blan. Rad blan sa yo montre ke lamarye a pare, e sa rive nan Revelasyon diznèf lè fenèt syèl la louvri. Anvan yo fè lamarye a vin blan ak rad jistis Kris la, yo pirifye li anvan.</w:t>
      </w:r>
    </w:p>
    <w:p>
      <w:pPr>
        <w:pStyle w:val="ArticleBody"/>
        <w:jc w:val="left"/>
      </w:pPr>
      <w:r>
        <w:rPr>
          <w:rFonts w:ascii="Times New Roman" w:hAnsi="Times New Roman" w:eastAsia="Times New Roman" w:cs="Times New Roman"/>
        </w:rPr>
        <w:t>Nan dat 31 desanm 2023 la, tès fondasyon yo te kòmanse pou pirifye moun ki ta rete pwòp. Pirifikasyon sa a reyalize pa yon ogmantasyon konesans, paske Lyon tribi Jida a, lè sa a, te kòmanse louvri sele final revelasyon Li sou tèt Li menm. Revelasyon sa a gen ladan li verite ke Li se sèl fondasyon ki kapab poze. Rejte verite fondamantal ki idantifye ke Wòm se “vòlè pèp ou a,” se rejte sèl fondasyon ki kapab poze.</w:t>
      </w:r>
    </w:p>
    <w:p>
      <w:pPr>
        <w:pStyle w:val="ArticleBody"/>
        <w:jc w:val="left"/>
      </w:pPr>
      <w:r>
        <w:rPr>
          <w:rFonts w:ascii="Times New Roman" w:hAnsi="Times New Roman" w:eastAsia="Times New Roman" w:cs="Times New Roman"/>
        </w:rPr>
        <w:t>31 desanm 2023 te make kòmansman yon pwosesis eprèv ki imedyatman pwodui yon separasyon ant de kategori. Kounye a, Lyon tribi Jida a deseale lefèt ke akonplisman istorik vèsè katòz la te rive 8 me 2025, epi lè Li te fè sa, Li te konfime idantifikasyon Miller te bay Wòm kòm senbòl ki tabli vizyon ekstèn pwofesi a. Lè Trump te retounen an 2024, li te akonpli vèsè trèz Danyèl onz la; answit, nan vèsè ki vin apre a, nou make 2025 ak eleksyon pap Leon an. Ni Trump ni kontrepati antikris li a te enstale nan fonksyon yo an 2025.</w:t>
      </w:r>
    </w:p>
    <w:p>
      <w:pPr>
        <w:pStyle w:val="ArticleBody"/>
        <w:jc w:val="left"/>
      </w:pPr>
      <w:r>
        <w:rPr>
          <w:rFonts w:ascii="Times New Roman" w:hAnsi="Times New Roman" w:eastAsia="Times New Roman" w:cs="Times New Roman"/>
        </w:rPr>
        <w:t>Dat nou idantifye nan mouvman sa a se, an esans, yon konpreyansyon retrospektif ki sanktifye. Nou idantifye tan lafen an kòm 1989; ansuit, fòmalizasyon mesaj la te fèt an 1996. Nan 11 Septanm, mesaj ki te fòmalize a te resevwa pouvwa. Nan prezantasyon Tablo Abakik yo an 2012, epi ki te fini an janvye 2013, fondasyon yo te poze.</w:t>
      </w:r>
    </w:p>
    <w:p>
      <w:pPr>
        <w:pStyle w:val="ArticleBody"/>
        <w:jc w:val="left"/>
      </w:pPr>
      <w:r>
        <w:rPr>
          <w:rFonts w:ascii="Times New Roman" w:hAnsi="Times New Roman" w:eastAsia="Times New Roman" w:cs="Times New Roman"/>
        </w:rPr>
        <w:t>Le 18 juillet 2020, la première déception arriva; puis, en juillet 2023, une voix commença à crier dans le désert; et le 31 décembre 2023 commença le déscellement de la Révélation de Jésus-Christ, et le premier test fondamental externe commença.</w:t>
      </w:r>
    </w:p>
    <w:p>
      <w:pPr>
        <w:pStyle w:val="ArticleBody"/>
        <w:jc w:val="left"/>
      </w:pPr>
      <w:r>
        <w:rPr>
          <w:rFonts w:ascii="Times New Roman" w:hAnsi="Times New Roman" w:eastAsia="Times New Roman" w:cs="Times New Roman"/>
        </w:rPr>
        <w:t>Sou 8 me 2025 la dezyenm tès entèn tanp lan te kòmanse. Twazyenm tès desizif la deja toupre. Se la y ap fè li vin manifeste si nanm nan gen lwil mesaj la, jan premye tès la ak tès ekstèn lan reprezante l, ansanm ak lwil ki akonpaye dezyenm tès entèn lan. Tès sa yo reprezante ekstèn, apre sa entèn, apre sa eksperyans.</w:t>
      </w:r>
    </w:p>
    <w:p>
      <w:pPr>
        <w:pStyle w:val="ArticleBody"/>
        <w:jc w:val="left"/>
      </w:pPr>
      <w:r>
        <w:rPr>
          <w:rFonts w:ascii="Times New Roman" w:hAnsi="Times New Roman" w:eastAsia="Times New Roman" w:cs="Times New Roman"/>
        </w:rPr>
        <w:t>Liy entèn pwofesi a fèt ak repè anvan yo mwen sot site yo. Chak nan repè sa yo aliyen ak repè idantik nan istwa Milerit la. Ane 1798, kòm tan lafen an, koresponn ak ane 1989, ki se tou tan lafen an. Se la Lyon tribi Jida a te louvri Pawòl li a ki te sele a, paske Li menm se Pawòl la. Lè Advantis la te akonpli wòl pwofèt dezobeyisan an nan rebelyon fondatè Jewoboram nan, lè yo te retounen al manje ak pwofèt mantè Betèl la, yo te retounen nan agiman Pwotestantis tonbe a ki te itilize kont idantifikasyon William Miller te fè sou sèt tan yo. Se poutèt sa, yo pa konprann nèt, si yo konprann ditou, poukisa 1863 se dènye repè pou mouvman alfa premye ak dezyèm zanj yo.</w:t>
      </w:r>
    </w:p>
    <w:p>
      <w:pPr>
        <w:pStyle w:val="ArticleBody"/>
        <w:jc w:val="left"/>
      </w:pPr>
      <w:r>
        <w:rPr>
          <w:rFonts w:ascii="Times New Roman" w:hAnsi="Times New Roman" w:eastAsia="Times New Roman" w:cs="Times New Roman"/>
        </w:rPr>
        <w:t>Pou rezon sa a, sa pa vle di anyen pou yo lefètke se 126 ane, yon senbòl 1,260, yon senbòl yon “dezè” ki travèse listwa depi 1863 jouk nan tan lafen an an 1989. Nan fen karant ane yo, Jozye te mennen mouvman an antre nan Tè Pwomiz la. An 1989, Seyè a te kòmanse travay pou mennen mouvman omega Li a soti nan “dezè” 1863 rive 1989 la, menm jan Li te fè mouvman alfa a soti nan “dezè” 538 rive 1798 la.</w:t>
      </w:r>
    </w:p>
    <w:p>
      <w:pPr>
        <w:pStyle w:val="ArticleBody"/>
        <w:jc w:val="left"/>
      </w:pPr>
      <w:r>
        <w:rPr>
          <w:rFonts w:ascii="Times New Roman" w:hAnsi="Times New Roman" w:eastAsia="Times New Roman" w:cs="Times New Roman"/>
        </w:rPr>
        <w:t>An 1989, vizyon Rivyè Hiddekel la, ki reprezante twa dènye chapit liv Danyèl la, te devwale, menm jan vizyon Rivyè Ulayi a, ki reprezante chapit 7, 8 ak 9 Danyèl yo, te devwale an 1798. De-san-ven ane apre piblikasyon Bib wa Jak la, William Miller te pibliye mesaj li a ki te baze sou vizyon Ulayi a pou premye fwa, konsa li te bay mesaj li a fòm ofisyèl an 1831; menm jan mesaj Hiddekel la te pibliye pou premye fwa an 1996, de-san-ven ane apre 1776, kote peyi bèl pouvwa Etazini te pran nesans.</w:t>
      </w:r>
    </w:p>
    <w:p>
      <w:pPr>
        <w:pStyle w:val="ArticleBody"/>
        <w:jc w:val="left"/>
      </w:pPr>
      <w:r>
        <w:rPr>
          <w:rFonts w:ascii="Times New Roman" w:hAnsi="Times New Roman" w:eastAsia="Times New Roman" w:cs="Times New Roman"/>
        </w:rPr>
        <w:t>Fòmalizasyon mesaj la pa Miller, desanven (220) ane apre vèsyon King James la, idantifye William Miller kòm premye mesaje sakre menm nan ki te sèvi ak pwofesi Bib la—nan Ansyen Testaman an ansanm ak Nouvo Testaman an—pou pote yon revèy ak yon refòm. Bib la se Diven, epi li te fè koneksyon ak sa ki imen 220 ane apre pou pwodui mesaj Ulai a.</w:t>
      </w:r>
    </w:p>
    <w:p>
      <w:pPr>
        <w:pStyle w:val="ArticleBody"/>
        <w:jc w:val="left"/>
      </w:pPr>
      <w:r>
        <w:rPr>
          <w:rFonts w:ascii="Times New Roman" w:hAnsi="Times New Roman" w:eastAsia="Times New Roman" w:cs="Times New Roman"/>
        </w:rPr>
        <w:t>Jezi se Alfa ak Omega, e Li se Pawòl Bondye a; konsa, piblikasyon Vèsyon King James Bib la an 1611 mete Jezi ni nan 1611, ni tou nan 1831. Kris parèt nan tan lafen an kòm Lyon branch fanmi Jida a; epi lè mesaj la vin pran fòm fòmèl, Li se Alfa ak Omega a ak Pawòl la. Yo rekonèt relasyon Miller ak kòmansman an nan sans toude kòmansman ak finisman an mete anfaz sou pibliye mesaj la. 1776 rive 1996 pote menm karakteristik yo, byenke yo diferan.</w:t>
      </w:r>
    </w:p>
    <w:p>
      <w:pPr>
        <w:pStyle w:val="ArticleBody"/>
        <w:jc w:val="left"/>
      </w:pPr>
      <w:r>
        <w:rPr>
          <w:rFonts w:ascii="Times New Roman" w:hAnsi="Times New Roman" w:eastAsia="Times New Roman" w:cs="Times New Roman"/>
        </w:rPr>
        <w:t>Mesaj Hiddekel la se mesaj lwa dimanch Ozetazini jan sa prezante nan vèsè karant-e-yonn nan Danyèl onz. Ane 1776 ak piblikasyon Deklarasyon Endepandans lan reprezante pwen depa pou peryòd desanvenn ane a, ki te fini ak piblikasyon, pa pwovidans e non pa entansyonèlman, ki te pote tit Time of the End. Menm ane sa a, an 1996, yo te ban nou yon kòporasyon ministè ki te pote non Future for America. Mesaj peyi gloriye a, sètadi Etazini, te vin formalize avèk yon koneksyon dirèk ant kòmansman ak fen pwofesi a. Chak gwo waymark nan istwa Millerit la te repete anba modèl dirijan parabòl dis vyèj yo. Toude peryòd desanvenn ane yo posede yon kòmansman ak yon fen ki make pa yon piblikasyon.</w:t>
      </w:r>
    </w:p>
    <w:p>
      <w:pPr>
        <w:pStyle w:val="ArticleBody"/>
        <w:jc w:val="left"/>
      </w:pPr>
      <w:r>
        <w:rPr>
          <w:rFonts w:ascii="Times New Roman" w:hAnsi="Times New Roman" w:eastAsia="Times New Roman" w:cs="Times New Roman"/>
        </w:rPr>
        <w:t>Mesaj ak metodoloji Miller yo te konfime epi resevwa pouvwa atravè yon akonplisman Islam kòm dezyèm malè a. Sa Senyè a te itilize pou bay mesaj la fòs se te prensip yon jou pou yon ane Miller la, ansanm ak prensip ki te bay mesaj ak metodoloji a fòs nan 9/11, lè desandan zanj ki nan Revelasyon dizwit la te repete desandan li te fè nan 11 dawout 1840 la, jan sa reprezante nan chapit dis Revelasyon an. De zanj sa yo reprezante yon aparisyon pwofetik Kris la kòm yon zanj. Prensip ki menm jan fondamantal pou mouvman 9/11 la menm jan prensip yon jou pou yon ane a te ye pou mouvman 11 dawout 1840 la, se ke istwa Millerit la repete nan istwa san karannkat mil yo.</w:t>
      </w:r>
    </w:p>
    <w:p>
      <w:pPr>
        <w:pStyle w:val="ArticleBody"/>
        <w:jc w:val="left"/>
      </w:pPr>
      <w:r>
        <w:rPr>
          <w:rFonts w:ascii="Times New Roman" w:hAnsi="Times New Roman" w:eastAsia="Times New Roman" w:cs="Times New Roman"/>
        </w:rPr>
        <w:t>Lè yon akonplisman yon pwofesi sou Islam konsènan twazyèm malè a te rive nan istwa omega a ak twazyèm zanj lan, ki te aliyen ak akonplisman yon pwofesi sou Islam konsènan premye ak dezyèm malè yo, ki te rive nan istwa alfa a, premye ak dezyèm zanj yo, prensip selon ki istwa Millerit la repete nan istwa san karannkat mil yo te konfime avèk menm solidite ak prensip yon jou pou yon ane Miller la te genyen nan epòk li a an rapò ak premye ak dezyèm malè yo nan Revelasyon nèf. Kèk moun ki ta ka konnen pwofesi tan an sou twasan katreven-onz ane ak kenz jou ki prezante nan Revelasyon 9:15 la, ka pa konprann pwen anvan mwen an. Kite m eksplike.</w:t>
      </w:r>
    </w:p>
    <w:p>
      <w:pPr>
        <w:pStyle w:val="ArticleBody"/>
        <w:jc w:val="left"/>
      </w:pPr>
      <w:r>
        <w:rPr>
          <w:rFonts w:ascii="Times New Roman" w:hAnsi="Times New Roman" w:eastAsia="Times New Roman" w:cs="Times New Roman"/>
        </w:rPr>
        <w:t>Premye ak dezyèm malè yo aliyen ak istwa premye ak dezyèm zanj yo, epi istwa twazyèm malè a aliyen ak istwa twazyèm zanj lan. Pwen an isit la se ke pwen depa pou twa san katreven-onz ane ak kenz jou ki tabli nan istwa dezyèm malè a jwenn nan istwa premye malè a. Gen yon pwofesi san senkant ane nan istwa premye malè a nan Revelasyon nèf, e jou peryòd pwofetik sa a fini an, pwofesi twa san katreven-onz ane ak kenz jou a kòmanse. De pwofesi yo konekte dirèkteman premye ak dezyèm malè yo; konsa, lè yo te predi yon pwofesi konsènan Islam, baze sou prensip yon jou pou yon ane a, pwofesi sa a te yon pwofesi sou premye ak dezyèm malè Islam yo, ki te mesaj ki te konfime metodoloji ak mesaj Miller la nan istwa premye ak dezyèm zanj yo.</w:t>
      </w:r>
    </w:p>
    <w:p>
      <w:pPr>
        <w:pStyle w:val="ArticleBody"/>
        <w:jc w:val="left"/>
      </w:pPr>
      <w:r>
        <w:rPr>
          <w:rFonts w:ascii="Times New Roman" w:hAnsi="Times New Roman" w:eastAsia="Times New Roman" w:cs="Times New Roman"/>
        </w:rPr>
        <w:t>Lè istwa sa a te rive nan bout li le 22 oktòb 1844, setyèm twonpèt la te kòmanse sonnen; e setyèm twonpèt la se ni twazyèm malè a, ni mistè Bondye a, ki se Kris la nan nou, espwa glwa a. Twonpèt sa a se yon mesaj avètisman ekstèn epi yon mesaj avètisman entèn. Se poutèt sa, pwofesi 2,520 ane a asosye ak setyèm ane repo pou tè a, ki gen ladan l jwibile a. Le 22 oktòb 1844, setyèm twonpèt la te kòmanse sonnen nan akonplisman pwofesi 2,520 ane a ak pwofesi 2,300 ane a.</w:t>
      </w:r>
    </w:p>
    <w:p>
      <w:pPr>
        <w:pStyle w:val="ArticleScripture"/>
        <w:jc w:val="left"/>
      </w:pPr>
      <w:r>
        <w:rPr>
          <w:rFonts w:ascii="Times New Roman" w:hAnsi="Times New Roman" w:eastAsia="Times New Roman" w:cs="Times New Roman"/>
        </w:rPr>
        <w:t>Men, nan jou vwa setyèm zanj lan, lè l ap kòmanse sonnen twonpèt la, mistè Bondye a dwe rive nan akonplisman li, jan li te fè konnen sa bay sèvitè li yo, pwofèt yo. Revelasyon 10:7.</w:t>
      </w:r>
    </w:p>
    <w:p>
      <w:pPr>
        <w:pStyle w:val="ArticleBody"/>
        <w:jc w:val="left"/>
      </w:pPr>
      <w:r>
        <w:rPr>
          <w:rFonts w:ascii="Times New Roman" w:hAnsi="Times New Roman" w:eastAsia="Times New Roman" w:cs="Times New Roman"/>
        </w:rPr>
        <w:t>22 oktòb 1844 se te jou Ekspyasyon an, e twonpèt jibilè a te dwe sonnen nan jou Ekspyasyon an. Depi lè sa a, n ap viv nan istwa twazyèm zanj lan, epi tou nan twazyèm malè a, ki se setyèm twonpèt la. Nan 11 dawou 1840, zanj pisan Revelasyon dis la te desann pou klere tè a avèk glwa li, menm jan ak zanj Revelasyon dizwit la nan 9/11.</w:t>
      </w:r>
    </w:p>
    <w:p>
      <w:pPr>
        <w:pStyle w:val="ArticleBody"/>
        <w:jc w:val="left"/>
      </w:pPr>
      <w:r>
        <w:rPr>
          <w:rFonts w:ascii="Times New Roman" w:hAnsi="Times New Roman" w:eastAsia="Times New Roman" w:cs="Times New Roman"/>
        </w:rPr>
        <w:t>Nan ane 2012 rive janvye 2013, yo te pwodui seri ki pote tit **Tablo Abakik yo**, epi yo te aliyen li ak piblikasyon tablo pyonye 1843 a nan mwa me 1842. Lè sa a, yo te poze fondasyon mouvman an, kit se te mouvman alfa premye ak dezyèm zanj lan, oswa mouvman twazyèm zanj lan; de tablo Abakik yo te tise nan listwa ak nan mesaj la. Prediksyon ki te echwe 18 jiyè 2020 a te paralèl ak 19 avril 1844, epi tan reta a nan parabòl la te deja kòmanse.</w:t>
      </w:r>
    </w:p>
    <w:p>
      <w:pPr>
        <w:pStyle w:val="ArticleBody"/>
        <w:jc w:val="left"/>
      </w:pPr>
      <w:r>
        <w:rPr>
          <w:rFonts w:ascii="Times New Roman" w:hAnsi="Times New Roman" w:eastAsia="Times New Roman" w:cs="Times New Roman"/>
        </w:rPr>
        <w:t>Yon dezè 1,260 jou te fini lè yo te ouvri sele a nan dat 31 Desanm 2023. Li bon pou nou sonje ke Kris te pirifye tanp Li a de fwa anba pwofanasyon sakrilèj li te sibi a, jan Sè White rele sa. Li te fè sa ni nan kòmansman ni nan fen ministè Li a, konsa Li te fè de pirifikasyon sa yo tounen yon pirifikasyon alfa ak omega.</w:t>
      </w:r>
    </w:p>
    <w:p>
      <w:pPr>
        <w:pStyle w:val="ArticleBody"/>
        <w:jc w:val="left"/>
      </w:pPr>
      <w:r>
        <w:rPr>
          <w:rFonts w:ascii="Times New Roman" w:hAnsi="Times New Roman" w:eastAsia="Times New Roman" w:cs="Times New Roman"/>
        </w:rPr>
        <w:t>Sè White mete premye netwayaj tanp lan ann amoni klè ak 9/11 ak premye vwa a, ke li idantifye kòm twa premye vèsè Revelasyon dizwit yo. Apre sa, li idantifye “lòt vwa” ki nan vèsè kat la kòm dezyèm netwayaj tanp lan, epi tou kòm lwa dimanch lan. 19 avril 1844 te premye netwayaj tanp lan pou Millerit yo, epi 22 oktòb 1844 te dezyèm nan. Pandan karannsis ane ki soti 1798 rive 1844, tanp Millerit la te bati, epi yo jwenn yon fraktal konstriksyon tanp Millerit la nan istwa de desepsyon yo, ki toude reprezante netwayaj tanp yo. Istwa sa a konsène tanp lan.</w:t>
      </w:r>
    </w:p>
    <w:p>
      <w:pPr>
        <w:pStyle w:val="ArticleBody"/>
        <w:jc w:val="left"/>
      </w:pPr>
      <w:r>
        <w:rPr>
          <w:rFonts w:ascii="Times New Roman" w:hAnsi="Times New Roman" w:eastAsia="Times New Roman" w:cs="Times New Roman"/>
        </w:rPr>
        <w:t>Depi 18 jiyè 2020 rive 31 desanm 2023, vyèj yo te dòmi pandan tan reta a. Lè yo reveye, yo reveye pou responsablite yo pou poze fondasyon an epi leve tanp lan. Depi lè sa a, Kris la, kòm Lyon tribi Jida a, ap retire sele sou limyè pwofetik; epi limyè pwofetik ki vin san sele toujou pwodui yon pwosesis eprèv an twa etap ki fini nan tès desizif la, kote karaktè manifeste, men li pa janm devlope. Nan tès desizif la, vyèj fidèl yo pral resevwa yon vide Sentespri ki depase tout manifestasyon pouvwa Bondye pami pèp Bondye a ki janm anrejistre. Va gen yon ogmantasyon limyè ki pa janm te temwen. Sa di, m ap prezante yon lòt liy istorik ki soutni paralèl ant istwa Milerit la ak pa san karannkat mil yo.</w:t>
      </w:r>
    </w:p>
    <w:p>
      <w:pPr>
        <w:pStyle w:val="ArticleScripture"/>
        <w:jc w:val="left"/>
      </w:pPr>
      <w:r>
        <w:rPr>
          <w:rFonts w:ascii="Times New Roman" w:hAnsi="Times New Roman" w:eastAsia="Times New Roman" w:cs="Times New Roman"/>
        </w:rPr>
        <w:t>Men ou menm, Dànyèl, fèmen pawòl yo, epi sele liv la, jouk lè lafen an rive: anpil moun va kouri monte desann, epi konesans va ogmante. Epi li di: Ale fè wout ou, Dànyèl; paske pawòl yo fèmen e yo sele jouk lè lafen an rive. Anpil moun va pirifye, y ap vin blan, e y ap pase anba eprèv; men mechan yo va aji avèk mechanste; e okenn nan mechan yo p ap konprann; men saj yo va konprann. Dànyèl 12:4, 9, 10.</w:t>
      </w:r>
    </w:p>
    <w:p>
      <w:pPr>
        <w:pStyle w:val="ArticleBody"/>
        <w:jc w:val="left"/>
      </w:pPr>
      <w:r>
        <w:rPr>
          <w:rFonts w:ascii="Times New Roman" w:hAnsi="Times New Roman" w:eastAsia="Times New Roman" w:cs="Times New Roman"/>
        </w:rPr>
        <w:t>N ap kontinye bagay sa yo nan atik kap vini an.</w:t>
      </w:r>
    </w:p>
    <w:p>
      <w:pPr>
        <w:pStyle w:val="ArticleHeading"/>
        <w:jc w:val="left"/>
      </w:pPr>
      <w:r>
        <w:rPr>
          <w:rFonts w:ascii="Arial" w:hAnsi="Arial" w:eastAsia="Arial" w:cs="Arial"/>
        </w:rPr>
        <w:t>Singularité</w:t>
      </w:r>
    </w:p>
    <w:p>
      <w:pPr>
        <w:pStyle w:val="ArticleBody"/>
        <w:jc w:val="left"/>
      </w:pPr>
      <w:r>
        <w:rPr>
          <w:rFonts w:ascii="Times New Roman" w:hAnsi="Times New Roman" w:eastAsia="Times New Roman" w:cs="Times New Roman"/>
        </w:rPr>
        <w:t>Elon Musk te deklare nan dat 21 fevriye 2026 ke “nou kounye a nan ‘singularity’”.</w:t>
      </w:r>
    </w:p>
    <w:p>
      <w:pPr>
        <w:pStyle w:val="ArticleHeading"/>
        <w:jc w:val="left"/>
      </w:pPr>
      <w:r>
        <w:rPr>
          <w:rFonts w:ascii="Arial" w:hAnsi="Arial" w:eastAsia="Arial" w:cs="Arial"/>
        </w:rPr>
        <w:t>Singularité technologique</w:t>
      </w:r>
    </w:p>
    <w:p>
      <w:pPr>
        <w:pStyle w:val="ArticleBody"/>
        <w:jc w:val="left"/>
      </w:pPr>
      <w:r>
        <w:rPr>
          <w:rFonts w:ascii="Times New Roman" w:hAnsi="Times New Roman" w:eastAsia="Times New Roman" w:cs="Times New Roman"/>
        </w:rPr>
        <w:t>Singularité technologique a (yo rele l souvan senpleman “singularité a”) se yon pwen ipotetik nan lavni kote pwogrè teknolojik la—ki anime sitou pa entèlijans atifisyèl—vin tèlman rapid e tèlman pisan, li akselere pi lwen pase kontwòl ak konpreyansyon imen, sa ki mennen nan transfòmasyon enprevizib e pwofon nan sivilizasyon imen an. Lide santral la se yon eksplozyon entèlijans: yon fwa nou kreye yon sistèm IA ki pi entèlijan pase moun ki pi entèlijan yo (yo rele sa souvan Entèlijans Atifisyèl Siperyè oswa ASI), sistèm sa a ka rekonsèvwa epi amelyore tèt li pi vit pase nenpòt ekip imen ta janm kapab fè. Sa kreye yon bouk amelyorasyon pwòp tèt li, rekirans, kote kapasite a double ankò e ankò nan delè ki ekstrèmman kout (jou -&gt; èdtan -&gt; minit), sa ki fè devlopman ki vin apre yo vin eksplozyf e enposib pou “moun ki anvan singularité a” prevwa oswa dirije yon fason ki gen sans. Tèm “singularité” a prete nan fizik ak matematik, kote, nan “yon twou nwa,” singularité a se pwen kote gravite a vin enfini epi lwa fizik nou konnen kounye a yo sispann opere—nou pa ka wè ni prevwa sa k rive pi lwen pase orizon evènman an.</w:t>
      </w:r>
    </w:p>
    <w:p>
      <w:pPr>
        <w:pStyle w:val="ArticleBody"/>
        <w:jc w:val="left"/>
      </w:pPr>
      <w:r>
        <w:rPr>
          <w:rFonts w:ascii="Times New Roman" w:hAnsi="Times New Roman" w:eastAsia="Times New Roman" w:cs="Times New Roman"/>
        </w:rPr>
        <w:t>Menm jan an tou, yo konsidere singularite teknolojik la kòm yon “orizòn evènman” nan listwa: nou ka prevwa tandans yo jis rive nan pwen sa a, men pi lwen pase li, lavni an vin opak pou lespri imen ki pa ogmante.</w:t>
      </w:r>
    </w:p>
    <w:p>
      <w:pPr>
        <w:pStyle w:val="ArticleHeading"/>
        <w:jc w:val="left"/>
      </w:pPr>
      <w:r>
        <w:rPr>
          <w:rFonts w:ascii="Arial" w:hAnsi="Arial" w:eastAsia="Arial" w:cs="Arial"/>
        </w:rPr>
        <w:t>Istwa Tou kout ak Panse Prensipal yo</w:t>
      </w:r>
    </w:p>
    <w:p>
      <w:pPr>
        <w:pStyle w:val="ArticleBody"/>
        <w:jc w:val="left"/>
      </w:pPr>
      <w:r>
        <w:rPr>
          <w:rFonts w:ascii="Times New Roman" w:hAnsi="Times New Roman" w:eastAsia="Times New Roman" w:cs="Times New Roman"/>
        </w:rPr>
        <w:t>Ane 1950 yo—Premye grenn yo parèt nan travay matematisyen John von Neumann (ki te pale sou akselerasyon chanjman teknolojik) ak matematisyen/kriptològ I.J. Good (ki an 1965 te dekri yon “eksplozyon entèlijans” lè machin yo vin konsevwa machin ki pi bon).</w:t>
      </w:r>
    </w:p>
    <w:p>
      <w:pPr>
        <w:pStyle w:val="ArticleBody"/>
        <w:jc w:val="left"/>
      </w:pPr>
      <w:r>
        <w:rPr>
          <w:rFonts w:ascii="Times New Roman" w:hAnsi="Times New Roman" w:eastAsia="Times New Roman" w:cs="Times New Roman"/>
        </w:rPr>
        <w:t>1993—Enfòmatè e ekriven syans-fiksyon Vernor Vinge fè konsèp modèn nan vin popilè nan redaksyon li a, The Coming Technological Singularity. Li te prevwa nou t ap kreye yon entèlijans sipèimen yon lè ant 2005–2030, apre sa “epòk lèzòm nan” t ap fini (nan sans ke moun, san asistans, pa t ap entèlijans dominan an ankò).</w:t>
      </w:r>
    </w:p>
    <w:p>
      <w:pPr>
        <w:pStyle w:val="ArticleBody"/>
        <w:jc w:val="left"/>
      </w:pPr>
      <w:r>
        <w:rPr>
          <w:rFonts w:ascii="Times New Roman" w:hAnsi="Times New Roman" w:eastAsia="Times New Roman" w:cs="Times New Roman"/>
        </w:rPr>
        <w:t>2005—Envante/fitis Ray Kurzweil te pote lide a nan atansyon piblik prensipal la avèk liv li a, The Singularity Is Near. Li soutni ke singularité a rive anviwon 2045, anba fòs kwasans eksponansyèl nan puisans enfòmatik (dapre Lwa sou Retou Akselere li a), nanoteknoloji, byoteknoloji, ak entèfas sèvo-òdinatè. Li te toujou kenbe delè sa a avèk konstan, epi dènyèman li reafime AGI 2029 ak singularité ~2045.</w:t>
      </w:r>
    </w:p>
    <w:p>
      <w:pPr>
        <w:pStyle w:val="ArticleHeading"/>
        <w:jc w:val="left"/>
      </w:pPr>
      <w:r>
        <w:rPr>
          <w:rFonts w:ascii="Arial" w:hAnsi="Arial" w:eastAsia="Arial" w:cs="Arial"/>
        </w:rPr>
        <w:t>Prediksyon sou Delè Tan yo (nan kòmansman ane 2026)</w:t>
      </w:r>
    </w:p>
    <w:p>
      <w:pPr>
        <w:pStyle w:val="ArticleBody"/>
        <w:jc w:val="left"/>
      </w:pPr>
      <w:r>
        <w:rPr>
          <w:rFonts w:ascii="Times New Roman" w:hAnsi="Times New Roman" w:eastAsia="Times New Roman" w:cs="Times New Roman"/>
        </w:rPr>
        <w:t>Prediksyon yo vin konprese yon fason vizib pandan kèk dènye ane yo, akoz pwogrè ekstrèmman rapid nan gwo modèl langaj yo, sistèm rezònman yo, ak lwa echèl yo: Pifò opinyon ki pi agresif / ki pi pre tèm yo (2026–2027): Kèk lidè enpòtan nan domèn IA a (pa egzanp, Dario Amodei nan Anthropic, Elon Musk) deklare piblikman ke sipèentèlijans, oswa yon bagay ki fonksyonèlman ekivalan ak deklanchè singularite a, ta ka rive depi 2026 oswa nan 1–3 ane.</w:t>
      </w:r>
    </w:p>
    <w:p>
      <w:pPr>
        <w:pStyle w:val="ArticleBody"/>
        <w:jc w:val="left"/>
      </w:pPr>
      <w:r>
        <w:rPr>
          <w:rFonts w:ascii="Times New Roman" w:hAnsi="Times New Roman" w:eastAsia="Times New Roman" w:cs="Times New Roman"/>
        </w:rPr>
        <w:t>Sondaj medyàn pami ekspè yo toujou rasanble alantou ane 2040–2050 pou rive nan sipèentèlijans total/singularite a.</w:t>
      </w:r>
    </w:p>
    <w:p>
      <w:pPr>
        <w:pStyle w:val="ArticleHeading"/>
        <w:jc w:val="left"/>
      </w:pPr>
      <w:r>
        <w:rPr>
          <w:rFonts w:ascii="Arial" w:hAnsi="Arial" w:eastAsia="Arial" w:cs="Arial"/>
        </w:rPr>
        <w:t>De kan posib pou rezilta yo</w:t>
      </w:r>
    </w:p>
    <w:p>
      <w:pPr>
        <w:pStyle w:val="ArticleBody"/>
        <w:jc w:val="left"/>
      </w:pPr>
      <w:r>
        <w:rPr>
          <w:rFonts w:ascii="Times New Roman" w:hAnsi="Times New Roman" w:eastAsia="Times New Roman" w:cs="Times New Roman"/>
        </w:rPr>
        <w:t>Itopik / optimis -&gt; abondans radikal, eliminasyon maladi ak povrete, imòtalite efektivman pa mwayen telechajman lespri oswa nanomedsin, limanite k ap ini ak entèlijans atifisyèl (transimanis), rezoud an kèk minit pwoblèm syantifik yo ki te deja enposib pou rezoud.</w:t>
      </w:r>
    </w:p>
    <w:p>
      <w:pPr>
        <w:pStyle w:val="ArticleBody"/>
        <w:jc w:val="left"/>
      </w:pPr>
      <w:r>
        <w:rPr>
          <w:rFonts w:ascii="Times New Roman" w:hAnsi="Times New Roman" w:eastAsia="Times New Roman" w:cs="Times New Roman"/>
        </w:rPr>
        <w:t>Dystopik / pesimis -&gt; pèt kapasite imen pou aji oswa pou kontwole, move aliyman (AI ap pouswiv objektif ki òtogonal ak valè imen yo oswa ki ostil anvè yo), efondreman ekonomik ak sosyal, oswa menm risk ekzistansyèl pou limanite.</w:t>
      </w:r>
    </w:p>
    <w:p>
      <w:pPr>
        <w:pStyle w:val="ArticleBody"/>
        <w:jc w:val="left"/>
      </w:pPr>
      <w:r>
        <w:rPr>
          <w:rFonts w:ascii="Times New Roman" w:hAnsi="Times New Roman" w:eastAsia="Times New Roman" w:cs="Times New Roman"/>
        </w:rPr>
        <w:t>Singularity pa sèlman yon “entèlijans atifisyèl trè avanse”; se moman kote evolisyon teknolojik la chape anba kontrent vitès byolojik/imen yo epi li vin tounen yon pwosesis otonòm k ap dewoule san kontwòl. Kit sa rive an 2026, 2030, 2045, oswa pa janm rive, li rete youn nan kestyon ouvè ki gen plis konsekans nan tout listwa limanite kounye a.</w:t>
      </w:r>
    </w:p>
    <w:p>
      <w:pPr>
        <w:pStyle w:val="ArticleHeading"/>
        <w:jc w:val="left"/>
      </w:pPr>
      <w:r>
        <w:rPr>
          <w:rFonts w:ascii="Arial" w:hAnsi="Arial" w:eastAsia="Arial" w:cs="Arial"/>
        </w:rPr>
        <w:t>Tan Fen an — 1989</w:t>
      </w:r>
    </w:p>
    <w:p>
      <w:pPr>
        <w:pStyle w:val="ArticleBody"/>
        <w:jc w:val="left"/>
      </w:pPr>
      <w:r>
        <w:rPr>
          <w:rFonts w:ascii="Times New Roman" w:hAnsi="Times New Roman" w:eastAsia="Times New Roman" w:cs="Times New Roman"/>
        </w:rPr>
        <w:t>Kòmansman Mond Rezo a</w:t>
      </w:r>
    </w:p>
    <w:p>
      <w:pPr>
        <w:pStyle w:val="ArticleBody"/>
        <w:jc w:val="left"/>
      </w:pPr>
      <w:r>
        <w:rPr>
          <w:rFonts w:ascii="Times New Roman" w:hAnsi="Times New Roman" w:eastAsia="Times New Roman" w:cs="Times New Roman"/>
        </w:rPr>
        <w:t>Tranzisyon soti nan enfòmatik izole pou rive nan enfòmatik konekte. Tim Berners-Lee pwopoze World Wide Web la nan CERN (1989). Rechèch komèsyal sou rezo neral yo ap elaji (itilizasyon militè + akademik), Intel 80486 lanse—pisans enfòmatik pèsonèl fè yon gwo sote, ARPANET ap fè tranzisyon nan direksyon sa ki pral vin tounen Entènèt modèn nan. Anvan sa, enfòmatik te pisan, men li te sitou rete nan sistèm separe. Apre 1989, enfòmatik vin oryante sou rezo. Rezo neral yo an 1989 te nan etap inisyal yo, limite pa pyès ki nan konpitè, epi yo te sitou sistèm modèl ki te ranfòse pa règ—men lame ak laboratwa rechèch yo te deja ap teste sistèm aprantisaj pou vize sib, gide, ak klase siyal. Sa te kouch fondamantal pou tout sa ki te vini apre.</w:t>
      </w:r>
    </w:p>
    <w:p>
      <w:pPr>
        <w:pStyle w:val="ArticleHeading"/>
        <w:jc w:val="left"/>
      </w:pPr>
      <w:r>
        <w:rPr>
          <w:rFonts w:ascii="Arial" w:hAnsi="Arial" w:eastAsia="Arial" w:cs="Arial"/>
        </w:rPr>
        <w:t>Mesaj la ofisyèlman fòmalize – 1996</w:t>
      </w:r>
    </w:p>
    <w:p>
      <w:pPr>
        <w:pStyle w:val="ArticleBody"/>
        <w:jc w:val="left"/>
      </w:pPr>
      <w:r>
        <w:rPr>
          <w:rFonts w:ascii="Times New Roman" w:hAnsi="Times New Roman" w:eastAsia="Times New Roman" w:cs="Times New Roman"/>
        </w:rPr>
        <w:t>Eksplozyon Komèsyal Entènèt la</w:t>
      </w:r>
    </w:p>
    <w:p>
      <w:pPr>
        <w:pStyle w:val="ArticleBody"/>
        <w:jc w:val="left"/>
      </w:pPr>
      <w:r>
        <w:rPr>
          <w:rFonts w:ascii="Times New Roman" w:hAnsi="Times New Roman" w:eastAsia="Times New Roman" w:cs="Times New Roman"/>
        </w:rPr>
        <w:t>Entènèt la vin piblik, komèsyal, epi mondyal. Netscape ak lagè navigatè yo, Amazon ak eBay ki pwouve komès sou entènèt mache. Google fonde (kòm BackRub nan Stanford, 1996), adopsyon Windows 95 akselere enfòmatik pou konsomatè yo. Se an 1996 Entènèt la sispann rete yon zafè akademik pou l vin yon fòs ekonomik. Enfrastrikti 1989 la kounye a rive nan echèl konsomatè. Epòk dot-com nan pa t konsène sit entènèt sèlman—li te konsène nimerizasyon biznis. Peryòd sa a chanje komès, piblisite, dekouvèt enfòmasyon, ak modèl kominikasyon yo.</w:t>
      </w:r>
    </w:p>
    <w:p>
      <w:pPr>
        <w:pStyle w:val="ArticleHeading"/>
        <w:jc w:val="left"/>
      </w:pPr>
      <w:r>
        <w:rPr>
          <w:rFonts w:ascii="Arial" w:hAnsi="Arial" w:eastAsia="Arial" w:cs="Arial"/>
        </w:rPr>
        <w:t>Mesaj ki Bay Pouvwa — 11/9, 2001</w:t>
      </w:r>
    </w:p>
    <w:p>
      <w:pPr>
        <w:pStyle w:val="ArticleBody"/>
        <w:jc w:val="left"/>
      </w:pPr>
      <w:r>
        <w:rPr>
          <w:rFonts w:ascii="Times New Roman" w:hAnsi="Times New Roman" w:eastAsia="Times New Roman" w:cs="Times New Roman"/>
        </w:rPr>
        <w:t>Epòk Mobil + Platfòm nan Kòmanse</w:t>
      </w:r>
    </w:p>
    <w:p>
      <w:pPr>
        <w:pStyle w:val="ArticleBody"/>
        <w:jc w:val="left"/>
      </w:pPr>
      <w:r>
        <w:rPr>
          <w:rFonts w:ascii="Times New Roman" w:hAnsi="Times New Roman" w:eastAsia="Times New Roman" w:cs="Times New Roman"/>
        </w:rPr>
        <w:t>Nimérisation des médias + premières infrastructures infonuagiques + large bande en continu. Apple lance l’iPod (début d’un écosystème numérique portable), Wikipédia est lancée (modèle de plateforme de connaissance collective), l’adoption de la large bande connaît un essor fulgurant, Amazon commence discrètement à bâtir ce qui deviendra AWS. Après le 11 septembre, la technologie de surveillance s’accélère massivement, et l’infrastructure d’analyse des données croît rapidement. C’est ici que sont posés les fondements de l’informatique en nuage, des écosystèmes de plateforme, de la domination du contenu numérique, d’une infrastructure de connexion permanente, ainsi que des médias sociaux et des téléphones intelligents.</w:t>
      </w:r>
    </w:p>
    <w:p>
      <w:pPr>
        <w:pStyle w:val="ArticleHeading"/>
        <w:jc w:val="left"/>
      </w:pPr>
      <w:r>
        <w:rPr>
          <w:rFonts w:ascii="Arial" w:hAnsi="Arial" w:eastAsia="Arial" w:cs="Arial"/>
        </w:rPr>
        <w:t>Fondasyon an Poze — Tablo Abakik yo — 2012, 2013</w:t>
      </w:r>
    </w:p>
    <w:p>
      <w:pPr>
        <w:pStyle w:val="ArticleBody"/>
        <w:jc w:val="left"/>
      </w:pPr>
      <w:r>
        <w:rPr>
          <w:rFonts w:ascii="Times New Roman" w:hAnsi="Times New Roman" w:eastAsia="Times New Roman" w:cs="Times New Roman"/>
        </w:rPr>
        <w:t>Gran Avansman nan Aprantisaj Pwofon</w:t>
      </w:r>
    </w:p>
    <w:p>
      <w:pPr>
        <w:pStyle w:val="ArticleBody"/>
        <w:jc w:val="left"/>
      </w:pPr>
      <w:r>
        <w:rPr>
          <w:rFonts w:ascii="Times New Roman" w:hAnsi="Times New Roman" w:eastAsia="Times New Roman" w:cs="Times New Roman"/>
        </w:rPr>
        <w:t>Nesans Entèlijans Atifisyèl Modèn</w:t>
      </w:r>
    </w:p>
    <w:p>
      <w:pPr>
        <w:pStyle w:val="ArticleBody"/>
        <w:jc w:val="left"/>
      </w:pPr>
      <w:r>
        <w:rPr>
          <w:rFonts w:ascii="Times New Roman" w:hAnsi="Times New Roman" w:eastAsia="Times New Roman" w:cs="Times New Roman"/>
        </w:rPr>
        <w:t>Sa a se moman desizif la kote rezo neral yo sispann sèvi kòm zouti eksperimantal epi yo vin gen yon puisans pratik reyèl—pon egzak ant epòk 2001 « platform/cloud » la ak eksplozyon « generative AI » an 2023. Septanm 2012: AlexNet (yon rezo neral konvolisyonèl pwofon) ranpòte konpetisyon ImageNet la ak yon avansman ekstraòdinè—li kraze tout algoritm ki te vin anvan yo. Nan rechèch sou IA, yo rekonèt inivèsèlman evènman sèl sa a kòm moman kote aprantisaj pwofon modèn nan te fèt. 2012: ekip Geoffrey Hinton lan pwouve ke rezo neral pwofon, lè yo antrene sou GPU, kapab aprann karakteristik yerachik yo otomatikman. 2013: Google achte konpayi Hinton lan (DNNresearch). Endistri a, sanzatann, kòmanse vide plizyè milya ladan nan aprantisaj pwofon. Pwogrè NVIDIA fè nan GPU li yo (CUDA) vin tounen pyès ki nan konpitè estanda pou IA. Zouti big data yo (Spark 1.0 parèt an 2013) rive nan yon nivo matirite an menm tan avèk sa, sa ki pèmèt gwo ansanm done ki nesesè pou aprantisaj pwofon.</w:t>
      </w:r>
    </w:p>
    <w:p>
      <w:pPr>
        <w:pStyle w:val="ArticleHeading"/>
        <w:jc w:val="left"/>
      </w:pPr>
      <w:r>
        <w:rPr>
          <w:rFonts w:ascii="Arial" w:hAnsi="Arial" w:eastAsia="Arial" w:cs="Arial"/>
        </w:rPr>
        <w:t>Dechire sele yo – 2023</w:t>
      </w:r>
    </w:p>
    <w:p>
      <w:pPr>
        <w:pStyle w:val="ArticleBody"/>
        <w:jc w:val="left"/>
      </w:pPr>
      <w:r>
        <w:rPr>
          <w:rFonts w:ascii="Times New Roman" w:hAnsi="Times New Roman" w:eastAsia="Times New Roman" w:cs="Times New Roman"/>
        </w:rPr>
        <w:t>IA jenerativ travèse papòt la</w:t>
      </w:r>
    </w:p>
    <w:p>
      <w:pPr>
        <w:pStyle w:val="ArticleBody"/>
        <w:jc w:val="left"/>
      </w:pPr>
      <w:r>
        <w:rPr>
          <w:rFonts w:ascii="Times New Roman" w:hAnsi="Times New Roman" w:eastAsia="Times New Roman" w:cs="Times New Roman"/>
        </w:rPr>
        <w:t>IA vin aksesib, itilizab, epi li boulvèse ekonomikman. Se pa sèlman “pi bon rezo neral.” Sa a se moman kote IA ekri kòd, jenere imaj, otomatize travay biwo, elaji travay rezònman yo, epi pou premye fwa IA sispann rete espesyalize pou l vin tounen yon zouti kognitif jeneral.</w:t>
      </w:r>
    </w:p>
    <w:p>
      <w:pPr>
        <w:pStyle w:val="ArticleHeading"/>
        <w:jc w:val="left"/>
      </w:pPr>
      <w:r>
        <w:rPr>
          <w:rFonts w:ascii="Arial" w:hAnsi="Arial" w:eastAsia="Arial" w:cs="Arial"/>
        </w:rPr>
        <w:t>2026 – Sengilarite?</w:t>
      </w:r>
    </w:p>
    <w:p>
      <w:pPr>
        <w:pStyle w:val="ArticleListItem"/>
        <w:ind w:left="576" w:hanging="259"/>
        <w:jc w:val="left"/>
      </w:pPr>
      <w:r>
        <w:rPr>
          <w:rFonts w:ascii="Times New Roman" w:hAnsi="Times New Roman" w:eastAsia="Times New Roman" w:cs="Times New Roman"/>
        </w:rPr>
        <w:t>• 1989 kòm ouvèti sele tan lafen an li menm (konektivite an rezo kòmanse, fondasyon pou sikilasyon konesans mondyal; lye ak efondreman Inyon Sovyetik la kòm siy referans pou dènye peryòd pwobasyon Advantis la).</w:t>
      </w:r>
    </w:p>
    <w:p>
      <w:pPr>
        <w:pStyle w:val="ArticleListItem"/>
        <w:ind w:left="576" w:hanging="259"/>
        <w:jc w:val="left"/>
      </w:pPr>
      <w:r>
        <w:rPr>
          <w:rFonts w:ascii="Times New Roman" w:hAnsi="Times New Roman" w:eastAsia="Times New Roman" w:cs="Times New Roman"/>
        </w:rPr>
        <w:t>• 1996 kòm fòmalizasyon mesaj la (entènèt komèsyal la fè ekonomi enfòmasyon an pran echèl, pandan li nimerize komès ak dekouvèt).</w:t>
      </w:r>
    </w:p>
    <w:p>
      <w:pPr>
        <w:pStyle w:val="ArticleListItem"/>
        <w:ind w:left="576" w:hanging="259"/>
        <w:jc w:val="left"/>
      </w:pPr>
      <w:r>
        <w:rPr>
          <w:rFonts w:ascii="Times New Roman" w:hAnsi="Times New Roman" w:eastAsia="Times New Roman" w:cs="Times New Roman"/>
        </w:rPr>
        <w:t>• 2001 kòm otonòm mesaj la (platfòm yo, nyaj enfòmatik la, aksè pèmanan mete baz ekosistèm dijital la pou konesans kolektif ki mobil).</w:t>
      </w:r>
    </w:p>
    <w:p>
      <w:pPr>
        <w:pStyle w:val="ArticleListItem"/>
        <w:ind w:left="576" w:hanging="259"/>
        <w:jc w:val="left"/>
      </w:pPr>
      <w:r>
        <w:rPr>
          <w:rFonts w:ascii="Times New Roman" w:hAnsi="Times New Roman" w:eastAsia="Times New Roman" w:cs="Times New Roman"/>
        </w:rPr>
        <w:t>• 2012/2013 kòm poze fondasyon pou vrè entèlijans (pwogrè desizif nan aprantisaj pwofon fè konpreyansyon machin vin pratik epi kapab elaji sou gwo echèl).</w:t>
      </w:r>
    </w:p>
    <w:p>
      <w:pPr>
        <w:pStyle w:val="ArticleListItem"/>
        <w:ind w:left="576" w:hanging="259"/>
        <w:jc w:val="left"/>
      </w:pPr>
      <w:r>
        <w:rPr>
          <w:rFonts w:ascii="Times New Roman" w:hAnsi="Times New Roman" w:eastAsia="Times New Roman" w:cs="Times New Roman"/>
        </w:rPr>
        <w:t>• 2023 kòm akmè dezèlman an (entèlijans atifisyèl jeneratif la travèse pou antre nan kognisyon pou itilizasyon jeneral, sa ki fè kreyasyon konesans ak rezònman vin aksesib epi boulvèsan).</w:t>
      </w:r>
    </w:p>
    <w:p>
      <w:pPr>
        <w:pStyle w:val="ArticleBody"/>
        <w:jc w:val="left"/>
      </w:pPr>
      <w:r>
        <w:rPr>
          <w:rFonts w:ascii="Times New Roman" w:hAnsi="Times New Roman" w:eastAsia="Times New Roman" w:cs="Times New Roman"/>
        </w:rPr>
        <w:t>Pwogresyon an se yon bagay ki fèt avèk élégans: chak etap bati, youn sou lòt, sou sa ki te vini anvan an, pandan li deplase soti nan konektivite -&gt; komèsyalizasyon -&gt; ekosistèm -&gt; entèlijans -&gt; koyisyon.</w:t>
      </w:r>
    </w:p>
    <w:p>
      <w:pPr>
        <w:pStyle w:val="ArticleBody"/>
        <w:jc w:val="left"/>
      </w:pPr>
      <w:r>
        <w:rPr>
          <w:rFonts w:ascii="Times New Roman" w:hAnsi="Times New Roman" w:eastAsia="Times New Roman" w:cs="Times New Roman"/>
        </w:rPr>
        <w:t>2012/2013 se pwen charnyè kritik la; moman kote rezo neral yo te pwouve yo gen kapasite pou aprantisaj yerachik, otomatik (viktwa AlexNet/ImageNet la, travay Hinton te valide, ekspansyon GPU yo te rann posib), sa ki te fè eksplozyon jeneratif 2023 a vin inevitab. San chanjman achitekti 2012 la, modèl transformer yo (2017) ak ekspansyon masiv la pa t ap pwodui yon jeneralite nan nivo ChatGPT.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Disèt</dc:title>
  <dc:subject>Bagay la ak Vizyon an: De Liy Pwofesi Danyèl yo ak Ouvèti So Revelasyon an</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