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Dizwit</w:t>
      </w:r>
    </w:p>
    <w:p>
      <w:pPr>
        <w:pStyle w:val="ArticleSubtitle"/>
        <w:jc w:val="left"/>
      </w:pPr>
      <w:r>
        <w:rPr>
          <w:rFonts w:ascii="Arial" w:hAnsi="Arial" w:eastAsia="Arial" w:cs="Arial"/>
        </w:rPr>
        <w:t>Twa Fwa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Koulye a, nou pral egzamine kèk nan enplikasyon vèsè douz nan Danyèl onz la, epi apre sa, nou pral entegre twa liy “250” ane yo nan istwa vèsè onz rive kenz yo, ki te akonpli nan batay Panyòm nan an 200 av. J.-K. Liy “250” ane ki te kòmanse an 457 av. J.-K. fini an 207 av. J.-K., nan mitan peryòd ki kòmanse ak batay Rafia a epi ki fini ak batay Panyòm nan. “250” ane yo nan liy Neron an fini ak istwa twa etap Konstanten an, ki reprezante pa ane 313, 321 ak 330 yo. “250” ane Etazini yo fini 4 jiyè 2026.</w:t>
      </w:r>
    </w:p>
    <w:p>
      <w:pPr>
        <w:pStyle w:val="ArticleBody"/>
        <w:jc w:val="left"/>
      </w:pPr>
      <w:r>
        <w:rPr>
          <w:rFonts w:ascii="Times New Roman" w:hAnsi="Times New Roman" w:eastAsia="Times New Roman" w:cs="Times New Roman"/>
        </w:rPr>
        <w:t>Liy Neron an reprezante istwa tan eprèv imaj bèt la, dabò Ozetazini, epi answit nan lemonn. Liy 457 anvan Jezikri a mete Trump nan yon mitan, sou plan militè, ant de batay. Peryòd ki pwolonje depi 1776 la make tou yon mitan pou dènye prezidans Trump la. Pou mete liy sa yo nan plas ki apwopriye yo, n ap adrese an premye vèsè douz la, ansanm ak disparisyon Larisi ak Putin. Apre sa, twa liy “250” ane yo, epi liy Dinasti Asmone an. Lè liy sa yo fin tabli, n ap mete Pyè an aliyans ak Panium. Lè liy sa yo an plas, nou ta dwe kapab rekonèt kijan mesaj 18 Jiyè 2020 la dwe korije epi pwoklame, e ke li se mesaj liv Joèl la.</w:t>
      </w:r>
    </w:p>
    <w:p>
      <w:pPr>
        <w:pStyle w:val="ArticleHeading"/>
        <w:jc w:val="left"/>
      </w:pPr>
      <w:r>
        <w:rPr>
          <w:rFonts w:ascii="Arial" w:hAnsi="Arial" w:eastAsia="Arial" w:cs="Arial"/>
        </w:rPr>
        <w:t>Wa Ouzya, wa Jida, ak Ptolome, wa Ejip la</w:t>
      </w:r>
    </w:p>
    <w:p>
      <w:pPr>
        <w:pStyle w:val="ArticleBody"/>
        <w:jc w:val="left"/>
      </w:pPr>
      <w:r>
        <w:rPr>
          <w:rFonts w:ascii="Times New Roman" w:hAnsi="Times New Roman" w:eastAsia="Times New Roman" w:cs="Times New Roman"/>
        </w:rPr>
        <w:t>Istwa ki te akonpli vèsè onz la nan batay Rafia a aliyen ak istwa wa Ozyas. Lè Ezayi pirifye epi li resevwa pouvwa pou l pwoklame mesaj lapli dèyè a, apèl li a te vini nan ane Ozyas te mouri a.</w:t>
      </w:r>
    </w:p>
    <w:p>
      <w:pPr>
        <w:pStyle w:val="ArticleScripture"/>
        <w:jc w:val="left"/>
      </w:pPr>
      <w:r>
        <w:rPr>
          <w:rFonts w:ascii="Times New Roman" w:hAnsi="Times New Roman" w:eastAsia="Times New Roman" w:cs="Times New Roman"/>
        </w:rPr>
        <w:t>Nan ane wa Ouzya, wa peyi Jida a, te mouri a, mwen te wè Senyè a chita sou yon twòn, byen wo e leve anlè, epi lob rad li te plen tanp lan. Ezayi 6:1.</w:t>
      </w:r>
    </w:p>
    <w:p>
      <w:pPr>
        <w:pStyle w:val="ArticleBody"/>
        <w:jc w:val="left"/>
      </w:pPr>
      <w:r>
        <w:rPr>
          <w:rFonts w:ascii="Times New Roman" w:hAnsi="Times New Roman" w:eastAsia="Times New Roman" w:cs="Times New Roman"/>
        </w:rPr>
        <w:t>Lanmò Ozyas te vini apre rebelyon li te manifeste a, ki te koresponn ak rebelyon Ptolemè a epi ki te aliyen avèk li, tousuit apre viktwa a nan batay Rafya a. Ozyas ak Ptolemè se senbòl yon wa nan sid ki gen kè li leve anwo, ki rebèl lè yo chèche mete ansanm otorite leta yo ak otorite legliz la. Lè Ozyas te eseye mete legliz ak leta ansanm, lèp ki te sou fwon li a te prefigire mak bèt la.</w:t>
      </w:r>
    </w:p>
    <w:p>
      <w:pPr>
        <w:pStyle w:val="ArticleScripture"/>
        <w:jc w:val="left"/>
      </w:pPr>
      <w:r>
        <w:rPr>
          <w:rFonts w:ascii="Times New Roman" w:hAnsi="Times New Roman" w:eastAsia="Times New Roman" w:cs="Times New Roman"/>
        </w:rPr>
        <w:t>Apre yo, twazyèm zanj lan swiv yo, li t ap di byen fò: Si yon moun adore bèt la ak estati li, epi li resevwa mak li sou fwon li oswa sou men li, menm moun sa a va bwè diven kòlè Bondye a, ki vide san melanj nan gode endiyasyon li a; epi y ap tòtire li ak dife ak souf devan zanj sen yo, ak devan Ti Mouton an. Epi lafimen touman yo ap monte pou tout tan ak tout tan; epi yo pa gen okenn repo ni lajounen ni lannuit, sa yo ki adore bèt la ak estati li, ak tout moun ki resevwa mak non li. Revelasyon 14:9–11.</w:t>
      </w:r>
    </w:p>
    <w:p>
      <w:pPr>
        <w:pStyle w:val="ArticleBody"/>
        <w:jc w:val="left"/>
      </w:pPr>
      <w:r>
        <w:rPr>
          <w:rFonts w:ascii="Times New Roman" w:hAnsi="Times New Roman" w:eastAsia="Times New Roman" w:cs="Times New Roman"/>
        </w:rPr>
        <w:t>Ozyas la, alò, reprezante yon lanmò pwogresif depi lè li te fè tantativ rebèl li a pou l melanje legliz ak leta. Apre sa, li reprezante yon ko-rejans san otorite reyèl ansanm ak pitit gason li pandan onz ane. Ozyas te viv pandan onz ane apre rebelyon li an. Kòmansman rebelyon li an senbolize lwa dimanch lan, kote legliz ak leta ini ansanm epi yo fè respekte mak bèt la. Onz ane apre, li mouri, sa ki reprezante fen reny li kòm wa wayòm sid Jida a, ki te peyi bèl pouvwa a, ki se Etazini.</w:t>
      </w:r>
    </w:p>
    <w:p>
      <w:pPr>
        <w:pStyle w:val="ArticleBody"/>
        <w:jc w:val="left"/>
      </w:pPr>
      <w:r>
        <w:rPr>
          <w:rFonts w:ascii="Times New Roman" w:hAnsi="Times New Roman" w:eastAsia="Times New Roman" w:cs="Times New Roman"/>
        </w:rPr>
        <w:t>Nan relasyon pwofetik ak Ptolemi, Ozyas reprezante Jida, peyi glwa a ak pwotestantis aposta a, tandiske Ptolemi reprezante Lejip, ki se pouvwa dragon an, relijyon li se espirityalis. Lè yo konsidere de wa yo kòm liy paralèl, Ozyas sispann sèvi kòm yon ilistrasyon peyi glwa a, epi ansanm yo vin tounen yon senbòl de nasyon. Lejip ak Jida se senbòl relijyon espirityalis ak pwotestantis aposta a. Yo se yon senbòl Leta a ak legliz la. Politik Leta ak politik legliz la yo reprezante, lè yo aliyen kòm yon sèl senbòl, gen ladan yo de nasyon, menm jan ak Mèd ak Pès yo, menm jan ak Lejip ak Sodòm Lafrans lan, menm jan ak kòn Repibliken ak Pwotestan Etazini yo, menm jan ak wayòm nò ak wayòm sid Izrayèl ak Jida yo, menm jan tou ak Wòm payen ak Wòm papal. Antanke yon senbòl de wayòm, yo mare ansanm pwofetikman pa tanp ki Jerizalèm nan, kote ni Ozyas ni Ptolemi te chèche ofri sakrifis nan tanp ki Jerizalèm nan. De nasyon ki toulède ap fè rebelyon nan menm tanp lan.</w:t>
      </w:r>
    </w:p>
    <w:p>
      <w:pPr>
        <w:pStyle w:val="ArticleBody"/>
        <w:jc w:val="left"/>
      </w:pPr>
      <w:r>
        <w:rPr>
          <w:rFonts w:ascii="Times New Roman" w:hAnsi="Times New Roman" w:eastAsia="Times New Roman" w:cs="Times New Roman"/>
        </w:rPr>
        <w:t>Li enpòtan pou remake ke rebelyon toude wa yo te an rapò ak tanp ki Jerizalèm nan, ki se yon senbòl tanp kote Danyèl te wè Kris la nan chapit dis. Istwa toude wa sa yo aliyen nan Lagè Ikrèn nan, epi lè yo fè sa, yo kòmanse temwayaj yo an 2014. Toude te leve anlè pa viktwa militè ki reprezante pa batay Rafia a nan vèsè onz la. Rafia make fwontyè sizyèm wayòm pwofesi biblik la ansanm ak inyon twa fwa a nan lwa dimanch lan. Li se tou fwontyè tranzisyon legliz militan an pou rive nan legliz triyonfan an.</w:t>
      </w:r>
    </w:p>
    <w:p>
      <w:pPr>
        <w:pStyle w:val="ArticleBody"/>
        <w:jc w:val="left"/>
      </w:pPr>
      <w:r>
        <w:rPr>
          <w:rFonts w:ascii="Times New Roman" w:hAnsi="Times New Roman" w:eastAsia="Times New Roman" w:cs="Times New Roman"/>
        </w:rPr>
        <w:t>Apre 2014, wa ki te pi rich la te anonse entansyon li pou l kandida pou prezidans lan an 2015. An 2020, wa ki te pi rich la, ki reprezante kòn Repibliken an, te resevwa blesi mòtèl li a, ki t ap geri pita. An 2022, lagè Ikrèn nan te vin pi grav. Apre sa, Trump te retounen nan akonplisman vèsè trèz la, nan eleksyon 2024 la. Nan mwa Jiyè 2023, yo te fè tande yon vwa nan dezè a. Le 31 desanm 2023, kòn Pwotestan an te resisite, menm jan ak kòn Repibliken an nan eleksyon 2024 la, lè Trump te retounen; epi answit an 2025, tès fondasyon an te fini avèk arive tès tanp lan.</w:t>
      </w:r>
    </w:p>
    <w:p>
      <w:pPr>
        <w:pStyle w:val="ArticleHeading"/>
        <w:jc w:val="left"/>
      </w:pPr>
      <w:r>
        <w:rPr>
          <w:rFonts w:ascii="Nirmala UI" w:hAnsi="Nirmala UI" w:eastAsia="Nirmala UI" w:cs="Nirmala UI"/>
        </w:rPr>
        <w:t>१९८९</w:t>
      </w:r>
    </w:p>
    <w:p>
      <w:pPr>
        <w:pStyle w:val="ArticleBody"/>
        <w:jc w:val="left"/>
      </w:pPr>
      <w:r>
        <w:rPr>
          <w:rFonts w:ascii="Times New Roman" w:hAnsi="Times New Roman" w:eastAsia="Times New Roman" w:cs="Times New Roman"/>
        </w:rPr>
        <w:t>Verite ki te debloke an 1989 yo te genyen de aspè. Paralèl pwofetik mouvman refòm yo ak sis dènye vèsè Dànyèl onz la te debloke an menm tan. Gen sèten règ pwofetik ki te sèvi pou tabli mesaj inisyal vèsè karant lan. Kèk nan menm verite sa yo kounye a se kle pou istwa kache menm vèsè sa a kote bijou pwofetik sa yo te dekouvri. M ap ba nou yon egzanp.</w:t>
      </w:r>
    </w:p>
    <w:p>
      <w:pPr>
        <w:pStyle w:val="ArticleBody"/>
        <w:jc w:val="left"/>
      </w:pPr>
      <w:r>
        <w:rPr>
          <w:rFonts w:ascii="Times New Roman" w:hAnsi="Times New Roman" w:eastAsia="Times New Roman" w:cs="Times New Roman"/>
        </w:rPr>
        <w:t>An 1989, pa t gen okenn konpreyansyon inifye nan mitan Advantis yo konsènan sa sis dènye vèsè nan Danyèl la te reprezante. Mank inifikasyon sa a te genyen de aspè. Pa t gen okenn konsansis sou siyifikasyon vèsè sa yo. Moun ki te deklare yo te gen konpreyansyon sou vèsè sa yo te prezante lide imen melanje ak teyoloji Pwotestantis aposta ak Katolik, eritaj dwa nesans yo te resevwa nan men zansèt yo nan rebelyon 1863 la, lè yo te akonpli wòl pwofèt dezobeyisan an nan rebelyon fondamantal Jewobowam nan. Lide patikilye sa yo sou sa vèsè yo te ye te, nan pi bon ka a, entèpretasyon prive. Lide yo sou vèsè sa yo te swa kontradiktwa ak aplikasyon pwofetik debaz la, e souvan yo te opoze ak menm premis yo menm yo te idantifye konsènan vèsè sa yo.</w:t>
      </w:r>
    </w:p>
    <w:p>
      <w:pPr>
        <w:pStyle w:val="ArticleBody"/>
        <w:jc w:val="left"/>
      </w:pPr>
      <w:r>
        <w:rPr>
          <w:rFonts w:ascii="Times New Roman" w:hAnsi="Times New Roman" w:eastAsia="Times New Roman" w:cs="Times New Roman"/>
        </w:rPr>
        <w:t>Sa nou te wè nan vèsè yo se te yon konpreyansyon ki te menm jan an pou tout sis vèsè yo. Se te konsistans mesaj nou te wè a ki te ankouraje m pou m prezante konpreyansyon pa m, menm lè m te konnen tout Advantis la te rejte sa m te konprann nan. Sa nou te konprann nan vèsè sa yo te pibliye pou premye fwa an 1996, e konpreyansyon yo te mete devan la a pa fè anyen lòt pase vin pi solid toujou pandan tan an ap mache sou plis pase trant ane!</w:t>
      </w:r>
    </w:p>
    <w:p>
      <w:pPr>
        <w:pStyle w:val="ArticleBody"/>
        <w:jc w:val="left"/>
      </w:pPr>
      <w:r>
        <w:rPr>
          <w:rFonts w:ascii="Times New Roman" w:hAnsi="Times New Roman" w:eastAsia="Times New Roman" w:cs="Times New Roman"/>
        </w:rPr>
        <w:t>Si vous considérez la toute première référence dans le magazine The Time of the End, vous y trouvez Testimonies, volume 9, page 11. Cinq ans avant le 11 septembre, le magazine commence par 9/11. L’une des compréhensions qui m’ont encouragé fut de saisir qu’« au temps de la fin », au verset quarante, les rois du nord et du sud étaient des puissances spirituelles, et non littérales. À cette époque, je savais déjà que Sister White avait dit que les livres de Daniel et de l’Apocalypse sont un seul et même livre, et que la même ligne de prophétie qui se trouve dans Daniel est reprise par Jean dans l’Apocalypse. J’avais découvert que dans Apocalypse 11, qui s’est accompli dans l’histoire entourant le temps de la fin en 1798, le commentaire de Sister White sur ce chapitre enseigne clairement que la France était l’Égypte spirituelle, et elle était tout aussi explicite en ce qui concerne Apocalypse 17, où la prostituée assise sur la bête était Babylone spirituelle.</w:t>
      </w:r>
    </w:p>
    <w:p>
      <w:pPr>
        <w:pStyle w:val="ArticleBody"/>
        <w:jc w:val="left"/>
      </w:pPr>
      <w:r>
        <w:rPr>
          <w:rFonts w:ascii="Times New Roman" w:hAnsi="Times New Roman" w:eastAsia="Times New Roman" w:cs="Times New Roman"/>
        </w:rPr>
        <w:t>Idantifikasyon Sè White fè sou de pisans sa yo twouve l nan *The Great Controversy*, e kòmantè sa yo mare ansanm temwayaj Jan ak Danyèl. Definisyon wa sid la nan Danyèl chapit onz lan se pisans ki kontwole Ejip, e wa nò a se pisans ki kontwole Babilòn. Lè Bib la ak Lespri Pwofesi a te travay ansanm pou tabli yon verite lè yo te mete Danyèl ak Revelasyon ansanm pou pwouve pwen an, se te yon bagay mwen pa t janm kapab remèt bay okenn teyolojyen ki egare, ni bay okenn chèf pwoklame tèt li ki egare nan yon ministè endepandan.</w:t>
      </w:r>
    </w:p>
    <w:p>
      <w:pPr>
        <w:pStyle w:val="ArticleBody"/>
        <w:jc w:val="left"/>
      </w:pPr>
      <w:r>
        <w:rPr>
          <w:rFonts w:ascii="Times New Roman" w:hAnsi="Times New Roman" w:eastAsia="Times New Roman" w:cs="Times New Roman"/>
        </w:rPr>
        <w:t>Pou konprann Ptolemais ak Ozyas kòm senbòl batay Rafya a ak konsekans ki vini apre kè yo fin leve nan lògèy, se pou yo dirije nou pa lefèt ke Ptolemais reprezante pouvwa dragon an ki bat pouvwa prokiratè Wòm nan, sèlman pou l pèdi devan pouvwa prokiratè ki te bat Ptolemais nan vèsè dis la ak an 1989. Diferans istorik yo fèt avèk entansyon e yo enpòtan.</w:t>
      </w:r>
    </w:p>
    <w:p>
      <w:pPr>
        <w:pStyle w:val="ArticleBody"/>
        <w:jc w:val="left"/>
      </w:pPr>
      <w:r>
        <w:rPr>
          <w:rFonts w:ascii="Times New Roman" w:hAnsi="Times New Roman" w:eastAsia="Times New Roman" w:cs="Times New Roman"/>
        </w:rPr>
        <w:t>Ozyas resevwa mak bèt la lè li eseye mete legliz ak leta ansanm; Ozyas se bèl peyi a, epi bèl peyi a te yon gwo agiman nan kòmansman mesaj la an 1989. Èske bèl peyi a se Etazini, oswa èske se legliz Advantis Setyèm Jou a? Moun ki, lè sa a, te soutni lide erone a ke bèl peyi a se legliz Advantis la, ansanm ak nenpòt lòt ki toujou fè sa—ta plede di ke bèl mòn sen an nan vèsè karantsenk la te klèman legliz Bondye a; konsa sa te vle di pou yo ke yon mòn ak yon peyi se te menm senbòl la. Rezonman nòmal lèzòm, mwen sipoze.</w:t>
      </w:r>
    </w:p>
    <w:p>
      <w:pPr>
        <w:pStyle w:val="ArticleBody"/>
        <w:jc w:val="left"/>
      </w:pPr>
      <w:r>
        <w:rPr>
          <w:rFonts w:ascii="Times New Roman" w:hAnsi="Times New Roman" w:eastAsia="Times New Roman" w:cs="Times New Roman"/>
        </w:rPr>
        <w:t>Ozyas se peyi gloriye a, epi Ptoleme se Lejip. Ozyas, antanke peyi gloriye a, gen de kòn Pwotestantis ak Repiblikanis. Manifestasyon politik Ptoleme a se kominis ak divès fòm li yo, epi manifestasyon relijye Ptoleme a se espirityalis ak divès fòm li yo. Youn nan karakteristik pouvwa dragon an se ke li se yon konfederasyon, men fo pwofèt la, ki se peyi gloriye a, se yon sèl nasyon ki gen de kòn.</w:t>
      </w:r>
    </w:p>
    <w:p>
      <w:pPr>
        <w:pStyle w:val="ArticleBody"/>
        <w:jc w:val="left"/>
      </w:pPr>
      <w:r>
        <w:rPr>
          <w:rFonts w:ascii="Times New Roman" w:hAnsi="Times New Roman" w:eastAsia="Times New Roman" w:cs="Times New Roman"/>
        </w:rPr>
        <w:t>Danyèl onz vèsè karant te etabli ke Etazini te pouvwa pa pwokirasyon papote a lè Inyon Sovyetik te baleye ale an 1989. Verite sa a ann amoni ak wòl bèt tè a ki gen de kòn nan Revelasyon trèz, paske de liv yo se menm lan.</w:t>
      </w:r>
    </w:p>
    <w:p>
      <w:pPr>
        <w:pStyle w:val="ArticleScripture"/>
        <w:jc w:val="left"/>
      </w:pPr>
      <w:r>
        <w:rPr>
          <w:rFonts w:ascii="Times New Roman" w:hAnsi="Times New Roman" w:eastAsia="Times New Roman" w:cs="Times New Roman"/>
        </w:rPr>
        <w:t>Epi mwen wè yon lòt bèt k ap monte soti nan tè a; li te gen de kòn tankou yon ti mouton, epi li te pale tankou yon dragon. Li egzèse tout pouvwa premye bèt la devan li, epi li fè tè a ak moun ki rete sou li yo adore premye bèt la, bèt ki te gen blesi mòtèl li a geri. Revelasyon 13:11, 12.</w:t>
      </w:r>
    </w:p>
    <w:p>
      <w:pPr>
        <w:pStyle w:val="ArticleBody"/>
        <w:jc w:val="left"/>
      </w:pPr>
      <w:r>
        <w:rPr>
          <w:rFonts w:ascii="Times New Roman" w:hAnsi="Times New Roman" w:eastAsia="Times New Roman" w:cs="Times New Roman"/>
        </w:rPr>
        <w:t>Revelasyon trèz idantifye Etazini kòm pouvwa pwoksi Papote a, paske bèt ki soti sou tè a “egzèse tout pouvwa” bèt ki soti nan lanmè a, ki te vini “devan li.” Nan vèsè de a, dragon lavil Wòm payen an te bay Papote a pouvwa li, twòn li ak gwo otorite li. Mo yo tradui kòm “pouvwa” a vle di pouvwa, men nan vèsè douz la se yon lòt mo yo tradui kòm “pouvwa,” ki vle di “otorite delege.”</w:t>
      </w:r>
    </w:p>
    <w:p>
      <w:pPr>
        <w:pStyle w:val="ArticleBody"/>
        <w:jc w:val="left"/>
      </w:pPr>
      <w:r>
        <w:rPr>
          <w:rFonts w:ascii="Times New Roman" w:hAnsi="Times New Roman" w:eastAsia="Times New Roman" w:cs="Times New Roman"/>
        </w:rPr>
        <w:t>Etazini se pouvwa pwokirasyon papote a, li menm ki te prefigire pa Wòm payen an, ki te bay papote a soutyen militè ak ekonomik li, jan sa tabli nan vèsè de a. Lè li te fè sa, Wòm payen an te prefigire Etazini, ki t ap bay tou “cha lagè li yo, bato li yo ak kavalye li yo” pou fè move zèv pouvwa papal la.</w:t>
      </w:r>
    </w:p>
    <w:p>
      <w:pPr>
        <w:pStyle w:val="ArticleBody"/>
        <w:jc w:val="left"/>
      </w:pPr>
      <w:r>
        <w:rPr>
          <w:rFonts w:ascii="Times New Roman" w:hAnsi="Times New Roman" w:eastAsia="Times New Roman" w:cs="Times New Roman"/>
        </w:rPr>
        <w:t>Lè twa batay vèsè dis, onz, ak kenz yo te akonpli nan listwa, Antiochus Magnus te prezan nan chak batay. Reyalite sa a idantifye ke pouvwa ki reprezante nan twa batay sa yo se yon pouvwa pwokirasyon bèt la, paske se toujou Antiochus; epi Antiochus an 1989 te pouvwa pwokirasyon Etazini.</w:t>
      </w:r>
    </w:p>
    <w:p>
      <w:pPr>
        <w:pStyle w:val="ArticleBody"/>
        <w:jc w:val="left"/>
      </w:pPr>
      <w:r>
        <w:rPr>
          <w:rFonts w:ascii="Times New Roman" w:hAnsi="Times New Roman" w:eastAsia="Times New Roman" w:cs="Times New Roman"/>
        </w:rPr>
        <w:t>Twa lagè ki mennen nan lwa dimanch vèsè sèz la pote siyati Alfa ak Omega, epi yo pote tou estrikti verite a. Se Etazini ki parèt nan premye lagè a ak nan twazyèm lagè a, sa ki idantifye yon alfa ak omega nan premye ak dènye lagè a. Twa lagè ki mennen nan lwa dimanch vèsè sèz la pote siyati verite a tou. Pouvwa pwokirasyon Almay Nazi nan Ikrèn se lagè ki nan mitan an, ki reprezante rebelyon siy mitan an nan kad mo ebre pou verite a. Twa lagè yo reprezante 1989 jouk rive nan lwa dimanch lan, sa vle di yo reprezante “istwa kache” vèsè karant lan.</w:t>
      </w:r>
    </w:p>
    <w:p>
      <w:pPr>
        <w:pStyle w:val="ArticleBody"/>
        <w:jc w:val="left"/>
      </w:pPr>
      <w:r>
        <w:rPr>
          <w:rFonts w:ascii="Times New Roman" w:hAnsi="Times New Roman" w:eastAsia="Times New Roman" w:cs="Times New Roman"/>
        </w:rPr>
        <w:t>Vèsè onz nan Revelasyon onz idantifye ane 2023 kòm pwen kote toude kòn yo resisite. Danyèl onz, vèsè onz, idantifye menm peryòd istwa sa a. Liy pwofesi entèn nan ak liy pwofesi ekstèn nan aliyen an 2023. Liy entèn nan se “bagay” Danyèl te konprann nan, epi liy ekstèn nan se “vizyon” li te konprann nan.</w:t>
      </w:r>
    </w:p>
    <w:p>
      <w:pPr>
        <w:pStyle w:val="ArticleBody"/>
        <w:jc w:val="left"/>
      </w:pPr>
      <w:r>
        <w:rPr>
          <w:rFonts w:ascii="Times New Roman" w:hAnsi="Times New Roman" w:eastAsia="Times New Roman" w:cs="Times New Roman"/>
        </w:rPr>
        <w:t>Tès tanp lan, ke Danyèl ilistre a, te kòmanse nan vennndezyèm jou a; epi vennnde zan apre 9/11, ki se pwen kote Ezayi te antre nan tanp lan, mennen ou rive nan 2023. Ezayi idantifye lanmò Ozyas, apre li te fin viv ak lalèp pandan onz ane, nan 9/11. Travay pou leve tanp lan genyen ladan l an premye poze fondasyon an, epi apre sa bati tanp lan epi mete wòch tèt la, sa ki ansuit mennen nan twazyèm tès litmis la, ki reprezante pa fèt twonpèt yo sou liy Levitik vennntwa a. Travay entèn levanjil etènèl la akonpli pandan istwa liy ekstèn nan. Nan vèsè onz, Putin te tipifye pa Ptolemey, epi wa Ozyas bay yon dezyèm temwen pou ilistrasyon wa sid la, ki leve anlè atravè siksè militè, epi ki apre sa eseye antre nan domèn relijyon an.</w:t>
      </w:r>
    </w:p>
    <w:p>
      <w:pPr>
        <w:pStyle w:val="ArticleScripture"/>
        <w:jc w:val="left"/>
      </w:pPr>
      <w:r>
        <w:rPr>
          <w:rFonts w:ascii="Times New Roman" w:hAnsi="Times New Roman" w:eastAsia="Times New Roman" w:cs="Times New Roman"/>
        </w:rPr>
        <w:t>E wa sid la pral move ak kòlè, epi l ap sòti pou l goumen avè l, wi, ak wa nò a; epi li pral rasanble yon gwo foul; men foul la pral lage nan men li. E lè li fin wete foul la, kè li pral leve byen wo; epi li pral fè anpil dizèn milye tonbe; men sa p ap ba li fòs. Danyèl 11:11, 12.</w:t>
      </w:r>
    </w:p>
    <w:p>
      <w:pPr>
        <w:pStyle w:val="ArticleBody"/>
        <w:jc w:val="left"/>
      </w:pPr>
      <w:r>
        <w:rPr>
          <w:rFonts w:ascii="Times New Roman" w:hAnsi="Times New Roman" w:eastAsia="Times New Roman" w:cs="Times New Roman"/>
        </w:rPr>
        <w:t>Ourya Smith pale sou istwa Ptolome Filopatò a ak tantativ li te fè pou ofri sakrifis nan tanp Jerizalèm nan.</w:t>
      </w:r>
    </w:p>
    <w:p>
      <w:pPr>
        <w:pStyle w:val="ArticleScripture"/>
        <w:jc w:val="left"/>
      </w:pPr>
      <w:r>
        <w:rPr>
          <w:rFonts w:ascii="Times New Roman" w:hAnsi="Times New Roman" w:eastAsia="Times New Roman" w:cs="Times New Roman"/>
        </w:rPr>
        <w:t>“Ptolome pa t gen sajès ki nesesè pou l te byen sèvi ak viktwa li a. Si li te pouswiv siksè li a, li t ap sanble vin mèt tout wayòm Antiòk la; men, li te kontante l ak kèk menas sèlman ak kèk pwomès menasan, epi li te fè lapè pou l te ka lage tèt li san enteripsyon ni kontwòl nan satisfaksyon pasyon brital li yo. Konsa, apre li te fin venk ènmi li yo, vis li yo te venk li; e, bliye gran non li te kapab tabli a, li te pase tan li nan banbòch ak dezòd.”</w:t>
      </w:r>
    </w:p>
    <w:p>
      <w:pPr>
        <w:pStyle w:val="ArticleScripture"/>
        <w:jc w:val="left"/>
      </w:pPr>
      <w:r>
        <w:rPr>
          <w:rFonts w:ascii="Times New Roman" w:hAnsi="Times New Roman" w:eastAsia="Times New Roman" w:cs="Times New Roman"/>
        </w:rPr>
        <w:t>“Kè li te leve akoz siksè li, men sa pa t fè l vin pi fò ditou; paske fason san glwa li te sèvi avè l te lakòz pwòp sijè pa l yo leve an rebelyon kont li. Men, leve kè li a te parèt pi espesyalman nan relasyon li ak Jwif yo. Lè li te rive Jerizalèm, li te ofri sakrifis la, epi li te gen yon gwo dezi antre nan kote ki sen anpil nan tanp lan, kontrèman ak lalwa ak relijyon kote sa a; men, menm si se avèk anpil difikilte, yo te anpeche l fè sa; konsa li te kite kote a ak tout kòlè l limen kont tout nasyon Jwif la, epi tousuit li te kòmanse sou yo yon pèsekisyon terib e san pitye. Nan Aleksandri, kote Jwif yo te rete depi nan jou Aleksann, e kote yo te jwi privilèj sitwayen ki te pi favorize yo, karant mil dapre Eusebius, swasant mil dapre Jerome, te mouri nan pèsekisyon sa a. Rebelyon Ejipsyen yo, ak masak Jwif yo, sètènman pa t fèt pou fòtifye l nan wayòm li an, men yo te ase pito pou prèske kraze l nèt.” Uriah Smith, Daniel and the Revelation, 254.</w:t>
      </w:r>
    </w:p>
    <w:p>
      <w:pPr>
        <w:pStyle w:val="ArticleBody"/>
        <w:jc w:val="left"/>
      </w:pPr>
      <w:r>
        <w:rPr>
          <w:rFonts w:ascii="Times New Roman" w:hAnsi="Times New Roman" w:eastAsia="Times New Roman" w:cs="Times New Roman"/>
        </w:rPr>
        <w:t>Viktwa militè Ptolome Filopat te genyen nan Rafa an 217 anvan Jezikri pa t rann Ptolome pi fò, men li te fè “kè li leve.” Viktwa nan Lagè Ikrèn nan p ap rann Putin pi fò, men li pral “leve kè li,” menm jan siksè militè te fè wa Ozyas leve kè li.</w:t>
      </w:r>
    </w:p>
    <w:p>
      <w:pPr>
        <w:pStyle w:val="ArticleScripture"/>
        <w:jc w:val="left"/>
      </w:pPr>
      <w:r>
        <w:rPr>
          <w:rFonts w:ascii="Times New Roman" w:hAnsi="Times New Roman" w:eastAsia="Times New Roman" w:cs="Times New Roman"/>
        </w:rPr>
        <w:t>E Ozyas te prepare pou tout lame a boukliye, epe, kas, karapas, banza ak frond pou voye wòch. Li te fè nan Jerizalèm machin lagè, moun ki gen ladrès te envante yo, pou mete sou gwo fò yo ak sou ranpa yo, pou tire flèch ak gwo wòch avèk yo. E non li te gaye byen lwen; paske li te resevwa yon èd mèvèye, jouk li te vin fò. Men lè li te vin fò, kè li te leve pou destriksyon li; paske li te fè peche kont Seyè a, Bondye li a, e li te antre nan tanp Seyè a pou boule lansan sou lotèl lansan an. 2 Kwonik 26:14–16.</w:t>
      </w:r>
    </w:p>
    <w:p>
      <w:pPr>
        <w:pStyle w:val="ArticleBody"/>
        <w:jc w:val="left"/>
      </w:pPr>
      <w:r>
        <w:rPr>
          <w:rFonts w:ascii="Times New Roman" w:hAnsi="Times New Roman" w:eastAsia="Times New Roman" w:cs="Times New Roman"/>
        </w:rPr>
        <w:t>De wa wa ki te sid yo, ki kè yo te vin leve akòz viktwa militè yo, te eseye antre nan menm tanp lan epi ofri yon ofrann, bagay sèlman yon prèt te gen dwa fè. Nan toude ka yo, prèt yo te opoze ak tantativ wa ògeye yo pou yo fè sa. Lè sa a, youn nan wa yo te lanse yon vanjans kont Jwif yo, epi lòt la te frape nan fwon ak lalèp.</w:t>
      </w:r>
    </w:p>
    <w:p>
      <w:pPr>
        <w:pStyle w:val="ArticleScripture"/>
        <w:jc w:val="left"/>
      </w:pPr>
      <w:r>
        <w:rPr>
          <w:rFonts w:ascii="Times New Roman" w:hAnsi="Times New Roman" w:eastAsia="Times New Roman" w:cs="Times New Roman"/>
        </w:rPr>
        <w:t>Epi Azarya, prèt la, antre dèyè li, ansanm ak katreven prèt SENYÈ a, mesye vanyan: yo kanpe kont wa Ozyas, epi yo di li: Sa pa pou ou, Ozyas, pou boule lansan bay SENYÈ a, men se pou prèt yo, pitit gason Arawon yo, ki konsakre pou boule lansan: sòti nan tanp lan; paske ou fè sa ki depase limit ou; e sa p ap sèvi pou onè ou devan SENYÈ Bondye a. Lè sa a, Ozyas fache, li te gen yon lansorye nan men li pou boule lansan; epi pandan li te fache kont prèt yo, lalèp la leve menm sou fwon li devan prèt yo nan kay SENYÈ a, bò kote lotèl lansan an. Azarya, gran prèt la, ak tout prèt yo, gade li, epi gade, li te gen lalèp sou fwon li; yo mete l deyò byen vit; wi, li menm tou li prese sòti, paske SENYÈ a te frape li. Wa Ozyas te rete yon moun ki gen lalèp jouk jou lanmò li, epi li te rete nan yon kay apa, kòm moun ki gen lalèp; paske yo te mete l apa ak kay SENYÈ a; epi Jotam, pitit gason li a, te sou kay wa a, li t ap jije pèp peyi a. Kanta rès zak Ozyas yo, depi premye jouk dènye, se Ezayi pwofèt la, pitit gason Amòz la, ki te ekri yo. 2 Kwonik 26:17–22.</w:t>
      </w:r>
    </w:p>
    <w:p>
      <w:pPr>
        <w:pStyle w:val="ArticleBody"/>
        <w:jc w:val="left"/>
      </w:pPr>
      <w:r>
        <w:rPr>
          <w:rFonts w:ascii="Times New Roman" w:hAnsi="Times New Roman" w:eastAsia="Times New Roman" w:cs="Times New Roman"/>
        </w:rPr>
        <w:t>An 2014, globalis Ewòp yo ak rejim Obama a te inisye yon revolisyon koulè sou nasyon Ikrèn nan. An 2022, Larisi te kòmanse yon envazyon ki pral finalman mennen nan yon viktwa pou Putin ak Larisi; ki reprezante pa Ptolome ak Ozyas, wa sid yo. Vèsè douz la di ke apre viktwa Putin nan, “kè li pral leve anlè; epi li pral fè anpil dizèn milye tonbe: men sa p ap bay li fòs.” Apre sa, listwa anrejistre yon disparisyon pwogresif nan wayòm li an.</w:t>
      </w:r>
    </w:p>
    <w:p>
      <w:pPr>
        <w:pStyle w:val="ArticleBody"/>
        <w:jc w:val="left"/>
      </w:pPr>
      <w:r>
        <w:rPr>
          <w:rFonts w:ascii="Times New Roman" w:hAnsi="Times New Roman" w:eastAsia="Times New Roman" w:cs="Times New Roman"/>
        </w:rPr>
        <w:t>Degradasyon pwogresif la mennen nan lanmò li; e lè Antiòkis Gran an finalman vanje pèt li te sibi nan Raphia, Antiòkis pa t ankò an fas ak Ptolome Filopatò, men li t ap trete ak yon timoun piti ki te sou twòn Ejip la nan moman sa a. Yon timoun se yon senbòl dènye jenerasyon an; konsa, sou yon nivo, wa-timoun Antiòkis bat nan Panium nan se dènye jenerasyon wayòm sid la. Sou plan pratik la, wa-timoun nan reprezante feblès an rapò ak fòs Antiòkis la.</w:t>
      </w:r>
    </w:p>
    <w:p>
      <w:pPr>
        <w:pStyle w:val="ArticleScripture"/>
        <w:jc w:val="left"/>
      </w:pPr>
      <w:r>
        <w:rPr>
          <w:rFonts w:ascii="Times New Roman" w:hAnsi="Times New Roman" w:eastAsia="Times New Roman" w:cs="Times New Roman"/>
        </w:rPr>
        <w:t>“Lapè ki te konkli ant Ptolome Filopatè ak Antiyokis te dire katòz ane. Pandan tan sa a, Ptolome mouri poutèt depafini ak debòch; epi se pitit gason li a, Ptolome Epifan, ki te pran plas li, yon timoun ki te gen lè sa a kat oswa senk an. Antiyokis, nan menm peryòd la, apre li te fin kraze rebelyon nan wayòm li a, epi li te soumèt ak tabli pati lès yo nan obeyisans, te vin gen tout latitid pou nenpòt antrepriz lè jèn Epifan monte sou twòn Lejip la; e, konsidere sa kòm yon okazyon twò favorab pou elaji dominasyon li pou l ta kite l pase, li leve yon lame imans “pi gwo pase premye a” (paske li te rasanble anpil fòs epi li te ranmase gwo richès nan ekspedisyon li nan lès la), epi li pati kont Lejip, avèk espwa li t ap genyen yon viktwa fasil sou wa tibebe a. Ki jan li reyisi, nou pral wè sa talè konsa; paske isit la nouvo konplikasyon antre nan zafè wayòm sa yo, epi nouvo aktè parèt sou sèn listwa a.” Uriah Smith, Daniel and the Revelation, 255.</w:t>
      </w:r>
    </w:p>
    <w:p>
      <w:pPr>
        <w:pStyle w:val="ArticleHeading"/>
        <w:jc w:val="left"/>
      </w:pPr>
      <w:r>
        <w:rPr>
          <w:rFonts w:ascii="Arial" w:hAnsi="Arial" w:eastAsia="Arial" w:cs="Arial"/>
        </w:rPr>
        <w:t>Wa Sid la الجنوب</w:t>
      </w:r>
    </w:p>
    <w:p>
      <w:pPr>
        <w:pStyle w:val="ArticleBody"/>
        <w:jc w:val="left"/>
      </w:pPr>
      <w:r>
        <w:rPr>
          <w:rFonts w:ascii="Times New Roman" w:hAnsi="Times New Roman" w:eastAsia="Times New Roman" w:cs="Times New Roman"/>
        </w:rPr>
        <w:t>Pou trase dènye pa Larisi yo, se trase dènye pa wa pwofetik sid la. Youn nan karakteristik pwofetik wa espirityèl sid la, ki te parèt nan istwa pwofetik la nan tan lafen an an 1798, se fason li rive nan fen li. Sa se tou yon karakteristik pwofetik wa nò a, ansanm ak fo pwofèt la. Chak nan twa pouvwa ki mennen mond lan nan Amagedòn yo gen yon fen ki idantifye klèman nan Pawòl Bondye a. Kèlkeswa sa ki rive Poutin ak Larisi, sa va deja te genyen tipifikasyon li nan liy pase yo nan wa sid la.</w:t>
      </w:r>
    </w:p>
    <w:p>
      <w:pPr>
        <w:pStyle w:val="ArticleBody"/>
        <w:jc w:val="left"/>
      </w:pPr>
      <w:r>
        <w:rPr>
          <w:rFonts w:ascii="Times New Roman" w:hAnsi="Times New Roman" w:eastAsia="Times New Roman" w:cs="Times New Roman"/>
        </w:rPr>
        <w:t>Egzanp disparisyon wa espirityèl sid la te prefigire pa disparisyon premye wa espirityèl sid la, ki te Lafrans ate pandan peryòd Revolisyon an. Disparisyon wayòm sid la gen ladan disparisyon wa sid la. Disparisyon Napoleyon koresponn ak disparisyon Lafrans, epi li aliyen ak disparisyon pwochen wayòm sid la, ki te Larisi. Larisi, kòm wa modèn sid la, te kòmanse nan revolisyon, menm jan Lafrans, kòm wa sid la, te kòmanse avèk revolisyon.</w:t>
      </w:r>
    </w:p>
    <w:p>
      <w:pPr>
        <w:pStyle w:val="ArticleBody"/>
        <w:jc w:val="left"/>
      </w:pPr>
      <w:r>
        <w:rPr>
          <w:rFonts w:ascii="Times New Roman" w:hAnsi="Times New Roman" w:eastAsia="Times New Roman" w:cs="Times New Roman"/>
        </w:rPr>
        <w:t>Revolisyon se yon karakteristik dragon an, ki se senbòl wa sid yo. Dragon an, premye senbòl wa sid la, se Satan; epi lè l ap eseye fè yon revolisyon nan fen milenòm nan, dife desann soti nan syèl la epi li devore l. Rebelyon li nan syèl la nan kòmansman an te alfa rebelyon li nan konklizyon milenòm nan.</w:t>
      </w:r>
    </w:p>
    <w:p>
      <w:pPr>
        <w:pStyle w:val="ArticleBody"/>
        <w:jc w:val="left"/>
      </w:pPr>
      <w:r>
        <w:rPr>
          <w:rFonts w:ascii="Times New Roman" w:hAnsi="Times New Roman" w:eastAsia="Times New Roman" w:cs="Times New Roman"/>
        </w:rPr>
        <w:t>An 1798, Lafrans te pran fotèy la pwofetikman kòm wa espirityèl sid la pandan Revolisyon fransè a. Revolisyon sa a te bale atravè nasyon Ewòp yo epi, finalman, li te rive nan Revolisyon ris la, ki te byen vit swiv pa Revolisyon bolchevik la nan menm ane a.</w:t>
      </w:r>
    </w:p>
    <w:p>
      <w:pPr>
        <w:pStyle w:val="ArticleBody"/>
        <w:jc w:val="left"/>
      </w:pPr>
      <w:r>
        <w:rPr>
          <w:rFonts w:ascii="Times New Roman" w:hAnsi="Times New Roman" w:eastAsia="Times New Roman" w:cs="Times New Roman"/>
        </w:rPr>
        <w:t>Revolisyon Ris la nan ane 1917 te gen de etap prensipal: Revolisyon Fevriye a (ki te ranvèse monachi tsaris la, mete fen nan otokrasi a, epi tabli yon gouvènman pwovizwa nan mitan yon peryòd doub pouvwa ansanm ak Sovyet yo) ak Revolisyon Oktòb la (yo rele l tou Revolisyon Bolchevik la, kote Bolchevik yo anba Lenin te pran pouvwa a pa yon koudeta, sa ki te mennen nan tablisman dominasyon Sovyetik la ak nan chemen pou rive nan sosyalis/kominis).</w:t>
      </w:r>
    </w:p>
    <w:p>
      <w:pPr>
        <w:pStyle w:val="ArticleBody"/>
        <w:jc w:val="left"/>
      </w:pPr>
      <w:r>
        <w:rPr>
          <w:rFonts w:ascii="Times New Roman" w:hAnsi="Times New Roman" w:eastAsia="Times New Roman" w:cs="Times New Roman"/>
        </w:rPr>
        <w:t>Nan analiz istorik ak teyori revolisyonè yo (patikilyèman depi nan pèspektiv Maksis tankou sa yo ki nan Trotsky, Luxemburg, ak lòt moun ki trase paralèl), Revolisyon fransèz la (1789–1799) souvan konsidere kòm sa ki tipifye oswa bay yon modèl pou kou evènman ris yo. De etap Revolisyon fransèz la ki te tipifye faz ris sa yo se:</w:t>
      </w:r>
    </w:p>
    <w:p>
      <w:pPr>
        <w:pStyle w:val="ArticleListItem"/>
        <w:ind w:left="576" w:hanging="259"/>
        <w:jc w:val="left"/>
      </w:pPr>
      <w:r>
        <w:rPr>
          <w:rFonts w:ascii="Times New Roman" w:hAnsi="Times New Roman" w:eastAsia="Times New Roman" w:cs="Times New Roman"/>
        </w:rPr>
        <w:t>• Premye faz modere/konstitisyonèl la (anviwon 1789–1792), ki koresponn ak Revolisyon Fevriye a. Faz fransè sa a te kòmanse avèk pran Bastiy la pa fòs, konvokasyon Eta Jeneral yo/Asanble Nasyonal la, abolisyon privilèj feyodal yo, Deklarasyon Dwa Moun yo, ak etablisman yon monachi konstitisyonèl anba direksyon Gironden yo ak refòmatè modere yo. Li te ranvèse monachi absoli a, men li te konsève eleman gouvènans boujwa/liberal ak estrikti doub/pouvwa konteste (pa egzanp, ant Asanble a ak monachi ki te toujou la a). Menm jan an tou, Fevriye 1917 te mete fen nan Tsaris la, men li te mennen nan yon gouvènman pwovizwa boujwa ak yon doub pouvwa avèk Sovyet yo.</w:t>
      </w:r>
    </w:p>
    <w:p>
      <w:pPr>
        <w:pStyle w:val="ArticleListItem"/>
        <w:ind w:left="576" w:hanging="259"/>
        <w:jc w:val="left"/>
      </w:pPr>
      <w:r>
        <w:rPr>
          <w:rFonts w:ascii="Times New Roman" w:hAnsi="Times New Roman" w:eastAsia="Times New Roman" w:cs="Times New Roman"/>
        </w:rPr>
        <w:t>• Faz radikal/Jakoben an (apeprè 1792–1794, sa enkli etablisman Premye Repiblik la, egzekisyon Louis XVI, ak Rèy Laterè a anba Robespierre ak Jakoben yo/Komite Sekirite Piblik la) koresponn ak Revolisyon Oktòb la (Bòlchevik). Jakoben yo te sezi pouvwa a nan men Gironden yo ki te pi modere yo pa mwayen aksyon radikal, yo te deklare yon repiblik, yo te reprime kontre-revolisyon an, epi yo te pouse revolisyon an nan direksyon yon transfòmasyon sosyal ki pi pwofon ansanm ak defans kont menas entèn ak ekstèn. Sa reflete fason Bòlchevik yo te ranvèse gouvènman pwovizwa a, te konsolide dominasyon proletarya a/diktati proletarya a, epi yo te fè sosyalis revolisyonè a vanse.</w:t>
      </w:r>
    </w:p>
    <w:p>
      <w:pPr>
        <w:pStyle w:val="ArticleBody"/>
        <w:jc w:val="left"/>
      </w:pPr>
      <w:r>
        <w:rPr>
          <w:rFonts w:ascii="Times New Roman" w:hAnsi="Times New Roman" w:eastAsia="Times New Roman" w:cs="Times New Roman"/>
        </w:rPr>
        <w:t>Paralèl sa yo mete an relèf kijan revolisyon yo souvan suiv yon modèl: yon premye leve-kanpe laj kont ansyen rejim nan (ki te dirije pa fòs modere/boujwa yo), epi apre sa yon pran pouvwa ki pi ekstrèm pa radikal yo pou “sove” epi pwofondi revolisyon an nan mitan kriz la. Bolchevik yo menm te konsyanman pran egzanp franse a kòm referans, yo te wè soulèvman Oktòb yo a tankou koudeta jakoben an—yon bagay ki te nesesè pou anpeche kontrevolisyon epi akonpli tout potansyèl revolisyon an.</w:t>
      </w:r>
    </w:p>
    <w:p>
      <w:pPr>
        <w:pStyle w:val="ArticleBody"/>
        <w:jc w:val="left"/>
      </w:pPr>
      <w:r>
        <w:rPr>
          <w:rFonts w:ascii="Times New Roman" w:hAnsi="Times New Roman" w:eastAsia="Times New Roman" w:cs="Times New Roman"/>
        </w:rPr>
        <w:t>Tipoloji sa a parèt nan zèv tankou History of the Russian Revolution Trotsky a (ki, klèman, konpare faz doub pouvwa a nan Larisi ak dinamik ki sanble an Frans) ak nan ekriti Rosa Luxemburg sou evènman ris yo, kote li remake premye peryòd Revolisyon ris la (Mas–Oktòb) suiv chema revolisyon fransèz yo (ak anglèz yo), pandan pran pouvwa Bolchevik yo mache an paralèl ak monte Jakoben yo.</w:t>
      </w:r>
    </w:p>
    <w:p>
      <w:pPr>
        <w:pStyle w:val="ArticleBody"/>
        <w:jc w:val="left"/>
      </w:pPr>
      <w:r>
        <w:rPr>
          <w:rFonts w:ascii="Times New Roman" w:hAnsi="Times New Roman" w:eastAsia="Times New Roman" w:cs="Times New Roman"/>
        </w:rPr>
        <w:t>Jezikri toujou sèvi ak kòmansman an pou ilistre lafen an; e disparisyon Napoléon kòm premye wa espirityèl sid la te swiv repè ki te make kòmansman revolisyon an, epi lè li te fè sa, li te reprezante disparisyon Inyon Sovyetik la.</w:t>
      </w:r>
    </w:p>
    <w:p>
      <w:pPr>
        <w:pStyle w:val="ArticleBody"/>
        <w:jc w:val="left"/>
      </w:pPr>
      <w:r>
        <w:rPr>
          <w:rFonts w:ascii="Times New Roman" w:hAnsi="Times New Roman" w:eastAsia="Times New Roman" w:cs="Times New Roman"/>
        </w:rPr>
        <w:t>Demiz pwogresif (pa etap) Napoléon an aliyen byen sere ak dekadans gradyèl Inyon Sovyetik la ak efondreman li an 1991, nan menm kad tipolojik kote de faz Revolisyon franse a te prefigire etap Fevriye ak Oktòb 1917 Revolisyon ris la. Paralèl la pwolonje rive nan faz konsolidasyon apre peryòd radikal la (Bonapartis) ak dechoukaj inevitab li. Sa sòti ni nan modèl istorik jeneral yo, ni nan analiz maksis yo (espesyalman sa Trotsky fè nan The Revolution Betrayed ak lòt zèv ki gen rapò avè l), ki trete Napoléon kòm arketip Bonapartis la: yon rejim nonm fò ki leve apre somè radikal yon revolisyon, ki kenbe ekilib ant klas yo, ki prezève prensipal aki estriktirèl revolisyon an (pandan l ap siprime pouse demokratik li), ki bati yon anpi pèsonèl/militè-biwokratik, ki depase limit li, epi apre sa sibi yon efondreman pa faz ki mennen nan yon restorasyon pasyèl ansyen lòd la.</w:t>
      </w:r>
    </w:p>
    <w:p>
      <w:pPr>
        <w:pStyle w:val="ArticleHeading"/>
        <w:jc w:val="left"/>
      </w:pPr>
      <w:r>
        <w:rPr>
          <w:rFonts w:ascii="Arial" w:hAnsi="Arial" w:eastAsia="Arial" w:cs="Arial"/>
        </w:rPr>
        <w:t>Monte bonapartis Napoléon an paralèl ak konsolidasyon stalinis la</w:t>
      </w:r>
    </w:p>
    <w:p>
      <w:pPr>
        <w:pStyle w:val="ArticleBody"/>
        <w:jc w:val="left"/>
      </w:pPr>
      <w:r>
        <w:rPr>
          <w:rFonts w:ascii="Times New Roman" w:hAnsi="Times New Roman" w:eastAsia="Times New Roman" w:cs="Times New Roman"/>
        </w:rPr>
        <w:t>Apre faz radikal Jakoben an ak reyaksyon Tèmidoryèn nan (1794), Direktwa enstab la (1795–1799), koudeta 18 Brimè Napoleyon an (1799) tabli Konsila a, epi answit Anpi a (1804). Li kodifye epi ekspòte akizisyon revolisyonè boujwa yo (Kòd Napoleyon an, fen privilèj feyodal yo, yon leta santralize fò), men li soumèt yo anba yon pouvwa otoritè, glwa militè, ak yon nouvo elit.</w:t>
      </w:r>
    </w:p>
    <w:p>
      <w:pPr>
        <w:pStyle w:val="ArticleBody"/>
        <w:jc w:val="left"/>
      </w:pPr>
      <w:r>
        <w:rPr>
          <w:rFonts w:ascii="Times New Roman" w:hAnsi="Times New Roman" w:eastAsia="Times New Roman" w:cs="Times New Roman"/>
        </w:rPr>
        <w:t>Apre faze radikal bolchevik/oktòb la ak premye eksperyans sovyetik yo, yon degradasyon biwokratik vin tabli (sitou apati mitan ane 1920 yo). Konsolidasyon pouvwa Stalin lan bat Opozisyon Gòch la, enpoze “sosyalis nan yon sèl peyi,” epi kreye yon diktati polisye/militè-biwokratik. Ekonomi planifye a ak pwopriyete nasyonalize yo (gwo akiz Oktòb la) konsève, men yo tounen zouti yon kas privilejye, pandan yo abandone entènasyonalis la.</w:t>
      </w:r>
    </w:p>
    <w:p>
      <w:pPr>
        <w:pStyle w:val="ArticleBody"/>
        <w:jc w:val="left"/>
      </w:pPr>
      <w:r>
        <w:rPr>
          <w:rFonts w:ascii="Times New Roman" w:hAnsi="Times New Roman" w:eastAsia="Times New Roman" w:cs="Times New Roman"/>
        </w:rPr>
        <w:t>Nan toude ka yo, enèji revolisyonè a vin “jele” epi yo redirije li nan pouvwa Leta ak ekspansyon anba yon sèl pèsonaj oswa yon sèl aparèy (Trotsky te rele rejim Stalin lan klèman yon fòm “Bonapartis Sovyetik,” ki te pi pre Anpi Napoleyon an pase Konsila a).</w:t>
      </w:r>
    </w:p>
    <w:p>
      <w:pPr>
        <w:pStyle w:val="ArticleHeading"/>
        <w:jc w:val="left"/>
      </w:pPr>
      <w:r>
        <w:rPr>
          <w:rFonts w:ascii="Arial" w:hAnsi="Arial" w:eastAsia="Arial" w:cs="Arial"/>
        </w:rPr>
        <w:t>Efondreman etap pa etap</w:t>
      </w:r>
    </w:p>
    <w:p>
      <w:pPr>
        <w:pStyle w:val="ArticleBody"/>
        <w:jc w:val="left"/>
      </w:pPr>
      <w:r>
        <w:rPr>
          <w:rFonts w:ascii="Times New Roman" w:hAnsi="Times New Roman" w:eastAsia="Times New Roman" w:cs="Times New Roman"/>
        </w:rPr>
        <w:t>Sa a se alyman santral la—dekadans lan se pa yon sèl evènman toudenkou, men yon seri ewozyon siksesif ki pouse pa twòp ekstansyon, kontradiksyon entèn, maras militè, pèt kontwòl sou periferi a, refòm ki echwe, epi finalman disolisyon/restorasyon.</w:t>
      </w:r>
    </w:p>
    <w:p>
      <w:pPr>
        <w:pStyle w:val="ArticleHeading"/>
        <w:jc w:val="left"/>
      </w:pPr>
      <w:r>
        <w:rPr>
          <w:rFonts w:ascii="Arial" w:hAnsi="Arial" w:eastAsia="Arial" w:cs="Arial"/>
        </w:rPr>
        <w:t>Bò Napoléonyen an (1812 rive 1815)</w:t>
      </w:r>
    </w:p>
    <w:p>
      <w:pPr>
        <w:pStyle w:val="ArticleListItem"/>
        <w:ind w:left="576" w:hanging="259"/>
        <w:jc w:val="left"/>
      </w:pPr>
      <w:r>
        <w:rPr>
          <w:rFonts w:ascii="Times New Roman" w:hAnsi="Times New Roman" w:eastAsia="Times New Roman" w:cs="Times New Roman"/>
        </w:rPr>
        <w:t>• 1812 : Désastreuse invasion de la Russie — la Grande Armée (600 000 hommes) décimée par la logistique, l’hiver et la résistance. Tournant catastrophique ; perte massive de prestige et d’effectifs.</w:t>
      </w:r>
    </w:p>
    <w:p>
      <w:pPr>
        <w:pStyle w:val="ArticleListItem"/>
        <w:ind w:left="576" w:hanging="259"/>
        <w:jc w:val="left"/>
      </w:pPr>
      <w:r>
        <w:rPr>
          <w:rFonts w:ascii="Times New Roman" w:hAnsi="Times New Roman" w:eastAsia="Times New Roman" w:cs="Times New Roman"/>
        </w:rPr>
        <w:t>• 1813: Yon kowalisyon fòme kont li; defèt nan Leipzig (“Batay Nasyon yo”)—pèt alye alman yo ak teritwa yo; anpi a kòmanse retresi.</w:t>
      </w:r>
    </w:p>
    <w:p>
      <w:pPr>
        <w:pStyle w:val="ArticleListItem"/>
        <w:ind w:left="576" w:hanging="259"/>
        <w:jc w:val="left"/>
      </w:pPr>
      <w:r>
        <w:rPr>
          <w:rFonts w:ascii="Times New Roman" w:hAnsi="Times New Roman" w:eastAsia="Times New Roman" w:cs="Times New Roman"/>
        </w:rPr>
        <w:t>• 1814: Fòs alye yo anvayi tèritwa Lafrans menm; Pari tonbe; Napoleyon abdike epi yo ekzile l sou Elba.</w:t>
      </w:r>
    </w:p>
    <w:p>
      <w:pPr>
        <w:pStyle w:val="ArticleListItem"/>
        <w:ind w:left="576" w:hanging="259"/>
        <w:jc w:val="left"/>
      </w:pPr>
      <w:r>
        <w:rPr>
          <w:rFonts w:ascii="Times New Roman" w:hAnsi="Times New Roman" w:eastAsia="Times New Roman" w:cs="Times New Roman"/>
        </w:rPr>
        <w:t>• 1815 : Brève reprise du pouvoir (Cent-Jours), défaite finale à Waterloo ; exil définitif à Sainte-Hélène ; restauration de la monarchie bourbonienne (reflux réactionnaire des acquis de la Révolution, quoique non total — certaines réformes juridiques et administratives subsistèrent).</w:t>
      </w:r>
    </w:p>
    <w:p>
      <w:pPr>
        <w:pStyle w:val="ArticleHeading"/>
        <w:jc w:val="left"/>
      </w:pPr>
      <w:r>
        <w:rPr>
          <w:rFonts w:ascii="Arial" w:hAnsi="Arial" w:eastAsia="Arial" w:cs="Arial"/>
        </w:rPr>
        <w:t>Kote Sovyetik la (ane 1970 yo rive 1991)</w:t>
      </w:r>
    </w:p>
    <w:p>
      <w:pPr>
        <w:pStyle w:val="ArticleListItem"/>
        <w:ind w:left="576" w:hanging="259"/>
        <w:jc w:val="left"/>
      </w:pPr>
      <w:r>
        <w:rPr>
          <w:rFonts w:ascii="Times New Roman" w:hAnsi="Times New Roman" w:eastAsia="Times New Roman" w:cs="Times New Roman"/>
        </w:rPr>
        <w:t>• Fen ane 1970 yo rive ane 1980 yo: estagnasyon ekonomik (“zastoi” sou Brezhnev), mank kwonik, reta teknolojik, ak yon kous zam ki t ap kraze peyi a ak Etazini/OTAN—twòp chaj sistemik la kòmanse vide ekonomi an andedan.</w:t>
      </w:r>
    </w:p>
    <w:p>
      <w:pPr>
        <w:pStyle w:val="ArticleListItem"/>
        <w:ind w:left="576" w:hanging="259"/>
        <w:jc w:val="left"/>
      </w:pPr>
      <w:r>
        <w:rPr>
          <w:rFonts w:ascii="Times New Roman" w:hAnsi="Times New Roman" w:eastAsia="Times New Roman" w:cs="Times New Roman"/>
        </w:rPr>
        <w:t>• 1979–1989: Lagè Afganistan an—“Vyetnam” Sovyetik la; yon marekaj ki vide resous yo, moral la, ak pozisyon entènasyonal la (note paralèl ironik la: Napoléon te detwi nan Larisi; Izin Sovyetik la te senyen nan yon teyat brit, ki te opoze avèk tenasite).</w:t>
      </w:r>
    </w:p>
    <w:p>
      <w:pPr>
        <w:pStyle w:val="ArticleListItem"/>
        <w:ind w:left="576" w:hanging="259"/>
        <w:jc w:val="left"/>
      </w:pPr>
      <w:r>
        <w:rPr>
          <w:rFonts w:ascii="Times New Roman" w:hAnsi="Times New Roman" w:eastAsia="Times New Roman" w:cs="Times New Roman"/>
        </w:rPr>
        <w:t>• 1985–1989 : Refòm perestroika/glasnost Gorbatchev yo (tantativ pou “sove” sistèm nan, menm jan ak kèk ajisteman napoléonyen ki te fèt an reta) olye de sa mete kontradiksyon yo an plen limyè epi akselere yo; eta satelit Blòk Lès yo leve an rebelyon epi yo libere tèt yo (Mi Bèlen an tonbe 9 novanm 1989, rejim yo tonbe atravè 1989–1990) — pèt “anpi ekstèn” nan, egzakteman menm jan ak pèt Napoleon te fè nan eta alye yo.</w:t>
      </w:r>
    </w:p>
    <w:p>
      <w:pPr>
        <w:pStyle w:val="ArticleListItem"/>
        <w:ind w:left="576" w:hanging="259"/>
        <w:jc w:val="left"/>
      </w:pPr>
      <w:r>
        <w:rPr>
          <w:rFonts w:ascii="Times New Roman" w:hAnsi="Times New Roman" w:eastAsia="Times New Roman" w:cs="Times New Roman"/>
        </w:rPr>
        <w:t>• 1990–1991 : Kriz nasyonalis entèn yo vin pi grav, repiblik yo deklare souvènte yo; koudeta dirijan di yo nan mwa out 1991 la echwe yon fason espektakilè; Gorbachev demisyone 25 desanm 1991; Izin Sovyetik la disoud pou l tounen 15 eta. Retablisman kapitalis la vini apre sa (terapi chòk epòk Yeltsin lan, oligak yo, privatizasyon an) — analòg ak restorasyon Bourbon an : eleman klas ki te egziste anvan revolisyon an (oswa ekivalan pa yo) retounen, yo demantle relasyon pwopriyete revolisyonè yo nèt ale pandan yo konsève kèk fòm administratif.</w:t>
      </w:r>
    </w:p>
    <w:p>
      <w:pPr>
        <w:pStyle w:val="ArticleBody"/>
        <w:jc w:val="left"/>
      </w:pPr>
      <w:r>
        <w:rPr>
          <w:rFonts w:ascii="Times New Roman" w:hAnsi="Times New Roman" w:eastAsia="Times New Roman" w:cs="Times New Roman"/>
        </w:rPr>
        <w:t>Nan toude, “anpi” a (Sistèm Kontinantal franse a kont enfliyans Blòk lès sovyetik la/COMECON) fragmante soti deyò pou antre anndan, pourisman entèn lan akselere, yon kriz final revele vid li, epi ansyen fòs sosyal yo reprann plas yo ankò (monachi/kapitalis). Bonapartis la pwouve li pa dirab — yon “piramid ki ekilibre sou pwent li,” jan Trotsky te di sa — paske li chita sou sipresyon baz demokratik revolisyon an pandan l ap defann (men an menm tan defòme) baz ekonomik li a anba presyon ekstèn ostil. Efondreman Sovyetik la pa t “sibit” nan vizyon alontèm lan, men li te akimilasyon pourisman entèn pwogresif la, menm jan anpi Napoléon an pa t disparèt nan yon sèl nuit, men li te erode atravè defèt siksesif jouk rive nan restorasyon.</w:t>
      </w:r>
    </w:p>
    <w:p>
      <w:pPr>
        <w:pStyle w:val="ArticleBody"/>
        <w:jc w:val="left"/>
      </w:pPr>
      <w:r>
        <w:rPr>
          <w:rFonts w:ascii="Times New Roman" w:hAnsi="Times New Roman" w:eastAsia="Times New Roman" w:cs="Times New Roman"/>
        </w:rPr>
        <w:t>Kòmansman ak finisman Lafrans ak Inyon Sovyetik la aliyen avèk temwayaj wa Ozyas ak Ptolome. Ptolome IV Filopatè ranpòte yon viktwa desizif nan Batay Rafya a (217 anvan Jezikri) kont wa nò a (Antyòkis III), men “li p ap vin fòtifye pa sa” — li fè lapè olye li pouse avantaj la, li retounen nan liks ak nan pwòp egzaltasyon pa li, epi apre sa (dapre dosye ki konsève nan 3 Makabe 1–2) Ptolome vizite Jerizalèm apre triyonf li. Kè li leve anlè, li eseye antre nan Sen Sentespri a epi li menm ofri sakrifis — yon zak uzipasyon ak defi kont vrè Bondye a. Bondye frape l dirèkteman (paralizi), li imilye, epi li vire pou l pèsekite pèp Bondye a. Depi lè sa a, rèy li vin youn nan degradasyon pwogresif: koripsyon moral, revòlt anndan peyi a, ak pèt fòs jouk li mouri. Sa se glas egzak Wa Ozyas (2 Kwonik 26:16–21) ki te gen kè li leve anlè apre siksè militè., epi ki ansuit te antre nan tanp lan pou boule lansan (an uzipan fonksyon prèt yo) epi yo te frape l ak lalèp nan fwon li, sa ki te yon jijman piblik, vizib. Depi lè sa a Ozyas te viv nan izolman, koupe lwen kay Seyè a, jouk li mouri — yon fen ki te ralanti, ki te trennen, olye yon destriksyon enstantane.</w:t>
      </w:r>
    </w:p>
    <w:p>
      <w:pPr>
        <w:pStyle w:val="ArticleBody"/>
        <w:jc w:val="left"/>
      </w:pPr>
      <w:r>
        <w:rPr>
          <w:rFonts w:ascii="Times New Roman" w:hAnsi="Times New Roman" w:eastAsia="Times New Roman" w:cs="Times New Roman"/>
        </w:rPr>
        <w:t>Tou de se wa sid ki fè lògèy yo parèt nan yon antre san dwa nan tanp Jerizalèm nan, epi sa vin swiv pa yon fen pwogresif, ki ap ravaje yo, olye yon tonbe bridsoukou. Sa se modèl tipolojik la pou chak “wa sid” ki vini pita.</w:t>
      </w:r>
    </w:p>
    <w:p>
      <w:pPr>
        <w:pStyle w:val="ArticleHeading"/>
        <w:jc w:val="left"/>
      </w:pPr>
      <w:r>
        <w:rPr>
          <w:rFonts w:ascii="Arial" w:hAnsi="Arial" w:eastAsia="Arial" w:cs="Arial"/>
        </w:rPr>
        <w:t>1798: Lafrans vin tounen Wa Sid la nan sans espirityèl</w:t>
      </w:r>
    </w:p>
    <w:p>
      <w:pPr>
        <w:pStyle w:val="ArticleBody"/>
        <w:jc w:val="left"/>
      </w:pPr>
      <w:r>
        <w:rPr>
          <w:rFonts w:ascii="Times New Roman" w:hAnsi="Times New Roman" w:eastAsia="Times New Roman" w:cs="Times New Roman"/>
        </w:rPr>
        <w:t>Nan “tan an lafen an” (1798), Lafrans ateyis la (pisans ki te fèk manifeste karakteristik espirityèl Ejip yo—negasyon ouvè Bondye, jan sa parèt nan Revelasyon 11:8) pouse kont wa nò a (Papote a) lè li pran Pap la an kaptivite. Napoleyon se anbodiman militè pouse sa a. Lafrans pote kouwòn sid la an 1798, paske li leve menm lespri ateyis ansyen Ejip te ankarne a.</w:t>
      </w:r>
    </w:p>
    <w:p>
      <w:pPr>
        <w:pStyle w:val="ArticleBody"/>
        <w:jc w:val="left"/>
      </w:pPr>
      <w:r>
        <w:rPr>
          <w:rFonts w:ascii="Times New Roman" w:hAnsi="Times New Roman" w:eastAsia="Times New Roman" w:cs="Times New Roman"/>
        </w:rPr>
        <w:t>Men menm jan Ptolome pa t kapab « tire tout avantaj nan viktwa li », faz radikal Revolisyon fransè a pa t kapab ni soutni, ni ekspòte nèt ale pwogrè li yo. Kouwòn sid la pase pi lwen pandan filozofi ateyis la ap rive nan matirite li epi li jwenn yon nouvo vwa gouvènmantal.</w:t>
      </w:r>
    </w:p>
    <w:p>
      <w:pPr>
        <w:pStyle w:val="ArticleHeading"/>
        <w:jc w:val="left"/>
      </w:pPr>
      <w:r>
        <w:rPr>
          <w:rFonts w:ascii="Arial" w:hAnsi="Arial" w:eastAsia="Arial" w:cs="Arial"/>
        </w:rPr>
        <w:t>Senbòl Lidèchip Pwogresis yo: Napoleon rive sou Lenin rive sou Stalin</w:t>
      </w:r>
    </w:p>
    <w:p>
      <w:pPr>
        <w:pStyle w:val="ArticleBody"/>
        <w:jc w:val="left"/>
      </w:pPr>
      <w:r>
        <w:rPr>
          <w:rFonts w:ascii="Times New Roman" w:hAnsi="Times New Roman" w:eastAsia="Times New Roman" w:cs="Times New Roman"/>
        </w:rPr>
        <w:t>Twa sa yo pa o aza; yo se fen pwogresif—chak ladan yo reprezante yon etap pi avanse nan trajektwa wa sid la nan direksyon pwòp disolisyon dousman li. Napoléon—premye gwo senbòl la apre 1798. Viktorye ann Ejip (sid literal la), li depase limit li (kanpay Larisi a an 1812 te yon dezas) e sa kòmanse yon seri pèt pou anpi periferik li a, etap pa etap (1813–1814); li sibi defèt final la (Waterloo, 1815), epi yo ekzile l de fwa. Napoléon reprezante yon disparisyon pwogresif, an faz—egzakteman menm jan ak Ptolome ak Ozyas.</w:t>
      </w:r>
    </w:p>
    <w:p>
      <w:pPr>
        <w:pStyle w:val="ArticleBody"/>
        <w:jc w:val="left"/>
      </w:pPr>
      <w:r>
        <w:rPr>
          <w:rFonts w:ascii="Times New Roman" w:hAnsi="Times New Roman" w:eastAsia="Times New Roman" w:cs="Times New Roman"/>
        </w:rPr>
        <w:t>Lenin te pran kouwòn nan pandan Revolisyon Oktòb 1917 la. “Pouse” bolchevik la kontinye lagè a kont ansyen lòd la (sa enkli pouvwa relijye a). Men faz radikal la pa ka vin estab; sante Lenin menm kòmanse febli bonè, epi sistèm nan kòmanse vin biwokratize.</w:t>
      </w:r>
    </w:p>
    <w:p>
      <w:pPr>
        <w:pStyle w:val="ArticleBody"/>
        <w:jc w:val="left"/>
      </w:pPr>
      <w:r>
        <w:rPr>
          <w:rFonts w:ascii="Times New Roman" w:hAnsi="Times New Roman" w:eastAsia="Times New Roman" w:cs="Times New Roman"/>
        </w:rPr>
        <w:t>Staline, moun ki konsolide a (Bonapartis Sovyetik la), “jele” revolisyon an pou fè l tounen yon anpi militè-biwo­kratik, li prezève pwogrè fondamantal yo (ekonomi nasyonalize a, paralèl anti-feyodal ak Kòd Napoléon an), men li vire pouvwa a anndan (epirasyon yo) ak deyò (ekspansyon an). Men kè a leve nan ateyis; sistèm nan pa ka vrèman “pwofite viktwa li a nèt.” Twòp ekstansyon (Afganistan kòm paralèl ak Larisi Napoleon an), estagnasyon, refòm ki echwe (perestroika te dènye tantativ dezespere a), pèt satelit yo (1989–90 = pèt “alye” yo), epi finalman disolisyon an (1991).</w:t>
      </w:r>
    </w:p>
    <w:p>
      <w:pPr>
        <w:pStyle w:val="ArticleBody"/>
        <w:jc w:val="left"/>
      </w:pPr>
      <w:r>
        <w:rPr>
          <w:rFonts w:ascii="Times New Roman" w:hAnsi="Times New Roman" w:eastAsia="Times New Roman" w:cs="Times New Roman"/>
        </w:rPr>
        <w:t>Efondreman Inyon Sovyetik la pa t rive toudenkou—li te pwogresif, egzakteman menm jan anpi Napoléon an te degrennen etap pa etap, epi menm jan rèy Ptolemey ak Ozyas yo te fennen apre moman ògèy yo nan tanp lan. Wa “espirityèl” sid la (ateyis sou fòm gouvènmantal) te resevwa pwòp jijman pwolonje pa li a: vide anndan l, li pa t kapab soutni manti a, epi li te pote ale nan kontremouvman wa nò a (rezirjans Papote a nan vid la).</w:t>
      </w:r>
    </w:p>
    <w:p>
      <w:pPr>
        <w:pStyle w:val="ArticleBody"/>
        <w:jc w:val="left"/>
      </w:pPr>
      <w:r>
        <w:rPr>
          <w:rFonts w:ascii="Times New Roman" w:hAnsi="Times New Roman" w:eastAsia="Times New Roman" w:cs="Times New Roman"/>
        </w:rPr>
        <w:t>Revolisyon fransè a (de etap) se yon tip Revolisyon ris la (Fevriye ak Oktòb/Bolchevik). Bonapartis napoleyonyen an ak degradasyon pwogresif li yo se yon tip konsolidasyon stalinis la ak degradasyon pwogresif sovyetik la. Tout sa se akonplisman modèn liy wa sid la nan Danyèl 11, depi echèk Ptolemey nan Rafia ak awogans li anvè tanp lan, atravè menm peche Ozyas la ak fen ralanti li, rive jouk Lafrans an 1798 ak eritye ateis li a (epòk Lenin–Stalin nan) ki pa t kapab fòtifye tèt li pa mwayen viktwa li yo.</w:t>
      </w:r>
    </w:p>
    <w:p>
      <w:pPr>
        <w:pStyle w:val="ArticleBody"/>
        <w:jc w:val="left"/>
      </w:pPr>
      <w:r>
        <w:rPr>
          <w:rFonts w:ascii="Times New Roman" w:hAnsi="Times New Roman" w:eastAsia="Times New Roman" w:cs="Times New Roman"/>
        </w:rPr>
        <w:t>Lenin, fondatè radikal la oswa moun ki te pran pouvwa a (an paralèl ak monte Jakoben/Bòlshevik la; faz “pouse” apre 1917 la sanble ak premye Konsila Napoléon an apre Brumaire). Stalin te konsolidatè Bonapartis la (bati anpi Sovyetik la, fè epirasyon yo, ranpòte viktwa nan Dezyèm Gè Mondyal la, rive nan pik Lagè Fwad la; kè li te leve nan ateyis, men li pa t kapab nèt “ranfòse” viktwa a sou long tèm—depasman limit yo kòmanse).</w:t>
      </w:r>
    </w:p>
    <w:p>
      <w:pPr>
        <w:pStyle w:val="ArticleBody"/>
        <w:jc w:val="left"/>
      </w:pPr>
      <w:r>
        <w:rPr>
          <w:rFonts w:ascii="Times New Roman" w:hAnsi="Times New Roman" w:eastAsia="Times New Roman" w:cs="Times New Roman"/>
        </w:rPr>
        <w:t>Khrushchev te chèf “dejel” pòs-pik la (1953–1964) : li denonse Stalin (Diskou sekrè 1956), li ekspoze kèk koripsyon, li eseye fè kèk refòm limite, men li pa rive rezoud kontradiksyon sistemik yo. Sa koresponn ak yon faz “Tèmidoryèn” oswa yon faz kòmansman dekadans—lè yo lage lach sou laterè a pandan estrikti ateis santral la rete an plas, men prestij la ap degrade (pa egzanp, imilyasyon Kriz Misil Kiba a an 1962 reflete ti revers napoleonyen yo anvan gwo revers yo).</w:t>
      </w:r>
    </w:p>
    <w:p>
      <w:pPr>
        <w:pStyle w:val="ArticleBody"/>
        <w:jc w:val="left"/>
      </w:pPr>
      <w:r>
        <w:rPr>
          <w:rFonts w:ascii="Times New Roman" w:hAnsi="Times New Roman" w:eastAsia="Times New Roman" w:cs="Times New Roman"/>
        </w:rPr>
        <w:t>Gorbachev te refòmatè dezespere a (1985–1991) avèk perestroika (restriktirasyon) ak glasnost (ouvèti) kòm dènye efò dezespere pou “sove” sistèm nan, men yo akselere efondreman an—pèt Blòk Lès la (1989 Miray Bèlen an), revòlt entèn yo. Sa a se makè ki pi klè nan yon “fen pwogresif”: tankou dènye tantativ Napoléon te fè pou ajiste bagay yo anvan envazyon 1814 la, oswa deklinasyon ki t ap trennen Ptolome/Ozyas la apre ògèy tanp lan. Konkòda/reyinyon Gorbachev an 1989 ak Pap Jan Pòl II (wa nò a) senbolize defèt espirityèl la—ateyis wa sid la ki sede devan rezijans papal la.</w:t>
      </w:r>
    </w:p>
    <w:p>
      <w:pPr>
        <w:pStyle w:val="ArticleBody"/>
        <w:jc w:val="left"/>
      </w:pPr>
      <w:r>
        <w:rPr>
          <w:rFonts w:ascii="Times New Roman" w:hAnsi="Times New Roman" w:eastAsia="Times New Roman" w:cs="Times New Roman"/>
        </w:rPr>
        <w:t>Yeltsin te dènye pèsonaj disolisyon an (apati 1991) ki te mennen nan rezistans kont koudeta Out 1991 la, ki vin prezidan Larisi, ki sipèvize demantèlman Izin Sovyetik la (Desanm 1991), privatizasyon “terapi chòk” la, ak restorasyon kapitalis la. Li enkane fen dezòdone a ansanm ak yon “restorasyon” pasyèl eleman anvan revolisyon yo (kapitalis oligachik, menm jan ak retou Bourbon yo apre Napoléon). Palè wa sid la rache nèt, konsa li akonpli konkèt toubiyon wa nò a nan Daniel 11:40 la (Papote a atravè alyans Etazini an).</w:t>
      </w:r>
    </w:p>
    <w:p>
      <w:pPr>
        <w:pStyle w:val="ArticleBody"/>
        <w:jc w:val="left"/>
      </w:pPr>
      <w:r>
        <w:rPr>
          <w:rFonts w:ascii="Times New Roman" w:hAnsi="Times New Roman" w:eastAsia="Times New Roman" w:cs="Times New Roman"/>
        </w:rPr>
        <w:t>Tipoloji a mete aksan sou yon jijman ki pran tan, etap pa etap, olye de yon tonbe touswit, menm jan viktwa Ptolome IV nan Rafya te mennen nan ògèy, antre nan tanp lan, frapman diven, epi yon dekonpozisyon dousman; izolman Ozyas anba lalèp jouk li mouri; pèt Napoleon yo pa faz (Larisi, Leipzig, Pari, Elba, Waterloo). Liy Sovyetik la idantifye fòs maksimòm nan anba Stalin, vidman pwogresif la pandan dejèl Khrushchev la ki ekspoze fant ki nan sistèm nan. Apre sa, estagnasyon epòk Brezhnev la epi apre sa refòm Gorbachev yo vin tounen akseleratè; epòk Yeltsin lan konplete baleyaj la (URSS fonn, fòm gouvènmantal ateyis la fini). “Kè leve anlè” a manifeste atravè liy lan (defyans ateyis), men okenn pa “tire pi gwo avantaj nan viktwa a.”</w:t>
      </w:r>
    </w:p>
    <w:p>
      <w:pPr>
        <w:pStyle w:val="ArticleBody"/>
        <w:jc w:val="left"/>
      </w:pPr>
      <w:r>
        <w:rPr>
          <w:rFonts w:ascii="Times New Roman" w:hAnsi="Times New Roman" w:eastAsia="Times New Roman" w:cs="Times New Roman"/>
        </w:rPr>
        <w:t>Fin wa sid yo nan sid la se yon pwosesis pwogresif; disparisyon Satan an te kòmanse sou kwa a, epi finalman yo voye l ann egzil pandan 1,000 ane, epi apre sa li mouri.</w:t>
      </w:r>
    </w:p>
    <w:p>
      <w:pPr>
        <w:pStyle w:val="ArticleScripture"/>
        <w:jc w:val="left"/>
      </w:pPr>
      <w:r>
        <w:rPr>
          <w:rFonts w:ascii="Times New Roman" w:hAnsi="Times New Roman" w:eastAsia="Times New Roman" w:cs="Times New Roman"/>
        </w:rPr>
        <w:t>Epi mwen wè yon zanj desann soti nan syèl la, li te gen kle twou san fon an epi yon gwo chenn nan men li. Epi li sezi dragon an, ansyen sèpan sa a, ki se Dyab la ak Satan, epi li mare l pou mil an. Epi li jete l nan twou san fon an, li fèmen l ladan l, epi li mete yon sele sou li, pou li pa twonpe nasyon yo ankò jouk lè mil an yo va fin akonpli; epi apre sa, li dwe lage pou yon ti tan.</w:t>
      </w:r>
    </w:p>
    <w:p>
      <w:pPr>
        <w:pStyle w:val="ArticleScripture"/>
        <w:jc w:val="left"/>
      </w:pPr>
      <w:r>
        <w:rPr>
          <w:rFonts w:ascii="Times New Roman" w:hAnsi="Times New Roman" w:eastAsia="Times New Roman" w:cs="Times New Roman"/>
        </w:rPr>
        <w:t>Epi mwen wè twòn yo, epi yo te chita sou yo, epi jijman te bay yo; epi mwen wè nanm moun yo te koupe tèt yo poutèt temwayaj Jezi a, ak poutèt pawòl Bondye a, e ki pa t adore bèt la, ni imaj li a, ni pa t resevwa mak li sou fwon yo oswa nan men yo; epi yo te viv epi yo te gouvènen avèk Kris pandan mil an. Men rès mò yo pa t retounen viv ankò jouk lè mil an yo te fin pase.</w:t>
      </w:r>
    </w:p>
    <w:p>
      <w:pPr>
        <w:pStyle w:val="ArticleScripture"/>
        <w:jc w:val="left"/>
      </w:pPr>
      <w:r>
        <w:rPr>
          <w:rFonts w:ascii="Times New Roman" w:hAnsi="Times New Roman" w:eastAsia="Times New Roman" w:cs="Times New Roman"/>
        </w:rPr>
        <w:t>Se premye rezirèksyon an. Beni e sen se moun ki gen pati nan premye rezirèksyon an: sou moun konsa, dezyèm lanmò a pa gen okenn pouvwa; men yo pral prèt Bondye ak Kris la, e yo pral renye avèk li pandan mil an.</w:t>
      </w:r>
    </w:p>
    <w:p>
      <w:pPr>
        <w:pStyle w:val="ArticleScripture"/>
        <w:jc w:val="left"/>
      </w:pPr>
      <w:r>
        <w:rPr>
          <w:rFonts w:ascii="Times New Roman" w:hAnsi="Times New Roman" w:eastAsia="Times New Roman" w:cs="Times New Roman"/>
        </w:rPr>
        <w:t>E lè mil an yo va fini, y ap lage Satan soti nan prizon li. Epi l ap soti pou l twonpe nasyon ki nan kat kwen tè a, Gòg ak Magòg, pou l rasanble yo ansanm pou lagè; kantite yo tankou sab lanmè a. Epi yo moute sou tout lajè tè a, yo antoure kan sen yo ak vil byeneme a; epi dife desann soti nan syèl la, soti bò kote Bondye, e li devore yo. Epi dyab la ki t ap twonpe yo te jete nan lak dife ak souf la, kote bèt la ak fo pwofèt la ye; e y ap soufri tòti lajounen kou lannuit pou tout tan ak pou tout letènite. Revelasyon 20:1–10.</w:t>
      </w:r>
    </w:p>
    <w:p>
      <w:pPr>
        <w:pStyle w:val="ArticleBody"/>
        <w:jc w:val="left"/>
      </w:pPr>
      <w:r>
        <w:rPr>
          <w:rFonts w:ascii="Times New Roman" w:hAnsi="Times New Roman" w:eastAsia="Times New Roman" w:cs="Times New Roman"/>
        </w:rPr>
        <w:t>N ap kontinye konsiderasyon nou sou wa sid la nan Dànyèl onz, vèsè onz rive kenz, nan atik k ap vini an.</w:t>
      </w:r>
    </w:p>
    <w:p>
      <w:pPr>
        <w:pStyle w:val="ArticleBody"/>
        <w:jc w:val="left"/>
      </w:pPr>
      <w:r>
        <w:rPr>
          <w:rFonts w:ascii="Times New Roman" w:hAnsi="Times New Roman" w:eastAsia="Times New Roman" w:cs="Times New Roman"/>
        </w:rPr>
        <w:t>Magazin The Time of the End te pibliye an 1996, e li reprezante pwofesi ki soti nan liv Danyèl la ki te de sele an 1989. Dènyèman, ChatGPT te li magazin nan epi yo te mande l evalye wòl Ikrèn nan istwa vèsè karant la jan sa reprezante nan magazin nan. Men dekonpozisyon magazin nan ki te nan dosye piblik la pandan trant ane. Premye pasaj ki soti nan ekriti Ellen White yo nan magazin nan se Testimonies, volim 9, 11.</w:t>
      </w:r>
    </w:p>
    <w:p>
      <w:pPr>
        <w:pStyle w:val="ArticleHeading"/>
        <w:jc w:val="left"/>
      </w:pPr>
      <w:r>
        <w:rPr>
          <w:rFonts w:ascii="Arial" w:hAnsi="Arial" w:eastAsia="Arial" w:cs="Arial"/>
        </w:rPr>
        <w:t>Apèsi jeneral: Ikrèn nan kad pwofetik la</w:t>
      </w:r>
    </w:p>
    <w:p>
      <w:pPr>
        <w:pStyle w:val="ArticleBody"/>
        <w:jc w:val="left"/>
      </w:pPr>
      <w:r>
        <w:rPr>
          <w:rFonts w:ascii="Times New Roman" w:hAnsi="Times New Roman" w:eastAsia="Times New Roman" w:cs="Times New Roman"/>
        </w:rPr>
        <w:t>Nan kad deskripsyon pwofetik magazin nan sou Danyèl 11:40–45, Ikrèn diskite an rapò ak efondreman Inyon Sovyetik la ak lit ki genyen ant Papote a (wa nò a) ak kominis ate a (wa sid la). Yo prezante Ikrèn kòm yon tèren batay relijye ak jeopolitik kle pandan dènye faz lagè pwokirasyon yo, sitou anrapò ak Legliz Katolik Ikrenyen an ak legalizasyon li apre plizyè dizèn ane represyon anba dominasyon Sovyetik la.</w:t>
      </w:r>
    </w:p>
    <w:p>
      <w:pPr>
        <w:pStyle w:val="ArticleBody"/>
        <w:jc w:val="left"/>
      </w:pPr>
      <w:r>
        <w:rPr>
          <w:rFonts w:ascii="Times New Roman" w:hAnsi="Times New Roman" w:eastAsia="Times New Roman" w:cs="Times New Roman"/>
        </w:rPr>
        <w:t>Magazin nan prezante Ikrèn kòm yon pati nan akonplisman pwofetik pi laj Danyèl 11:40 la, pandan li dekri disparisyon rapid wa sid la atravè yon alyans ant Vatikan an ak Etazini. Yo montre Ikrèn kòm prèv feblès ateyis Sovyetik la ak rezijans enfliyans katolik la nan Ewòp de Lès.</w:t>
      </w:r>
    </w:p>
    <w:p>
      <w:pPr>
        <w:pStyle w:val="ArticleHeading"/>
        <w:jc w:val="left"/>
      </w:pPr>
      <w:r>
        <w:rPr>
          <w:rFonts w:ascii="Arial" w:hAnsi="Arial" w:eastAsia="Arial" w:cs="Arial"/>
        </w:rPr>
        <w:t>Ikrèn nan lagè ant wa Nò a ak wa Sid la</w:t>
      </w:r>
    </w:p>
    <w:p>
      <w:pPr>
        <w:pStyle w:val="ArticleBody"/>
        <w:jc w:val="left"/>
      </w:pPr>
      <w:r>
        <w:rPr>
          <w:rFonts w:ascii="Times New Roman" w:hAnsi="Times New Roman" w:eastAsia="Times New Roman" w:cs="Times New Roman"/>
        </w:rPr>
        <w:t>Magazin nan anseye wa sid la se ateyis, ki te pran fòm dabò nan Lafrans (1798) epi pita nan Larisi Sovyetik. Wa nò a se papote a, epi Danyèl 11:40 dekri yon lagè espirityèl ki kòmanse an 1798 e ki rive nan pwen final li ak tonbe Inyon Sovyetik la an 1989. Ikrèn parèt nan kontèks sa a kòm yon pati nan blòk Sovyetik la yo baleye ale nan akonplisman Danyèl 11:40. Piblikasyon an prezante tonbe Inyon Sovyetik la kòm premye pa nan gerizon blesi mòtèl Papote a (Revelasyon 13).</w:t>
      </w:r>
    </w:p>
    <w:p>
      <w:pPr>
        <w:pStyle w:val="ArticleHeading"/>
        <w:jc w:val="left"/>
      </w:pPr>
      <w:r>
        <w:rPr>
          <w:rFonts w:ascii="Arial" w:hAnsi="Arial" w:eastAsia="Arial" w:cs="Arial"/>
        </w:rPr>
        <w:t>Represyon Legliz Katolik Ikrenyen an (Sous Site yo)</w:t>
      </w:r>
    </w:p>
    <w:p>
      <w:pPr>
        <w:pStyle w:val="ArticleBody"/>
        <w:jc w:val="left"/>
      </w:pPr>
      <w:r>
        <w:rPr>
          <w:rFonts w:ascii="Times New Roman" w:hAnsi="Times New Roman" w:eastAsia="Times New Roman" w:cs="Times New Roman"/>
        </w:rPr>
        <w:t>Magazin nan genyen dokimantasyon sekilè sou pèsekisyon Katolik anba dominasyon Sovyetik la.</w:t>
      </w:r>
    </w:p>
    <w:p>
      <w:pPr>
        <w:pStyle w:val="ArticleBody"/>
        <w:jc w:val="left"/>
      </w:pPr>
      <w:r>
        <w:rPr>
          <w:rFonts w:ascii="Times New Roman" w:hAnsi="Times New Roman" w:eastAsia="Times New Roman" w:cs="Times New Roman"/>
        </w:rPr>
        <w:t>Soti nan Time Magazine, 4 Desanm 1989:</w:t>
      </w:r>
    </w:p>
    <w:p>
      <w:pPr>
        <w:pStyle w:val="ArticleScripture"/>
        <w:jc w:val="left"/>
      </w:pPr>
      <w:r>
        <w:rPr>
          <w:rFonts w:ascii="Times New Roman" w:hAnsi="Times New Roman" w:eastAsia="Times New Roman" w:cs="Times New Roman"/>
        </w:rPr>
        <w:t>“Apre Dezyèm Gè Mondyal la, yon pèsekisyon vyolan, men an jeneral mwens sanglan, gaye rive ann Ikrèn ak nan nouvo blòk Sovyetik la, e li te frape plizyè milyon Katolik women ak Pwotestan, ansanm ak Otodòks yo.”</w:t>
      </w:r>
    </w:p>
    <w:p>
      <w:pPr>
        <w:pStyle w:val="ArticleBody"/>
        <w:jc w:val="left"/>
      </w:pPr>
      <w:r>
        <w:rPr>
          <w:rFonts w:ascii="Times New Roman" w:hAnsi="Times New Roman" w:eastAsia="Times New Roman" w:cs="Times New Roman"/>
        </w:rPr>
        <w:t>Ikrèn idantifye kòm yon zòn enpòtan kote Katolik te siprime anba kominis.</w:t>
      </w:r>
    </w:p>
    <w:p>
      <w:pPr>
        <w:pStyle w:val="ArticleHeading"/>
        <w:jc w:val="left"/>
      </w:pPr>
      <w:r>
        <w:rPr>
          <w:rFonts w:ascii="Arial" w:hAnsi="Arial" w:eastAsia="Arial" w:cs="Arial"/>
        </w:rPr>
        <w:t>Legalizasyon Legliz Katolik Ikrenyen an</w:t>
      </w:r>
    </w:p>
    <w:p>
      <w:pPr>
        <w:pStyle w:val="ArticleBody"/>
        <w:jc w:val="left"/>
      </w:pPr>
      <w:r>
        <w:rPr>
          <w:rFonts w:ascii="Times New Roman" w:hAnsi="Times New Roman" w:eastAsia="Times New Roman" w:cs="Times New Roman"/>
        </w:rPr>
        <w:t>Youn nan pwen prensipal nan diskisyon sou Ikrèn nan se legalizasyon Legliz Katolik Ikrenyen an, ki te entèdi pandan yon bon bout tan.</w:t>
      </w:r>
    </w:p>
    <w:p>
      <w:pPr>
        <w:pStyle w:val="ArticleBody"/>
        <w:jc w:val="left"/>
      </w:pPr>
      <w:r>
        <w:rPr>
          <w:rFonts w:ascii="Times New Roman" w:hAnsi="Times New Roman" w:eastAsia="Times New Roman" w:cs="Times New Roman"/>
        </w:rPr>
        <w:t>Soti nan magazin *Life*, Desanm 1989:</w:t>
      </w:r>
    </w:p>
    <w:p>
      <w:pPr>
        <w:pStyle w:val="ArticleScripture"/>
        <w:jc w:val="left"/>
      </w:pPr>
      <w:r>
        <w:rPr>
          <w:rFonts w:ascii="Times New Roman" w:hAnsi="Times New Roman" w:eastAsia="Times New Roman" w:cs="Times New Roman"/>
        </w:rPr>
        <w:t>“Yo fèk nonmen twa nouvo evèk katolik nan Tchekoslovaki. Epi mwa sa a, pandan yon vizit ann Itali, Gorbachev ap rankontre Pap Jan Pòl II—premye rankont fasafas ant chèf Kremlin nan ak Vatikan an. Sesyon yo kapab mennen nan legalizasyon Legliz Katolik Ikrenyen an, ki depi lontan te entèdi, nan U.R.S.S.”</w:t>
      </w:r>
    </w:p>
    <w:p>
      <w:pPr>
        <w:pStyle w:val="ArticleBody"/>
        <w:jc w:val="left"/>
      </w:pPr>
      <w:r>
        <w:rPr>
          <w:rFonts w:ascii="Times New Roman" w:hAnsi="Times New Roman" w:eastAsia="Times New Roman" w:cs="Times New Roman"/>
        </w:rPr>
        <w:t>Soti nan U.S. News &amp; World Report, 11 desanm 1989:</w:t>
      </w:r>
    </w:p>
    <w:p>
      <w:pPr>
        <w:pStyle w:val="ArticleScripture"/>
        <w:jc w:val="left"/>
      </w:pPr>
      <w:r>
        <w:rPr>
          <w:rFonts w:ascii="Times New Roman" w:hAnsi="Times New Roman" w:eastAsia="Times New Roman" w:cs="Times New Roman"/>
        </w:rPr>
        <w:t>«Renesans libète relijye a sipoze gen ladan l leve yon entèdiksyon ofisyèl sou Legliz Katolik Ikrèn nan, ki gen senk milyon manm, yon legliz ki siviv nan klandestinite depi ane 1946, lè Stalin te bay lòd pou yo absòbe li nan Legliz Otodòks Ris la. Jwenn legalizasyon pou Legliz Ikrenyen an se youn nan objektif prensipal pap la.»</w:t>
      </w:r>
    </w:p>
    <w:p>
      <w:pPr>
        <w:pStyle w:val="ArticleBody"/>
        <w:jc w:val="left"/>
      </w:pPr>
      <w:r>
        <w:rPr>
          <w:rFonts w:ascii="Times New Roman" w:hAnsi="Times New Roman" w:eastAsia="Times New Roman" w:cs="Times New Roman"/>
        </w:rPr>
        <w:t>Magazin nan prezante sa kòm prèv feblès kontwòl ateyis la, retablisman pouvwa katolik la. Yo idantifye sa kòm yon rezilta dirèk presyon diplomatik Vatikan an, epi yo prezante l kòm yon etap enpòtan nan akonplisman Danyèl 11:40, pandan yo mete Ikrèn an avan kòm yon egzanp vizib sou fason Papote a ap reprann enfliyans nan ansyen teritwa kominis yo.</w:t>
      </w:r>
    </w:p>
    <w:p>
      <w:pPr>
        <w:pStyle w:val="ArticleHeading"/>
        <w:jc w:val="left"/>
      </w:pPr>
      <w:r>
        <w:rPr>
          <w:rFonts w:ascii="Arial" w:hAnsi="Arial" w:eastAsia="Arial" w:cs="Arial"/>
        </w:rPr>
        <w:t>Ikrèn kòm Prèv Avansman Papas la</w:t>
      </w:r>
    </w:p>
    <w:p>
      <w:pPr>
        <w:pStyle w:val="ArticleBody"/>
        <w:jc w:val="left"/>
      </w:pPr>
      <w:r>
        <w:rPr>
          <w:rFonts w:ascii="Times New Roman" w:hAnsi="Times New Roman" w:eastAsia="Times New Roman" w:cs="Times New Roman"/>
        </w:rPr>
        <w:t>Efondreman kominis la, non sèlman kòm yon chanjman politik, men kòm yon defèt espirityèl ateyis, yon avans jeopolitik Papote a, ak kòmansman retou Papote a nan dominasyon mondyal. Ikrèn nan vin tounen yon etid ka sou demantèlman represyon relijye sovyetik la ak yon viktwa estratejik Wòm nan Ewòp de Lès. Sa reprezante chanjman vizib la soti nan ateyis enpoze pou rive nan restorasyon otorite katolik la, epi legalizasyon Legliz Katolik Ikrenyen an trete kòm yon konfimasyon pwofetik ke wa nò a t ap bale wa sid la ale “tankou yon toubiyon.”</w:t>
      </w:r>
    </w:p>
    <w:p>
      <w:pPr>
        <w:pStyle w:val="ArticleHeading"/>
        <w:jc w:val="left"/>
      </w:pPr>
      <w:r>
        <w:rPr>
          <w:rFonts w:ascii="Arial" w:hAnsi="Arial" w:eastAsia="Arial" w:cs="Arial"/>
        </w:rPr>
        <w:t>Ikrèn ak Sekans Pwofetik ki Pi Laj la</w:t>
      </w:r>
    </w:p>
    <w:p>
      <w:pPr>
        <w:pStyle w:val="ArticleListItem"/>
        <w:ind w:left="576" w:hanging="259"/>
        <w:jc w:val="left"/>
      </w:pPr>
      <w:r>
        <w:rPr>
          <w:rFonts w:ascii="Times New Roman" w:hAnsi="Times New Roman" w:eastAsia="Times New Roman" w:cs="Times New Roman"/>
        </w:rPr>
        <w:t>1. 1798 — Papauté a resevwa blesi mòtèl.</w:t>
      </w:r>
    </w:p>
    <w:p>
      <w:pPr>
        <w:pStyle w:val="ArticleListItem"/>
        <w:ind w:left="576" w:hanging="259"/>
        <w:jc w:val="left"/>
      </w:pPr>
      <w:r>
        <w:rPr>
          <w:rFonts w:ascii="Times New Roman" w:hAnsi="Times New Roman" w:eastAsia="Times New Roman" w:cs="Times New Roman"/>
        </w:rPr>
        <w:t>2. 1917 – Ateyis la deplase ann Larisi (Revolisyon Bolchevik la).</w:t>
      </w:r>
    </w:p>
    <w:p>
      <w:pPr>
        <w:pStyle w:val="ArticleListItem"/>
        <w:ind w:left="576" w:hanging="259"/>
        <w:jc w:val="left"/>
      </w:pPr>
      <w:r>
        <w:rPr>
          <w:rFonts w:ascii="Times New Roman" w:hAnsi="Times New Roman" w:eastAsia="Times New Roman" w:cs="Times New Roman"/>
        </w:rPr>
        <w:t>3. 1989 — Inyon Sovyetik la tonbe.</w:t>
      </w:r>
    </w:p>
    <w:p>
      <w:pPr>
        <w:pStyle w:val="ArticleListItem"/>
        <w:ind w:left="576" w:hanging="259"/>
        <w:jc w:val="left"/>
      </w:pPr>
      <w:r>
        <w:rPr>
          <w:rFonts w:ascii="Times New Roman" w:hAnsi="Times New Roman" w:eastAsia="Times New Roman" w:cs="Times New Roman"/>
        </w:rPr>
        <w:t>4. Ikrèn — Legliz Katolik legalize.</w:t>
      </w:r>
    </w:p>
    <w:p>
      <w:pPr>
        <w:pStyle w:val="ArticleListItem"/>
        <w:ind w:left="576" w:hanging="259"/>
        <w:jc w:val="left"/>
      </w:pPr>
      <w:r>
        <w:rPr>
          <w:rFonts w:ascii="Times New Roman" w:hAnsi="Times New Roman" w:eastAsia="Times New Roman" w:cs="Times New Roman"/>
        </w:rPr>
        <w:t>5. Papote a reprann enfliyans jeyopolitik.</w:t>
      </w:r>
    </w:p>
    <w:p>
      <w:pPr>
        <w:pStyle w:val="ArticleListItem"/>
        <w:ind w:left="576" w:hanging="259"/>
        <w:jc w:val="left"/>
      </w:pPr>
      <w:r>
        <w:rPr>
          <w:rFonts w:ascii="Times New Roman" w:hAnsi="Times New Roman" w:eastAsia="Times New Roman" w:cs="Times New Roman"/>
        </w:rPr>
        <w:t>6. Etazini finalman vin anba enfliyans Pap la (Danyèl 11:41).</w:t>
      </w:r>
    </w:p>
    <w:p>
      <w:pPr>
        <w:pStyle w:val="ArticleListItem"/>
        <w:ind w:left="576" w:hanging="259"/>
        <w:jc w:val="left"/>
      </w:pPr>
      <w:r>
        <w:rPr>
          <w:rFonts w:ascii="Times New Roman" w:hAnsi="Times New Roman" w:eastAsia="Times New Roman" w:cs="Times New Roman"/>
        </w:rPr>
        <w:t>7. Tout mond lan suiv (Daniel 11:42–43).</w:t>
      </w:r>
    </w:p>
    <w:p>
      <w:pPr>
        <w:pStyle w:val="ArticleBody"/>
        <w:jc w:val="left"/>
      </w:pPr>
      <w:r>
        <w:rPr>
          <w:rFonts w:ascii="Times New Roman" w:hAnsi="Times New Roman" w:eastAsia="Times New Roman" w:cs="Times New Roman"/>
        </w:rPr>
        <w:t>Ikrèn antre nan etap 3–4 yo kòm yon pati nan tranzisyon ant ateyis Sovyetik la ak enfliyans papal la ki retabli.</w:t>
      </w:r>
    </w:p>
    <w:p>
      <w:pPr>
        <w:pStyle w:val="ArticleHeading"/>
        <w:jc w:val="left"/>
      </w:pPr>
      <w:r>
        <w:rPr>
          <w:rFonts w:ascii="Arial" w:hAnsi="Arial" w:eastAsia="Arial" w:cs="Arial"/>
        </w:rPr>
        <w:t>Sous yo fè referans ak yo nan diskisyon sou Ikrèn</w:t>
      </w:r>
    </w:p>
    <w:p>
      <w:pPr>
        <w:pStyle w:val="ArticleListItem"/>
        <w:ind w:left="576" w:hanging="259"/>
        <w:jc w:val="left"/>
      </w:pPr>
      <w:r>
        <w:rPr>
          <w:rFonts w:ascii="Times New Roman" w:hAnsi="Times New Roman" w:eastAsia="Times New Roman" w:cs="Times New Roman"/>
        </w:rPr>
        <w:t>• Jeff Pippenger (kad teolojik prensipal la)</w:t>
      </w:r>
    </w:p>
    <w:p>
      <w:pPr>
        <w:pStyle w:val="ArticleBody"/>
        <w:jc w:val="left"/>
      </w:pPr>
      <w:r>
        <w:rPr>
          <w:rFonts w:ascii="Times New Roman" w:hAnsi="Times New Roman" w:eastAsia="Times New Roman" w:cs="Times New Roman"/>
        </w:rPr>
        <w:t>Lesprit de prophétie</w:t>
      </w:r>
    </w:p>
    <w:p>
      <w:pPr>
        <w:pStyle w:val="ArticleListItem"/>
        <w:ind w:left="576" w:hanging="259"/>
        <w:jc w:val="left"/>
      </w:pPr>
      <w:r>
        <w:rPr>
          <w:rFonts w:ascii="Times New Roman" w:hAnsi="Times New Roman" w:eastAsia="Times New Roman" w:cs="Times New Roman"/>
        </w:rPr>
        <w:t>• Gran Kontwovès la</w:t>
      </w:r>
    </w:p>
    <w:p>
      <w:pPr>
        <w:pStyle w:val="ArticleListItem"/>
        <w:ind w:left="576" w:hanging="259"/>
        <w:jc w:val="left"/>
      </w:pPr>
      <w:r>
        <w:rPr>
          <w:rFonts w:ascii="Times New Roman" w:hAnsi="Times New Roman" w:eastAsia="Times New Roman" w:cs="Times New Roman"/>
        </w:rPr>
        <w:t>• Messages choisis</w:t>
      </w:r>
    </w:p>
    <w:p>
      <w:pPr>
        <w:pStyle w:val="ArticleListItem"/>
        <w:ind w:left="576" w:hanging="259"/>
        <w:jc w:val="left"/>
      </w:pPr>
      <w:r>
        <w:rPr>
          <w:rFonts w:ascii="Times New Roman" w:hAnsi="Times New Roman" w:eastAsia="Times New Roman" w:cs="Times New Roman"/>
        </w:rPr>
        <w:t>• Témoignages pour l’Église</w:t>
      </w:r>
    </w:p>
    <w:p>
      <w:pPr>
        <w:pStyle w:val="ArticleBody"/>
        <w:jc w:val="left"/>
      </w:pPr>
      <w:r>
        <w:rPr>
          <w:rFonts w:ascii="Times New Roman" w:hAnsi="Times New Roman" w:eastAsia="Times New Roman" w:cs="Times New Roman"/>
        </w:rPr>
        <w:t>Laprès eksklizyon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Lasanble Sekilye</w:t>
      </w:r>
    </w:p>
    <w:p>
      <w:pPr>
        <w:pStyle w:val="ArticleListItem"/>
        <w:ind w:left="576" w:hanging="259"/>
        <w:jc w:val="left"/>
      </w:pPr>
      <w:r>
        <w:rPr>
          <w:rFonts w:ascii="Times New Roman" w:hAnsi="Times New Roman" w:eastAsia="Times New Roman" w:cs="Times New Roman"/>
        </w:rPr>
        <w:t>• Magazin Time</w:t>
      </w:r>
    </w:p>
    <w:p>
      <w:pPr>
        <w:pStyle w:val="ArticleListItem"/>
        <w:ind w:left="576" w:hanging="259"/>
        <w:jc w:val="left"/>
      </w:pPr>
      <w:r>
        <w:rPr>
          <w:rFonts w:ascii="Times New Roman" w:hAnsi="Times New Roman" w:eastAsia="Times New Roman" w:cs="Times New Roman"/>
        </w:rPr>
        <w:t>• Magazin Life</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Ikrèn mansyone anrapò ak:</w:t>
      </w:r>
    </w:p>
    <w:p>
      <w:pPr>
        <w:pStyle w:val="ArticleListItem"/>
        <w:ind w:left="576" w:hanging="259"/>
        <w:jc w:val="left"/>
      </w:pPr>
      <w:r>
        <w:rPr>
          <w:rFonts w:ascii="Times New Roman" w:hAnsi="Times New Roman" w:eastAsia="Times New Roman" w:cs="Times New Roman"/>
        </w:rPr>
        <w:t>• Pèsekisyon katolik apre Dezyèm Gè Mondyal la</w:t>
      </w:r>
    </w:p>
    <w:p>
      <w:pPr>
        <w:pStyle w:val="ArticleListItem"/>
        <w:ind w:left="576" w:hanging="259"/>
        <w:jc w:val="left"/>
      </w:pPr>
      <w:r>
        <w:rPr>
          <w:rFonts w:ascii="Times New Roman" w:hAnsi="Times New Roman" w:eastAsia="Times New Roman" w:cs="Times New Roman"/>
        </w:rPr>
        <w:t>• Sivivans kache Legliz Katolik Ikrenyen an anba tè</w:t>
      </w:r>
    </w:p>
    <w:p>
      <w:pPr>
        <w:pStyle w:val="ArticleListItem"/>
        <w:ind w:left="576" w:hanging="259"/>
        <w:jc w:val="left"/>
      </w:pPr>
      <w:r>
        <w:rPr>
          <w:rFonts w:ascii="Times New Roman" w:hAnsi="Times New Roman" w:eastAsia="Times New Roman" w:cs="Times New Roman"/>
        </w:rPr>
        <w:t>• Diplomasi Gorbachev–Vatikan</w:t>
      </w:r>
    </w:p>
    <w:p>
      <w:pPr>
        <w:pStyle w:val="ArticleListItem"/>
        <w:ind w:left="576" w:hanging="259"/>
        <w:jc w:val="left"/>
      </w:pPr>
      <w:r>
        <w:rPr>
          <w:rFonts w:ascii="Times New Roman" w:hAnsi="Times New Roman" w:eastAsia="Times New Roman" w:cs="Times New Roman"/>
        </w:rPr>
        <w:t>• Restorasyon legal yerachi katolik la</w:t>
      </w:r>
    </w:p>
    <w:p>
      <w:pPr>
        <w:pStyle w:val="ArticleHeading"/>
        <w:jc w:val="left"/>
      </w:pPr>
      <w:r>
        <w:rPr>
          <w:rFonts w:ascii="Arial" w:hAnsi="Arial" w:eastAsia="Arial" w:cs="Arial"/>
        </w:rPr>
        <w:t>Rezime sou Wòl Ikrèn nan Bilten an</w:t>
      </w:r>
    </w:p>
    <w:p>
      <w:pPr>
        <w:pStyle w:val="ArticleBody"/>
        <w:jc w:val="left"/>
      </w:pPr>
      <w:r>
        <w:rPr>
          <w:rFonts w:ascii="Times New Roman" w:hAnsi="Times New Roman" w:eastAsia="Times New Roman" w:cs="Times New Roman"/>
        </w:rPr>
        <w:t>Ikrèn te yon fòtrès Katolis ki te siprime anba ateyis Sovyetik. Legalizasyon Legliz Katolik Ikrèn nan te siyale feblisman wa sid la. Enfliyans Vatikan an nan Ikrèn te demontre rezirjans Papote a, epi chanjman relijye Ikrèn nan te sèvi kòm prèv konkrè ke Danyèl 11:40 t ap akonpli. Evènman ki te antoure Ikrèn yo te fòme yon pati nan premye etap gerizon blesi mòtèl Papote a. Se poutèt sa, yo prezante Ikrèn non kòm yon evènman politik izole, men kòm yon makè pwofetik anndan dènye mouvman Danyèl 11 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Dizwit</dc:title>
  <dc:subject>Twa Fwa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